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2A0A1" w14:textId="77777777" w:rsidR="00AB0990" w:rsidRPr="002A31EB" w:rsidRDefault="00AB0990" w:rsidP="00610B7D">
      <w:pPr>
        <w:rPr>
          <w:rFonts w:cs="Arial"/>
          <w:noProof/>
          <w:szCs w:val="18"/>
          <w:lang w:val="pl-PL"/>
        </w:rPr>
      </w:pPr>
      <w:r w:rsidRPr="002A31EB">
        <w:rPr>
          <w:rFonts w:cs="Arial"/>
          <w:b/>
          <w:noProof/>
          <w:szCs w:val="18"/>
          <w:lang w:val="pl-PL"/>
        </w:rPr>
        <mc:AlternateContent>
          <mc:Choice Requires="wpg">
            <w:drawing>
              <wp:anchor distT="0" distB="0" distL="114300" distR="114300" simplePos="0" relativeHeight="251659264" behindDoc="0" locked="0" layoutInCell="1" allowOverlap="1" wp14:anchorId="6DAAF920" wp14:editId="53243CA1">
                <wp:simplePos x="0" y="0"/>
                <wp:positionH relativeFrom="margin">
                  <wp:posOffset>266132</wp:posOffset>
                </wp:positionH>
                <wp:positionV relativeFrom="paragraph">
                  <wp:posOffset>-635</wp:posOffset>
                </wp:positionV>
                <wp:extent cx="5440679" cy="723066"/>
                <wp:effectExtent l="0" t="0" r="8255" b="20320"/>
                <wp:wrapNone/>
                <wp:docPr id="874022179" name="Grupa 3"/>
                <wp:cNvGraphicFramePr/>
                <a:graphic xmlns:a="http://schemas.openxmlformats.org/drawingml/2006/main">
                  <a:graphicData uri="http://schemas.microsoft.com/office/word/2010/wordprocessingGroup">
                    <wpg:wgp>
                      <wpg:cNvGrpSpPr/>
                      <wpg:grpSpPr>
                        <a:xfrm>
                          <a:off x="0" y="0"/>
                          <a:ext cx="5440679" cy="723066"/>
                          <a:chOff x="0" y="0"/>
                          <a:chExt cx="5440679" cy="723066"/>
                        </a:xfrm>
                      </wpg:grpSpPr>
                      <wpg:grpSp>
                        <wpg:cNvPr id="1473066381" name="Grupa 2"/>
                        <wpg:cNvGrpSpPr/>
                        <wpg:grpSpPr>
                          <a:xfrm>
                            <a:off x="0" y="156011"/>
                            <a:ext cx="5440679" cy="567055"/>
                            <a:chOff x="0" y="228600"/>
                            <a:chExt cx="5744314" cy="628650"/>
                          </a:xfrm>
                        </wpg:grpSpPr>
                        <pic:pic xmlns:pic="http://schemas.openxmlformats.org/drawingml/2006/picture">
                          <pic:nvPicPr>
                            <pic:cNvPr id="1296678699" name="Picture 3"/>
                            <pic:cNvPicPr>
                              <a:picLocks noChangeAspect="1"/>
                            </pic:cNvPicPr>
                          </pic:nvPicPr>
                          <pic:blipFill>
                            <a:blip r:embed="rId6" r:link="rId7"/>
                            <a:srcRect/>
                            <a:stretch>
                              <a:fillRect/>
                            </a:stretch>
                          </pic:blipFill>
                          <pic:spPr bwMode="auto">
                            <a:xfrm>
                              <a:off x="3426748" y="228600"/>
                              <a:ext cx="2317566" cy="545465"/>
                            </a:xfrm>
                            <a:prstGeom prst="rect">
                              <a:avLst/>
                            </a:prstGeom>
                            <a:noFill/>
                            <a:ln>
                              <a:noFill/>
                            </a:ln>
                          </pic:spPr>
                        </pic:pic>
                        <wps:wsp>
                          <wps:cNvPr id="1441101310" name="Łącznik prosty 1441101310"/>
                          <wps:cNvCnPr/>
                          <wps:spPr>
                            <a:xfrm>
                              <a:off x="0" y="857250"/>
                              <a:ext cx="5629275" cy="0"/>
                            </a:xfrm>
                            <a:prstGeom prst="line">
                              <a:avLst/>
                            </a:prstGeom>
                            <a:noFill/>
                            <a:ln w="6350" cap="flat" cmpd="sng" algn="ctr">
                              <a:solidFill>
                                <a:srgbClr val="156082"/>
                              </a:solidFill>
                              <a:prstDash val="solid"/>
                              <a:miter lim="800000"/>
                            </a:ln>
                            <a:effectLst/>
                          </wps:spPr>
                          <wps:bodyPr/>
                        </wps:wsp>
                      </wpg:grpSp>
                      <pic:pic xmlns:pic="http://schemas.openxmlformats.org/drawingml/2006/picture">
                        <pic:nvPicPr>
                          <pic:cNvPr id="457096687" name="Obraz 85103788" descr="Wygenerowany obraz"/>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06711" y="0"/>
                            <a:ext cx="1109980" cy="706120"/>
                          </a:xfrm>
                          <a:prstGeom prst="rect">
                            <a:avLst/>
                          </a:prstGeom>
                          <a:noFill/>
                          <a:ln>
                            <a:noFill/>
                          </a:ln>
                        </pic:spPr>
                      </pic:pic>
                    </wpg:wgp>
                  </a:graphicData>
                </a:graphic>
              </wp:anchor>
            </w:drawing>
          </mc:Choice>
          <mc:Fallback>
            <w:pict>
              <v:group w14:anchorId="21A84605" id="Grupa 3" o:spid="_x0000_s1026" style="position:absolute;margin-left:20.95pt;margin-top:-.05pt;width:428.4pt;height:56.95pt;z-index:251659264;mso-position-horizontal-relative:margin" coordsize="54406,7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qm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">
                <v:group id="Grupa 2" o:spid="_x0000_s1027" style="position:absolute;top:1560;width:54406;height:5670" coordorigin=",2286" coordsize="57443,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">
                    <v:imagedata r:id="rId9" r:href="rId10"/>
                  </v:shape>
                  <v:line id="Łącznik prosty 1441101310" o:spid="_x0000_s1029"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" strokecolor="#156082" strokeweight=".5pt">
                    <v:stroke joinstyle="miter"/>
                  </v:line>
                </v:group>
                <v:shape id="Obraz 85103788" o:spid="_x0000_s1030" type="#_x0000_t75" alt="Wygenerowany obraz" style="position:absolute;left:6067;width:11099;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">
                  <v:imagedata r:id="rId11" o:title="Wygenerowany obraz"/>
                </v:shape>
                <w10:wrap anchorx="margin"/>
              </v:group>
            </w:pict>
          </mc:Fallback>
        </mc:AlternateContent>
      </w:r>
    </w:p>
    <w:p w14:paraId="6D691288" w14:textId="77777777" w:rsidR="00AB0990" w:rsidRPr="002A31EB" w:rsidRDefault="00AB0990" w:rsidP="00610B7D">
      <w:pPr>
        <w:rPr>
          <w:rFonts w:cs="Arial"/>
          <w:noProof/>
          <w:szCs w:val="18"/>
          <w:lang w:val="pl-PL"/>
        </w:rPr>
      </w:pPr>
    </w:p>
    <w:p w14:paraId="72F8E7A2" w14:textId="77777777" w:rsidR="00AB0990" w:rsidRPr="002A31EB" w:rsidRDefault="00AB0990" w:rsidP="00610B7D">
      <w:pPr>
        <w:rPr>
          <w:rFonts w:cs="Arial"/>
          <w:noProof/>
          <w:szCs w:val="18"/>
          <w:lang w:val="pl-PL"/>
        </w:rPr>
      </w:pPr>
    </w:p>
    <w:p w14:paraId="51DB3859" w14:textId="77777777" w:rsidR="00AB0990" w:rsidRPr="002A31EB" w:rsidRDefault="00AB0990" w:rsidP="00610B7D">
      <w:pPr>
        <w:rPr>
          <w:rFonts w:cs="Arial"/>
          <w:noProof/>
          <w:szCs w:val="18"/>
          <w:lang w:val="pl-PL"/>
        </w:rPr>
      </w:pPr>
    </w:p>
    <w:p w14:paraId="620D89F8" w14:textId="77777777" w:rsidR="00AB0990" w:rsidRPr="002A31EB" w:rsidRDefault="00AB0990" w:rsidP="00610B7D">
      <w:pPr>
        <w:rPr>
          <w:rFonts w:cs="Arial"/>
          <w:noProof/>
          <w:szCs w:val="18"/>
          <w:lang w:val="pl-PL"/>
        </w:rPr>
      </w:pPr>
    </w:p>
    <w:p w14:paraId="3C72CE8E" w14:textId="77777777" w:rsidR="00AB0990" w:rsidRPr="002A31EB" w:rsidRDefault="00AB0990" w:rsidP="00610B7D">
      <w:pPr>
        <w:rPr>
          <w:rFonts w:cs="Arial"/>
          <w:noProof/>
          <w:szCs w:val="18"/>
          <w:lang w:val="pl-PL"/>
        </w:rPr>
      </w:pPr>
    </w:p>
    <w:p w14:paraId="1B6AE0CD" w14:textId="77777777" w:rsidR="00AB0990" w:rsidRPr="002A31EB" w:rsidRDefault="00AB0990" w:rsidP="00610B7D">
      <w:pPr>
        <w:rPr>
          <w:rFonts w:cs="Arial"/>
          <w:noProof/>
          <w:szCs w:val="18"/>
          <w:lang w:val="pl-PL"/>
        </w:rPr>
      </w:pPr>
      <w:r w:rsidRPr="002A31EB">
        <w:rPr>
          <w:rFonts w:cs="Arial"/>
          <w:noProof/>
          <w:szCs w:val="18"/>
          <w:lang w:val="pl-PL"/>
        </w:rPr>
        <w:t xml:space="preserve">Załącznik nr 7 – projekt umowy </w:t>
      </w:r>
    </w:p>
    <w:p w14:paraId="6E3EC953" w14:textId="77777777" w:rsidR="00AB0990" w:rsidRPr="002A31EB" w:rsidRDefault="00AB0990" w:rsidP="00610B7D">
      <w:pPr>
        <w:rPr>
          <w:rFonts w:cs="Arial"/>
          <w:noProof/>
          <w:szCs w:val="18"/>
          <w:lang w:val="pl-PL"/>
        </w:rPr>
      </w:pPr>
    </w:p>
    <w:p w14:paraId="79BE5F79" w14:textId="77777777" w:rsidR="00AB0990" w:rsidRPr="002A31EB" w:rsidRDefault="00AB0990" w:rsidP="00610B7D">
      <w:pPr>
        <w:rPr>
          <w:rFonts w:cs="Arial"/>
          <w:bCs/>
          <w:iCs/>
          <w:noProof/>
          <w:szCs w:val="18"/>
          <w:lang w:val="pl-PL"/>
        </w:rPr>
      </w:pPr>
      <w:r w:rsidRPr="002A31EB">
        <w:rPr>
          <w:rFonts w:cs="Arial"/>
          <w:bCs/>
          <w:iCs/>
          <w:noProof/>
          <w:szCs w:val="18"/>
          <w:lang w:val="pl-PL"/>
        </w:rPr>
        <w:t xml:space="preserve">dotyczy postępowania znak. ZP/2501/14/26 – Przebudowa lądowiska sanitarnego dla śmigłowców na terenie Specjalistycznego Szpitala Wojewódzkiego w Ciechanowie </w:t>
      </w:r>
    </w:p>
    <w:p w14:paraId="17619B92" w14:textId="77777777" w:rsidR="00AB0990" w:rsidRPr="002A31EB" w:rsidRDefault="00AB0990" w:rsidP="00610B7D">
      <w:pPr>
        <w:jc w:val="center"/>
        <w:rPr>
          <w:rFonts w:cs="Arial"/>
          <w:b/>
          <w:bCs/>
          <w:noProof/>
          <w:szCs w:val="18"/>
          <w:lang w:val="pl-PL"/>
        </w:rPr>
      </w:pPr>
    </w:p>
    <w:p w14:paraId="1699F833" w14:textId="77777777" w:rsidR="00AB0990" w:rsidRPr="002A31EB" w:rsidRDefault="00AB0990" w:rsidP="00610B7D">
      <w:pPr>
        <w:jc w:val="center"/>
        <w:rPr>
          <w:rFonts w:cs="Arial"/>
          <w:b/>
          <w:bCs/>
          <w:noProof/>
          <w:szCs w:val="18"/>
          <w:lang w:val="pl-PL"/>
        </w:rPr>
      </w:pPr>
      <w:r w:rsidRPr="002A31EB">
        <w:rPr>
          <w:rFonts w:cs="Arial"/>
          <w:b/>
          <w:bCs/>
          <w:noProof/>
          <w:szCs w:val="18"/>
          <w:lang w:val="pl-PL"/>
        </w:rPr>
        <w:t>U M O W A</w:t>
      </w:r>
    </w:p>
    <w:p w14:paraId="2BD36CEF" w14:textId="77777777" w:rsidR="00AB0990" w:rsidRPr="002A31EB" w:rsidRDefault="00AB0990" w:rsidP="00610B7D">
      <w:pPr>
        <w:jc w:val="center"/>
        <w:rPr>
          <w:rFonts w:cs="Arial"/>
          <w:noProof/>
          <w:szCs w:val="18"/>
          <w:lang w:val="pl-PL"/>
        </w:rPr>
      </w:pPr>
      <w:r w:rsidRPr="002A31EB">
        <w:rPr>
          <w:rFonts w:cs="Arial"/>
          <w:b/>
          <w:bCs/>
          <w:noProof/>
          <w:szCs w:val="18"/>
          <w:lang w:val="pl-PL"/>
        </w:rPr>
        <w:t>ZP/2501/       /25</w:t>
      </w:r>
    </w:p>
    <w:p w14:paraId="6906CD56" w14:textId="77777777" w:rsidR="00AB0990" w:rsidRPr="002A31EB" w:rsidRDefault="00AB0990" w:rsidP="00610B7D">
      <w:pPr>
        <w:tabs>
          <w:tab w:val="center" w:pos="4536"/>
          <w:tab w:val="right" w:pos="9072"/>
        </w:tabs>
        <w:rPr>
          <w:rFonts w:cs="Arial"/>
          <w:noProof/>
          <w:szCs w:val="18"/>
          <w:lang w:val="pl-PL"/>
        </w:rPr>
      </w:pPr>
      <w:r w:rsidRPr="002A31EB">
        <w:rPr>
          <w:rFonts w:cs="Arial"/>
          <w:noProof/>
          <w:szCs w:val="18"/>
          <w:lang w:val="pl-PL"/>
        </w:rPr>
        <w:t xml:space="preserve">zawarta pomiędzy </w:t>
      </w:r>
    </w:p>
    <w:p w14:paraId="45004524" w14:textId="77777777" w:rsidR="00AB0990" w:rsidRPr="002A31EB" w:rsidRDefault="00AB0990" w:rsidP="00610B7D">
      <w:pPr>
        <w:rPr>
          <w:rFonts w:cs="Arial"/>
          <w:noProof/>
          <w:szCs w:val="18"/>
          <w:lang w:val="pl-PL"/>
        </w:rPr>
      </w:pPr>
      <w:r w:rsidRPr="002A31EB">
        <w:rPr>
          <w:rFonts w:cs="Arial"/>
          <w:noProof/>
          <w:szCs w:val="18"/>
          <w:lang w:val="pl-PL"/>
        </w:rPr>
        <w:t>Specjalistycznym Szpitalem Wojewódzkim w Ciechanowie</w:t>
      </w:r>
    </w:p>
    <w:p w14:paraId="36695B4F" w14:textId="77777777" w:rsidR="00AB0990" w:rsidRPr="002A31EB" w:rsidRDefault="00AB0990" w:rsidP="00610B7D">
      <w:pPr>
        <w:tabs>
          <w:tab w:val="center" w:pos="4536"/>
          <w:tab w:val="right" w:pos="9072"/>
        </w:tabs>
        <w:rPr>
          <w:rFonts w:cs="Arial"/>
          <w:noProof/>
          <w:szCs w:val="18"/>
          <w:lang w:val="pl-PL"/>
        </w:rPr>
      </w:pPr>
      <w:r w:rsidRPr="002A31EB">
        <w:rPr>
          <w:rFonts w:cs="Arial"/>
          <w:noProof/>
          <w:szCs w:val="18"/>
          <w:lang w:val="pl-PL"/>
        </w:rPr>
        <w:t xml:space="preserve">06-400 Ciechanów, ul. Powstańców Wielkopolskich 2 </w:t>
      </w:r>
    </w:p>
    <w:p w14:paraId="02E0A864" w14:textId="77777777" w:rsidR="00AB0990" w:rsidRPr="002A31EB" w:rsidRDefault="00AB0990" w:rsidP="00610B7D">
      <w:pPr>
        <w:rPr>
          <w:rFonts w:cs="Arial"/>
          <w:noProof/>
          <w:szCs w:val="18"/>
          <w:lang w:val="pl-PL"/>
        </w:rPr>
      </w:pPr>
      <w:r w:rsidRPr="002A31EB">
        <w:rPr>
          <w:rFonts w:cs="Arial"/>
          <w:noProof/>
          <w:szCs w:val="18"/>
          <w:lang w:val="pl-PL"/>
        </w:rPr>
        <w:t>zarejestrowanym w KRS pod nr 0000008892</w:t>
      </w:r>
    </w:p>
    <w:p w14:paraId="7FA8AAC3" w14:textId="77777777" w:rsidR="00AB0990" w:rsidRPr="002A31EB" w:rsidRDefault="00AB0990" w:rsidP="00610B7D">
      <w:pPr>
        <w:rPr>
          <w:rFonts w:cs="Arial"/>
          <w:noProof/>
          <w:szCs w:val="18"/>
          <w:lang w:val="pl-PL"/>
        </w:rPr>
      </w:pPr>
      <w:r w:rsidRPr="002A31EB">
        <w:rPr>
          <w:rFonts w:cs="Arial"/>
          <w:noProof/>
          <w:szCs w:val="18"/>
          <w:lang w:val="pl-PL"/>
        </w:rPr>
        <w:t>NIP: 566-10-19-200, Urząd Skarbowy w Radomiu, REGON: 000311622</w:t>
      </w:r>
    </w:p>
    <w:p w14:paraId="04AC0204" w14:textId="77777777" w:rsidR="00AB0990" w:rsidRPr="002A31EB" w:rsidRDefault="00AB0990" w:rsidP="00610B7D">
      <w:pPr>
        <w:rPr>
          <w:rFonts w:cs="Arial"/>
          <w:noProof/>
          <w:szCs w:val="18"/>
          <w:lang w:val="pl-PL"/>
        </w:rPr>
      </w:pPr>
      <w:r w:rsidRPr="002A31EB">
        <w:rPr>
          <w:rFonts w:cs="Arial"/>
          <w:noProof/>
          <w:szCs w:val="18"/>
          <w:lang w:val="pl-PL"/>
        </w:rPr>
        <w:t>zwanym dalej Zamawiającym, w imieniu którego występuje:</w:t>
      </w:r>
    </w:p>
    <w:p w14:paraId="55D611B8" w14:textId="77777777" w:rsidR="00AB0990" w:rsidRPr="002A31EB" w:rsidRDefault="00AB0990" w:rsidP="00610B7D">
      <w:pPr>
        <w:rPr>
          <w:rFonts w:cs="Arial"/>
          <w:b/>
          <w:bCs/>
          <w:noProof/>
          <w:szCs w:val="18"/>
          <w:lang w:val="pl-PL"/>
        </w:rPr>
      </w:pPr>
      <w:r w:rsidRPr="002A31EB">
        <w:rPr>
          <w:rFonts w:cs="Arial"/>
          <w:b/>
          <w:bCs/>
          <w:noProof/>
          <w:szCs w:val="18"/>
          <w:lang w:val="pl-PL"/>
        </w:rPr>
        <w:t>Andrzej Juliusz Kamasa   - Dyrektor.</w:t>
      </w:r>
    </w:p>
    <w:p w14:paraId="10729783" w14:textId="77777777" w:rsidR="00AB0990" w:rsidRPr="002A31EB" w:rsidRDefault="00AB0990" w:rsidP="00610B7D">
      <w:pPr>
        <w:rPr>
          <w:rFonts w:cs="Arial"/>
          <w:b/>
          <w:bCs/>
          <w:noProof/>
          <w:szCs w:val="18"/>
          <w:lang w:val="pl-PL"/>
        </w:rPr>
      </w:pPr>
    </w:p>
    <w:p w14:paraId="172B4400" w14:textId="77777777" w:rsidR="00AB0990" w:rsidRPr="002A31EB" w:rsidRDefault="00AB0990" w:rsidP="00610B7D">
      <w:pPr>
        <w:rPr>
          <w:rFonts w:cs="Arial"/>
          <w:b/>
          <w:bCs/>
          <w:noProof/>
          <w:szCs w:val="18"/>
          <w:lang w:val="pl-PL"/>
        </w:rPr>
      </w:pPr>
      <w:r w:rsidRPr="002A31EB">
        <w:rPr>
          <w:rFonts w:cs="Arial"/>
          <w:b/>
          <w:bCs/>
          <w:noProof/>
          <w:szCs w:val="18"/>
          <w:lang w:val="pl-PL"/>
        </w:rPr>
        <w:t>a</w:t>
      </w:r>
    </w:p>
    <w:p w14:paraId="71DC6B72" w14:textId="77777777" w:rsidR="00AB0990" w:rsidRPr="002A31EB" w:rsidRDefault="00AB0990" w:rsidP="00610B7D">
      <w:pPr>
        <w:contextualSpacing/>
        <w:rPr>
          <w:rFonts w:cs="Arial"/>
          <w:noProof/>
          <w:szCs w:val="18"/>
          <w:lang w:val="pl-PL"/>
        </w:rPr>
      </w:pPr>
    </w:p>
    <w:p w14:paraId="3012DE24" w14:textId="77777777" w:rsidR="00AB0990" w:rsidRPr="002A31EB" w:rsidRDefault="00AB0990" w:rsidP="00610B7D">
      <w:pPr>
        <w:contextualSpacing/>
        <w:rPr>
          <w:rFonts w:cs="Arial"/>
          <w:noProof/>
          <w:szCs w:val="18"/>
          <w:lang w:val="pl-PL"/>
        </w:rPr>
      </w:pPr>
      <w:r w:rsidRPr="002A31EB">
        <w:rPr>
          <w:rFonts w:cs="Arial"/>
          <w:noProof/>
          <w:szCs w:val="18"/>
          <w:lang w:val="pl-PL"/>
        </w:rPr>
        <w:t>...................................................................................................................................................</w:t>
      </w:r>
    </w:p>
    <w:p w14:paraId="5EE0C9F1" w14:textId="77777777" w:rsidR="00AB0990" w:rsidRPr="002A31EB" w:rsidRDefault="00AB0990" w:rsidP="00610B7D">
      <w:pPr>
        <w:contextualSpacing/>
        <w:rPr>
          <w:rFonts w:cs="Arial"/>
          <w:noProof/>
          <w:szCs w:val="18"/>
          <w:lang w:val="pl-PL"/>
        </w:rPr>
      </w:pPr>
      <w:r w:rsidRPr="002A31EB">
        <w:rPr>
          <w:rFonts w:cs="Arial"/>
          <w:noProof/>
          <w:szCs w:val="18"/>
          <w:lang w:val="pl-PL"/>
        </w:rPr>
        <w:t>*wpisaną/ym w dniu ...........................  do Krajowego Rejestru Sądowego prowadzonego przez Sąd Rejonowy w .................................................. Wydział Gospodarczy Krajowego Rejestru Sądowego, nr KRS ................,  z kapitałem zakładowym ........................ PLN</w:t>
      </w:r>
    </w:p>
    <w:p w14:paraId="70B00B99" w14:textId="77777777" w:rsidR="00AB0990" w:rsidRPr="002A31EB" w:rsidRDefault="00AB0990" w:rsidP="00610B7D">
      <w:pPr>
        <w:contextualSpacing/>
        <w:rPr>
          <w:rFonts w:cs="Arial"/>
          <w:noProof/>
          <w:szCs w:val="18"/>
          <w:lang w:val="pl-PL"/>
        </w:rPr>
      </w:pPr>
      <w:r w:rsidRPr="002A31EB">
        <w:rPr>
          <w:rFonts w:cs="Arial"/>
          <w:noProof/>
          <w:szCs w:val="18"/>
          <w:lang w:val="pl-PL"/>
        </w:rPr>
        <w:t>*wpisaną/ym w dniu .......................... do ewidencji działalności gospodarczej</w:t>
      </w:r>
    </w:p>
    <w:p w14:paraId="2CB9DFC0" w14:textId="77777777" w:rsidR="00AB0990" w:rsidRPr="002A31EB" w:rsidRDefault="00AB0990" w:rsidP="00610B7D">
      <w:pPr>
        <w:contextualSpacing/>
        <w:rPr>
          <w:rFonts w:cs="Arial"/>
          <w:noProof/>
          <w:szCs w:val="18"/>
          <w:lang w:val="pl-PL"/>
        </w:rPr>
      </w:pPr>
      <w:r w:rsidRPr="002A31EB">
        <w:rPr>
          <w:rFonts w:cs="Arial"/>
          <w:noProof/>
          <w:szCs w:val="18"/>
          <w:lang w:val="pl-PL"/>
        </w:rPr>
        <w:t>w ..................................... pod nr .................................</w:t>
      </w:r>
    </w:p>
    <w:p w14:paraId="71C98344" w14:textId="77777777" w:rsidR="00AB0990" w:rsidRPr="002A31EB" w:rsidRDefault="00AB0990" w:rsidP="00610B7D">
      <w:pPr>
        <w:contextualSpacing/>
        <w:rPr>
          <w:rFonts w:cs="Arial"/>
          <w:noProof/>
          <w:szCs w:val="18"/>
          <w:lang w:val="pl-PL"/>
        </w:rPr>
      </w:pPr>
      <w:r w:rsidRPr="002A31EB">
        <w:rPr>
          <w:rFonts w:cs="Arial"/>
          <w:noProof/>
          <w:szCs w:val="18"/>
          <w:lang w:val="pl-PL"/>
        </w:rPr>
        <w:t>NIP: ......................., Urząd Skarbowy w ................................, REGON: ........................</w:t>
      </w:r>
    </w:p>
    <w:p w14:paraId="5ABDC296" w14:textId="77777777" w:rsidR="00AB0990" w:rsidRPr="002A31EB" w:rsidRDefault="00AB0990" w:rsidP="00610B7D">
      <w:pPr>
        <w:contextualSpacing/>
        <w:rPr>
          <w:rFonts w:cs="Arial"/>
          <w:noProof/>
          <w:szCs w:val="18"/>
          <w:lang w:val="pl-PL"/>
        </w:rPr>
      </w:pPr>
      <w:r w:rsidRPr="002A31EB">
        <w:rPr>
          <w:rFonts w:cs="Arial"/>
          <w:noProof/>
          <w:szCs w:val="18"/>
          <w:lang w:val="pl-PL"/>
        </w:rPr>
        <w:t>zwaną/ym dalej „Wykonawcą" reprezentowaną/ym przez:</w:t>
      </w:r>
    </w:p>
    <w:p w14:paraId="3CDECA23" w14:textId="77777777" w:rsidR="00AB0990" w:rsidRPr="002A31EB" w:rsidRDefault="00AB0990" w:rsidP="00610B7D">
      <w:pPr>
        <w:contextualSpacing/>
        <w:rPr>
          <w:rFonts w:cs="Arial"/>
          <w:noProof/>
          <w:szCs w:val="18"/>
          <w:lang w:val="pl-PL"/>
        </w:rPr>
      </w:pPr>
      <w:r w:rsidRPr="002A31EB">
        <w:rPr>
          <w:rFonts w:cs="Arial"/>
          <w:noProof/>
          <w:szCs w:val="18"/>
          <w:lang w:val="pl-PL"/>
        </w:rPr>
        <w:t>- ........................................................................................................</w:t>
      </w:r>
    </w:p>
    <w:p w14:paraId="49FD6BCB" w14:textId="77777777" w:rsidR="00AB0990" w:rsidRPr="002A31EB" w:rsidRDefault="00AB0990" w:rsidP="00610B7D">
      <w:pPr>
        <w:contextualSpacing/>
        <w:rPr>
          <w:rFonts w:cs="Arial"/>
          <w:noProof/>
          <w:szCs w:val="18"/>
          <w:lang w:val="pl-PL"/>
        </w:rPr>
      </w:pPr>
      <w:r w:rsidRPr="002A31EB">
        <w:rPr>
          <w:rFonts w:cs="Arial"/>
          <w:noProof/>
          <w:szCs w:val="18"/>
          <w:lang w:val="pl-PL"/>
        </w:rPr>
        <w:t>- ........................................................................................................</w:t>
      </w:r>
    </w:p>
    <w:p w14:paraId="1A1D24BD" w14:textId="77777777" w:rsidR="00AB0990" w:rsidRPr="002A31EB" w:rsidRDefault="00AB0990" w:rsidP="00610B7D">
      <w:pPr>
        <w:contextualSpacing/>
        <w:jc w:val="both"/>
        <w:rPr>
          <w:rFonts w:cs="Arial"/>
          <w:noProof/>
          <w:szCs w:val="18"/>
          <w:lang w:val="pl-PL"/>
        </w:rPr>
      </w:pPr>
      <w:r w:rsidRPr="002A31EB">
        <w:rPr>
          <w:rFonts w:cs="Arial"/>
          <w:noProof/>
          <w:szCs w:val="18"/>
          <w:lang w:val="pl-PL"/>
        </w:rPr>
        <w:t>*w zależności od formy własnościowej</w:t>
      </w:r>
    </w:p>
    <w:p w14:paraId="6B171FE7" w14:textId="77777777" w:rsidR="00AB0990" w:rsidRPr="002A31EB" w:rsidRDefault="00AB0990" w:rsidP="00610B7D">
      <w:pPr>
        <w:tabs>
          <w:tab w:val="center" w:pos="4536"/>
          <w:tab w:val="right" w:pos="9072"/>
        </w:tabs>
        <w:ind w:left="426" w:hanging="426"/>
        <w:jc w:val="center"/>
        <w:rPr>
          <w:rFonts w:cs="Arial"/>
          <w:b/>
          <w:bCs/>
          <w:noProof/>
          <w:szCs w:val="18"/>
          <w:u w:val="single"/>
          <w:lang w:val="pl-PL" w:eastAsia="zh-CN"/>
        </w:rPr>
      </w:pPr>
      <w:r w:rsidRPr="002A31EB">
        <w:rPr>
          <w:rFonts w:cs="Arial"/>
          <w:b/>
          <w:bCs/>
          <w:noProof/>
          <w:szCs w:val="18"/>
          <w:u w:val="single"/>
          <w:lang w:val="pl-PL"/>
        </w:rPr>
        <w:t>Forma i data zawartej Umowy</w:t>
      </w:r>
    </w:p>
    <w:p w14:paraId="712FD86D" w14:textId="77777777" w:rsidR="00AB0990" w:rsidRPr="002A31EB" w:rsidRDefault="00AB0990" w:rsidP="00610B7D">
      <w:pPr>
        <w:pStyle w:val="Akapitzlist"/>
        <w:numPr>
          <w:ilvl w:val="0"/>
          <w:numId w:val="23"/>
        </w:numPr>
        <w:tabs>
          <w:tab w:val="left" w:pos="426"/>
        </w:tabs>
        <w:ind w:left="426" w:hanging="426"/>
        <w:rPr>
          <w:rFonts w:cs="Arial"/>
          <w:noProof/>
          <w:szCs w:val="18"/>
          <w:lang w:val="pl-PL" w:eastAsia="zh-CN"/>
        </w:rPr>
      </w:pPr>
      <w:r w:rsidRPr="002A31EB">
        <w:rPr>
          <w:rFonts w:cs="Arial"/>
          <w:noProof/>
          <w:szCs w:val="18"/>
          <w:lang w:val="pl-PL" w:eastAsia="zh-CN"/>
        </w:rPr>
        <w:t>Umowa została sporządzona w postaci elektronicznej i podpisana przez każdą ze Stron kwalifikowanym podpisem elektronicznym.</w:t>
      </w:r>
    </w:p>
    <w:p w14:paraId="538EC302" w14:textId="77777777" w:rsidR="00AB0990" w:rsidRPr="002A31EB" w:rsidRDefault="00AB0990" w:rsidP="00610B7D">
      <w:pPr>
        <w:pStyle w:val="Akapitzlist"/>
        <w:numPr>
          <w:ilvl w:val="0"/>
          <w:numId w:val="23"/>
        </w:numPr>
        <w:tabs>
          <w:tab w:val="left" w:pos="426"/>
        </w:tabs>
        <w:ind w:left="426" w:hanging="426"/>
        <w:rPr>
          <w:rFonts w:cs="Arial"/>
          <w:noProof/>
          <w:szCs w:val="18"/>
          <w:lang w:val="pl-PL" w:eastAsia="zh-CN"/>
        </w:rPr>
      </w:pPr>
      <w:r w:rsidRPr="002A31EB">
        <w:rPr>
          <w:rFonts w:cs="Arial"/>
          <w:noProof/>
          <w:szCs w:val="18"/>
          <w:lang w:val="pl-PL" w:eastAsia="zh-CN"/>
        </w:rPr>
        <w:t>Datą zawarcia Umowy jest data złożenia oświadczenia woli o jej zawarciu przez ostatnią ze Stron.</w:t>
      </w:r>
    </w:p>
    <w:p w14:paraId="26DC15D8" w14:textId="77777777" w:rsidR="00AB0990" w:rsidRPr="002A31EB" w:rsidRDefault="00AB0990" w:rsidP="00610B7D">
      <w:pPr>
        <w:autoSpaceDE w:val="0"/>
        <w:autoSpaceDN w:val="0"/>
        <w:jc w:val="center"/>
        <w:rPr>
          <w:rFonts w:cs="Arial"/>
          <w:b/>
          <w:bCs/>
          <w:noProof/>
          <w:szCs w:val="18"/>
          <w:u w:val="single"/>
          <w:lang w:val="pl-PL"/>
        </w:rPr>
      </w:pPr>
      <w:r w:rsidRPr="002A31EB">
        <w:rPr>
          <w:rFonts w:cs="Arial"/>
          <w:b/>
          <w:bCs/>
          <w:noProof/>
          <w:szCs w:val="18"/>
          <w:u w:val="single"/>
          <w:lang w:val="pl-PL"/>
        </w:rPr>
        <w:t>Podstawa zawarcia Umowy</w:t>
      </w:r>
    </w:p>
    <w:p w14:paraId="643ECB72" w14:textId="77777777" w:rsidR="00AB0990" w:rsidRPr="002A31EB" w:rsidRDefault="00AB0990" w:rsidP="00610B7D">
      <w:pPr>
        <w:pStyle w:val="Akapitzlist"/>
        <w:numPr>
          <w:ilvl w:val="0"/>
          <w:numId w:val="22"/>
        </w:numPr>
        <w:ind w:left="426" w:hanging="426"/>
        <w:rPr>
          <w:rFonts w:cs="Arial"/>
          <w:noProof/>
          <w:snapToGrid w:val="0"/>
          <w:szCs w:val="18"/>
          <w:lang w:val="pl-PL"/>
        </w:rPr>
      </w:pPr>
      <w:r w:rsidRPr="002A31EB">
        <w:rPr>
          <w:rFonts w:cs="Arial"/>
          <w:noProof/>
          <w:snapToGrid w:val="0"/>
          <w:szCs w:val="18"/>
          <w:lang w:val="pl-PL"/>
        </w:rPr>
        <w:t xml:space="preserve">Umowa została zawarta w związku z realizacją zadania inwestycyjnego współfinansowanego ze środków FUNDUSZU MEDYCZNEGO, Subfunduszu modernizacji podmiotów leczniczych (SMPL). </w:t>
      </w:r>
    </w:p>
    <w:p w14:paraId="580FB54C" w14:textId="77777777" w:rsidR="00AB0990" w:rsidRPr="002A31EB" w:rsidRDefault="00AB0990" w:rsidP="00610B7D">
      <w:pPr>
        <w:pStyle w:val="Akapitzlist"/>
        <w:numPr>
          <w:ilvl w:val="0"/>
          <w:numId w:val="22"/>
        </w:numPr>
        <w:ind w:left="426" w:hanging="426"/>
        <w:rPr>
          <w:rFonts w:cs="Arial"/>
          <w:noProof/>
          <w:snapToGrid w:val="0"/>
          <w:szCs w:val="18"/>
          <w:lang w:val="pl-PL"/>
        </w:rPr>
      </w:pPr>
      <w:r w:rsidRPr="002A31EB">
        <w:rPr>
          <w:rFonts w:cs="Arial"/>
          <w:noProof/>
          <w:snapToGrid w:val="0"/>
          <w:szCs w:val="18"/>
          <w:lang w:val="pl-PL"/>
        </w:rPr>
        <w:t xml:space="preserve">Umowa została zawarta w wyniku postępowania o udzielenie zamówienia publicznego przeprowadzonego w trybie podstawowym bez przeprowadzenie negocjacji , na podstawie art. 275 pkt 1 ustawy Prawo zamówień publicznych z dnia 11 września 2019 r., zwanej dalej Pzp, (t.j. </w:t>
      </w:r>
      <w:hyperlink r:id="rId12" w:history="1">
        <w:r w:rsidRPr="002A31EB">
          <w:rPr>
            <w:rFonts w:cs="Arial"/>
            <w:noProof/>
            <w:snapToGrid w:val="0"/>
            <w:color w:val="0000FF"/>
            <w:szCs w:val="18"/>
            <w:u w:val="single"/>
            <w:lang w:val="pl-PL"/>
          </w:rPr>
          <w:t>Dz.U. 2024 poz. 1</w:t>
        </w:r>
      </w:hyperlink>
      <w:r w:rsidRPr="002A31EB">
        <w:rPr>
          <w:rFonts w:cs="Arial"/>
          <w:noProof/>
          <w:snapToGrid w:val="0"/>
          <w:color w:val="0000FF"/>
          <w:szCs w:val="18"/>
          <w:u w:val="single"/>
          <w:lang w:val="pl-PL"/>
        </w:rPr>
        <w:t>320</w:t>
      </w:r>
      <w:r w:rsidRPr="002A31EB">
        <w:rPr>
          <w:rFonts w:cs="Arial"/>
          <w:noProof/>
          <w:snapToGrid w:val="0"/>
          <w:szCs w:val="18"/>
          <w:lang w:val="pl-PL"/>
        </w:rPr>
        <w:t xml:space="preserve"> ze zmian.) </w:t>
      </w:r>
    </w:p>
    <w:p w14:paraId="5FE7FD87" w14:textId="77777777" w:rsidR="00DB1D0E" w:rsidRPr="002A31EB" w:rsidRDefault="00CF1206" w:rsidP="00610B7D">
      <w:pPr>
        <w:jc w:val="center"/>
        <w:rPr>
          <w:noProof/>
          <w:lang w:val="pl-PL"/>
        </w:rPr>
      </w:pPr>
      <w:r w:rsidRPr="002A31EB">
        <w:rPr>
          <w:b/>
          <w:noProof/>
          <w:lang w:val="pl-PL"/>
        </w:rPr>
        <w:t>§ 1</w:t>
      </w:r>
    </w:p>
    <w:p w14:paraId="61F605BF" w14:textId="77777777" w:rsidR="00DB1D0E" w:rsidRPr="002A31EB" w:rsidRDefault="00CF1206" w:rsidP="00610B7D">
      <w:pPr>
        <w:jc w:val="center"/>
        <w:rPr>
          <w:noProof/>
          <w:lang w:val="pl-PL"/>
        </w:rPr>
      </w:pPr>
      <w:r w:rsidRPr="002A31EB">
        <w:rPr>
          <w:b/>
          <w:noProof/>
          <w:lang w:val="pl-PL"/>
        </w:rPr>
        <w:t>Przedmiot umowy</w:t>
      </w:r>
    </w:p>
    <w:p w14:paraId="36476B32" w14:textId="77777777" w:rsidR="00DB1D0E" w:rsidRPr="002A31EB" w:rsidRDefault="00CF1206" w:rsidP="006D44D9">
      <w:pPr>
        <w:numPr>
          <w:ilvl w:val="0"/>
          <w:numId w:val="1"/>
        </w:numPr>
        <w:tabs>
          <w:tab w:val="clear" w:pos="0"/>
          <w:tab w:val="left" w:pos="142"/>
          <w:tab w:val="left" w:pos="284"/>
        </w:tabs>
        <w:ind w:left="284" w:hanging="284"/>
        <w:rPr>
          <w:noProof/>
          <w:lang w:val="pl-PL"/>
        </w:rPr>
      </w:pPr>
      <w:r w:rsidRPr="002A31EB">
        <w:rPr>
          <w:noProof/>
          <w:lang w:val="pl-PL"/>
        </w:rPr>
        <w:t>Przedmiotem umowy jest realizacja zadania pn. „Przebudowa lądowiska sanitarnego dla śmigłowców na terenie Specjalistycznego Szpitala Wojewódzkiego w Ciechanowie oraz dostosowanie go do obowiązujących przepisów prawa, wymogów technicznych i norm budowlanych w zakresie lądowisk ratownictwa medycznego i cywilnego”, w formule „zaprojektuj i wybuduj”.</w:t>
      </w:r>
    </w:p>
    <w:p w14:paraId="6CE82BD6" w14:textId="77777777" w:rsidR="00DB1D0E" w:rsidRPr="002A31EB" w:rsidRDefault="00CF1206" w:rsidP="006D44D9">
      <w:pPr>
        <w:numPr>
          <w:ilvl w:val="0"/>
          <w:numId w:val="1"/>
        </w:numPr>
        <w:tabs>
          <w:tab w:val="clear" w:pos="0"/>
          <w:tab w:val="left" w:pos="142"/>
          <w:tab w:val="left" w:pos="284"/>
        </w:tabs>
        <w:ind w:left="284" w:hanging="284"/>
        <w:rPr>
          <w:noProof/>
          <w:lang w:val="pl-PL"/>
        </w:rPr>
      </w:pPr>
      <w:r w:rsidRPr="002A31EB">
        <w:rPr>
          <w:noProof/>
          <w:lang w:val="pl-PL"/>
        </w:rPr>
        <w:t>Przedmiot umowy obejmuje w szczególności:</w:t>
      </w:r>
    </w:p>
    <w:p w14:paraId="21E6A64F" w14:textId="77777777" w:rsidR="00DB1D0E" w:rsidRPr="002A31EB" w:rsidRDefault="00CF1206" w:rsidP="00A11682">
      <w:pPr>
        <w:numPr>
          <w:ilvl w:val="1"/>
          <w:numId w:val="1"/>
        </w:numPr>
        <w:tabs>
          <w:tab w:val="clear" w:pos="360"/>
          <w:tab w:val="left" w:pos="142"/>
        </w:tabs>
        <w:ind w:left="567" w:hanging="283"/>
        <w:rPr>
          <w:noProof/>
          <w:lang w:val="pl-PL"/>
        </w:rPr>
      </w:pPr>
      <w:r w:rsidRPr="002A31EB">
        <w:rPr>
          <w:noProof/>
          <w:lang w:val="pl-PL"/>
        </w:rPr>
        <w:t>opracowanie kompletnej dokumentacji projektowej niezbędnej do realizacji inwestycji,</w:t>
      </w:r>
    </w:p>
    <w:p w14:paraId="2886D807" w14:textId="77777777" w:rsidR="00DB1D0E" w:rsidRPr="002A31EB" w:rsidRDefault="00CF1206" w:rsidP="00A11682">
      <w:pPr>
        <w:numPr>
          <w:ilvl w:val="1"/>
          <w:numId w:val="1"/>
        </w:numPr>
        <w:tabs>
          <w:tab w:val="clear" w:pos="360"/>
          <w:tab w:val="left" w:pos="142"/>
        </w:tabs>
        <w:ind w:left="567" w:hanging="283"/>
        <w:rPr>
          <w:noProof/>
          <w:lang w:val="pl-PL"/>
        </w:rPr>
      </w:pPr>
      <w:r w:rsidRPr="002A31EB">
        <w:rPr>
          <w:noProof/>
          <w:lang w:val="pl-PL"/>
        </w:rPr>
        <w:t>uzyskanie wszelkich wymaganych uzgodnień, opinii, decyzji, zgód i pozwoleń niezbędnych do wykonania przedmiotu umowy i dopuszczenia obiektu do użytkowania, o ile są wymagane przepisami prawa lub dokumentami zamówienia,</w:t>
      </w:r>
    </w:p>
    <w:p w14:paraId="581A4847" w14:textId="77777777" w:rsidR="00DB1D0E" w:rsidRPr="002A31EB" w:rsidRDefault="00CF1206" w:rsidP="00A11682">
      <w:pPr>
        <w:numPr>
          <w:ilvl w:val="1"/>
          <w:numId w:val="1"/>
        </w:numPr>
        <w:tabs>
          <w:tab w:val="clear" w:pos="360"/>
          <w:tab w:val="left" w:pos="142"/>
        </w:tabs>
        <w:ind w:left="567" w:hanging="283"/>
        <w:rPr>
          <w:noProof/>
          <w:lang w:val="pl-PL"/>
        </w:rPr>
      </w:pPr>
      <w:r w:rsidRPr="002A31EB">
        <w:rPr>
          <w:noProof/>
          <w:lang w:val="pl-PL"/>
        </w:rPr>
        <w:t>wykonanie wszelkich robót budowlanych, instalacyjnych, montażowych, dostaw i czynności towarzyszących niezbędnych do prawidłowego wykonania przedmiotu umowy,</w:t>
      </w:r>
    </w:p>
    <w:p w14:paraId="0353AD6E" w14:textId="77777777" w:rsidR="00DB1D0E" w:rsidRPr="002A31EB" w:rsidRDefault="00CF1206" w:rsidP="00A11682">
      <w:pPr>
        <w:numPr>
          <w:ilvl w:val="1"/>
          <w:numId w:val="1"/>
        </w:numPr>
        <w:tabs>
          <w:tab w:val="clear" w:pos="360"/>
          <w:tab w:val="left" w:pos="142"/>
        </w:tabs>
        <w:ind w:left="567" w:hanging="283"/>
        <w:rPr>
          <w:noProof/>
          <w:lang w:val="pl-PL"/>
        </w:rPr>
      </w:pPr>
      <w:r w:rsidRPr="002A31EB">
        <w:rPr>
          <w:noProof/>
          <w:lang w:val="pl-PL"/>
        </w:rPr>
        <w:t>dostawę i montaż urządzeń oraz wyposażenia przewidzianych dokumentami zamówienia,</w:t>
      </w:r>
    </w:p>
    <w:p w14:paraId="3C30FC13" w14:textId="77777777" w:rsidR="00DB1D0E" w:rsidRPr="002A31EB" w:rsidRDefault="00CF1206" w:rsidP="00A11682">
      <w:pPr>
        <w:numPr>
          <w:ilvl w:val="1"/>
          <w:numId w:val="1"/>
        </w:numPr>
        <w:tabs>
          <w:tab w:val="clear" w:pos="360"/>
          <w:tab w:val="left" w:pos="142"/>
        </w:tabs>
        <w:ind w:left="567" w:hanging="283"/>
        <w:rPr>
          <w:noProof/>
          <w:lang w:val="pl-PL"/>
        </w:rPr>
      </w:pPr>
      <w:r w:rsidRPr="002A31EB">
        <w:rPr>
          <w:noProof/>
          <w:lang w:val="pl-PL"/>
        </w:rPr>
        <w:t>przeprowadzenie prób, badań, pomiarów, uruchomień i sprawdzeń,</w:t>
      </w:r>
    </w:p>
    <w:p w14:paraId="3E4337B3" w14:textId="77777777" w:rsidR="00DB1D0E" w:rsidRPr="002A31EB" w:rsidRDefault="00CF1206" w:rsidP="00A11682">
      <w:pPr>
        <w:numPr>
          <w:ilvl w:val="1"/>
          <w:numId w:val="1"/>
        </w:numPr>
        <w:tabs>
          <w:tab w:val="clear" w:pos="360"/>
        </w:tabs>
        <w:ind w:left="567" w:hanging="283"/>
        <w:rPr>
          <w:noProof/>
          <w:lang w:val="pl-PL"/>
        </w:rPr>
      </w:pPr>
      <w:r w:rsidRPr="002A31EB">
        <w:rPr>
          <w:noProof/>
          <w:lang w:val="pl-PL"/>
        </w:rPr>
        <w:t>sporządzenie dokumentacji powykonawczej,</w:t>
      </w:r>
    </w:p>
    <w:p w14:paraId="33BCB3DB" w14:textId="77777777" w:rsidR="00DB1D0E" w:rsidRPr="002A31EB" w:rsidRDefault="00CF1206" w:rsidP="00A11682">
      <w:pPr>
        <w:numPr>
          <w:ilvl w:val="1"/>
          <w:numId w:val="1"/>
        </w:numPr>
        <w:tabs>
          <w:tab w:val="clear" w:pos="360"/>
          <w:tab w:val="left" w:pos="142"/>
        </w:tabs>
        <w:ind w:left="567" w:hanging="283"/>
        <w:rPr>
          <w:noProof/>
          <w:lang w:val="pl-PL"/>
        </w:rPr>
      </w:pPr>
      <w:r w:rsidRPr="002A31EB">
        <w:rPr>
          <w:noProof/>
          <w:lang w:val="pl-PL"/>
        </w:rPr>
        <w:t>udział w czynnościach odbiorowych oraz usunięcie stwierdzonych wad.</w:t>
      </w:r>
    </w:p>
    <w:p w14:paraId="694CACA0" w14:textId="77777777" w:rsidR="00DB1D0E" w:rsidRPr="002A31EB" w:rsidRDefault="00CF1206" w:rsidP="006D44D9">
      <w:pPr>
        <w:numPr>
          <w:ilvl w:val="0"/>
          <w:numId w:val="1"/>
        </w:numPr>
        <w:tabs>
          <w:tab w:val="clear" w:pos="0"/>
          <w:tab w:val="left" w:pos="142"/>
          <w:tab w:val="left" w:pos="284"/>
        </w:tabs>
        <w:ind w:left="284" w:hanging="284"/>
        <w:rPr>
          <w:noProof/>
          <w:lang w:val="pl-PL"/>
        </w:rPr>
      </w:pPr>
      <w:r w:rsidRPr="002A31EB">
        <w:rPr>
          <w:noProof/>
          <w:lang w:val="pl-PL"/>
        </w:rPr>
        <w:t>Szczegółowy zakres przedmiotu umowy określają w szczególności: SWZ wraz z wyjaśnieniami i zmianami, Program Funkcjonalno-Użytkowy, oferta Wykonawcy wraz z załącznikami, harmonogram rzeczowo-finansowy oraz dokumentacja projektowa opracowana przez Wykonawcę i zaakceptowana przez Zamawiającego w zakresie wymaganym umową.</w:t>
      </w:r>
    </w:p>
    <w:p w14:paraId="3D876EAF" w14:textId="77777777" w:rsidR="00DB1D0E" w:rsidRPr="002A31EB" w:rsidRDefault="00CF1206" w:rsidP="006D44D9">
      <w:pPr>
        <w:numPr>
          <w:ilvl w:val="0"/>
          <w:numId w:val="1"/>
        </w:numPr>
        <w:tabs>
          <w:tab w:val="clear" w:pos="0"/>
          <w:tab w:val="left" w:pos="142"/>
          <w:tab w:val="left" w:pos="284"/>
        </w:tabs>
        <w:ind w:left="284" w:hanging="284"/>
        <w:rPr>
          <w:noProof/>
          <w:lang w:val="pl-PL"/>
        </w:rPr>
      </w:pPr>
      <w:r w:rsidRPr="002A31EB">
        <w:rPr>
          <w:noProof/>
          <w:lang w:val="pl-PL"/>
        </w:rPr>
        <w:t>Dokumenty, o których mowa w ust. 3, należy traktować jako wzajemnie się uzupełniające. W przypadku rozbieżności pierwszeństwo interpretacyjne mają: umowa, SWZ wraz z wyjaśnieniami i zmianami, PFU, oferta Wykonawcy, a następnie dokumenty o charakterze pomocniczym.</w:t>
      </w:r>
    </w:p>
    <w:p w14:paraId="0FAE1362" w14:textId="77777777" w:rsidR="00DB1D0E" w:rsidRPr="002A31EB" w:rsidRDefault="00CF1206" w:rsidP="006D44D9">
      <w:pPr>
        <w:numPr>
          <w:ilvl w:val="0"/>
          <w:numId w:val="1"/>
        </w:numPr>
        <w:tabs>
          <w:tab w:val="clear" w:pos="0"/>
          <w:tab w:val="left" w:pos="142"/>
          <w:tab w:val="left" w:pos="284"/>
        </w:tabs>
        <w:ind w:left="284" w:hanging="284"/>
        <w:rPr>
          <w:noProof/>
          <w:lang w:val="pl-PL"/>
        </w:rPr>
      </w:pPr>
      <w:r w:rsidRPr="002A31EB">
        <w:rPr>
          <w:noProof/>
          <w:lang w:val="pl-PL"/>
        </w:rPr>
        <w:t>Wykonawca oświadcza, że zapoznał się z dokumentami zamówienia, warunkami realizacji inwestycji oraz że uwzględnił wszystkie okoliczności mające wpływ na należyte wykonanie umowy.</w:t>
      </w:r>
    </w:p>
    <w:p w14:paraId="242A47FB" w14:textId="77777777" w:rsidR="00DB1D0E" w:rsidRPr="002A31EB" w:rsidRDefault="00DB1D0E" w:rsidP="006D44D9">
      <w:pPr>
        <w:tabs>
          <w:tab w:val="left" w:pos="142"/>
          <w:tab w:val="left" w:pos="284"/>
        </w:tabs>
        <w:ind w:left="284" w:hanging="284"/>
        <w:rPr>
          <w:noProof/>
          <w:lang w:val="pl-PL"/>
        </w:rPr>
      </w:pPr>
    </w:p>
    <w:p w14:paraId="05183690" w14:textId="77777777" w:rsidR="00DB1D0E" w:rsidRPr="002A31EB" w:rsidRDefault="00CF1206" w:rsidP="00610B7D">
      <w:pPr>
        <w:jc w:val="center"/>
        <w:rPr>
          <w:noProof/>
          <w:lang w:val="pl-PL"/>
        </w:rPr>
      </w:pPr>
      <w:r w:rsidRPr="002A31EB">
        <w:rPr>
          <w:b/>
          <w:noProof/>
          <w:lang w:val="pl-PL"/>
        </w:rPr>
        <w:t>§ 2</w:t>
      </w:r>
    </w:p>
    <w:p w14:paraId="0CF1E5A4" w14:textId="77777777" w:rsidR="00DB1D0E" w:rsidRPr="002A31EB" w:rsidRDefault="00CF1206" w:rsidP="00610B7D">
      <w:pPr>
        <w:jc w:val="center"/>
        <w:rPr>
          <w:noProof/>
          <w:lang w:val="pl-PL"/>
        </w:rPr>
      </w:pPr>
      <w:r w:rsidRPr="002A31EB">
        <w:rPr>
          <w:b/>
          <w:noProof/>
          <w:lang w:val="pl-PL"/>
        </w:rPr>
        <w:t>Charakter wynagrodzenia i zakres zobowiązania Wykonawcy</w:t>
      </w:r>
    </w:p>
    <w:p w14:paraId="37038850" w14:textId="77777777" w:rsidR="00DB1D0E" w:rsidRPr="002A31EB" w:rsidRDefault="00CF1206" w:rsidP="00A11682">
      <w:pPr>
        <w:numPr>
          <w:ilvl w:val="0"/>
          <w:numId w:val="2"/>
        </w:numPr>
        <w:tabs>
          <w:tab w:val="clear" w:pos="0"/>
        </w:tabs>
        <w:ind w:left="284" w:hanging="284"/>
        <w:rPr>
          <w:noProof/>
          <w:lang w:val="pl-PL"/>
        </w:rPr>
      </w:pPr>
      <w:r w:rsidRPr="002A31EB">
        <w:rPr>
          <w:noProof/>
          <w:lang w:val="pl-PL"/>
        </w:rPr>
        <w:t>Wynagrodzenie Wykonawcy ma charakter ryczałtowy.</w:t>
      </w:r>
    </w:p>
    <w:p w14:paraId="1D9146B2" w14:textId="77777777" w:rsidR="00DB1D0E" w:rsidRPr="002A31EB" w:rsidRDefault="00CF1206" w:rsidP="00A11682">
      <w:pPr>
        <w:numPr>
          <w:ilvl w:val="0"/>
          <w:numId w:val="2"/>
        </w:numPr>
        <w:tabs>
          <w:tab w:val="clear" w:pos="0"/>
        </w:tabs>
        <w:ind w:left="284" w:hanging="284"/>
        <w:rPr>
          <w:noProof/>
          <w:lang w:val="pl-PL"/>
        </w:rPr>
      </w:pPr>
      <w:r w:rsidRPr="002A31EB">
        <w:rPr>
          <w:noProof/>
          <w:lang w:val="pl-PL"/>
        </w:rPr>
        <w:t>Wynagrodzenie ryczałtowe obejmuje całość świadczeń niezbędnych do należytego wykonania przedmiotu umowy zgodnie z jej treścią, dokumentami zamówienia, zasadami wiedzy technicznej, obowiązującymi normami oraz przepisami prawa, nawet jeżeli nie zostały one wprost wyszczególnione w dokumentach pomocniczych, przedmiarach lub kosztorysach.</w:t>
      </w:r>
    </w:p>
    <w:p w14:paraId="6951E823" w14:textId="77777777" w:rsidR="00DB1D0E" w:rsidRPr="002A31EB" w:rsidRDefault="00CF1206" w:rsidP="00A11682">
      <w:pPr>
        <w:numPr>
          <w:ilvl w:val="0"/>
          <w:numId w:val="2"/>
        </w:numPr>
        <w:tabs>
          <w:tab w:val="clear" w:pos="0"/>
        </w:tabs>
        <w:ind w:left="284" w:hanging="284"/>
        <w:rPr>
          <w:noProof/>
          <w:lang w:val="pl-PL"/>
        </w:rPr>
      </w:pPr>
      <w:r w:rsidRPr="002A31EB">
        <w:rPr>
          <w:noProof/>
          <w:lang w:val="pl-PL"/>
        </w:rPr>
        <w:t>Kosztorysy ofertowe branży budowlanej i branży elektrycznej, składane wraz z ofertą oraz przedkładane przed zawarciem umowy, mają wyłącznie charakter pomocniczy, informacyjny i porządkujący. Nie ograniczają zakresu zobowiązania Wykonawcy ani nie stanowią samodzielnej podstawy ustalenia zakresu robót.</w:t>
      </w:r>
    </w:p>
    <w:p w14:paraId="06437FE1" w14:textId="77777777" w:rsidR="00DB1D0E" w:rsidRPr="002A31EB" w:rsidRDefault="00CF1206" w:rsidP="00A11682">
      <w:pPr>
        <w:numPr>
          <w:ilvl w:val="0"/>
          <w:numId w:val="2"/>
        </w:numPr>
        <w:tabs>
          <w:tab w:val="clear" w:pos="0"/>
        </w:tabs>
        <w:ind w:left="284" w:hanging="284"/>
        <w:rPr>
          <w:noProof/>
          <w:lang w:val="pl-PL"/>
        </w:rPr>
      </w:pPr>
      <w:r w:rsidRPr="002A31EB">
        <w:rPr>
          <w:noProof/>
          <w:lang w:val="pl-PL"/>
        </w:rPr>
        <w:t>Brak wyodrębnienia określonego elementu w kosztorysie nie oznacza, że element ten nie jest objęty przedmiotem umowy. Przyjmuje się, że koszt jego wykonania został uwzględniony w wynagrodzeniu ryczałtowym, jeżeli obowiązek jego wykonania wynika z dokumentów zamówienia, dokumentacji projektowej, przepisów prawa lub zasad wiedzy technicznej.</w:t>
      </w:r>
    </w:p>
    <w:p w14:paraId="668D8333" w14:textId="77777777" w:rsidR="00DB1D0E" w:rsidRPr="002A31EB" w:rsidRDefault="00CF1206" w:rsidP="00A11682">
      <w:pPr>
        <w:numPr>
          <w:ilvl w:val="0"/>
          <w:numId w:val="2"/>
        </w:numPr>
        <w:tabs>
          <w:tab w:val="clear" w:pos="0"/>
        </w:tabs>
        <w:ind w:left="284" w:hanging="284"/>
        <w:rPr>
          <w:noProof/>
          <w:lang w:val="pl-PL"/>
        </w:rPr>
      </w:pPr>
      <w:r w:rsidRPr="002A31EB">
        <w:rPr>
          <w:noProof/>
          <w:lang w:val="pl-PL"/>
        </w:rPr>
        <w:t>Wykonawca nie może powoływać się na niekompletność przedmiarów, kosztorysów pomocniczych lub innych dokumentów o charakterze informacyjnym w celu uchylenia się od wykonania robót, dostaw lub czynności objętych przedmiotem umowy.</w:t>
      </w:r>
    </w:p>
    <w:p w14:paraId="5DEF18A9" w14:textId="77777777" w:rsidR="00DB1D0E" w:rsidRPr="002A31EB" w:rsidRDefault="00DB1D0E" w:rsidP="00610B7D">
      <w:pPr>
        <w:rPr>
          <w:noProof/>
          <w:lang w:val="pl-PL"/>
        </w:rPr>
      </w:pPr>
    </w:p>
    <w:p w14:paraId="38920321" w14:textId="77777777" w:rsidR="00DB1D0E" w:rsidRPr="002A31EB" w:rsidRDefault="00CF1206" w:rsidP="00610B7D">
      <w:pPr>
        <w:jc w:val="center"/>
        <w:rPr>
          <w:noProof/>
          <w:lang w:val="pl-PL"/>
        </w:rPr>
      </w:pPr>
      <w:r w:rsidRPr="002A31EB">
        <w:rPr>
          <w:b/>
          <w:noProof/>
          <w:lang w:val="pl-PL"/>
        </w:rPr>
        <w:t>§ 3</w:t>
      </w:r>
    </w:p>
    <w:p w14:paraId="548EECDE" w14:textId="77777777" w:rsidR="00DB1D0E" w:rsidRPr="002A31EB" w:rsidRDefault="00CF1206" w:rsidP="00610B7D">
      <w:pPr>
        <w:jc w:val="center"/>
        <w:rPr>
          <w:noProof/>
          <w:lang w:val="pl-PL"/>
        </w:rPr>
      </w:pPr>
      <w:r w:rsidRPr="002A31EB">
        <w:rPr>
          <w:b/>
          <w:noProof/>
          <w:lang w:val="pl-PL"/>
        </w:rPr>
        <w:t>Termin realizacji</w:t>
      </w:r>
    </w:p>
    <w:p w14:paraId="0A21DF5D" w14:textId="77777777" w:rsidR="00DB1D0E" w:rsidRPr="002A31EB" w:rsidRDefault="00CF1206" w:rsidP="00A11682">
      <w:pPr>
        <w:numPr>
          <w:ilvl w:val="0"/>
          <w:numId w:val="3"/>
        </w:numPr>
        <w:tabs>
          <w:tab w:val="left" w:pos="284"/>
        </w:tabs>
        <w:ind w:firstLine="0"/>
        <w:rPr>
          <w:noProof/>
          <w:lang w:val="pl-PL"/>
        </w:rPr>
      </w:pPr>
      <w:r w:rsidRPr="002A31EB">
        <w:rPr>
          <w:noProof/>
          <w:lang w:val="pl-PL"/>
        </w:rPr>
        <w:t>Termin wykonania przedmiotu umowy ustala się do dnia 30 listopada 2026 r.</w:t>
      </w:r>
    </w:p>
    <w:p w14:paraId="508296AD" w14:textId="77777777" w:rsidR="00DB1D0E" w:rsidRPr="002A31EB" w:rsidRDefault="00CF1206" w:rsidP="00A11682">
      <w:pPr>
        <w:numPr>
          <w:ilvl w:val="0"/>
          <w:numId w:val="3"/>
        </w:numPr>
        <w:tabs>
          <w:tab w:val="left" w:pos="284"/>
        </w:tabs>
        <w:ind w:firstLine="0"/>
        <w:rPr>
          <w:noProof/>
          <w:lang w:val="pl-PL"/>
        </w:rPr>
      </w:pPr>
      <w:r w:rsidRPr="002A31EB">
        <w:rPr>
          <w:noProof/>
          <w:lang w:val="pl-PL"/>
        </w:rPr>
        <w:t>Za wykonanie przedmiotu umowy uważa się łączne spełnienie następujących warunków:</w:t>
      </w:r>
    </w:p>
    <w:p w14:paraId="3CDB44E9" w14:textId="77777777" w:rsidR="00DB1D0E" w:rsidRPr="002A31EB" w:rsidRDefault="00CF1206" w:rsidP="00A11682">
      <w:pPr>
        <w:numPr>
          <w:ilvl w:val="1"/>
          <w:numId w:val="3"/>
        </w:numPr>
        <w:tabs>
          <w:tab w:val="clear" w:pos="360"/>
          <w:tab w:val="num" w:pos="567"/>
        </w:tabs>
        <w:ind w:hanging="76"/>
        <w:rPr>
          <w:noProof/>
          <w:lang w:val="pl-PL"/>
        </w:rPr>
      </w:pPr>
      <w:r w:rsidRPr="002A31EB">
        <w:rPr>
          <w:noProof/>
          <w:lang w:val="pl-PL"/>
        </w:rPr>
        <w:t>opracowanie dokumentacji projektowej i uzyskanie wymaganych uzgodnień oraz decyzji,</w:t>
      </w:r>
    </w:p>
    <w:p w14:paraId="42EF8539" w14:textId="77777777" w:rsidR="00DB1D0E" w:rsidRPr="002A31EB" w:rsidRDefault="00CF1206" w:rsidP="00A11682">
      <w:pPr>
        <w:numPr>
          <w:ilvl w:val="1"/>
          <w:numId w:val="3"/>
        </w:numPr>
        <w:tabs>
          <w:tab w:val="clear" w:pos="360"/>
          <w:tab w:val="num" w:pos="567"/>
        </w:tabs>
        <w:ind w:hanging="76"/>
        <w:rPr>
          <w:noProof/>
          <w:lang w:val="pl-PL"/>
        </w:rPr>
      </w:pPr>
      <w:r w:rsidRPr="002A31EB">
        <w:rPr>
          <w:noProof/>
          <w:lang w:val="pl-PL"/>
        </w:rPr>
        <w:t>wykonanie wszystkich robót, dostaw i montaży objętych umową,</w:t>
      </w:r>
    </w:p>
    <w:p w14:paraId="79D6A8BB" w14:textId="77777777" w:rsidR="00DB1D0E" w:rsidRPr="002A31EB" w:rsidRDefault="00CF1206" w:rsidP="00A11682">
      <w:pPr>
        <w:numPr>
          <w:ilvl w:val="1"/>
          <w:numId w:val="3"/>
        </w:numPr>
        <w:tabs>
          <w:tab w:val="clear" w:pos="360"/>
          <w:tab w:val="num" w:pos="567"/>
        </w:tabs>
        <w:ind w:hanging="76"/>
        <w:rPr>
          <w:noProof/>
          <w:lang w:val="pl-PL"/>
        </w:rPr>
      </w:pPr>
      <w:r w:rsidRPr="002A31EB">
        <w:rPr>
          <w:noProof/>
          <w:lang w:val="pl-PL"/>
        </w:rPr>
        <w:t>przeprowadzenie wymaganych prób, badań, uruchomień, pomiarów i sprawdzeń,</w:t>
      </w:r>
    </w:p>
    <w:p w14:paraId="3B1403A6" w14:textId="77777777" w:rsidR="00DB1D0E" w:rsidRPr="002A31EB" w:rsidRDefault="00CF1206" w:rsidP="00A11682">
      <w:pPr>
        <w:numPr>
          <w:ilvl w:val="1"/>
          <w:numId w:val="3"/>
        </w:numPr>
        <w:tabs>
          <w:tab w:val="clear" w:pos="360"/>
          <w:tab w:val="num" w:pos="567"/>
        </w:tabs>
        <w:ind w:hanging="76"/>
        <w:rPr>
          <w:noProof/>
          <w:lang w:val="pl-PL"/>
        </w:rPr>
      </w:pPr>
      <w:r w:rsidRPr="002A31EB">
        <w:rPr>
          <w:noProof/>
          <w:lang w:val="pl-PL"/>
        </w:rPr>
        <w:t>przekazanie kompletnej dokumentacji powykonawczej,</w:t>
      </w:r>
    </w:p>
    <w:p w14:paraId="09DCB892" w14:textId="77777777" w:rsidR="00DB1D0E" w:rsidRPr="002A31EB" w:rsidRDefault="00CF1206" w:rsidP="00A11682">
      <w:pPr>
        <w:numPr>
          <w:ilvl w:val="1"/>
          <w:numId w:val="3"/>
        </w:numPr>
        <w:tabs>
          <w:tab w:val="clear" w:pos="360"/>
          <w:tab w:val="num" w:pos="567"/>
        </w:tabs>
        <w:ind w:hanging="76"/>
        <w:rPr>
          <w:noProof/>
          <w:lang w:val="pl-PL"/>
        </w:rPr>
      </w:pPr>
      <w:r w:rsidRPr="002A31EB">
        <w:rPr>
          <w:noProof/>
          <w:lang w:val="pl-PL"/>
        </w:rPr>
        <w:t>dokonanie odbioru końcowego bez wad istotnych.</w:t>
      </w:r>
    </w:p>
    <w:p w14:paraId="73A17488" w14:textId="77777777" w:rsidR="00DB1D0E" w:rsidRPr="002A31EB" w:rsidRDefault="00DB1D0E" w:rsidP="00610B7D">
      <w:pPr>
        <w:rPr>
          <w:noProof/>
          <w:lang w:val="pl-PL"/>
        </w:rPr>
      </w:pPr>
    </w:p>
    <w:p w14:paraId="140067CA" w14:textId="77777777" w:rsidR="00DB1D0E" w:rsidRPr="002A31EB" w:rsidRDefault="00CF1206" w:rsidP="00610B7D">
      <w:pPr>
        <w:jc w:val="center"/>
        <w:rPr>
          <w:noProof/>
          <w:lang w:val="pl-PL"/>
        </w:rPr>
      </w:pPr>
      <w:r w:rsidRPr="002A31EB">
        <w:rPr>
          <w:b/>
          <w:noProof/>
          <w:lang w:val="pl-PL"/>
        </w:rPr>
        <w:t>§ 4</w:t>
      </w:r>
    </w:p>
    <w:p w14:paraId="6E9A76E3" w14:textId="77777777" w:rsidR="00DB1D0E" w:rsidRPr="002A31EB" w:rsidRDefault="00CF1206" w:rsidP="00610B7D">
      <w:pPr>
        <w:jc w:val="center"/>
        <w:rPr>
          <w:noProof/>
          <w:lang w:val="pl-PL"/>
        </w:rPr>
      </w:pPr>
      <w:r w:rsidRPr="002A31EB">
        <w:rPr>
          <w:b/>
          <w:noProof/>
          <w:lang w:val="pl-PL"/>
        </w:rPr>
        <w:t>Harmonogram rzeczowo-finansowy i etapy rozliczenia</w:t>
      </w:r>
    </w:p>
    <w:p w14:paraId="36CFDFBF" w14:textId="77777777" w:rsidR="00DB1D0E" w:rsidRPr="002A31EB" w:rsidRDefault="00CF1206" w:rsidP="00A11682">
      <w:pPr>
        <w:numPr>
          <w:ilvl w:val="0"/>
          <w:numId w:val="4"/>
        </w:numPr>
        <w:tabs>
          <w:tab w:val="clear" w:pos="0"/>
          <w:tab w:val="num" w:pos="142"/>
        </w:tabs>
        <w:ind w:left="284" w:hanging="284"/>
        <w:rPr>
          <w:noProof/>
          <w:lang w:val="pl-PL"/>
        </w:rPr>
      </w:pPr>
      <w:r w:rsidRPr="002A31EB">
        <w:rPr>
          <w:noProof/>
          <w:lang w:val="pl-PL"/>
        </w:rPr>
        <w:t>W terminie 7 dni od dnia zawarcia umowy Wykonawca przedłoży Zamawiającemu do akceptacji szczegółowy harmonogram rzeczowo-finansowy realizacji umowy.</w:t>
      </w:r>
    </w:p>
    <w:p w14:paraId="5FC770D6" w14:textId="77777777" w:rsidR="00DB1D0E" w:rsidRPr="002A31EB" w:rsidRDefault="00CF1206" w:rsidP="00A11682">
      <w:pPr>
        <w:numPr>
          <w:ilvl w:val="0"/>
          <w:numId w:val="4"/>
        </w:numPr>
        <w:tabs>
          <w:tab w:val="clear" w:pos="0"/>
          <w:tab w:val="num" w:pos="142"/>
        </w:tabs>
        <w:ind w:left="284" w:hanging="284"/>
        <w:rPr>
          <w:noProof/>
          <w:lang w:val="pl-PL"/>
        </w:rPr>
      </w:pPr>
      <w:r w:rsidRPr="002A31EB">
        <w:rPr>
          <w:noProof/>
          <w:lang w:val="pl-PL"/>
        </w:rPr>
        <w:t>Harmonogram powinien obejmować co najmniej: etap projektowy, uzgodnienia i czynności formalnoprawne, roboty budowlane, roboty elektryczne i teletechniczne, dostawy urządzeń i wyposażenia oraz próby, pomiary i odbiory.</w:t>
      </w:r>
    </w:p>
    <w:p w14:paraId="0140A267" w14:textId="77777777" w:rsidR="00DB1D0E" w:rsidRPr="002A31EB" w:rsidRDefault="00CF1206" w:rsidP="00A11682">
      <w:pPr>
        <w:numPr>
          <w:ilvl w:val="0"/>
          <w:numId w:val="4"/>
        </w:numPr>
        <w:tabs>
          <w:tab w:val="clear" w:pos="0"/>
          <w:tab w:val="num" w:pos="142"/>
        </w:tabs>
        <w:ind w:left="284" w:hanging="284"/>
        <w:rPr>
          <w:noProof/>
          <w:lang w:val="pl-PL"/>
        </w:rPr>
      </w:pPr>
      <w:r w:rsidRPr="002A31EB">
        <w:rPr>
          <w:noProof/>
          <w:lang w:val="pl-PL"/>
        </w:rPr>
        <w:t>Strony ustalają etapowy sposób rozliczenia przedmiotu umowy według następujących etapów:</w:t>
      </w:r>
    </w:p>
    <w:p w14:paraId="27A30909" w14:textId="77777777" w:rsidR="00DB1D0E" w:rsidRPr="002A31EB" w:rsidRDefault="00CF1206" w:rsidP="00A11682">
      <w:pPr>
        <w:numPr>
          <w:ilvl w:val="1"/>
          <w:numId w:val="4"/>
        </w:numPr>
        <w:tabs>
          <w:tab w:val="clear" w:pos="360"/>
          <w:tab w:val="num" w:pos="567"/>
        </w:tabs>
        <w:ind w:left="567" w:hanging="283"/>
        <w:rPr>
          <w:noProof/>
          <w:lang w:val="pl-PL"/>
        </w:rPr>
      </w:pPr>
      <w:r w:rsidRPr="002A31EB">
        <w:rPr>
          <w:noProof/>
          <w:lang w:val="pl-PL"/>
        </w:rPr>
        <w:t>Etap I – dokumentacja i uzgodnienia – 10% wynagrodzenia brutto; etap obejmuje opracowanie kompletnej dokumentacji projektowej, uzyskanie wymaganych uzgodnień, opinii i decyzji oraz przekazanie dokumentacji zaakceptowanej przez Zamawiającego,</w:t>
      </w:r>
    </w:p>
    <w:p w14:paraId="349E59EA" w14:textId="77777777" w:rsidR="00DB1D0E" w:rsidRPr="002A31EB" w:rsidRDefault="00CF1206" w:rsidP="00A11682">
      <w:pPr>
        <w:numPr>
          <w:ilvl w:val="1"/>
          <w:numId w:val="4"/>
        </w:numPr>
        <w:tabs>
          <w:tab w:val="clear" w:pos="360"/>
          <w:tab w:val="num" w:pos="567"/>
        </w:tabs>
        <w:ind w:left="567" w:hanging="283"/>
        <w:rPr>
          <w:noProof/>
          <w:lang w:val="pl-PL"/>
        </w:rPr>
      </w:pPr>
      <w:r w:rsidRPr="002A31EB">
        <w:rPr>
          <w:noProof/>
          <w:lang w:val="pl-PL"/>
        </w:rPr>
        <w:t>Etap II – roboty przygotowawcze i infrastruktura podstawowa – 25% wynagrodzenia brutto; etap obejmuje roboty rozbiórkowe i przygotowawcze, roboty ziemne i fundamentowe oraz wykonanie podstawowych elementów infrastruktury towarzyszącej, w tym ogrodzenia, kanalizacji kablowej i tras kablowych,</w:t>
      </w:r>
    </w:p>
    <w:p w14:paraId="39EC3B77" w14:textId="77777777" w:rsidR="00DB1D0E" w:rsidRPr="002A31EB" w:rsidRDefault="00CF1206" w:rsidP="00A11682">
      <w:pPr>
        <w:numPr>
          <w:ilvl w:val="1"/>
          <w:numId w:val="4"/>
        </w:numPr>
        <w:tabs>
          <w:tab w:val="clear" w:pos="360"/>
          <w:tab w:val="num" w:pos="567"/>
        </w:tabs>
        <w:ind w:left="567" w:hanging="283"/>
        <w:rPr>
          <w:noProof/>
          <w:lang w:val="pl-PL"/>
        </w:rPr>
      </w:pPr>
      <w:r w:rsidRPr="002A31EB">
        <w:rPr>
          <w:noProof/>
          <w:lang w:val="pl-PL"/>
        </w:rPr>
        <w:t>Etap III – zasadnicze roboty budowlane oraz dostawy – 45% wynagrodzenia brutto; etap obejmuje wykonanie zasadniczych robót budowlanych, robót elektrycznych i teletechnicznych, dostawę i montaż urządzeń oraz wyposażenia, a także wykonanie oznakowania i oświetlenia lądowiska,</w:t>
      </w:r>
    </w:p>
    <w:p w14:paraId="36B21112" w14:textId="77777777" w:rsidR="00DB1D0E" w:rsidRPr="002A31EB" w:rsidRDefault="00CF1206" w:rsidP="00A11682">
      <w:pPr>
        <w:numPr>
          <w:ilvl w:val="1"/>
          <w:numId w:val="4"/>
        </w:numPr>
        <w:tabs>
          <w:tab w:val="clear" w:pos="360"/>
          <w:tab w:val="num" w:pos="567"/>
        </w:tabs>
        <w:ind w:left="567" w:hanging="283"/>
        <w:rPr>
          <w:noProof/>
          <w:lang w:val="pl-PL"/>
        </w:rPr>
      </w:pPr>
      <w:r w:rsidRPr="002A31EB">
        <w:rPr>
          <w:noProof/>
          <w:lang w:val="pl-PL"/>
        </w:rPr>
        <w:t>Etap IV – uruchomienie, dokumentacja powykonawcza i odbiór końcowy – 20% wynagrodzenia brutto; etap obejmuje próby, pomiary, uruchomienia i sprawdzenia, usunięcie wad stwierdzonych przy odbiorach częściowych, przekazanie kompletnej dokumentacji powykonawczej oraz dokonanie odbioru końcowego.</w:t>
      </w:r>
    </w:p>
    <w:p w14:paraId="6845B09C" w14:textId="77777777" w:rsidR="00DB1D0E" w:rsidRPr="002A31EB" w:rsidRDefault="00CF1206" w:rsidP="00A11682">
      <w:pPr>
        <w:numPr>
          <w:ilvl w:val="0"/>
          <w:numId w:val="4"/>
        </w:numPr>
        <w:tabs>
          <w:tab w:val="clear" w:pos="0"/>
          <w:tab w:val="num" w:pos="567"/>
        </w:tabs>
        <w:ind w:left="567" w:hanging="425"/>
        <w:rPr>
          <w:noProof/>
          <w:lang w:val="pl-PL"/>
        </w:rPr>
      </w:pPr>
      <w:r w:rsidRPr="002A31EB">
        <w:rPr>
          <w:noProof/>
          <w:lang w:val="pl-PL"/>
        </w:rPr>
        <w:t>Akceptacja harmonogramu przez Zamawiającego nie zwalnia Wykonawcy z odpowiedzialności za dochowanie terminu wykonania umowy.</w:t>
      </w:r>
    </w:p>
    <w:p w14:paraId="54953F0A" w14:textId="77777777" w:rsidR="00DB1D0E" w:rsidRPr="002A31EB" w:rsidRDefault="00CF1206" w:rsidP="00A11682">
      <w:pPr>
        <w:numPr>
          <w:ilvl w:val="0"/>
          <w:numId w:val="4"/>
        </w:numPr>
        <w:tabs>
          <w:tab w:val="clear" w:pos="0"/>
          <w:tab w:val="num" w:pos="567"/>
        </w:tabs>
        <w:ind w:left="567" w:hanging="425"/>
        <w:rPr>
          <w:noProof/>
          <w:lang w:val="pl-PL"/>
        </w:rPr>
      </w:pPr>
      <w:r w:rsidRPr="002A31EB">
        <w:rPr>
          <w:noProof/>
          <w:lang w:val="pl-PL"/>
        </w:rPr>
        <w:t>Aktualizacja harmonogramu wymaga akceptacji Zamawiającego i nie stanowi zmiany umowy, o ile nie prowadzi do zmiany terminu końcowego lub innych istotnych postanowień umowy.</w:t>
      </w:r>
    </w:p>
    <w:p w14:paraId="7CA051D3" w14:textId="77777777" w:rsidR="00DB1D0E" w:rsidRPr="002A31EB" w:rsidRDefault="00DB1D0E" w:rsidP="00610B7D">
      <w:pPr>
        <w:rPr>
          <w:noProof/>
          <w:lang w:val="pl-PL"/>
        </w:rPr>
      </w:pPr>
    </w:p>
    <w:p w14:paraId="2D6FFAC6" w14:textId="77777777" w:rsidR="00DB1D0E" w:rsidRPr="002A31EB" w:rsidRDefault="00CF1206" w:rsidP="00610B7D">
      <w:pPr>
        <w:jc w:val="center"/>
        <w:rPr>
          <w:noProof/>
          <w:lang w:val="pl-PL"/>
        </w:rPr>
      </w:pPr>
      <w:r w:rsidRPr="002A31EB">
        <w:rPr>
          <w:b/>
          <w:noProof/>
          <w:lang w:val="pl-PL"/>
        </w:rPr>
        <w:t>§ 5</w:t>
      </w:r>
    </w:p>
    <w:p w14:paraId="3BF43FCB" w14:textId="77777777" w:rsidR="00DB1D0E" w:rsidRPr="002A31EB" w:rsidRDefault="00CF1206" w:rsidP="00610B7D">
      <w:pPr>
        <w:jc w:val="center"/>
        <w:rPr>
          <w:noProof/>
          <w:lang w:val="pl-PL"/>
        </w:rPr>
      </w:pPr>
      <w:r w:rsidRPr="002A31EB">
        <w:rPr>
          <w:b/>
          <w:noProof/>
          <w:lang w:val="pl-PL"/>
        </w:rPr>
        <w:t>Obowiązki Wykonawcy</w:t>
      </w:r>
    </w:p>
    <w:p w14:paraId="24401BA0" w14:textId="77777777" w:rsidR="00DB1D0E" w:rsidRPr="002A31EB" w:rsidRDefault="00CF1206" w:rsidP="00A11682">
      <w:pPr>
        <w:pStyle w:val="Listapunktowana"/>
        <w:numPr>
          <w:ilvl w:val="0"/>
          <w:numId w:val="24"/>
        </w:numPr>
        <w:tabs>
          <w:tab w:val="left" w:pos="284"/>
          <w:tab w:val="left" w:pos="426"/>
        </w:tabs>
        <w:ind w:firstLine="0"/>
        <w:rPr>
          <w:noProof/>
          <w:lang w:val="pl-PL"/>
        </w:rPr>
      </w:pPr>
      <w:r w:rsidRPr="002A31EB">
        <w:rPr>
          <w:noProof/>
          <w:lang w:val="pl-PL"/>
        </w:rPr>
        <w:t>Do obowiązków Wykonawcy należy w szczególności:</w:t>
      </w:r>
    </w:p>
    <w:p w14:paraId="4A708A89"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w</w:t>
      </w:r>
      <w:r w:rsidRPr="002A31EB">
        <w:rPr>
          <w:noProof/>
          <w:lang w:val="pl-PL"/>
        </w:rPr>
        <w:t>ykonanie przedmiotu umowy z należytą starannością, zgodnie z dokumentami zamówienia, przepisami prawa, zasadami wiedzy technicznej i sztuki budowlanej,</w:t>
      </w:r>
    </w:p>
    <w:p w14:paraId="5A7F9990"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zapewnienie osób posiadających wymagane kwalifikacje, uprawnienia i doświadczenie,</w:t>
      </w:r>
    </w:p>
    <w:p w14:paraId="6C330373"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ustanowienie kierownika budowy oraz innych osób wymaganych przepisami prawa lub dokumentami zamówienia,</w:t>
      </w:r>
    </w:p>
    <w:p w14:paraId="7C184052"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prowadzenie robót w sposób niezagrażający bezpieczeństwu oraz możliwie najmniej uciążliwy dla funkcjonowania Szpitala,</w:t>
      </w:r>
    </w:p>
    <w:p w14:paraId="49687935"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zabezpieczenie terenu robót oraz zapewnienie bezpieczeństwa ludzi i mienia,</w:t>
      </w:r>
    </w:p>
    <w:p w14:paraId="47FEC3FD"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utrzymanie porządku na terenie realizacji inwestycji,</w:t>
      </w:r>
    </w:p>
    <w:p w14:paraId="13B1A3AB"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gospodarowanie odpadami zgodnie z przepisami prawa,</w:t>
      </w:r>
    </w:p>
    <w:p w14:paraId="20E09A09"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stosowanie wyrobów i urządzeń dopuszczonych do obrotu i stosowania zgodnie z obowiązującymi przepisami,</w:t>
      </w:r>
    </w:p>
    <w:p w14:paraId="6382069C" w14:textId="77777777" w:rsidR="00DB1D0E" w:rsidRPr="002A31EB" w:rsidRDefault="00CF1206" w:rsidP="00A11682">
      <w:pPr>
        <w:numPr>
          <w:ilvl w:val="1"/>
          <w:numId w:val="5"/>
        </w:numPr>
        <w:tabs>
          <w:tab w:val="clear" w:pos="360"/>
          <w:tab w:val="num" w:pos="567"/>
        </w:tabs>
        <w:ind w:left="567" w:hanging="283"/>
        <w:rPr>
          <w:noProof/>
          <w:lang w:val="pl-PL"/>
        </w:rPr>
      </w:pPr>
      <w:r w:rsidRPr="002A31EB">
        <w:rPr>
          <w:noProof/>
          <w:lang w:val="pl-PL"/>
        </w:rPr>
        <w:t>zapewnienie dostępności części zamiennych, materiałów eksploatacyjnych oraz wsparcia technicznego dla dostarczonych urządzeń przez okres co najmniej 10 lat od dnia odbioru końcowego albo przez okres dłuższy, jeżeli wynika on z oferty Wykonawcy lub dokumentów producenta.</w:t>
      </w:r>
    </w:p>
    <w:p w14:paraId="0E44897C" w14:textId="77777777" w:rsidR="00DB1D0E" w:rsidRPr="002A31EB" w:rsidRDefault="00CF1206" w:rsidP="00A11682">
      <w:pPr>
        <w:numPr>
          <w:ilvl w:val="0"/>
          <w:numId w:val="5"/>
        </w:numPr>
        <w:tabs>
          <w:tab w:val="clear" w:pos="0"/>
        </w:tabs>
        <w:ind w:left="284" w:hanging="284"/>
        <w:rPr>
          <w:noProof/>
          <w:lang w:val="pl-PL"/>
        </w:rPr>
      </w:pPr>
      <w:r w:rsidRPr="002A31EB">
        <w:rPr>
          <w:noProof/>
          <w:lang w:val="pl-PL"/>
        </w:rPr>
        <w:t>Wykonawca ponosi pełną odpowiedzialność za koordynację wszystkich branż oraz zgodność realizacji robót i dostaw z dokumentacją projektową, PFU, przepisami prawa i wymaganiami Zamawiającego.</w:t>
      </w:r>
    </w:p>
    <w:p w14:paraId="5A4033AE" w14:textId="77777777" w:rsidR="00AA7FA8" w:rsidRPr="002A31EB" w:rsidRDefault="00AA7FA8" w:rsidP="00A11682">
      <w:pPr>
        <w:pStyle w:val="Listapunktowana"/>
        <w:tabs>
          <w:tab w:val="clear" w:pos="0"/>
        </w:tabs>
        <w:ind w:left="284" w:hanging="284"/>
        <w:rPr>
          <w:noProof/>
          <w:lang w:val="pl-PL"/>
        </w:rPr>
      </w:pPr>
      <w:r w:rsidRPr="002A31EB">
        <w:rPr>
          <w:noProof/>
          <w:lang w:val="pl-PL"/>
        </w:rPr>
        <w:t>Zamawiający, stosownie do art. 95 ustawy Prawo zamówień publicznych, wymaga zatrudnienia przez Wykonawcę lub podwykonawcę na podstawie umowy o pracę osób wykonujących czynności w zakresie realizacji przedmiotu umowy, jeżeli wykonanie tych czynności polega na wykonywaniu pracy w sposób określony w art. 22 § 1 Kodeksu pracy.</w:t>
      </w:r>
    </w:p>
    <w:p w14:paraId="5A0745F9" w14:textId="77777777" w:rsidR="00AA7FA8" w:rsidRPr="002A31EB" w:rsidRDefault="00AA7FA8" w:rsidP="00A11682">
      <w:pPr>
        <w:pStyle w:val="Listapunktowana"/>
        <w:tabs>
          <w:tab w:val="clear" w:pos="0"/>
        </w:tabs>
        <w:ind w:left="284" w:hanging="284"/>
        <w:rPr>
          <w:noProof/>
          <w:lang w:val="pl-PL"/>
        </w:rPr>
      </w:pPr>
      <w:r w:rsidRPr="002A31EB">
        <w:rPr>
          <w:noProof/>
          <w:lang w:val="pl-PL"/>
        </w:rPr>
        <w:t>Wymóg, o którym mowa w ust. 1, dotyczy w szczególności osób wykonujących czynności:</w:t>
      </w:r>
      <w:r w:rsidRPr="002A31EB">
        <w:rPr>
          <w:noProof/>
          <w:lang w:val="pl-PL"/>
        </w:rPr>
        <w:br/>
        <w:t>a) ogólnobudowlane,</w:t>
      </w:r>
      <w:r w:rsidRPr="002A31EB">
        <w:rPr>
          <w:noProof/>
          <w:lang w:val="pl-PL"/>
        </w:rPr>
        <w:br/>
        <w:t>b) ziemne, rozbiórkowe i montażowe,</w:t>
      </w:r>
      <w:r w:rsidRPr="002A31EB">
        <w:rPr>
          <w:noProof/>
          <w:lang w:val="pl-PL"/>
        </w:rPr>
        <w:br/>
        <w:t>c) instalacyjne i elektryczne,</w:t>
      </w:r>
      <w:r w:rsidRPr="002A31EB">
        <w:rPr>
          <w:noProof/>
          <w:lang w:val="pl-PL"/>
        </w:rPr>
        <w:br/>
        <w:t>d) związane z obsługą sprzętu i urządzeń budowlanych,</w:t>
      </w:r>
      <w:r w:rsidRPr="002A31EB">
        <w:rPr>
          <w:noProof/>
          <w:lang w:val="pl-PL"/>
        </w:rPr>
        <w:br/>
        <w:t>e) fizyczne prace wykonawcze bezpośrednio związane z realizacją robót objętych umową.</w:t>
      </w:r>
    </w:p>
    <w:p w14:paraId="06CFF650" w14:textId="77777777" w:rsidR="00AA7FA8" w:rsidRPr="002A31EB" w:rsidRDefault="00AA7FA8" w:rsidP="00A11682">
      <w:pPr>
        <w:pStyle w:val="Listapunktowana"/>
        <w:tabs>
          <w:tab w:val="clear" w:pos="0"/>
        </w:tabs>
        <w:ind w:left="284" w:hanging="284"/>
        <w:rPr>
          <w:noProof/>
          <w:lang w:val="pl-PL"/>
        </w:rPr>
      </w:pPr>
      <w:r w:rsidRPr="002A31EB">
        <w:rPr>
          <w:noProof/>
          <w:lang w:val="pl-PL"/>
        </w:rPr>
        <w:t>Wymóg zatrudnienia na podstawie umowy o pracę nie dotyczy:</w:t>
      </w:r>
      <w:r w:rsidRPr="002A31EB">
        <w:rPr>
          <w:noProof/>
          <w:lang w:val="pl-PL"/>
        </w:rPr>
        <w:br/>
        <w:t>a) projektantów,</w:t>
      </w:r>
      <w:r w:rsidRPr="002A31EB">
        <w:rPr>
          <w:noProof/>
          <w:lang w:val="pl-PL"/>
        </w:rPr>
        <w:br/>
        <w:t>b) kierownika budowy,</w:t>
      </w:r>
      <w:r w:rsidRPr="002A31EB">
        <w:rPr>
          <w:noProof/>
          <w:lang w:val="pl-PL"/>
        </w:rPr>
        <w:br/>
        <w:t>c) kierowników robót,</w:t>
      </w:r>
      <w:r w:rsidRPr="002A31EB">
        <w:rPr>
          <w:noProof/>
          <w:lang w:val="pl-PL"/>
        </w:rPr>
        <w:br/>
        <w:t>d) osób pełniących samodzielne funkcje techniczne w budownictwie,</w:t>
      </w:r>
      <w:r w:rsidRPr="002A31EB">
        <w:rPr>
          <w:noProof/>
          <w:lang w:val="pl-PL"/>
        </w:rPr>
        <w:br/>
        <w:t>e) osób wykonujących czynności o charakterze incydentalnym, doradczym albo eksperckim, jeżeli nie zachodzą przesłanki stosunku pracy.</w:t>
      </w:r>
    </w:p>
    <w:p w14:paraId="354FFA60" w14:textId="231105D4" w:rsidR="00AA7FA8" w:rsidRPr="002A31EB" w:rsidRDefault="00AA7FA8" w:rsidP="00A11682">
      <w:pPr>
        <w:pStyle w:val="Listapunktowana"/>
        <w:tabs>
          <w:tab w:val="clear" w:pos="0"/>
        </w:tabs>
        <w:ind w:left="284" w:hanging="284"/>
        <w:rPr>
          <w:noProof/>
          <w:lang w:val="pl-PL"/>
        </w:rPr>
      </w:pPr>
      <w:r w:rsidRPr="002A31EB">
        <w:rPr>
          <w:noProof/>
          <w:lang w:val="pl-PL"/>
        </w:rPr>
        <w:t xml:space="preserve">W celu weryfikacji spełniania wymogu, o którym mowa w ust. </w:t>
      </w:r>
      <w:r w:rsidRPr="002A31EB">
        <w:rPr>
          <w:noProof/>
          <w:lang w:val="pl-PL"/>
        </w:rPr>
        <w:t>3</w:t>
      </w:r>
      <w:r w:rsidRPr="002A31EB">
        <w:rPr>
          <w:noProof/>
          <w:lang w:val="pl-PL"/>
        </w:rPr>
        <w:t>, Zamawiający ma prawo żądać od Wykonawcy lub podwykonawcy w szczególności:</w:t>
      </w:r>
      <w:r w:rsidRPr="002A31EB">
        <w:rPr>
          <w:noProof/>
          <w:lang w:val="pl-PL"/>
        </w:rPr>
        <w:br/>
        <w:t xml:space="preserve">a) oświadczenia o zatrudnieniu na podstawie umowy o pracę osób wykonujących czynności wskazane w ust. </w:t>
      </w:r>
      <w:r w:rsidRPr="002A31EB">
        <w:rPr>
          <w:noProof/>
          <w:lang w:val="pl-PL"/>
        </w:rPr>
        <w:t>4</w:t>
      </w:r>
      <w:r w:rsidRPr="002A31EB">
        <w:rPr>
          <w:noProof/>
          <w:lang w:val="pl-PL"/>
        </w:rPr>
        <w:t>,</w:t>
      </w:r>
      <w:r w:rsidRPr="002A31EB">
        <w:rPr>
          <w:noProof/>
          <w:lang w:val="pl-PL"/>
        </w:rPr>
        <w:br/>
        <w:t>b) poświadczonej za zgodność z oryginałem kopii umowy o pracę – zanonimizowanej w zakresie danych osobowych, z wyjątkiem informacji niezbędnych do weryfikacji spełnienia wymogu,</w:t>
      </w:r>
      <w:r w:rsidRPr="002A31EB">
        <w:rPr>
          <w:noProof/>
          <w:lang w:val="pl-PL"/>
        </w:rPr>
        <w:br/>
        <w:t>c) dokumentów potwierdzających zgłoszenie pracownika do ubezpieczeń społecznych,</w:t>
      </w:r>
      <w:r w:rsidRPr="002A31EB">
        <w:rPr>
          <w:noProof/>
          <w:lang w:val="pl-PL"/>
        </w:rPr>
        <w:br/>
        <w:t>d) innych dokumentów lub oświadczeń niezbędnych do potwierdzenia spełnienia wymogu zatrudnienia.</w:t>
      </w:r>
    </w:p>
    <w:p w14:paraId="441595A7" w14:textId="77777777" w:rsidR="00AA7FA8" w:rsidRPr="002A31EB" w:rsidRDefault="00AA7FA8" w:rsidP="00A11682">
      <w:pPr>
        <w:pStyle w:val="Listapunktowana"/>
        <w:tabs>
          <w:tab w:val="clear" w:pos="0"/>
        </w:tabs>
        <w:ind w:left="284" w:hanging="284"/>
        <w:rPr>
          <w:noProof/>
          <w:lang w:val="pl-PL"/>
        </w:rPr>
      </w:pPr>
      <w:r w:rsidRPr="002A31EB">
        <w:rPr>
          <w:noProof/>
          <w:lang w:val="pl-PL"/>
        </w:rPr>
        <w:t xml:space="preserve">Wykonawca jest zobowiązany do przedłożenia dokumentów, o których mowa w ust. </w:t>
      </w:r>
      <w:r w:rsidRPr="002A31EB">
        <w:rPr>
          <w:noProof/>
          <w:lang w:val="pl-PL"/>
        </w:rPr>
        <w:t>6</w:t>
      </w:r>
      <w:r w:rsidRPr="002A31EB">
        <w:rPr>
          <w:noProof/>
          <w:lang w:val="pl-PL"/>
        </w:rPr>
        <w:t>, w terminie 5 dni roboczych od dnia wezwania przez Zamawiającego.</w:t>
      </w:r>
    </w:p>
    <w:p w14:paraId="6148B35F" w14:textId="69DFE487" w:rsidR="00AA7FA8" w:rsidRPr="002A31EB" w:rsidRDefault="00AA7FA8" w:rsidP="00A11682">
      <w:pPr>
        <w:pStyle w:val="Listapunktowana"/>
        <w:tabs>
          <w:tab w:val="clear" w:pos="0"/>
        </w:tabs>
        <w:ind w:left="284" w:hanging="284"/>
        <w:rPr>
          <w:noProof/>
          <w:lang w:val="pl-PL"/>
        </w:rPr>
      </w:pPr>
      <w:r w:rsidRPr="002A31EB">
        <w:rPr>
          <w:noProof/>
          <w:lang w:val="pl-PL"/>
        </w:rPr>
        <w:t xml:space="preserve">Nieprzedłożenie w terminie dokumentów, o których mowa w ust. </w:t>
      </w:r>
      <w:r w:rsidRPr="002A31EB">
        <w:rPr>
          <w:noProof/>
          <w:lang w:val="pl-PL"/>
        </w:rPr>
        <w:t>6</w:t>
      </w:r>
      <w:r w:rsidRPr="002A31EB">
        <w:rPr>
          <w:noProof/>
          <w:lang w:val="pl-PL"/>
        </w:rPr>
        <w:t>, albo stwierdzenie naruszenia obowiązku zatrudnienia na podstawie umowy o pracę, stanowi podstawę do naliczenia kary umownej w wysokości określonej w paragrafie dotyczącym kar umownych.</w:t>
      </w:r>
    </w:p>
    <w:p w14:paraId="75084847" w14:textId="5EECEE91" w:rsidR="00AA7FA8" w:rsidRPr="002A31EB" w:rsidRDefault="00AA7FA8" w:rsidP="00A11682">
      <w:pPr>
        <w:pStyle w:val="Listapunktowana"/>
        <w:tabs>
          <w:tab w:val="clear" w:pos="0"/>
        </w:tabs>
        <w:ind w:left="284" w:hanging="284"/>
        <w:rPr>
          <w:noProof/>
          <w:lang w:val="pl-PL"/>
        </w:rPr>
      </w:pPr>
      <w:r w:rsidRPr="002A31EB">
        <w:rPr>
          <w:noProof/>
          <w:lang w:val="pl-PL"/>
        </w:rPr>
        <w:t>W przypadku powzięcia uzasadnionych wątpliwości co do przestrzegania prawa pracy przez Wykonawcę lub podwykonawcę, Zamawiający może zwrócić się o przeprowadzenie kontroli przez Państwową Inspekcję Pracy.</w:t>
      </w:r>
    </w:p>
    <w:p w14:paraId="765B025B" w14:textId="77777777" w:rsidR="00DB1D0E" w:rsidRPr="002A31EB" w:rsidRDefault="00DB1D0E" w:rsidP="00610B7D">
      <w:pPr>
        <w:rPr>
          <w:noProof/>
          <w:lang w:val="pl-PL"/>
        </w:rPr>
      </w:pPr>
    </w:p>
    <w:p w14:paraId="1C7652A0" w14:textId="77777777" w:rsidR="00DB1D0E" w:rsidRPr="002A31EB" w:rsidRDefault="00CF1206" w:rsidP="00610B7D">
      <w:pPr>
        <w:jc w:val="center"/>
        <w:rPr>
          <w:noProof/>
          <w:lang w:val="pl-PL"/>
        </w:rPr>
      </w:pPr>
      <w:r w:rsidRPr="002A31EB">
        <w:rPr>
          <w:b/>
          <w:noProof/>
          <w:lang w:val="pl-PL"/>
        </w:rPr>
        <w:t>§ 6</w:t>
      </w:r>
    </w:p>
    <w:p w14:paraId="024C7774" w14:textId="77777777" w:rsidR="00DB1D0E" w:rsidRPr="002A31EB" w:rsidRDefault="00CF1206" w:rsidP="00610B7D">
      <w:pPr>
        <w:jc w:val="center"/>
        <w:rPr>
          <w:noProof/>
          <w:lang w:val="pl-PL"/>
        </w:rPr>
      </w:pPr>
      <w:r w:rsidRPr="002A31EB">
        <w:rPr>
          <w:b/>
          <w:noProof/>
          <w:lang w:val="pl-PL"/>
        </w:rPr>
        <w:t>Obowiązki Zamawiającego</w:t>
      </w:r>
    </w:p>
    <w:p w14:paraId="2F4C2E07" w14:textId="77777777" w:rsidR="00B913FC" w:rsidRPr="002A31EB" w:rsidRDefault="00B913FC" w:rsidP="00B913FC">
      <w:pPr>
        <w:jc w:val="both"/>
        <w:rPr>
          <w:rFonts w:cs="Arial"/>
          <w:noProof/>
          <w:szCs w:val="18"/>
          <w:lang w:val="pl-PL"/>
        </w:rPr>
      </w:pPr>
      <w:r w:rsidRPr="002A31EB">
        <w:rPr>
          <w:rFonts w:cs="Arial"/>
          <w:noProof/>
          <w:szCs w:val="18"/>
          <w:lang w:val="pl-PL"/>
        </w:rPr>
        <w:t>Zamawiający zobowiązany jest do:</w:t>
      </w:r>
    </w:p>
    <w:p w14:paraId="188E82C2" w14:textId="77777777" w:rsidR="00B913FC" w:rsidRPr="002A31EB" w:rsidRDefault="00B913FC" w:rsidP="00B913FC">
      <w:pPr>
        <w:numPr>
          <w:ilvl w:val="1"/>
          <w:numId w:val="36"/>
        </w:numPr>
        <w:ind w:left="426" w:hanging="426"/>
        <w:jc w:val="both"/>
        <w:rPr>
          <w:rFonts w:cs="Arial"/>
          <w:noProof/>
          <w:szCs w:val="18"/>
          <w:lang w:val="pl-PL"/>
        </w:rPr>
      </w:pPr>
      <w:r w:rsidRPr="002A31EB">
        <w:rPr>
          <w:rFonts w:cs="Arial"/>
          <w:noProof/>
          <w:szCs w:val="18"/>
          <w:lang w:val="pl-PL"/>
        </w:rPr>
        <w:t>protokolarnego przekazania Wykonawcy terenu budowy;</w:t>
      </w:r>
    </w:p>
    <w:p w14:paraId="2E3B1981" w14:textId="77777777" w:rsidR="00B913FC" w:rsidRPr="002A31EB" w:rsidRDefault="00B913FC" w:rsidP="00B913FC">
      <w:pPr>
        <w:numPr>
          <w:ilvl w:val="1"/>
          <w:numId w:val="36"/>
        </w:numPr>
        <w:ind w:left="426" w:hanging="426"/>
        <w:jc w:val="both"/>
        <w:rPr>
          <w:rFonts w:cs="Arial"/>
          <w:noProof/>
          <w:szCs w:val="18"/>
          <w:lang w:val="pl-PL"/>
        </w:rPr>
      </w:pPr>
      <w:r w:rsidRPr="002A31EB">
        <w:rPr>
          <w:rFonts w:cs="Arial"/>
          <w:noProof/>
          <w:szCs w:val="18"/>
          <w:lang w:val="pl-PL"/>
        </w:rPr>
        <w:t>w miarę posiadania technicznych możliwości, do zapewnienia odpłatnie Wykonawcy źródła poboru wody i energii elektrycznej w obrębie terenu budowy, jeżeli Wykonawca nie ma możliwości indywidualnego poboru z instalacji zasilających, będących w gestii właściwych terenowo Zakładu Wodociągów i Zakładu Energetycznego;</w:t>
      </w:r>
    </w:p>
    <w:p w14:paraId="2C4E3937" w14:textId="77777777" w:rsidR="00B913FC" w:rsidRPr="002A31EB" w:rsidRDefault="00B913FC" w:rsidP="00B913FC">
      <w:pPr>
        <w:numPr>
          <w:ilvl w:val="1"/>
          <w:numId w:val="36"/>
        </w:numPr>
        <w:ind w:left="426" w:hanging="426"/>
        <w:jc w:val="both"/>
        <w:rPr>
          <w:rFonts w:cs="Arial"/>
          <w:noProof/>
          <w:szCs w:val="18"/>
          <w:lang w:val="pl-PL"/>
        </w:rPr>
      </w:pPr>
      <w:r w:rsidRPr="002A31EB">
        <w:rPr>
          <w:rFonts w:cs="Arial"/>
          <w:noProof/>
          <w:szCs w:val="18"/>
          <w:lang w:val="pl-PL"/>
        </w:rPr>
        <w:t>zabezpieczenia nadzoru inwestorskiego dla robót będących przedmiotem umowy;</w:t>
      </w:r>
    </w:p>
    <w:p w14:paraId="4FF5B42B" w14:textId="77777777" w:rsidR="00B913FC" w:rsidRPr="002A31EB" w:rsidRDefault="00B913FC" w:rsidP="00B913FC">
      <w:pPr>
        <w:numPr>
          <w:ilvl w:val="1"/>
          <w:numId w:val="36"/>
        </w:numPr>
        <w:ind w:left="426" w:hanging="426"/>
        <w:jc w:val="both"/>
        <w:rPr>
          <w:rFonts w:cs="Arial"/>
          <w:noProof/>
          <w:szCs w:val="18"/>
          <w:lang w:val="pl-PL"/>
        </w:rPr>
      </w:pPr>
      <w:r w:rsidRPr="002A31EB">
        <w:rPr>
          <w:rFonts w:cs="Arial"/>
          <w:noProof/>
          <w:szCs w:val="18"/>
          <w:lang w:val="pl-PL"/>
        </w:rPr>
        <w:t>uczestniczenia  w  koordynacjach,  które  okażą  się  niezbędne  dla  zapewnienia  właściwego wykonania umowy;</w:t>
      </w:r>
    </w:p>
    <w:p w14:paraId="200DB083" w14:textId="77777777" w:rsidR="00B913FC" w:rsidRPr="002A31EB" w:rsidRDefault="00B913FC" w:rsidP="00B913FC">
      <w:pPr>
        <w:numPr>
          <w:ilvl w:val="1"/>
          <w:numId w:val="36"/>
        </w:numPr>
        <w:ind w:left="426" w:hanging="426"/>
        <w:jc w:val="both"/>
        <w:rPr>
          <w:rFonts w:cs="Arial"/>
          <w:noProof/>
          <w:szCs w:val="18"/>
          <w:lang w:val="pl-PL"/>
        </w:rPr>
      </w:pPr>
      <w:r w:rsidRPr="002A31EB">
        <w:rPr>
          <w:rFonts w:cs="Arial"/>
          <w:noProof/>
          <w:szCs w:val="18"/>
          <w:lang w:val="pl-PL"/>
        </w:rPr>
        <w:t>odbioru robót zgodnie z postanowieniami niniejszej umowy;</w:t>
      </w:r>
    </w:p>
    <w:p w14:paraId="483951BA" w14:textId="77777777" w:rsidR="00B913FC" w:rsidRPr="002A31EB" w:rsidRDefault="00B913FC" w:rsidP="00B913FC">
      <w:pPr>
        <w:numPr>
          <w:ilvl w:val="1"/>
          <w:numId w:val="36"/>
        </w:numPr>
        <w:ind w:left="426" w:hanging="426"/>
        <w:jc w:val="both"/>
        <w:rPr>
          <w:rFonts w:cs="Arial"/>
          <w:noProof/>
          <w:szCs w:val="18"/>
          <w:lang w:val="pl-PL"/>
        </w:rPr>
      </w:pPr>
      <w:r w:rsidRPr="002A31EB">
        <w:rPr>
          <w:rFonts w:cs="Arial"/>
          <w:noProof/>
          <w:szCs w:val="18"/>
          <w:lang w:val="pl-PL"/>
        </w:rPr>
        <w:t>terminowego regulowania zobowiązań finansowych w stosunku do Wykonawcy, wynikających z umowy.</w:t>
      </w:r>
    </w:p>
    <w:p w14:paraId="79845301" w14:textId="77777777" w:rsidR="00DB1D0E" w:rsidRPr="002A31EB" w:rsidRDefault="00DB1D0E" w:rsidP="00610B7D">
      <w:pPr>
        <w:rPr>
          <w:noProof/>
          <w:lang w:val="pl-PL"/>
        </w:rPr>
      </w:pPr>
    </w:p>
    <w:p w14:paraId="64715834" w14:textId="77777777" w:rsidR="00DB1D0E" w:rsidRPr="002A31EB" w:rsidRDefault="00CF1206" w:rsidP="00610B7D">
      <w:pPr>
        <w:jc w:val="center"/>
        <w:rPr>
          <w:noProof/>
          <w:lang w:val="pl-PL"/>
        </w:rPr>
      </w:pPr>
      <w:r w:rsidRPr="002A31EB">
        <w:rPr>
          <w:b/>
          <w:noProof/>
          <w:lang w:val="pl-PL"/>
        </w:rPr>
        <w:t>§ 7</w:t>
      </w:r>
    </w:p>
    <w:p w14:paraId="6B51B30E" w14:textId="77777777" w:rsidR="00DB1D0E" w:rsidRPr="002A31EB" w:rsidRDefault="00CF1206" w:rsidP="00610B7D">
      <w:pPr>
        <w:jc w:val="center"/>
        <w:rPr>
          <w:noProof/>
          <w:lang w:val="pl-PL"/>
        </w:rPr>
      </w:pPr>
      <w:r w:rsidRPr="002A31EB">
        <w:rPr>
          <w:b/>
          <w:noProof/>
          <w:lang w:val="pl-PL"/>
        </w:rPr>
        <w:t>Dokumentacja projektowa, obowiązki projektanta i procedura akceptacji</w:t>
      </w:r>
    </w:p>
    <w:p w14:paraId="384F1D11" w14:textId="77777777" w:rsidR="00DB1D0E" w:rsidRPr="002A31EB" w:rsidRDefault="00CF1206" w:rsidP="00A11682">
      <w:pPr>
        <w:numPr>
          <w:ilvl w:val="0"/>
          <w:numId w:val="7"/>
        </w:numPr>
        <w:tabs>
          <w:tab w:val="clear" w:pos="0"/>
        </w:tabs>
        <w:ind w:left="284" w:hanging="284"/>
        <w:rPr>
          <w:noProof/>
          <w:lang w:val="pl-PL"/>
        </w:rPr>
      </w:pPr>
      <w:r w:rsidRPr="002A31EB">
        <w:rPr>
          <w:noProof/>
          <w:lang w:val="pl-PL"/>
        </w:rPr>
        <w:t>Wykonawca opracuje dokumentację projektową w zakresie niezbędnym do realizacji przedmiotu umowy, zgodną z PFU, wymaganiami Zamawiającego, przepisami prawa oraz zasadami wiedzy technicznej.</w:t>
      </w:r>
    </w:p>
    <w:p w14:paraId="4E1AEE1D" w14:textId="77777777" w:rsidR="00DB1D0E" w:rsidRPr="002A31EB" w:rsidRDefault="00CF1206" w:rsidP="00A11682">
      <w:pPr>
        <w:numPr>
          <w:ilvl w:val="0"/>
          <w:numId w:val="7"/>
        </w:numPr>
        <w:tabs>
          <w:tab w:val="clear" w:pos="0"/>
        </w:tabs>
        <w:ind w:left="284" w:hanging="284"/>
        <w:rPr>
          <w:noProof/>
          <w:lang w:val="pl-PL"/>
        </w:rPr>
      </w:pPr>
      <w:r w:rsidRPr="002A31EB">
        <w:rPr>
          <w:noProof/>
          <w:lang w:val="pl-PL"/>
        </w:rPr>
        <w:t>W ramach obowiązków projektanta Wykonawca zapewni w szczególności:</w:t>
      </w:r>
    </w:p>
    <w:p w14:paraId="7A2DBFAC" w14:textId="77777777" w:rsidR="00DB1D0E" w:rsidRPr="002A31EB" w:rsidRDefault="00CF1206" w:rsidP="00A11682">
      <w:pPr>
        <w:numPr>
          <w:ilvl w:val="1"/>
          <w:numId w:val="7"/>
        </w:numPr>
        <w:tabs>
          <w:tab w:val="clear" w:pos="360"/>
        </w:tabs>
        <w:ind w:left="567" w:hanging="283"/>
        <w:rPr>
          <w:noProof/>
          <w:lang w:val="pl-PL"/>
        </w:rPr>
      </w:pPr>
      <w:r w:rsidRPr="002A31EB">
        <w:rPr>
          <w:noProof/>
          <w:lang w:val="pl-PL"/>
        </w:rPr>
        <w:t>opracowanie dokumentacji projektowej kompletnej, skoordynowanej międzybranżowo i nadającej się do realizacji robót,</w:t>
      </w:r>
    </w:p>
    <w:p w14:paraId="481F3454" w14:textId="77777777" w:rsidR="00DB1D0E" w:rsidRPr="002A31EB" w:rsidRDefault="00CF1206" w:rsidP="00A11682">
      <w:pPr>
        <w:numPr>
          <w:ilvl w:val="1"/>
          <w:numId w:val="7"/>
        </w:numPr>
        <w:tabs>
          <w:tab w:val="clear" w:pos="360"/>
        </w:tabs>
        <w:ind w:left="567" w:hanging="283"/>
        <w:rPr>
          <w:noProof/>
          <w:lang w:val="pl-PL"/>
        </w:rPr>
      </w:pPr>
      <w:r w:rsidRPr="002A31EB">
        <w:rPr>
          <w:noProof/>
          <w:lang w:val="pl-PL"/>
        </w:rPr>
        <w:t>uzyskanie wymaganych uzgodnień, opinii i decyzji administracyjnych,</w:t>
      </w:r>
    </w:p>
    <w:p w14:paraId="70274451" w14:textId="77777777" w:rsidR="00DB1D0E" w:rsidRPr="002A31EB" w:rsidRDefault="00CF1206" w:rsidP="00A11682">
      <w:pPr>
        <w:numPr>
          <w:ilvl w:val="1"/>
          <w:numId w:val="7"/>
        </w:numPr>
        <w:tabs>
          <w:tab w:val="clear" w:pos="360"/>
        </w:tabs>
        <w:ind w:left="567" w:hanging="283"/>
        <w:rPr>
          <w:noProof/>
          <w:lang w:val="pl-PL"/>
        </w:rPr>
      </w:pPr>
      <w:r w:rsidRPr="002A31EB">
        <w:rPr>
          <w:noProof/>
          <w:lang w:val="pl-PL"/>
        </w:rPr>
        <w:t>udział projektanta w naradach koordynacyjnych oraz w czynnościach odbiorowych, jeżeli Zamawiający tego zażąda,</w:t>
      </w:r>
    </w:p>
    <w:p w14:paraId="2D74D468" w14:textId="77777777" w:rsidR="00DB1D0E" w:rsidRPr="002A31EB" w:rsidRDefault="00CF1206" w:rsidP="00A11682">
      <w:pPr>
        <w:numPr>
          <w:ilvl w:val="1"/>
          <w:numId w:val="7"/>
        </w:numPr>
        <w:tabs>
          <w:tab w:val="clear" w:pos="360"/>
        </w:tabs>
        <w:ind w:left="567" w:hanging="283"/>
        <w:rPr>
          <w:noProof/>
          <w:lang w:val="pl-PL"/>
        </w:rPr>
      </w:pPr>
      <w:r w:rsidRPr="002A31EB">
        <w:rPr>
          <w:noProof/>
          <w:lang w:val="pl-PL"/>
        </w:rPr>
        <w:t>wyjaśnianie wątpliwości dotyczących dokumentacji projektowej oraz niezwłoczne wprowadzanie koniecznych korekt i uzupełnień.</w:t>
      </w:r>
    </w:p>
    <w:p w14:paraId="760572B8" w14:textId="77777777" w:rsidR="00DB1D0E" w:rsidRPr="002A31EB" w:rsidRDefault="00CF1206" w:rsidP="00A11682">
      <w:pPr>
        <w:numPr>
          <w:ilvl w:val="0"/>
          <w:numId w:val="7"/>
        </w:numPr>
        <w:tabs>
          <w:tab w:val="clear" w:pos="0"/>
        </w:tabs>
        <w:ind w:left="284" w:hanging="284"/>
        <w:rPr>
          <w:noProof/>
          <w:lang w:val="pl-PL"/>
        </w:rPr>
      </w:pPr>
      <w:r w:rsidRPr="002A31EB">
        <w:rPr>
          <w:noProof/>
          <w:lang w:val="pl-PL"/>
        </w:rPr>
        <w:t>Wykonawca przedłoży Zamawiającemu dokumentację projektową do akceptacji przed rozpoczęciem robót budowlanych.</w:t>
      </w:r>
    </w:p>
    <w:p w14:paraId="4A0EEDFC" w14:textId="77777777" w:rsidR="00DB1D0E" w:rsidRPr="002A31EB" w:rsidRDefault="00CF1206" w:rsidP="00A11682">
      <w:pPr>
        <w:numPr>
          <w:ilvl w:val="0"/>
          <w:numId w:val="7"/>
        </w:numPr>
        <w:tabs>
          <w:tab w:val="clear" w:pos="0"/>
        </w:tabs>
        <w:ind w:left="284" w:hanging="284"/>
        <w:rPr>
          <w:noProof/>
          <w:lang w:val="pl-PL"/>
        </w:rPr>
      </w:pPr>
      <w:r w:rsidRPr="002A31EB">
        <w:rPr>
          <w:noProof/>
          <w:lang w:val="pl-PL"/>
        </w:rPr>
        <w:t>Zamawiający dokona weryfikacji dokumentacji projektowej w terminie 7 dni roboczych od dnia przekazania kompletnej dokumentacji. Jeżeli dokumentacja jest niekompletna albo wymaga uzupełnień, termin ten biegnie od dnia przekazania dokumentacji uzupełnionej.</w:t>
      </w:r>
    </w:p>
    <w:p w14:paraId="39CCC12D" w14:textId="77777777" w:rsidR="00DB1D0E" w:rsidRPr="002A31EB" w:rsidRDefault="00CF1206" w:rsidP="00A11682">
      <w:pPr>
        <w:numPr>
          <w:ilvl w:val="0"/>
          <w:numId w:val="7"/>
        </w:numPr>
        <w:tabs>
          <w:tab w:val="clear" w:pos="0"/>
        </w:tabs>
        <w:ind w:left="284" w:hanging="284"/>
        <w:rPr>
          <w:noProof/>
          <w:lang w:val="pl-PL"/>
        </w:rPr>
      </w:pPr>
      <w:r w:rsidRPr="002A31EB">
        <w:rPr>
          <w:noProof/>
          <w:lang w:val="pl-PL"/>
        </w:rPr>
        <w:t>Zamawiający może zgłosić uwagi, zastrzeżenia albo żądać uzupełnień dokumentacji projektowej. Wykonawca zobowiązany jest usunąć wskazane braki i uwzględnić uwagi w terminie 5 dni roboczych, chyba że Strony uzgodnią inny termin odpowiedni do zakresu koniecznych zmian.</w:t>
      </w:r>
    </w:p>
    <w:p w14:paraId="7F1BB303" w14:textId="77777777" w:rsidR="00DB1D0E" w:rsidRPr="002A31EB" w:rsidRDefault="00CF1206" w:rsidP="00A11682">
      <w:pPr>
        <w:numPr>
          <w:ilvl w:val="0"/>
          <w:numId w:val="7"/>
        </w:numPr>
        <w:tabs>
          <w:tab w:val="clear" w:pos="0"/>
        </w:tabs>
        <w:ind w:left="284" w:hanging="284"/>
        <w:rPr>
          <w:noProof/>
          <w:lang w:val="pl-PL"/>
        </w:rPr>
      </w:pPr>
      <w:r w:rsidRPr="002A31EB">
        <w:rPr>
          <w:noProof/>
          <w:lang w:val="pl-PL"/>
        </w:rPr>
        <w:t>Akceptacja dokumentacji projektowej przez Zamawiającego nie zwalnia Wykonawcy z odpowiedzialności za prawidłowość rozwiązań projektowych, ich zgodność z PFU, przepisami prawa oraz możliwość prawidłowej realizacji inwestycji.</w:t>
      </w:r>
    </w:p>
    <w:p w14:paraId="64AF67DC" w14:textId="77777777" w:rsidR="00DB1D0E" w:rsidRPr="002A31EB" w:rsidRDefault="00CF1206" w:rsidP="00A11682">
      <w:pPr>
        <w:numPr>
          <w:ilvl w:val="0"/>
          <w:numId w:val="7"/>
        </w:numPr>
        <w:tabs>
          <w:tab w:val="clear" w:pos="0"/>
        </w:tabs>
        <w:ind w:left="284" w:hanging="284"/>
        <w:rPr>
          <w:noProof/>
          <w:lang w:val="pl-PL"/>
        </w:rPr>
      </w:pPr>
      <w:r w:rsidRPr="002A31EB">
        <w:rPr>
          <w:noProof/>
          <w:lang w:val="pl-PL"/>
        </w:rPr>
        <w:t>Z chwilą zapłaty wynagrodzenia za dany zakres dokumentacji projektowej Wykonawca przenosi na Zamawiającego autorskie prawa majątkowe do dokumentacji projektowej oraz prawo zezwalania na wykonywanie praw zależnych, bez ograniczeń terytorialnych, na wszystkich polach eksploatacji niezbędnych do realizacji, eksploatacji, przebudowy, modernizacji i utrzymania inwestycji.</w:t>
      </w:r>
    </w:p>
    <w:p w14:paraId="383040CF" w14:textId="77777777" w:rsidR="00DB1D0E" w:rsidRPr="002A31EB" w:rsidRDefault="00DB1D0E" w:rsidP="00610B7D">
      <w:pPr>
        <w:rPr>
          <w:noProof/>
          <w:lang w:val="pl-PL"/>
        </w:rPr>
      </w:pPr>
    </w:p>
    <w:p w14:paraId="2E330F88" w14:textId="77777777" w:rsidR="00DB1D0E" w:rsidRPr="002A31EB" w:rsidRDefault="00CF1206" w:rsidP="00610B7D">
      <w:pPr>
        <w:jc w:val="center"/>
        <w:rPr>
          <w:noProof/>
          <w:lang w:val="pl-PL"/>
        </w:rPr>
      </w:pPr>
      <w:r w:rsidRPr="002A31EB">
        <w:rPr>
          <w:b/>
          <w:noProof/>
          <w:lang w:val="pl-PL"/>
        </w:rPr>
        <w:t>§ 8</w:t>
      </w:r>
    </w:p>
    <w:p w14:paraId="77E78F12" w14:textId="77777777" w:rsidR="00DB1D0E" w:rsidRPr="002A31EB" w:rsidRDefault="00CF1206" w:rsidP="00610B7D">
      <w:pPr>
        <w:jc w:val="center"/>
        <w:rPr>
          <w:noProof/>
          <w:lang w:val="pl-PL"/>
        </w:rPr>
      </w:pPr>
      <w:r w:rsidRPr="002A31EB">
        <w:rPr>
          <w:b/>
          <w:noProof/>
          <w:lang w:val="pl-PL"/>
        </w:rPr>
        <w:t>Podwykonawcy</w:t>
      </w:r>
    </w:p>
    <w:p w14:paraId="57651AB1"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Wykonawca - zgodnie z oświadczeniem zawartym w ofercie - wykona zamówienie przy udziale Podwykonawcy, zawierając z nimi stosowną umowę w formie pisemnej, pod rygorem nieważności, którym powierza następujący zakres robót:</w:t>
      </w:r>
    </w:p>
    <w:p w14:paraId="5CBDE4B8" w14:textId="77777777" w:rsidR="00B913FC" w:rsidRPr="002A31EB" w:rsidRDefault="00B913FC" w:rsidP="00B913FC">
      <w:pPr>
        <w:pStyle w:val="Standard"/>
        <w:numPr>
          <w:ilvl w:val="0"/>
          <w:numId w:val="41"/>
        </w:numPr>
        <w:suppressAutoHyphens/>
        <w:ind w:left="284" w:firstLine="0"/>
        <w:jc w:val="both"/>
        <w:textAlignment w:val="baseline"/>
        <w:rPr>
          <w:rFonts w:ascii="Arial" w:hAnsi="Arial" w:cs="Arial"/>
          <w:noProof/>
          <w:sz w:val="18"/>
          <w:szCs w:val="18"/>
        </w:rPr>
      </w:pPr>
      <w:r w:rsidRPr="002A31EB">
        <w:rPr>
          <w:rFonts w:ascii="Arial" w:hAnsi="Arial" w:cs="Arial"/>
          <w:noProof/>
          <w:sz w:val="18"/>
          <w:szCs w:val="18"/>
        </w:rPr>
        <w:t>…………………………………………………………………………………………………………………………</w:t>
      </w:r>
    </w:p>
    <w:p w14:paraId="7BFC60AC"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Powierzenie podwykonawcom określonym w ust. 1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1C15B407"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Wykonawca jest zobowiązany do terminowego regulowania wszelkich zobowiązań wobec podwykonawców, z którymi współpracuje w związku z realizacją Umowy.</w:t>
      </w:r>
    </w:p>
    <w:p w14:paraId="07A828AB"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Wykonawca zobowiązany jest do koordynacji prac realizowanych przez podwykonawców/ dalszych podwykonawców.</w:t>
      </w:r>
    </w:p>
    <w:p w14:paraId="592CDD78"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Wykonawca, podwykonawca lub dalszy podwykonawca zamierzający zawrzeć umowę o podwykonawstwo, której przedmiotem są roboty budowlane, jest obowiązany w trakcie realizacji Umowy, do przedłożenia Zamawiającemu, w terminie do 7 dni, przed wprowadzeniem na budowę podwykonawcy lub dalszego podwykonawcy projektu tej umowy.</w:t>
      </w:r>
    </w:p>
    <w:p w14:paraId="29392B06"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Każdy projekt umowy lub umowa o podwykonawstwo powinna zawierać co najmniej:</w:t>
      </w:r>
    </w:p>
    <w:p w14:paraId="11344446" w14:textId="77777777" w:rsidR="00B913FC" w:rsidRPr="002A31EB" w:rsidRDefault="00B913FC" w:rsidP="00B913FC">
      <w:pPr>
        <w:pStyle w:val="Standard"/>
        <w:numPr>
          <w:ilvl w:val="0"/>
          <w:numId w:val="38"/>
        </w:numPr>
        <w:tabs>
          <w:tab w:val="left" w:pos="720"/>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szczegółowy zakres robót przewidzianych do wykonania;</w:t>
      </w:r>
    </w:p>
    <w:p w14:paraId="1D2BE2A9" w14:textId="77777777" w:rsidR="00B913FC" w:rsidRPr="002A31EB" w:rsidRDefault="00B913FC" w:rsidP="00B913FC">
      <w:pPr>
        <w:pStyle w:val="Standard"/>
        <w:numPr>
          <w:ilvl w:val="0"/>
          <w:numId w:val="38"/>
        </w:numPr>
        <w:tabs>
          <w:tab w:val="left" w:pos="720"/>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wysokość wynagrodzenia należną podwykonawcy, która nie może być wyższa od wynagrodzenia określonego w Kosztorysie ofertowym - za tą cześć zamówienia;</w:t>
      </w:r>
    </w:p>
    <w:p w14:paraId="37A32DD5" w14:textId="77777777" w:rsidR="00B913FC" w:rsidRPr="002A31EB"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dostawy/usługi/roboty budowlanej;</w:t>
      </w:r>
    </w:p>
    <w:p w14:paraId="0A222650" w14:textId="77777777" w:rsidR="00B913FC" w:rsidRPr="002A31EB"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termin wykonania zleconej podwykonawcy lub dalszemu podwykonawcy dostawy/ usługi/ roboty budowlanej;</w:t>
      </w:r>
    </w:p>
    <w:p w14:paraId="5B248E0C" w14:textId="77777777" w:rsidR="00B913FC" w:rsidRPr="002A31EB"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możliwość wypowiedzenia umowy w przypadku, gdy podwykonawca lub dalszy podwykonawca nie dochowa terminu, o którym mowa w pkt 4;</w:t>
      </w:r>
    </w:p>
    <w:p w14:paraId="246A4B09" w14:textId="77777777" w:rsidR="00B913FC" w:rsidRPr="002A31EB"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oświadczenie, że podwykonawca zapoznał się z treścią umowy zawartej między Zamawiającym a Wykonawcą.</w:t>
      </w:r>
    </w:p>
    <w:p w14:paraId="1CCD6898"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gdy projekt umowy o podwykonawstwo, której przedmiotem są roboty budowlane:</w:t>
      </w:r>
    </w:p>
    <w:p w14:paraId="0F325E45" w14:textId="77777777" w:rsidR="00B913FC" w:rsidRPr="002A31EB" w:rsidRDefault="00B913FC" w:rsidP="00B913FC">
      <w:pPr>
        <w:pStyle w:val="Standard"/>
        <w:numPr>
          <w:ilvl w:val="0"/>
          <w:numId w:val="39"/>
        </w:numPr>
        <w:tabs>
          <w:tab w:val="left" w:pos="720"/>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nie spełnia wymagań określonych w specyfikacji istotnych warunków zamówienia, w szczególności nie spełnia ona wymagań określonych w ust. 6,</w:t>
      </w:r>
    </w:p>
    <w:p w14:paraId="1A5748BF" w14:textId="77777777" w:rsidR="00B913FC" w:rsidRPr="002A31EB" w:rsidRDefault="00B913FC" w:rsidP="00B913FC">
      <w:pPr>
        <w:pStyle w:val="Standard"/>
        <w:numPr>
          <w:ilvl w:val="0"/>
          <w:numId w:val="39"/>
        </w:numPr>
        <w:tabs>
          <w:tab w:val="left" w:pos="720"/>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dostawy/usługi/roboty budowlanej, </w:t>
      </w:r>
    </w:p>
    <w:p w14:paraId="71DA9970" w14:textId="5EC385A2" w:rsidR="00B913FC" w:rsidRPr="002A31EB" w:rsidRDefault="00B913FC" w:rsidP="00B913FC">
      <w:pPr>
        <w:pStyle w:val="Standard"/>
        <w:suppressAutoHyphens/>
        <w:ind w:left="284"/>
        <w:jc w:val="both"/>
        <w:textAlignment w:val="baseline"/>
        <w:rPr>
          <w:rFonts w:ascii="Arial" w:hAnsi="Arial" w:cs="Arial"/>
          <w:noProof/>
          <w:sz w:val="18"/>
          <w:szCs w:val="18"/>
        </w:rPr>
      </w:pPr>
      <w:r w:rsidRPr="002A31EB">
        <w:rPr>
          <w:rFonts w:ascii="Arial" w:hAnsi="Arial" w:cs="Arial"/>
          <w:noProof/>
          <w:sz w:val="18"/>
          <w:szCs w:val="18"/>
        </w:rPr>
        <w:t>Zamawiający zgłosi w terminie do 7 dni, licząc od daty otrzymania projektu umowy o podwykonawstwo, w formie</w:t>
      </w:r>
      <w:r w:rsidRPr="002A31EB">
        <w:rPr>
          <w:rFonts w:ascii="Arial" w:hAnsi="Arial" w:cs="Arial"/>
          <w:noProof/>
          <w:sz w:val="18"/>
          <w:szCs w:val="18"/>
        </w:rPr>
        <w:t xml:space="preserve"> pi</w:t>
      </w:r>
      <w:r w:rsidRPr="002A31EB">
        <w:rPr>
          <w:rFonts w:ascii="Arial" w:hAnsi="Arial" w:cs="Arial"/>
          <w:noProof/>
          <w:sz w:val="18"/>
          <w:szCs w:val="18"/>
        </w:rPr>
        <w:t>semnej zastrzeżenia. Niezgłoszenie w formie pisemnej zastrzeżeń do projektu umowy o podwykonawstwo, której</w:t>
      </w:r>
      <w:r w:rsidRPr="002A31EB">
        <w:rPr>
          <w:rFonts w:ascii="Arial" w:hAnsi="Arial" w:cs="Arial"/>
          <w:noProof/>
          <w:sz w:val="18"/>
          <w:szCs w:val="18"/>
        </w:rPr>
        <w:t xml:space="preserve"> </w:t>
      </w:r>
      <w:r w:rsidRPr="002A31EB">
        <w:rPr>
          <w:rFonts w:ascii="Arial" w:hAnsi="Arial" w:cs="Arial"/>
          <w:noProof/>
          <w:sz w:val="18"/>
          <w:szCs w:val="18"/>
        </w:rPr>
        <w:t xml:space="preserve">            przedmiotem są roboty budowlane do upływu terminu wskazanego w zdaniu pierwszym uważa się za akceptację              przez Zamawiającego tego projektu.</w:t>
      </w:r>
    </w:p>
    <w:p w14:paraId="6A3D4456"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Wykonawca, podwykonawca lub dalszy podwykonawca zamówienia na roboty budowlane zobowiązany jest do przedłożenia Zamawiającemu poświadczonej za zgodność z oryginałem kopii umowy o podwykonawstwo, której przedmiotem są roboty budowlane w terminie nieprzekraczającym 7 dni, licząc od daty jej zawarcia.</w:t>
      </w:r>
    </w:p>
    <w:p w14:paraId="4B7391C0"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gdy umowa, której przedmiotem są roboty budowlane, o której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2BAB4BEB"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 umowy.</w:t>
      </w:r>
    </w:p>
    <w:p w14:paraId="658C2FB0" w14:textId="44256DC1"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gdy w umowie, o której mowa w ust. 10 termin zapłaty wynagrodzenia będzie dłuższy niż określony w ust. 6 pkt 3 Zamawiający poinformuje o tym Wykonawcę w terminie 7 dni, licząc od daty otrzymania umowy i wezwie Wykonawcę do dokonania zmiany tej umowy. Brak zmiany umowy w terminie 7 dni, licząc od daty przesłania wezwania będzie skutkowało naliczeniem kary, o której mowa w § 1</w:t>
      </w:r>
      <w:r w:rsidR="003F2351" w:rsidRPr="002A31EB">
        <w:rPr>
          <w:rFonts w:ascii="Arial" w:hAnsi="Arial" w:cs="Arial"/>
          <w:noProof/>
          <w:sz w:val="18"/>
          <w:szCs w:val="18"/>
        </w:rPr>
        <w:t>3</w:t>
      </w:r>
      <w:r w:rsidRPr="002A31EB">
        <w:rPr>
          <w:rFonts w:ascii="Arial" w:hAnsi="Arial" w:cs="Arial"/>
          <w:noProof/>
          <w:sz w:val="18"/>
          <w:szCs w:val="18"/>
        </w:rPr>
        <w:t xml:space="preserve"> ust. 1 pkt </w:t>
      </w:r>
      <w:r w:rsidR="003F2351" w:rsidRPr="002A31EB">
        <w:rPr>
          <w:rFonts w:ascii="Arial" w:hAnsi="Arial" w:cs="Arial"/>
          <w:noProof/>
          <w:sz w:val="18"/>
          <w:szCs w:val="18"/>
        </w:rPr>
        <w:t>f.</w:t>
      </w:r>
      <w:r w:rsidRPr="002A31EB">
        <w:rPr>
          <w:rFonts w:ascii="Arial" w:hAnsi="Arial" w:cs="Arial"/>
          <w:noProof/>
          <w:sz w:val="18"/>
          <w:szCs w:val="18"/>
        </w:rPr>
        <w:t>.</w:t>
      </w:r>
    </w:p>
    <w:p w14:paraId="4E0E716A"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Zapisy ust. 5-11 stosuje się odpowiednio do zmian umowy o podwykonawstwo.</w:t>
      </w:r>
    </w:p>
    <w:p w14:paraId="1B21E0BA"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Przedkładający może sam poświadczyć kopię umów, o których mowa w ust. 8 i ust. 10.</w:t>
      </w:r>
    </w:p>
    <w:p w14:paraId="7DB704A7"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Zamawiający w trakcie obowiązywania umowy dopuszcza, zmianę podwykonawcy wskazanego w ust. 1 lub wprowadzenie nowego podwykonawcy dla zakresu innego niż wskazany w ust. 1.</w:t>
      </w:r>
    </w:p>
    <w:p w14:paraId="713A66A3"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688071AD"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 xml:space="preserve">W sytuacji, o której mowa w ust. 15 Wykonawca zobowiązany jest wraz z projektem umowy o podwykonawstwo/kopią umowy o podwykonawstwo przedstawić dla podwykonawcy: </w:t>
      </w:r>
    </w:p>
    <w:p w14:paraId="2295DA6F" w14:textId="77777777" w:rsidR="00B913FC" w:rsidRPr="002A31EB" w:rsidRDefault="00B913FC" w:rsidP="003F2351">
      <w:pPr>
        <w:pStyle w:val="Standard"/>
        <w:tabs>
          <w:tab w:val="left" w:pos="993"/>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 xml:space="preserve">1) </w:t>
      </w:r>
      <w:r w:rsidRPr="002A31EB">
        <w:rPr>
          <w:rFonts w:ascii="Arial" w:hAnsi="Arial" w:cs="Arial"/>
          <w:noProof/>
          <w:sz w:val="18"/>
          <w:szCs w:val="18"/>
        </w:rPr>
        <w:tab/>
        <w:t>aktualny odpis z właściwego rejestru, jeżeli odrębne przepisy wymagają wpisu do rejestru;</w:t>
      </w:r>
    </w:p>
    <w:p w14:paraId="69E98CF8" w14:textId="77777777" w:rsidR="00B913FC" w:rsidRPr="002A31EB" w:rsidRDefault="00B913FC" w:rsidP="003F2351">
      <w:pPr>
        <w:pStyle w:val="Standard"/>
        <w:tabs>
          <w:tab w:val="left" w:pos="993"/>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 xml:space="preserve">2) </w:t>
      </w:r>
      <w:r w:rsidRPr="002A31EB">
        <w:rPr>
          <w:rFonts w:ascii="Arial" w:hAnsi="Arial" w:cs="Arial"/>
          <w:noProof/>
          <w:sz w:val="18"/>
          <w:szCs w:val="18"/>
        </w:rPr>
        <w:tab/>
        <w:t>oświadczenie o braku podstaw do wykluczenia;</w:t>
      </w:r>
    </w:p>
    <w:p w14:paraId="3FD1EC39" w14:textId="77777777" w:rsidR="00B913FC" w:rsidRPr="002A31EB" w:rsidRDefault="00B913FC" w:rsidP="003F2351">
      <w:pPr>
        <w:pStyle w:val="Standard"/>
        <w:tabs>
          <w:tab w:val="left" w:pos="993"/>
        </w:tabs>
        <w:suppressAutoHyphens/>
        <w:ind w:left="567" w:hanging="283"/>
        <w:jc w:val="both"/>
        <w:textAlignment w:val="baseline"/>
        <w:rPr>
          <w:rFonts w:ascii="Arial" w:hAnsi="Arial" w:cs="Arial"/>
          <w:noProof/>
          <w:sz w:val="18"/>
          <w:szCs w:val="18"/>
        </w:rPr>
      </w:pPr>
      <w:r w:rsidRPr="002A31EB">
        <w:rPr>
          <w:rFonts w:ascii="Arial" w:hAnsi="Arial" w:cs="Arial"/>
          <w:noProof/>
          <w:sz w:val="18"/>
          <w:szCs w:val="18"/>
        </w:rPr>
        <w:t xml:space="preserve">3) </w:t>
      </w:r>
      <w:r w:rsidRPr="002A31EB">
        <w:rPr>
          <w:rFonts w:ascii="Arial" w:hAnsi="Arial" w:cs="Arial"/>
          <w:noProof/>
          <w:sz w:val="18"/>
          <w:szCs w:val="18"/>
        </w:rPr>
        <w:tab/>
        <w:t xml:space="preserve">dokument potwierdzający, że podwykonawca spełnia wymagane przez Zamawiającego warunki udziału w postępowaniu o udzielenie niniejszego zamówienia wskazane w Załączniku nr 5 do SWZ powołanego postępowania przetargowego. </w:t>
      </w:r>
    </w:p>
    <w:p w14:paraId="73601049"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wyjaśnień. Uprawnienie Zamawiającego ograniczone jest do wysokości równowartości nieprzedłożonych dowodów potwierdzających zapłatę wymagalnego wynagrodzenia podwykonawcom lub dalszym podwykonawcom.</w:t>
      </w:r>
    </w:p>
    <w:p w14:paraId="475DA898"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Zapis ust. 17 stosuje się odpowiednio do dalszych podwykonawców.</w:t>
      </w:r>
    </w:p>
    <w:p w14:paraId="6F19B498"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dokonując potrącenia kwoty wypłaconego wynagrodzenia z wynagrodzenia należnego Wykonawcy.</w:t>
      </w:r>
    </w:p>
    <w:p w14:paraId="48322234"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 xml:space="preserve">Wynagrodzenie, o którym mowa w ust. 19 dotyczy wyłącznie należności, które powstały po zaakceptowaniu przez Zamawiającego umów, o podwykonawstwo, której przedmiotem są roboty budowlane lub po przedłożeniu Zamawiającemu poświadczonej za zgodność z oryginałem kopii umowy o podwykonawstwo, której przedmiotem są dostawy lub usługi. </w:t>
      </w:r>
    </w:p>
    <w:p w14:paraId="46570FD0"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1506801F"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 xml:space="preserve">Bezpośrednia zapłata obejmuje wyłącznie należne wynagrodzenie, bez odsetek należnych podwykonawcy lub dalszemu podwykonawcy i zostanie dokonana w terminie 30 dni, licząc od daty otrzymania przez Zamawiającego prawidłowo wystawionej faktury z zastrzeżeniem ust. 19 - 21 i ust. 23 i ust. 24. </w:t>
      </w:r>
    </w:p>
    <w:p w14:paraId="356DEBC5"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54FABB7B"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zgłoszenia uwag w terminie wskazanym w ust. 23, Zamawiający będzie uprawniony do:</w:t>
      </w:r>
    </w:p>
    <w:p w14:paraId="31F7527F" w14:textId="77777777" w:rsidR="00B913FC" w:rsidRPr="002A31EB" w:rsidRDefault="00B913FC" w:rsidP="003F2351">
      <w:pPr>
        <w:pStyle w:val="Standard"/>
        <w:numPr>
          <w:ilvl w:val="0"/>
          <w:numId w:val="40"/>
        </w:numPr>
        <w:tabs>
          <w:tab w:val="left" w:pos="709"/>
        </w:tabs>
        <w:suppressAutoHyphens/>
        <w:ind w:left="709" w:hanging="425"/>
        <w:jc w:val="both"/>
        <w:textAlignment w:val="baseline"/>
        <w:rPr>
          <w:rFonts w:ascii="Arial" w:hAnsi="Arial" w:cs="Arial"/>
          <w:noProof/>
          <w:sz w:val="18"/>
          <w:szCs w:val="18"/>
        </w:rPr>
      </w:pPr>
      <w:r w:rsidRPr="002A31EB">
        <w:rPr>
          <w:rFonts w:ascii="Arial" w:hAnsi="Arial" w:cs="Arial"/>
          <w:noProof/>
          <w:sz w:val="18"/>
          <w:szCs w:val="18"/>
        </w:rPr>
        <w:t>odmowy dokonania bezpośredniej zapłaty wynagrodzenia podwykonawcy lub dalszemu podwykonawcy, jeżeli Wykonawca wykaże niezasadność zapłaty, albo</w:t>
      </w:r>
    </w:p>
    <w:p w14:paraId="7824B2CB" w14:textId="77777777" w:rsidR="00B913FC" w:rsidRPr="002A31EB" w:rsidRDefault="00B913FC" w:rsidP="003F2351">
      <w:pPr>
        <w:pStyle w:val="Standard"/>
        <w:numPr>
          <w:ilvl w:val="0"/>
          <w:numId w:val="40"/>
        </w:numPr>
        <w:tabs>
          <w:tab w:val="left" w:pos="709"/>
        </w:tabs>
        <w:suppressAutoHyphens/>
        <w:ind w:left="709" w:hanging="425"/>
        <w:jc w:val="both"/>
        <w:textAlignment w:val="baseline"/>
        <w:rPr>
          <w:rFonts w:ascii="Arial" w:hAnsi="Arial" w:cs="Arial"/>
          <w:noProof/>
          <w:sz w:val="18"/>
          <w:szCs w:val="18"/>
        </w:rPr>
      </w:pPr>
      <w:r w:rsidRPr="002A31EB">
        <w:rPr>
          <w:rFonts w:ascii="Arial" w:hAnsi="Arial" w:cs="Arial"/>
          <w:noProof/>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32EBFBBA" w14:textId="77777777" w:rsidR="00B913FC" w:rsidRPr="002A31EB" w:rsidRDefault="00B913FC" w:rsidP="003F2351">
      <w:pPr>
        <w:pStyle w:val="Standard"/>
        <w:numPr>
          <w:ilvl w:val="0"/>
          <w:numId w:val="40"/>
        </w:numPr>
        <w:tabs>
          <w:tab w:val="left" w:pos="709"/>
        </w:tabs>
        <w:suppressAutoHyphens/>
        <w:ind w:left="709" w:hanging="425"/>
        <w:jc w:val="both"/>
        <w:textAlignment w:val="baseline"/>
        <w:rPr>
          <w:rFonts w:ascii="Arial" w:hAnsi="Arial" w:cs="Arial"/>
          <w:noProof/>
          <w:sz w:val="18"/>
          <w:szCs w:val="18"/>
        </w:rPr>
      </w:pPr>
      <w:r w:rsidRPr="002A31EB">
        <w:rPr>
          <w:rFonts w:ascii="Arial" w:hAnsi="Arial" w:cs="Arial"/>
          <w:noProof/>
          <w:sz w:val="18"/>
          <w:szCs w:val="18"/>
        </w:rPr>
        <w:t>dokonania bezpośredniej zapłaty wynagrodzenia, w przypadku wykazania przez podwykonawcę lub dalszego podwykonawcę zasadności zapłaty.</w:t>
      </w:r>
    </w:p>
    <w:p w14:paraId="2224CA4A"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W przypadku dokonania bezpośredniej zapłaty podwykonawcy lub dalszemu podwykonawcy, o których mowa w ust. 19, Zamawiający potrąca kwotę wypłaconego wynagrodzenia z wynagrodzenia należnego wykonawcy.</w:t>
      </w:r>
    </w:p>
    <w:p w14:paraId="787149CD" w14:textId="5E61416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 xml:space="preserve">Maksymalna suma wynagrodzeń przysługująca podwykonawcom i dalszym podwykonawcom nie może przekroczyć kwoty wynagrodzenia przysługującego Wykonawcy za realizację przedmiotu umowy, określonego w § </w:t>
      </w:r>
      <w:r w:rsidR="003F2351" w:rsidRPr="002A31EB">
        <w:rPr>
          <w:rFonts w:ascii="Arial" w:hAnsi="Arial" w:cs="Arial"/>
          <w:noProof/>
          <w:sz w:val="18"/>
          <w:szCs w:val="18"/>
        </w:rPr>
        <w:t>9</w:t>
      </w:r>
      <w:r w:rsidRPr="002A31EB">
        <w:rPr>
          <w:rFonts w:ascii="Arial" w:hAnsi="Arial" w:cs="Arial"/>
          <w:noProof/>
          <w:sz w:val="18"/>
          <w:szCs w:val="18"/>
        </w:rPr>
        <w:t xml:space="preserve"> ust. 1.</w:t>
      </w:r>
    </w:p>
    <w:p w14:paraId="2D294445"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232CDC37" w14:textId="77777777" w:rsidR="00B913FC" w:rsidRPr="002A31EB"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2A31EB">
        <w:rPr>
          <w:rFonts w:ascii="Arial" w:hAnsi="Arial" w:cs="Arial"/>
          <w:noProof/>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2223C36A" w14:textId="77777777" w:rsidR="00DB1D0E" w:rsidRPr="002A31EB" w:rsidRDefault="00DB1D0E" w:rsidP="00B913FC">
      <w:pPr>
        <w:ind w:left="284" w:hanging="284"/>
        <w:rPr>
          <w:noProof/>
          <w:lang w:val="pl-PL"/>
        </w:rPr>
      </w:pPr>
    </w:p>
    <w:p w14:paraId="510C70A8" w14:textId="77777777" w:rsidR="00DB1D0E" w:rsidRPr="002A31EB" w:rsidRDefault="00CF1206" w:rsidP="00610B7D">
      <w:pPr>
        <w:jc w:val="center"/>
        <w:rPr>
          <w:noProof/>
          <w:lang w:val="pl-PL"/>
        </w:rPr>
      </w:pPr>
      <w:r w:rsidRPr="002A31EB">
        <w:rPr>
          <w:b/>
          <w:noProof/>
          <w:lang w:val="pl-PL"/>
        </w:rPr>
        <w:t>§ 9</w:t>
      </w:r>
    </w:p>
    <w:p w14:paraId="654AAAE1" w14:textId="77777777" w:rsidR="00DB1D0E" w:rsidRPr="002A31EB" w:rsidRDefault="00CF1206" w:rsidP="00A11682">
      <w:pPr>
        <w:ind w:left="284" w:hanging="284"/>
        <w:jc w:val="center"/>
        <w:rPr>
          <w:noProof/>
          <w:lang w:val="pl-PL"/>
        </w:rPr>
      </w:pPr>
      <w:r w:rsidRPr="002A31EB">
        <w:rPr>
          <w:b/>
          <w:noProof/>
          <w:lang w:val="pl-PL"/>
        </w:rPr>
        <w:t>Wynagrodzenie</w:t>
      </w:r>
    </w:p>
    <w:p w14:paraId="7C8A6F5F" w14:textId="77777777" w:rsidR="00DB1D0E" w:rsidRPr="002A31EB" w:rsidRDefault="00CF1206" w:rsidP="00A11682">
      <w:pPr>
        <w:numPr>
          <w:ilvl w:val="0"/>
          <w:numId w:val="9"/>
        </w:numPr>
        <w:ind w:left="284" w:hanging="284"/>
        <w:rPr>
          <w:noProof/>
          <w:lang w:val="pl-PL"/>
        </w:rPr>
      </w:pPr>
      <w:r w:rsidRPr="002A31EB">
        <w:rPr>
          <w:noProof/>
          <w:lang w:val="pl-PL"/>
        </w:rPr>
        <w:t>Wynagrodzenie ryczałtowe za wykonanie przedmiotu umowy wynosi: netto ………………… zł, plus podatek VAT ……… %, tj. ………………… zł, co stanowi łącznie brutto ………………… zł (słownie: ………………………………………………………………………………).</w:t>
      </w:r>
    </w:p>
    <w:p w14:paraId="65DF9675" w14:textId="77777777" w:rsidR="00DB1D0E" w:rsidRPr="002A31EB" w:rsidRDefault="00CF1206" w:rsidP="00A11682">
      <w:pPr>
        <w:numPr>
          <w:ilvl w:val="0"/>
          <w:numId w:val="9"/>
        </w:numPr>
        <w:ind w:left="284" w:hanging="284"/>
        <w:rPr>
          <w:noProof/>
          <w:lang w:val="pl-PL"/>
        </w:rPr>
      </w:pPr>
      <w:r w:rsidRPr="002A31EB">
        <w:rPr>
          <w:noProof/>
          <w:lang w:val="pl-PL"/>
        </w:rPr>
        <w:t>Wynagrodzenie obejmuje wszystkie koszty niezbędne do prawidłowego wykonania przedmiotu umowy.</w:t>
      </w:r>
    </w:p>
    <w:p w14:paraId="4D9BE596" w14:textId="77777777" w:rsidR="00DB1D0E" w:rsidRPr="002A31EB" w:rsidRDefault="00CF1206" w:rsidP="00A11682">
      <w:pPr>
        <w:numPr>
          <w:ilvl w:val="0"/>
          <w:numId w:val="9"/>
        </w:numPr>
        <w:ind w:left="284" w:hanging="284"/>
        <w:rPr>
          <w:noProof/>
          <w:lang w:val="pl-PL"/>
        </w:rPr>
      </w:pPr>
      <w:r w:rsidRPr="002A31EB">
        <w:rPr>
          <w:noProof/>
          <w:lang w:val="pl-PL"/>
        </w:rPr>
        <w:t>Niedoszacowanie, pominięcie lub brak rozpoznania zakresu prac nie może stanowić podstawy do żądania podwyższenia wynagrodzenia, z zastrzeżeniem przypadków wyraźnie przewidzianych ustawą oraz umową.</w:t>
      </w:r>
    </w:p>
    <w:p w14:paraId="70C39896" w14:textId="77777777" w:rsidR="00DB1D0E" w:rsidRPr="002A31EB" w:rsidRDefault="00DB1D0E" w:rsidP="00610B7D">
      <w:pPr>
        <w:rPr>
          <w:noProof/>
          <w:lang w:val="pl-PL"/>
        </w:rPr>
      </w:pPr>
    </w:p>
    <w:p w14:paraId="1AC19E51" w14:textId="77777777" w:rsidR="00DB1D0E" w:rsidRPr="002A31EB" w:rsidRDefault="00CF1206" w:rsidP="00610B7D">
      <w:pPr>
        <w:jc w:val="center"/>
        <w:rPr>
          <w:noProof/>
          <w:lang w:val="pl-PL"/>
        </w:rPr>
      </w:pPr>
      <w:r w:rsidRPr="002A31EB">
        <w:rPr>
          <w:b/>
          <w:noProof/>
          <w:lang w:val="pl-PL"/>
        </w:rPr>
        <w:t>§ 10</w:t>
      </w:r>
    </w:p>
    <w:p w14:paraId="10E34B97" w14:textId="77777777" w:rsidR="00DB1D0E" w:rsidRPr="002A31EB" w:rsidRDefault="00CF1206" w:rsidP="00610B7D">
      <w:pPr>
        <w:jc w:val="center"/>
        <w:rPr>
          <w:noProof/>
          <w:lang w:val="pl-PL"/>
        </w:rPr>
      </w:pPr>
      <w:r w:rsidRPr="002A31EB">
        <w:rPr>
          <w:b/>
          <w:noProof/>
          <w:lang w:val="pl-PL"/>
        </w:rPr>
        <w:t>Zasady płatności</w:t>
      </w:r>
    </w:p>
    <w:p w14:paraId="7AD7A23D" w14:textId="77777777" w:rsidR="00DB1D0E" w:rsidRPr="002A31EB" w:rsidRDefault="00CF1206" w:rsidP="00A11682">
      <w:pPr>
        <w:pStyle w:val="Listapunktowana"/>
        <w:numPr>
          <w:ilvl w:val="0"/>
          <w:numId w:val="29"/>
        </w:numPr>
        <w:tabs>
          <w:tab w:val="clear" w:pos="0"/>
          <w:tab w:val="num" w:pos="284"/>
        </w:tabs>
        <w:ind w:left="284" w:hanging="284"/>
        <w:rPr>
          <w:noProof/>
          <w:lang w:val="pl-PL"/>
        </w:rPr>
      </w:pPr>
      <w:r w:rsidRPr="002A31EB">
        <w:rPr>
          <w:noProof/>
          <w:lang w:val="pl-PL"/>
        </w:rPr>
        <w:t>Rozliczenie przedmiotu umowy następuje etapowo, zgodnie z § 4 ust. 3, na podstawie faktur częściowych wystawianych po wykonaniu i odbiorze poszczególnych etapów oraz jednej faktury końcowej obejmującej Etap IV.</w:t>
      </w:r>
    </w:p>
    <w:p w14:paraId="3D77FBD1" w14:textId="77777777" w:rsidR="00DB1D0E" w:rsidRPr="002A31EB" w:rsidRDefault="00CF1206" w:rsidP="00A11682">
      <w:pPr>
        <w:numPr>
          <w:ilvl w:val="0"/>
          <w:numId w:val="10"/>
        </w:numPr>
        <w:tabs>
          <w:tab w:val="clear" w:pos="0"/>
          <w:tab w:val="num" w:pos="284"/>
        </w:tabs>
        <w:ind w:left="284" w:hanging="284"/>
        <w:rPr>
          <w:noProof/>
          <w:lang w:val="pl-PL"/>
        </w:rPr>
      </w:pPr>
      <w:r w:rsidRPr="002A31EB">
        <w:rPr>
          <w:noProof/>
          <w:lang w:val="pl-PL"/>
        </w:rPr>
        <w:t>P</w:t>
      </w:r>
      <w:r w:rsidRPr="002A31EB">
        <w:rPr>
          <w:noProof/>
          <w:lang w:val="pl-PL"/>
        </w:rPr>
        <w:t>odstawą wystawienia faktury częściowej lub końcowej jest podpisany przez Zamawiającego protokół odbioru odpowiedniego etapu albo protokół odbioru końcowego.</w:t>
      </w:r>
    </w:p>
    <w:p w14:paraId="3F044BEE" w14:textId="77777777" w:rsidR="00DB1D0E" w:rsidRPr="002A31EB" w:rsidRDefault="00CF1206" w:rsidP="00A11682">
      <w:pPr>
        <w:numPr>
          <w:ilvl w:val="0"/>
          <w:numId w:val="10"/>
        </w:numPr>
        <w:tabs>
          <w:tab w:val="clear" w:pos="0"/>
          <w:tab w:val="num" w:pos="284"/>
        </w:tabs>
        <w:ind w:left="284" w:hanging="284"/>
        <w:rPr>
          <w:noProof/>
          <w:lang w:val="pl-PL"/>
        </w:rPr>
      </w:pPr>
      <w:r w:rsidRPr="002A31EB">
        <w:rPr>
          <w:noProof/>
          <w:lang w:val="pl-PL"/>
        </w:rPr>
        <w:t>Termin płatności faktury wynosi 30 dni od dnia jej doręczenia Zamawiającemu wraz z kompletem wymaganych dokumentów.</w:t>
      </w:r>
    </w:p>
    <w:p w14:paraId="6EB48CFA" w14:textId="77777777" w:rsidR="00E07A1B" w:rsidRPr="002A31EB" w:rsidRDefault="00E07A1B" w:rsidP="00A11682">
      <w:pPr>
        <w:pStyle w:val="Listapunktowana"/>
        <w:tabs>
          <w:tab w:val="clear" w:pos="0"/>
          <w:tab w:val="num" w:pos="284"/>
        </w:tabs>
        <w:ind w:left="284" w:hanging="284"/>
        <w:rPr>
          <w:noProof/>
          <w:lang w:val="pl-PL"/>
        </w:rPr>
      </w:pPr>
      <w:r w:rsidRPr="002A31EB">
        <w:rPr>
          <w:noProof/>
          <w:lang w:val="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w:t>
      </w:r>
      <w:bookmarkStart w:id="0" w:name="_Hlk216374010"/>
      <w:r w:rsidRPr="002A31EB">
        <w:rPr>
          <w:noProof/>
          <w:lang w:val="pl-PL"/>
        </w:rPr>
        <w:t>Krajowego Systemu e-Faktur (KSeF).</w:t>
      </w:r>
      <w:bookmarkEnd w:id="0"/>
    </w:p>
    <w:p w14:paraId="1F913461" w14:textId="77777777" w:rsidR="00E07A1B" w:rsidRPr="002A31EB" w:rsidRDefault="00E07A1B" w:rsidP="00A11682">
      <w:pPr>
        <w:pStyle w:val="Listapunktowana"/>
        <w:tabs>
          <w:tab w:val="clear" w:pos="0"/>
          <w:tab w:val="num" w:pos="284"/>
        </w:tabs>
        <w:ind w:left="284" w:hanging="284"/>
        <w:rPr>
          <w:noProof/>
          <w:lang w:val="pl-PL" w:eastAsia="pl-PL"/>
        </w:rPr>
      </w:pPr>
      <w:r w:rsidRPr="002A31EB">
        <w:rPr>
          <w:noProof/>
          <w:lang w:val="pl-PL"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209333E6" w14:textId="77777777" w:rsidR="00E07A1B" w:rsidRPr="002A31EB" w:rsidRDefault="00E07A1B" w:rsidP="00A11682">
      <w:pPr>
        <w:pStyle w:val="Listapunktowana"/>
        <w:tabs>
          <w:tab w:val="clear" w:pos="0"/>
          <w:tab w:val="num" w:pos="284"/>
        </w:tabs>
        <w:ind w:left="284" w:hanging="284"/>
        <w:rPr>
          <w:noProof/>
          <w:lang w:val="pl-PL" w:eastAsia="pl-PL"/>
        </w:rPr>
      </w:pPr>
      <w:r w:rsidRPr="002A31EB">
        <w:rPr>
          <w:noProof/>
          <w:lang w:val="pl-PL" w:eastAsia="pl-PL"/>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4A3ABD0B" w14:textId="77777777" w:rsidR="00E07A1B" w:rsidRPr="002A31EB" w:rsidRDefault="00E07A1B" w:rsidP="00A11682">
      <w:pPr>
        <w:pStyle w:val="Listapunktowana"/>
        <w:tabs>
          <w:tab w:val="clear" w:pos="0"/>
          <w:tab w:val="num" w:pos="284"/>
        </w:tabs>
        <w:ind w:left="284" w:hanging="284"/>
        <w:rPr>
          <w:noProof/>
          <w:lang w:val="pl-PL" w:eastAsia="pl-PL"/>
        </w:rPr>
      </w:pPr>
      <w:r w:rsidRPr="002A31EB">
        <w:rPr>
          <w:noProof/>
          <w:lang w:val="pl-PL" w:eastAsia="pl-PL"/>
        </w:rPr>
        <w:t>Do czasu powstania po stronie Wykonawcy ustawowego obowiązku wystawiania faktur ustrukturyzowanych przy użyciu KSeF dopuszcza się złożenie faktury Zamawiającemu w jednej z następujących form:</w:t>
      </w:r>
    </w:p>
    <w:p w14:paraId="4A733B91" w14:textId="77777777" w:rsidR="00E07A1B" w:rsidRPr="00E07A1B" w:rsidRDefault="00E07A1B" w:rsidP="00A11682">
      <w:pPr>
        <w:numPr>
          <w:ilvl w:val="0"/>
          <w:numId w:val="27"/>
        </w:numPr>
        <w:tabs>
          <w:tab w:val="clear" w:pos="720"/>
          <w:tab w:val="num" w:pos="567"/>
          <w:tab w:val="num" w:pos="851"/>
        </w:tabs>
        <w:ind w:left="567" w:hanging="283"/>
        <w:rPr>
          <w:rFonts w:eastAsia="Calibri" w:cs="Arial"/>
          <w:noProof/>
          <w:szCs w:val="18"/>
          <w:lang w:val="pl-PL" w:eastAsia="pl-PL"/>
        </w:rPr>
      </w:pPr>
      <w:r w:rsidRPr="00E07A1B">
        <w:rPr>
          <w:rFonts w:eastAsia="Calibri" w:cs="Arial"/>
          <w:noProof/>
          <w:szCs w:val="18"/>
          <w:lang w:val="pl-PL" w:eastAsia="pl-PL"/>
        </w:rPr>
        <w:t>w formie faktury ustrukturyzowanej przesłanej za pośrednictwem Platformy Elektronicznego Fakturowania (PEF),</w:t>
      </w:r>
    </w:p>
    <w:p w14:paraId="41C10B15" w14:textId="77777777" w:rsidR="00E07A1B" w:rsidRPr="00E07A1B" w:rsidRDefault="00E07A1B" w:rsidP="00A11682">
      <w:pPr>
        <w:numPr>
          <w:ilvl w:val="0"/>
          <w:numId w:val="28"/>
        </w:numPr>
        <w:tabs>
          <w:tab w:val="clear" w:pos="720"/>
          <w:tab w:val="num" w:pos="567"/>
        </w:tabs>
        <w:ind w:left="567" w:hanging="283"/>
        <w:rPr>
          <w:rFonts w:eastAsia="Calibri" w:cs="Arial"/>
          <w:noProof/>
          <w:szCs w:val="18"/>
          <w:lang w:val="pl-PL" w:eastAsia="pl-PL"/>
        </w:rPr>
      </w:pPr>
      <w:r w:rsidRPr="00E07A1B">
        <w:rPr>
          <w:rFonts w:eastAsia="Calibri" w:cs="Arial"/>
          <w:noProof/>
          <w:szCs w:val="18"/>
          <w:lang w:val="pl-PL" w:eastAsia="pl-PL"/>
        </w:rPr>
        <w:t xml:space="preserve">w formie elektronicznej w postaci pliku PDF, przesłanego na adres poczty e-mail: </w:t>
      </w:r>
      <w:hyperlink r:id="rId13" w:history="1">
        <w:r w:rsidRPr="00E07A1B">
          <w:rPr>
            <w:rFonts w:eastAsia="Calibri" w:cs="Arial"/>
            <w:noProof/>
            <w:color w:val="0000FF"/>
            <w:szCs w:val="18"/>
            <w:u w:val="single"/>
            <w:lang w:val="pl-PL" w:eastAsia="pl-PL"/>
          </w:rPr>
          <w:t>faktury@szpitalciechanow.com.pl</w:t>
        </w:r>
      </w:hyperlink>
    </w:p>
    <w:p w14:paraId="25D30391" w14:textId="77777777" w:rsidR="00E07A1B" w:rsidRPr="00E07A1B" w:rsidRDefault="00E07A1B" w:rsidP="00A11682">
      <w:pPr>
        <w:numPr>
          <w:ilvl w:val="0"/>
          <w:numId w:val="28"/>
        </w:numPr>
        <w:tabs>
          <w:tab w:val="clear" w:pos="720"/>
          <w:tab w:val="num" w:pos="567"/>
          <w:tab w:val="num" w:pos="851"/>
        </w:tabs>
        <w:ind w:left="567" w:hanging="283"/>
        <w:rPr>
          <w:rFonts w:eastAsia="Calibri" w:cs="Arial"/>
          <w:noProof/>
          <w:szCs w:val="18"/>
          <w:lang w:val="pl-PL" w:eastAsia="pl-PL"/>
        </w:rPr>
      </w:pPr>
      <w:r w:rsidRPr="00E07A1B">
        <w:rPr>
          <w:rFonts w:eastAsia="Calibri" w:cs="Arial"/>
          <w:noProof/>
          <w:szCs w:val="18"/>
          <w:lang w:val="pl-PL" w:eastAsia="pl-PL"/>
        </w:rPr>
        <w:t>w formie papierowej, przesłanej pocztą tradycyjną na adres siedziby Odbiorcy/Płatnika faktury wskazany w niniejszej Umowie.</w:t>
      </w:r>
    </w:p>
    <w:p w14:paraId="2B3C8A79" w14:textId="77777777" w:rsidR="00E07A1B" w:rsidRPr="00E07A1B" w:rsidRDefault="00E07A1B" w:rsidP="00A11682">
      <w:pPr>
        <w:tabs>
          <w:tab w:val="num" w:pos="284"/>
        </w:tabs>
        <w:ind w:left="284"/>
        <w:rPr>
          <w:rFonts w:eastAsia="Calibri" w:cs="Arial"/>
          <w:noProof/>
          <w:szCs w:val="18"/>
          <w:lang w:val="pl-PL" w:eastAsia="pl-PL"/>
        </w:rPr>
      </w:pPr>
      <w:r w:rsidRPr="00E07A1B">
        <w:rPr>
          <w:rFonts w:eastAsia="Calibri" w:cs="Arial"/>
          <w:noProof/>
          <w:szCs w:val="18"/>
          <w:lang w:val="pl-PL"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22E1BC7C" w14:textId="77777777" w:rsidR="00DB1D0E" w:rsidRPr="002A31EB" w:rsidRDefault="00CF1206" w:rsidP="00A11682">
      <w:pPr>
        <w:numPr>
          <w:ilvl w:val="0"/>
          <w:numId w:val="10"/>
        </w:numPr>
        <w:tabs>
          <w:tab w:val="clear" w:pos="0"/>
          <w:tab w:val="num" w:pos="284"/>
        </w:tabs>
        <w:ind w:left="284" w:hanging="284"/>
        <w:rPr>
          <w:noProof/>
          <w:lang w:val="pl-PL"/>
        </w:rPr>
      </w:pPr>
      <w:r w:rsidRPr="002A31EB">
        <w:rPr>
          <w:noProof/>
          <w:lang w:val="pl-PL"/>
        </w:rPr>
        <w:t>W przypadku udziału podwykonawców wypłata wynagrodzenia może zostać uzależniona od przedstawienia dowodów zapłaty wymagalnych należności podwykonawcom, zgodnie z ustawą oraz postanowieniami umowy.</w:t>
      </w:r>
    </w:p>
    <w:p w14:paraId="49089E6A" w14:textId="77777777" w:rsidR="00DB1D0E" w:rsidRPr="002A31EB" w:rsidRDefault="00CF1206" w:rsidP="00A11682">
      <w:pPr>
        <w:numPr>
          <w:ilvl w:val="0"/>
          <w:numId w:val="10"/>
        </w:numPr>
        <w:tabs>
          <w:tab w:val="clear" w:pos="0"/>
          <w:tab w:val="num" w:pos="284"/>
        </w:tabs>
        <w:ind w:left="284" w:hanging="284"/>
        <w:rPr>
          <w:noProof/>
          <w:lang w:val="pl-PL"/>
        </w:rPr>
      </w:pPr>
      <w:r w:rsidRPr="002A31EB">
        <w:rPr>
          <w:noProof/>
          <w:lang w:val="pl-PL"/>
        </w:rPr>
        <w:t>Za dzień zapłaty uważa się dzień obciążenia rachunku bankowego Zamawiającego.</w:t>
      </w:r>
    </w:p>
    <w:p w14:paraId="6AB21947" w14:textId="77777777" w:rsidR="00DB1D0E" w:rsidRPr="002A31EB" w:rsidRDefault="00DB1D0E" w:rsidP="00610B7D">
      <w:pPr>
        <w:rPr>
          <w:noProof/>
          <w:lang w:val="pl-PL"/>
        </w:rPr>
      </w:pPr>
    </w:p>
    <w:p w14:paraId="4D80B1A7" w14:textId="77777777" w:rsidR="00DB1D0E" w:rsidRPr="002A31EB" w:rsidRDefault="00CF1206" w:rsidP="00610B7D">
      <w:pPr>
        <w:jc w:val="center"/>
        <w:rPr>
          <w:noProof/>
          <w:lang w:val="pl-PL"/>
        </w:rPr>
      </w:pPr>
      <w:r w:rsidRPr="002A31EB">
        <w:rPr>
          <w:b/>
          <w:noProof/>
          <w:lang w:val="pl-PL"/>
        </w:rPr>
        <w:t>§ 11</w:t>
      </w:r>
    </w:p>
    <w:p w14:paraId="5D2C2CFB" w14:textId="77777777" w:rsidR="00DB1D0E" w:rsidRPr="002A31EB" w:rsidRDefault="00CF1206" w:rsidP="00610B7D">
      <w:pPr>
        <w:jc w:val="center"/>
        <w:rPr>
          <w:noProof/>
          <w:lang w:val="pl-PL"/>
        </w:rPr>
      </w:pPr>
      <w:r w:rsidRPr="002A31EB">
        <w:rPr>
          <w:b/>
          <w:noProof/>
          <w:lang w:val="pl-PL"/>
        </w:rPr>
        <w:t>Odbiory, wady i zasady ich usuwania</w:t>
      </w:r>
    </w:p>
    <w:p w14:paraId="02C686CF"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Strony ustalają następujące rodzaje odbiorów: odbiór dokumentacji projektowej, odbiór robót zanikających i ulegających zakryciu, odbiory częściowe, odbiór końcowy oraz odbiór gwarancyjny.</w:t>
      </w:r>
    </w:p>
    <w:p w14:paraId="152E5CB6"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Wykonawca zgłasza gotowość do odbioru na piśmie lub drogą elektroniczną. Zgłoszenie powinno wskazywać zakres zgłaszanego do odbioru etapu oraz zawierać informację o kompletności dokumentów wymaganych dla danego rodzaju odbioru.</w:t>
      </w:r>
    </w:p>
    <w:p w14:paraId="2EA77DB9"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Zamawiający przystąpi do odbioru robót zanikających i ulegających zakryciu w terminie 3 dni roboczych od dnia zgłoszenia gotowości do odbioru.</w:t>
      </w:r>
    </w:p>
    <w:p w14:paraId="6A8EF740"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Zamawiający dokona weryfikacji i odbioru dokumentacji projektowej albo etapu projektowego w terminie 7 dni roboczych od dnia przekazania kompletnej dokumentacji.</w:t>
      </w:r>
    </w:p>
    <w:p w14:paraId="09B03250"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Zamawiający przystąpi do odbioru częściowego w terminie 7 dni roboczych od dnia skutecznego zgłoszenia gotowości do odbioru.</w:t>
      </w:r>
    </w:p>
    <w:p w14:paraId="4786D54B"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Zamawiający przystąpi do odbioru końcowego w terminie 14 dni roboczych od dnia skutecznego zgłoszenia gotowości do odbioru końcowego wraz z kompletem dokumentów wymaganych umową.</w:t>
      </w:r>
    </w:p>
    <w:p w14:paraId="1AB17ADC"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Jeżeli zgłoszenie do odbioru jest przedwczesne, niekompletne albo nie zostały przekazane wszystkie dokumenty wymagane dla danego rodzaju odbioru, Zamawiający jest uprawniony odmówić rozpoczęcia czynności odbiorowych. W takim przypadku terminy odbiorowe biegną od dnia skutecznego, kompletnego zgłoszenia.</w:t>
      </w:r>
    </w:p>
    <w:p w14:paraId="25C310E2"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Jeżeli w toku odbioru zostaną stwierdzone wady istotne, Zamawiający może odmówić odbioru do czasu ich usunięcia. Za wadę istotną uważa się w szczególności wadę uniemożliwiającą użytkowanie przedmiotu umowy zgodnie z przeznaczeniem, zagrażającą bezpieczeństwu, powodującą niezgodność z PFU, przepisami prawa lub wymaganiami właściwych organów albo instytucji.</w:t>
      </w:r>
    </w:p>
    <w:p w14:paraId="476B621A"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Jeżeli w toku odbioru zostaną stwierdzone wady nieistotne, Zamawiający może dokonać odbioru z wyznaczeniem terminu ich usunięcia, wskazując je w protokole odbioru.</w:t>
      </w:r>
    </w:p>
    <w:p w14:paraId="7D9F5B87"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Termin usunięcia wad nieistotnych wynosi co do zasady 14 dni, a w przypadku wad istotnych termin wyznacza Zamawiający odpowiednio do rodzaju wady, zasadniczo nie dłuższy niż 21 dni, chyba że technologia wykonania robót wymaga dłuższego terminu.</w:t>
      </w:r>
    </w:p>
    <w:p w14:paraId="6587534F"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Za datę wykonania przedmiotu umowy przyjmuje się dzień podpisania protokołu odbioru końcowego bez wad istotnych, nie później jednak niż 30 listopada 2026 r.</w:t>
      </w:r>
    </w:p>
    <w:p w14:paraId="1393F4EA"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Brak zastrzeżeń Zamawiającego zgłoszonych w toku odbioru nie może być interpretowany jako potwierdzenie braku wad ukrytych ani jako zwolnienie Wykonawcy z odpowiedzialności za wady ujawnione po odbiorze.</w:t>
      </w:r>
    </w:p>
    <w:p w14:paraId="2E27681C" w14:textId="77777777" w:rsidR="00DB1D0E" w:rsidRPr="002A31EB" w:rsidRDefault="00CF1206" w:rsidP="00A11682">
      <w:pPr>
        <w:numPr>
          <w:ilvl w:val="0"/>
          <w:numId w:val="11"/>
        </w:numPr>
        <w:tabs>
          <w:tab w:val="clear" w:pos="0"/>
          <w:tab w:val="num" w:pos="284"/>
        </w:tabs>
        <w:ind w:left="284" w:hanging="284"/>
        <w:rPr>
          <w:noProof/>
          <w:lang w:val="pl-PL"/>
        </w:rPr>
      </w:pPr>
      <w:r w:rsidRPr="002A31EB">
        <w:rPr>
          <w:noProof/>
          <w:lang w:val="pl-PL"/>
        </w:rPr>
        <w:t>Dokonanie odbioru częściowego albo końcowego nie ogranicza uprawnień Zamawiającego do dochodzenia roszczeń z tytułu wad, rękojmi, gwarancji, odszkodowania albo kar umownych.</w:t>
      </w:r>
    </w:p>
    <w:p w14:paraId="38D1CF5E" w14:textId="77777777" w:rsidR="00DB1D0E" w:rsidRPr="002A31EB" w:rsidRDefault="00DB1D0E" w:rsidP="00610B7D">
      <w:pPr>
        <w:rPr>
          <w:noProof/>
          <w:lang w:val="pl-PL"/>
        </w:rPr>
      </w:pPr>
    </w:p>
    <w:p w14:paraId="640D10C7" w14:textId="77777777" w:rsidR="00DB1D0E" w:rsidRPr="002A31EB" w:rsidRDefault="00CF1206" w:rsidP="00610B7D">
      <w:pPr>
        <w:jc w:val="center"/>
        <w:rPr>
          <w:noProof/>
          <w:lang w:val="pl-PL"/>
        </w:rPr>
      </w:pPr>
      <w:r w:rsidRPr="002A31EB">
        <w:rPr>
          <w:b/>
          <w:noProof/>
          <w:lang w:val="pl-PL"/>
        </w:rPr>
        <w:t>§ 12</w:t>
      </w:r>
    </w:p>
    <w:p w14:paraId="64499502" w14:textId="77777777" w:rsidR="00DB1D0E" w:rsidRPr="002A31EB" w:rsidRDefault="00CF1206" w:rsidP="00610B7D">
      <w:pPr>
        <w:jc w:val="center"/>
        <w:rPr>
          <w:noProof/>
          <w:lang w:val="pl-PL"/>
        </w:rPr>
      </w:pPr>
      <w:r w:rsidRPr="002A31EB">
        <w:rPr>
          <w:b/>
          <w:noProof/>
          <w:lang w:val="pl-PL"/>
        </w:rPr>
        <w:t>Gwarancja jakości i rękojmia</w:t>
      </w:r>
    </w:p>
    <w:p w14:paraId="75E64B16"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Wykonawca udziela Zamawiającemu gwarancji jakości liczonej od dnia podpisania protokołu odbioru końcowego bez wad istotnych albo od dnia usunięcia wszystkich wad stwierdzonych przy odbiorze, jeżeli ich usunięcie nastąpiło po podpisaniu protokołu.</w:t>
      </w:r>
    </w:p>
    <w:p w14:paraId="1EDB7146"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Okres gwarancji wynosi:</w:t>
      </w:r>
    </w:p>
    <w:p w14:paraId="63953BA8" w14:textId="77777777" w:rsidR="00DB1D0E" w:rsidRPr="002A31EB" w:rsidRDefault="00CF1206" w:rsidP="00A11682">
      <w:pPr>
        <w:numPr>
          <w:ilvl w:val="1"/>
          <w:numId w:val="12"/>
        </w:numPr>
        <w:ind w:left="284" w:firstLine="0"/>
        <w:rPr>
          <w:noProof/>
          <w:lang w:val="pl-PL"/>
        </w:rPr>
      </w:pPr>
      <w:r w:rsidRPr="002A31EB">
        <w:rPr>
          <w:noProof/>
          <w:lang w:val="pl-PL"/>
        </w:rPr>
        <w:t>…… miesięcy, nie mniej niż 60 miesięcy – dla robót budowlanych,</w:t>
      </w:r>
    </w:p>
    <w:p w14:paraId="6F1E82D5" w14:textId="77777777" w:rsidR="00DB1D0E" w:rsidRPr="002A31EB" w:rsidRDefault="00CF1206" w:rsidP="00A11682">
      <w:pPr>
        <w:numPr>
          <w:ilvl w:val="1"/>
          <w:numId w:val="12"/>
        </w:numPr>
        <w:ind w:left="284" w:firstLine="0"/>
        <w:rPr>
          <w:noProof/>
          <w:lang w:val="pl-PL"/>
        </w:rPr>
      </w:pPr>
      <w:r w:rsidRPr="002A31EB">
        <w:rPr>
          <w:noProof/>
          <w:lang w:val="pl-PL"/>
        </w:rPr>
        <w:t>…… miesięcy, nie mniej niż 36 miesięcy – dla dostarczonych i zamontowanych urządzeń oraz wyposażenia.</w:t>
      </w:r>
    </w:p>
    <w:p w14:paraId="008E0750"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Przez roboty budowlane rozumie się również elementy instalacyjne trwale związane z obiektem lub gruntem, w szczególności instalacje kablowe, fundamenty, konstrukcje wsporcze, ogrodzenie, schody, pochylnie, kanalizację kablową i inne elementy infrastruktury.</w:t>
      </w:r>
    </w:p>
    <w:p w14:paraId="63BB4B1F"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Przez urządzenia i wyposażenie rozumie się w szczególności oprawy oświetlenia nawigacyjnego, urządzenia sterujące, aparaturę zabezpieczającą, elementy rozdzielnic, urządzenia elektryczne i teletechniczne oraz inne dostarczone i zamontowane urządzenia, które nie stanowią robót budowlanych w rozumieniu ust. 3.</w:t>
      </w:r>
    </w:p>
    <w:p w14:paraId="233DD3E8"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W razie wątpliwości, czy dany element podlega gwarancji właściwej dla robót budowlanych czy dla urządzeń i wyposażenia, przyjmuje się okres gwarancji właściwy dla robót budowlanych, jeżeli element jest trwale związany z obiektem lub gruntem.</w:t>
      </w:r>
    </w:p>
    <w:p w14:paraId="15F742F3"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W okresie gwarancji Wykonawca zobowiązany jest potwierdzić przyjęcie zgłoszenia wady w terminie 1 dnia roboczego, przystąpić do usuwania wady w terminie nie dłuższym niż 3 dni robocze oraz usunąć wadę w terminie uzgodnionym z Zamawiającym, nie dłuższym niż 14 dni, chyba że z przyczyn technicznych lub technologicznych jest to niemożliwe.</w:t>
      </w:r>
    </w:p>
    <w:p w14:paraId="49D02BAF"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W przypadku nieusunięcia wady w terminie Zamawiający może zlecić jej usunięcie osobie trzeciej na koszt i ryzyko Wykonawcy, bez utraty uprawnień z gwarancji i rękojmi.</w:t>
      </w:r>
    </w:p>
    <w:p w14:paraId="5228B662"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W przypadku awarii elementów wpływających na możliwość bezpiecznego użytkowania lądowiska Wykonawca zobowiązany jest podjąć działania zabezpieczające niezwłocznie, nie później jednak niż w ciągu 24 godzin od zgłoszenia, a rozpocząć usuwanie awarii nie później niż w ciągu 48 godzin.</w:t>
      </w:r>
    </w:p>
    <w:p w14:paraId="7EE9B752" w14:textId="77777777" w:rsidR="00DB1D0E" w:rsidRPr="002A31EB" w:rsidRDefault="00CF1206" w:rsidP="00A11682">
      <w:pPr>
        <w:numPr>
          <w:ilvl w:val="0"/>
          <w:numId w:val="12"/>
        </w:numPr>
        <w:tabs>
          <w:tab w:val="clear" w:pos="0"/>
        </w:tabs>
        <w:ind w:left="284" w:hanging="284"/>
        <w:rPr>
          <w:noProof/>
          <w:lang w:val="pl-PL"/>
        </w:rPr>
      </w:pPr>
      <w:r w:rsidRPr="002A31EB">
        <w:rPr>
          <w:noProof/>
          <w:lang w:val="pl-PL"/>
        </w:rPr>
        <w:t>Okres rękojmi jest równy okresowi gwarancji odpowiednio dla robót budowlanych oraz urządzeń i wyposażenia.</w:t>
      </w:r>
    </w:p>
    <w:p w14:paraId="672AD04E" w14:textId="77777777" w:rsidR="00DB1D0E" w:rsidRPr="002A31EB" w:rsidRDefault="00DB1D0E" w:rsidP="00610B7D">
      <w:pPr>
        <w:rPr>
          <w:noProof/>
          <w:lang w:val="pl-PL"/>
        </w:rPr>
      </w:pPr>
    </w:p>
    <w:p w14:paraId="70862290" w14:textId="77777777" w:rsidR="00DB1D0E" w:rsidRPr="002A31EB" w:rsidRDefault="00CF1206" w:rsidP="00610B7D">
      <w:pPr>
        <w:jc w:val="center"/>
        <w:rPr>
          <w:noProof/>
          <w:lang w:val="pl-PL"/>
        </w:rPr>
      </w:pPr>
      <w:r w:rsidRPr="002A31EB">
        <w:rPr>
          <w:b/>
          <w:noProof/>
          <w:lang w:val="pl-PL"/>
        </w:rPr>
        <w:t>§ 13</w:t>
      </w:r>
    </w:p>
    <w:p w14:paraId="64E8F388" w14:textId="77777777" w:rsidR="00DB1D0E" w:rsidRPr="002A31EB" w:rsidRDefault="00CF1206" w:rsidP="00610B7D">
      <w:pPr>
        <w:jc w:val="center"/>
        <w:rPr>
          <w:noProof/>
          <w:lang w:val="pl-PL"/>
        </w:rPr>
      </w:pPr>
      <w:r w:rsidRPr="002A31EB">
        <w:rPr>
          <w:b/>
          <w:noProof/>
          <w:lang w:val="pl-PL"/>
        </w:rPr>
        <w:t>Kary umowne</w:t>
      </w:r>
    </w:p>
    <w:p w14:paraId="57D3A71C" w14:textId="77777777" w:rsidR="00DB1D0E" w:rsidRPr="002A31EB" w:rsidRDefault="00CF1206" w:rsidP="00A11682">
      <w:pPr>
        <w:numPr>
          <w:ilvl w:val="0"/>
          <w:numId w:val="13"/>
        </w:numPr>
        <w:tabs>
          <w:tab w:val="left" w:pos="284"/>
        </w:tabs>
        <w:ind w:firstLine="0"/>
        <w:rPr>
          <w:noProof/>
          <w:lang w:val="pl-PL"/>
        </w:rPr>
      </w:pPr>
      <w:r w:rsidRPr="002A31EB">
        <w:rPr>
          <w:noProof/>
          <w:lang w:val="pl-PL"/>
        </w:rPr>
        <w:t>Wykonawca zapłaci Zamawiającemu kary umowne:</w:t>
      </w:r>
    </w:p>
    <w:p w14:paraId="6DBEBCEE" w14:textId="77777777"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za zwłokę w wykonaniu przedmiotu umowy – w wysokości 0,1% wynagrodzenia brutto, o którym mowa w § 9 ust. 1, za każdy dzień zwłoki,</w:t>
      </w:r>
    </w:p>
    <w:p w14:paraId="4962D58B" w14:textId="77777777"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za zwłokę w usunięciu wad stwierdzonych przy odbiorze lub w okresie gwarancji – w wysokości 0,05% wynagrodzenia brutto za każdy dzień zwłoki,</w:t>
      </w:r>
    </w:p>
    <w:p w14:paraId="6FA722AA" w14:textId="77777777"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za odstąpienie od umowy przez Zamawiającego z przyczyn leżących po stronie Wykonawcy – w wysokości 10% wynagrodzenia brutto,</w:t>
      </w:r>
    </w:p>
    <w:p w14:paraId="79E9C68B" w14:textId="1961593F"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 xml:space="preserve">za brak zapłaty lub nieterminową zapłatę wymagalnego wynagrodzenia należnego podwykonawcy lub dalszemu podwykonawcy – w wysokości </w:t>
      </w:r>
      <w:r w:rsidR="00DF38B7">
        <w:rPr>
          <w:noProof/>
          <w:lang w:val="pl-PL"/>
        </w:rPr>
        <w:t>5</w:t>
      </w:r>
      <w:r w:rsidRPr="002A31EB">
        <w:rPr>
          <w:noProof/>
          <w:lang w:val="pl-PL"/>
        </w:rPr>
        <w:t xml:space="preserve"> 000,00 zł za każdy stwierdzony przypadek,</w:t>
      </w:r>
    </w:p>
    <w:p w14:paraId="1872CD31" w14:textId="1EEC2CEE"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za nieprzedłożenie do akceptacji projektu umowy o podwykonawstwo, której przedmiotem są roboty budowlane</w:t>
      </w:r>
      <w:r w:rsidR="00DF38B7">
        <w:rPr>
          <w:noProof/>
          <w:lang w:val="pl-PL"/>
        </w:rPr>
        <w:t>, usługi lub dostawy</w:t>
      </w:r>
      <w:r w:rsidRPr="002A31EB">
        <w:rPr>
          <w:noProof/>
          <w:lang w:val="pl-PL"/>
        </w:rPr>
        <w:t xml:space="preserve"> lub projektu jej zmiany – w wysokości </w:t>
      </w:r>
      <w:r w:rsidR="00DF38B7">
        <w:rPr>
          <w:noProof/>
          <w:lang w:val="pl-PL"/>
        </w:rPr>
        <w:t>1</w:t>
      </w:r>
      <w:r w:rsidRPr="002A31EB">
        <w:rPr>
          <w:noProof/>
          <w:lang w:val="pl-PL"/>
        </w:rPr>
        <w:t xml:space="preserve"> 000,00 zł za każdy przypadek,</w:t>
      </w:r>
    </w:p>
    <w:p w14:paraId="07368CAC" w14:textId="2460BC7F"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 xml:space="preserve">za nieprzedłożenie poświadczonej za zgodność z oryginałem kopii umowy o podwykonawstwo lub jej zmiany – w wysokości </w:t>
      </w:r>
      <w:r w:rsidR="00DF38B7">
        <w:rPr>
          <w:noProof/>
          <w:lang w:val="pl-PL"/>
        </w:rPr>
        <w:t>1</w:t>
      </w:r>
      <w:r w:rsidRPr="002A31EB">
        <w:rPr>
          <w:noProof/>
          <w:lang w:val="pl-PL"/>
        </w:rPr>
        <w:t xml:space="preserve"> 000,00 zł za każdy przypadek,</w:t>
      </w:r>
    </w:p>
    <w:p w14:paraId="52BF5AFB" w14:textId="6BBF5199" w:rsidR="00DB1D0E" w:rsidRPr="002A31EB" w:rsidRDefault="00CF1206" w:rsidP="00A11682">
      <w:pPr>
        <w:numPr>
          <w:ilvl w:val="1"/>
          <w:numId w:val="13"/>
        </w:numPr>
        <w:tabs>
          <w:tab w:val="clear" w:pos="360"/>
          <w:tab w:val="num" w:pos="709"/>
        </w:tabs>
        <w:ind w:left="567" w:hanging="283"/>
        <w:rPr>
          <w:noProof/>
          <w:lang w:val="pl-PL"/>
        </w:rPr>
      </w:pPr>
      <w:r w:rsidRPr="002A31EB">
        <w:rPr>
          <w:noProof/>
          <w:lang w:val="pl-PL"/>
        </w:rPr>
        <w:t xml:space="preserve">za brak zmiany umowy o podwykonawstwo w zakresie terminu zapłaty, pomimo wezwania Zamawiającego – w wysokości </w:t>
      </w:r>
      <w:r w:rsidR="00DF38B7">
        <w:rPr>
          <w:noProof/>
          <w:lang w:val="pl-PL"/>
        </w:rPr>
        <w:t>1</w:t>
      </w:r>
      <w:r w:rsidRPr="002A31EB">
        <w:rPr>
          <w:noProof/>
          <w:lang w:val="pl-PL"/>
        </w:rPr>
        <w:t xml:space="preserve"> 000,00 zł za każdy przypadek,</w:t>
      </w:r>
    </w:p>
    <w:p w14:paraId="5A35D47A" w14:textId="77777777" w:rsidR="005C180C" w:rsidRPr="002A31EB" w:rsidRDefault="005C180C" w:rsidP="00A11682">
      <w:pPr>
        <w:numPr>
          <w:ilvl w:val="1"/>
          <w:numId w:val="13"/>
        </w:numPr>
        <w:tabs>
          <w:tab w:val="clear" w:pos="360"/>
          <w:tab w:val="num" w:pos="709"/>
        </w:tabs>
        <w:ind w:left="567" w:hanging="283"/>
        <w:rPr>
          <w:noProof/>
          <w:lang w:val="pl-PL"/>
        </w:rPr>
      </w:pPr>
      <w:r w:rsidRPr="002A31EB">
        <w:rPr>
          <w:noProof/>
          <w:lang w:val="pl-PL"/>
        </w:rPr>
        <w:t>za nieusprawiedliwioną nieobecność kierownika budowy albo właściwego kierownika robót na komisji odbiorowej, naradzie koordynacyjnej, radzie budowy albo innym spotkaniu wymagającym jego obecności, o którym Wykonawca został powiadomiony z co najmniej 2-dniowym wyprzedzeniem – w wysokości 2 000,00 zł za każdy przypadek;</w:t>
      </w:r>
    </w:p>
    <w:p w14:paraId="5649359F" w14:textId="131EE622" w:rsidR="005C180C" w:rsidRPr="002A31EB" w:rsidRDefault="005C180C" w:rsidP="00A11682">
      <w:pPr>
        <w:numPr>
          <w:ilvl w:val="1"/>
          <w:numId w:val="13"/>
        </w:numPr>
        <w:tabs>
          <w:tab w:val="clear" w:pos="360"/>
          <w:tab w:val="num" w:pos="709"/>
        </w:tabs>
        <w:ind w:left="567" w:hanging="283"/>
        <w:rPr>
          <w:noProof/>
          <w:lang w:val="pl-PL"/>
        </w:rPr>
      </w:pPr>
      <w:r w:rsidRPr="002A31EB">
        <w:rPr>
          <w:noProof/>
          <w:lang w:val="pl-PL"/>
        </w:rPr>
        <w:t xml:space="preserve">za powierzenie wykonywania funkcji kierownika budowy albo kierownika robót innej osobie bez uprzedniej zgody Zamawiającego – w wysokości </w:t>
      </w:r>
      <w:r w:rsidR="00DF38B7">
        <w:rPr>
          <w:noProof/>
          <w:lang w:val="pl-PL"/>
        </w:rPr>
        <w:t>1</w:t>
      </w:r>
      <w:r w:rsidRPr="002A31EB">
        <w:rPr>
          <w:noProof/>
          <w:lang w:val="pl-PL"/>
        </w:rPr>
        <w:t xml:space="preserve"> 000,00 zł za każdy przypadek.</w:t>
      </w:r>
    </w:p>
    <w:p w14:paraId="3830C4B9" w14:textId="30272F9F" w:rsidR="00C62D47" w:rsidRPr="002A31EB" w:rsidRDefault="00C62D47" w:rsidP="003E208E">
      <w:pPr>
        <w:numPr>
          <w:ilvl w:val="1"/>
          <w:numId w:val="13"/>
        </w:numPr>
        <w:tabs>
          <w:tab w:val="clear" w:pos="360"/>
          <w:tab w:val="num" w:pos="709"/>
        </w:tabs>
        <w:ind w:left="567" w:hanging="283"/>
        <w:rPr>
          <w:noProof/>
          <w:lang w:val="pl-PL"/>
        </w:rPr>
      </w:pPr>
      <w:r w:rsidRPr="002A31EB">
        <w:rPr>
          <w:noProof/>
          <w:lang w:val="pl-PL"/>
        </w:rPr>
        <w:t>za każdy stwierdzony przypadek wykonywania czynności objętych wymogiem, o którym mowa w §</w:t>
      </w:r>
      <w:r w:rsidRPr="002A31EB">
        <w:rPr>
          <w:noProof/>
          <w:lang w:val="pl-PL"/>
        </w:rPr>
        <w:t>5</w:t>
      </w:r>
      <w:r w:rsidRPr="002A31EB">
        <w:rPr>
          <w:noProof/>
          <w:lang w:val="pl-PL"/>
        </w:rPr>
        <w:t xml:space="preserve">, przez osobę niezatrudnioną na podstawie umowy o pracę – karę umowną w wysokości </w:t>
      </w:r>
      <w:r w:rsidR="003E208E">
        <w:rPr>
          <w:noProof/>
          <w:lang w:val="pl-PL"/>
        </w:rPr>
        <w:t>1</w:t>
      </w:r>
      <w:r w:rsidRPr="002A31EB">
        <w:rPr>
          <w:noProof/>
          <w:lang w:val="pl-PL"/>
        </w:rPr>
        <w:t xml:space="preserve"> 000,00 zł, a w przypadku nieprzedłożenia dokumentów potwierdzających spełnianie tego wymogu w terminie wyznaczonym przez Zamawiającego – karę umowną w wysokości </w:t>
      </w:r>
      <w:r w:rsidR="003E208E">
        <w:rPr>
          <w:noProof/>
          <w:lang w:val="pl-PL"/>
        </w:rPr>
        <w:t>500</w:t>
      </w:r>
      <w:r w:rsidRPr="002A31EB">
        <w:rPr>
          <w:noProof/>
          <w:lang w:val="pl-PL"/>
        </w:rPr>
        <w:t>,00 zł za każdy stwierdzony przypadek.</w:t>
      </w:r>
    </w:p>
    <w:p w14:paraId="5D7D5FB2" w14:textId="77777777" w:rsidR="00DB1D0E" w:rsidRPr="002A31EB" w:rsidRDefault="00CF1206" w:rsidP="00A11682">
      <w:pPr>
        <w:numPr>
          <w:ilvl w:val="0"/>
          <w:numId w:val="13"/>
        </w:numPr>
        <w:tabs>
          <w:tab w:val="clear" w:pos="0"/>
          <w:tab w:val="num" w:pos="284"/>
        </w:tabs>
        <w:ind w:left="284" w:hanging="284"/>
        <w:rPr>
          <w:noProof/>
          <w:lang w:val="pl-PL"/>
        </w:rPr>
      </w:pPr>
      <w:r w:rsidRPr="002A31EB">
        <w:rPr>
          <w:noProof/>
          <w:lang w:val="pl-PL"/>
        </w:rPr>
        <w:t>Łączna maksymalna wysokość kar umownych naliczonych Wykonawcy nie może przekroczyć 20% wynagrodzenia brutto, o którym mowa w § 9 ust. 1.</w:t>
      </w:r>
    </w:p>
    <w:p w14:paraId="2DCD16FE" w14:textId="77777777" w:rsidR="00DB1D0E" w:rsidRPr="002A31EB" w:rsidRDefault="00CF1206" w:rsidP="00A11682">
      <w:pPr>
        <w:numPr>
          <w:ilvl w:val="0"/>
          <w:numId w:val="13"/>
        </w:numPr>
        <w:tabs>
          <w:tab w:val="clear" w:pos="0"/>
          <w:tab w:val="num" w:pos="284"/>
        </w:tabs>
        <w:ind w:left="284" w:hanging="284"/>
        <w:rPr>
          <w:noProof/>
          <w:lang w:val="pl-PL"/>
        </w:rPr>
      </w:pPr>
      <w:r w:rsidRPr="002A31EB">
        <w:rPr>
          <w:noProof/>
          <w:lang w:val="pl-PL"/>
        </w:rPr>
        <w:t>Zamawiający zastrzega prawo dochodzenia odszkodowania uzupełniającego przewyższającego wysokość kar umownych na zasadach ogólnych.</w:t>
      </w:r>
    </w:p>
    <w:p w14:paraId="2FF7D442" w14:textId="77777777" w:rsidR="00DB1D0E" w:rsidRPr="002A31EB" w:rsidRDefault="00DB1D0E" w:rsidP="00610B7D">
      <w:pPr>
        <w:rPr>
          <w:noProof/>
          <w:lang w:val="pl-PL"/>
        </w:rPr>
      </w:pPr>
    </w:p>
    <w:p w14:paraId="5196B47A" w14:textId="77777777" w:rsidR="00DB1D0E" w:rsidRPr="002A31EB" w:rsidRDefault="00CF1206" w:rsidP="00610B7D">
      <w:pPr>
        <w:jc w:val="center"/>
        <w:rPr>
          <w:noProof/>
          <w:lang w:val="pl-PL"/>
        </w:rPr>
      </w:pPr>
      <w:r w:rsidRPr="002A31EB">
        <w:rPr>
          <w:b/>
          <w:noProof/>
          <w:lang w:val="pl-PL"/>
        </w:rPr>
        <w:t>§ 14</w:t>
      </w:r>
    </w:p>
    <w:p w14:paraId="1D96979F" w14:textId="77777777" w:rsidR="00DB1D0E" w:rsidRPr="002A31EB" w:rsidRDefault="00CF1206" w:rsidP="00610B7D">
      <w:pPr>
        <w:jc w:val="center"/>
        <w:rPr>
          <w:noProof/>
          <w:lang w:val="pl-PL"/>
        </w:rPr>
      </w:pPr>
      <w:r w:rsidRPr="002A31EB">
        <w:rPr>
          <w:b/>
          <w:noProof/>
          <w:lang w:val="pl-PL"/>
        </w:rPr>
        <w:t>Ubezpieczenie i odpowiedzialność</w:t>
      </w:r>
    </w:p>
    <w:p w14:paraId="3543666F" w14:textId="77777777" w:rsidR="00DB1D0E" w:rsidRPr="002A31EB" w:rsidRDefault="00CF1206" w:rsidP="00A11682">
      <w:pPr>
        <w:numPr>
          <w:ilvl w:val="0"/>
          <w:numId w:val="14"/>
        </w:numPr>
        <w:tabs>
          <w:tab w:val="clear" w:pos="0"/>
          <w:tab w:val="num" w:pos="142"/>
        </w:tabs>
        <w:ind w:left="284" w:hanging="284"/>
        <w:rPr>
          <w:noProof/>
          <w:lang w:val="pl-PL"/>
        </w:rPr>
      </w:pPr>
      <w:r w:rsidRPr="002A31EB">
        <w:rPr>
          <w:noProof/>
          <w:lang w:val="pl-PL"/>
        </w:rPr>
        <w:t>Wykonawca zobowiązany jest posiadać przez cały okres realizacji umowy polisę ubezpieczenia odpowiedzialności cywilnej w zakresie prowadzonej działalności związanej z przedmiotem umowy, obejmującą odpowiedzialność kontraktową i deliktową, na sumę gwarancyjną nie mniejszą niż 2 000 000,00 zł.</w:t>
      </w:r>
    </w:p>
    <w:p w14:paraId="75BD8896" w14:textId="77777777" w:rsidR="00DB1D0E" w:rsidRPr="002A31EB" w:rsidRDefault="00CF1206" w:rsidP="00A11682">
      <w:pPr>
        <w:numPr>
          <w:ilvl w:val="0"/>
          <w:numId w:val="14"/>
        </w:numPr>
        <w:tabs>
          <w:tab w:val="clear" w:pos="0"/>
          <w:tab w:val="num" w:pos="142"/>
        </w:tabs>
        <w:ind w:left="284" w:hanging="284"/>
        <w:rPr>
          <w:noProof/>
          <w:lang w:val="pl-PL"/>
        </w:rPr>
      </w:pPr>
      <w:r w:rsidRPr="002A31EB">
        <w:rPr>
          <w:noProof/>
          <w:lang w:val="pl-PL"/>
        </w:rPr>
        <w:t>Na żądanie Zamawiającego Wykonawca przedłoży dokument potwierdzający posiadanie ubezpieczenia oraz dowód opłacenia składki.</w:t>
      </w:r>
    </w:p>
    <w:p w14:paraId="032DE1A6" w14:textId="77777777" w:rsidR="00DB1D0E" w:rsidRPr="002A31EB" w:rsidRDefault="00CF1206" w:rsidP="00A11682">
      <w:pPr>
        <w:numPr>
          <w:ilvl w:val="0"/>
          <w:numId w:val="14"/>
        </w:numPr>
        <w:tabs>
          <w:tab w:val="clear" w:pos="0"/>
          <w:tab w:val="num" w:pos="142"/>
        </w:tabs>
        <w:ind w:left="284" w:hanging="284"/>
        <w:rPr>
          <w:noProof/>
          <w:lang w:val="pl-PL"/>
        </w:rPr>
      </w:pPr>
      <w:r w:rsidRPr="002A31EB">
        <w:rPr>
          <w:noProof/>
          <w:lang w:val="pl-PL"/>
        </w:rPr>
        <w:t>Wykonawca ponosi pełną odpowiedzialność za szkody wyrządzone Zamawiającemu lub osobom trzecim w związku z realizacją umowy.</w:t>
      </w:r>
    </w:p>
    <w:p w14:paraId="12365A39" w14:textId="77777777" w:rsidR="00DB1D0E" w:rsidRPr="002A31EB" w:rsidRDefault="00DB1D0E" w:rsidP="00610B7D">
      <w:pPr>
        <w:rPr>
          <w:noProof/>
          <w:lang w:val="pl-PL"/>
        </w:rPr>
      </w:pPr>
    </w:p>
    <w:p w14:paraId="4A300A09" w14:textId="77777777" w:rsidR="00DB1D0E" w:rsidRPr="002A31EB" w:rsidRDefault="00CF1206" w:rsidP="00610B7D">
      <w:pPr>
        <w:jc w:val="center"/>
        <w:rPr>
          <w:noProof/>
          <w:lang w:val="pl-PL"/>
        </w:rPr>
      </w:pPr>
      <w:r w:rsidRPr="002A31EB">
        <w:rPr>
          <w:b/>
          <w:noProof/>
          <w:lang w:val="pl-PL"/>
        </w:rPr>
        <w:t>§ 15</w:t>
      </w:r>
    </w:p>
    <w:p w14:paraId="2FFDD722" w14:textId="77777777" w:rsidR="00DB1D0E" w:rsidRPr="002A31EB" w:rsidRDefault="00CF1206" w:rsidP="00610B7D">
      <w:pPr>
        <w:jc w:val="center"/>
        <w:rPr>
          <w:noProof/>
          <w:lang w:val="pl-PL"/>
        </w:rPr>
      </w:pPr>
      <w:r w:rsidRPr="002A31EB">
        <w:rPr>
          <w:b/>
          <w:noProof/>
          <w:lang w:val="pl-PL"/>
        </w:rPr>
        <w:t>Zabezpieczenie należytego wykonania umowy</w:t>
      </w:r>
    </w:p>
    <w:p w14:paraId="1B2FAC21" w14:textId="77777777"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 xml:space="preserve">Wykonawca oświadcza, że wniósł zabezpieczenie należytego wykonania Umowy (zwane dalej „zabezpieczeniem”) przed podpisaniem niniejszej Umowy w wysokości: ……………… zł (słownie: …………………………..) w formie ……………………….. </w:t>
      </w:r>
    </w:p>
    <w:p w14:paraId="0EEB21C4" w14:textId="7D5452A4"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 xml:space="preserve">Wartość zabezpieczenia stanowi 10% Wynagrodzenia całkowitego brutto, określonego </w:t>
      </w:r>
      <w:r w:rsidRPr="002A31EB">
        <w:rPr>
          <w:rFonts w:cs="Arial"/>
          <w:noProof/>
          <w:szCs w:val="18"/>
          <w:lang w:val="pl-PL"/>
        </w:rPr>
        <w:br/>
        <w:t xml:space="preserve">w § </w:t>
      </w:r>
      <w:r w:rsidRPr="002A31EB">
        <w:rPr>
          <w:rFonts w:cs="Arial"/>
          <w:noProof/>
          <w:szCs w:val="18"/>
          <w:lang w:val="pl-PL"/>
        </w:rPr>
        <w:t>9</w:t>
      </w:r>
      <w:r w:rsidRPr="002A31EB">
        <w:rPr>
          <w:rFonts w:cs="Arial"/>
          <w:noProof/>
          <w:szCs w:val="18"/>
          <w:lang w:val="pl-PL"/>
        </w:rPr>
        <w:t xml:space="preserve"> ust. 1 Umowy. </w:t>
      </w:r>
    </w:p>
    <w:p w14:paraId="6D7B2362" w14:textId="77777777"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280955DF" w14:textId="77777777"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Zabezpieczenie służy pokryciu roszczeń z tytułu niewykonania lub nienależytego wykonania Umowy.</w:t>
      </w:r>
    </w:p>
    <w:p w14:paraId="09301BD0" w14:textId="77777777"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15A7BF33" w14:textId="77777777"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 xml:space="preserve">Na podstawie art. 453 ust. 2 ustawy Pzp, pozostałe 30% wartości zabezpieczenia należytego wykonania Umowy zostanie zwrócone nie później niż w 15 (piętnastym) dniu po upływie okresu gwarancji lub rękojmi za wady (w zależności od faktu, który termin upłynie w okresie późniejszym). </w:t>
      </w:r>
    </w:p>
    <w:p w14:paraId="5F5EC9B0" w14:textId="77777777" w:rsidR="002B3381" w:rsidRPr="002A31EB" w:rsidRDefault="002B3381" w:rsidP="002B3381">
      <w:pPr>
        <w:pStyle w:val="Akapitzlist"/>
        <w:numPr>
          <w:ilvl w:val="0"/>
          <w:numId w:val="35"/>
        </w:numPr>
        <w:ind w:left="426"/>
        <w:jc w:val="both"/>
        <w:rPr>
          <w:rFonts w:cs="Arial"/>
          <w:noProof/>
          <w:szCs w:val="18"/>
          <w:lang w:val="pl-PL"/>
        </w:rPr>
      </w:pPr>
      <w:r w:rsidRPr="002A31EB">
        <w:rPr>
          <w:rFonts w:cs="Arial"/>
          <w:noProof/>
          <w:szCs w:val="18"/>
          <w:lang w:val="pl-PL"/>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526C4DB0" w14:textId="77777777" w:rsidR="002B3381" w:rsidRPr="002A31EB" w:rsidRDefault="002B3381" w:rsidP="002B3381">
      <w:pPr>
        <w:pStyle w:val="Akapitzlist"/>
        <w:numPr>
          <w:ilvl w:val="0"/>
          <w:numId w:val="35"/>
        </w:numPr>
        <w:ind w:left="360" w:right="57"/>
        <w:jc w:val="both"/>
        <w:rPr>
          <w:rFonts w:cs="Arial"/>
          <w:noProof/>
          <w:szCs w:val="18"/>
          <w:lang w:val="pl-PL"/>
        </w:rPr>
      </w:pPr>
      <w:r w:rsidRPr="002A31EB">
        <w:rPr>
          <w:rFonts w:cs="Arial"/>
          <w:noProof/>
          <w:szCs w:val="18"/>
          <w:lang w:val="pl-PL"/>
        </w:rPr>
        <w:t>W trakcie realizacji Umowy dopuszczalna jest zmiana formy zabezpieczenia na jedną lub kilka form określonych w art. 450 ust. 1 ustawy Pzp. W przypadku zmiany formy zabezpieczenia na jedną lub kilka form określonych w art. 450 ust. 1 ustawy Pzp, dokument potwierdzający wniesienie zabezpieczenia powinien spełniać wymogi określone w SIWZ.</w:t>
      </w:r>
    </w:p>
    <w:p w14:paraId="73C44584" w14:textId="77777777" w:rsidR="00DB1D0E" w:rsidRPr="002A31EB" w:rsidRDefault="00DB1D0E" w:rsidP="00610B7D">
      <w:pPr>
        <w:rPr>
          <w:noProof/>
          <w:lang w:val="pl-PL"/>
        </w:rPr>
      </w:pPr>
    </w:p>
    <w:p w14:paraId="4BABDE66" w14:textId="77777777" w:rsidR="00DB1D0E" w:rsidRPr="002A31EB" w:rsidRDefault="00CF1206" w:rsidP="00610B7D">
      <w:pPr>
        <w:jc w:val="center"/>
        <w:rPr>
          <w:noProof/>
          <w:lang w:val="pl-PL"/>
        </w:rPr>
      </w:pPr>
      <w:r w:rsidRPr="002A31EB">
        <w:rPr>
          <w:b/>
          <w:noProof/>
          <w:lang w:val="pl-PL"/>
        </w:rPr>
        <w:t>§ 16</w:t>
      </w:r>
    </w:p>
    <w:p w14:paraId="1B7FDC3A" w14:textId="77777777" w:rsidR="00DB1D0E" w:rsidRPr="002A31EB" w:rsidRDefault="00CF1206" w:rsidP="00610B7D">
      <w:pPr>
        <w:jc w:val="center"/>
        <w:rPr>
          <w:noProof/>
          <w:lang w:val="pl-PL"/>
        </w:rPr>
      </w:pPr>
      <w:r w:rsidRPr="002A31EB">
        <w:rPr>
          <w:b/>
          <w:noProof/>
          <w:lang w:val="pl-PL"/>
        </w:rPr>
        <w:t>Roboty zamienne, zaniechane i dodatkowe</w:t>
      </w:r>
    </w:p>
    <w:p w14:paraId="13306980" w14:textId="77777777" w:rsidR="00DB1D0E" w:rsidRPr="002A31EB" w:rsidRDefault="00CF1206" w:rsidP="002B3381">
      <w:pPr>
        <w:numPr>
          <w:ilvl w:val="0"/>
          <w:numId w:val="16"/>
        </w:numPr>
        <w:tabs>
          <w:tab w:val="clear" w:pos="0"/>
        </w:tabs>
        <w:ind w:left="284" w:hanging="284"/>
        <w:rPr>
          <w:noProof/>
          <w:lang w:val="pl-PL"/>
        </w:rPr>
      </w:pPr>
      <w:r w:rsidRPr="002A31EB">
        <w:rPr>
          <w:noProof/>
          <w:lang w:val="pl-PL"/>
        </w:rPr>
        <w:t>W przypadku konieczności zastosowania rozwiązań zamiennych Wykonawca przedstawi Zamawiającemu opis proponowanej zmiany, uzasadnienie techniczne, analizę wpływu na koszt i termin oraz projekt stosownej zmiany dokumentacji.</w:t>
      </w:r>
    </w:p>
    <w:p w14:paraId="434C1177" w14:textId="77777777" w:rsidR="00DB1D0E" w:rsidRPr="002A31EB" w:rsidRDefault="00CF1206" w:rsidP="002B3381">
      <w:pPr>
        <w:numPr>
          <w:ilvl w:val="0"/>
          <w:numId w:val="16"/>
        </w:numPr>
        <w:tabs>
          <w:tab w:val="clear" w:pos="0"/>
        </w:tabs>
        <w:ind w:left="284" w:hanging="284"/>
        <w:rPr>
          <w:noProof/>
          <w:lang w:val="pl-PL"/>
        </w:rPr>
      </w:pPr>
      <w:r w:rsidRPr="002A31EB">
        <w:rPr>
          <w:noProof/>
          <w:lang w:val="pl-PL"/>
        </w:rPr>
        <w:t>Zastosowanie robót zamiennych wymaga uprzedniej pisemnej albo elektronicznej zgody Zamawiającego.</w:t>
      </w:r>
    </w:p>
    <w:p w14:paraId="5846E463" w14:textId="77777777" w:rsidR="00DB1D0E" w:rsidRPr="002A31EB" w:rsidRDefault="00CF1206" w:rsidP="002B3381">
      <w:pPr>
        <w:numPr>
          <w:ilvl w:val="0"/>
          <w:numId w:val="16"/>
        </w:numPr>
        <w:tabs>
          <w:tab w:val="clear" w:pos="0"/>
        </w:tabs>
        <w:ind w:left="284" w:hanging="284"/>
        <w:rPr>
          <w:noProof/>
          <w:lang w:val="pl-PL"/>
        </w:rPr>
      </w:pPr>
      <w:r w:rsidRPr="002A31EB">
        <w:rPr>
          <w:noProof/>
          <w:lang w:val="pl-PL"/>
        </w:rPr>
        <w:t>Roboty zamienne nie mogą pogarszać parametrów technicznych, trwałości, bezpieczeństwa ani funkcjonalności inwestycji.</w:t>
      </w:r>
    </w:p>
    <w:p w14:paraId="32B481DB" w14:textId="77777777" w:rsidR="00DB1D0E" w:rsidRPr="002A31EB" w:rsidRDefault="00CF1206" w:rsidP="002B3381">
      <w:pPr>
        <w:numPr>
          <w:ilvl w:val="0"/>
          <w:numId w:val="16"/>
        </w:numPr>
        <w:tabs>
          <w:tab w:val="clear" w:pos="0"/>
        </w:tabs>
        <w:ind w:left="284" w:hanging="284"/>
        <w:rPr>
          <w:noProof/>
          <w:lang w:val="pl-PL"/>
        </w:rPr>
      </w:pPr>
      <w:r w:rsidRPr="002A31EB">
        <w:rPr>
          <w:noProof/>
          <w:lang w:val="pl-PL"/>
        </w:rPr>
        <w:t>Roboty nieobjęte zakresem umowy mogą być wykonywane wyłącznie po spełnieniu przesłanek określonych w art. 455 ustawy Prawo zamówień publicznych oraz po zawarciu odpowiedniego aneksu lub po wydaniu innego dokumentu wymaganego przepisami prawa.</w:t>
      </w:r>
    </w:p>
    <w:p w14:paraId="51E68ADF" w14:textId="77777777" w:rsidR="00DB1D0E" w:rsidRPr="002A31EB" w:rsidRDefault="00CF1206" w:rsidP="002B3381">
      <w:pPr>
        <w:numPr>
          <w:ilvl w:val="0"/>
          <w:numId w:val="16"/>
        </w:numPr>
        <w:tabs>
          <w:tab w:val="clear" w:pos="0"/>
        </w:tabs>
        <w:ind w:left="284" w:hanging="284"/>
        <w:rPr>
          <w:noProof/>
          <w:lang w:val="pl-PL"/>
        </w:rPr>
      </w:pPr>
      <w:r w:rsidRPr="002A31EB">
        <w:rPr>
          <w:noProof/>
          <w:lang w:val="pl-PL"/>
        </w:rPr>
        <w:t>Wykonanie przez Wykonawcę robót bez wymaganej zgody Zamawiającego następuje na wyłączne ryzyko i koszt Wykonawcy.</w:t>
      </w:r>
    </w:p>
    <w:p w14:paraId="146A5E76" w14:textId="77777777" w:rsidR="00DB1D0E" w:rsidRPr="002A31EB" w:rsidRDefault="00CF1206" w:rsidP="002B3381">
      <w:pPr>
        <w:numPr>
          <w:ilvl w:val="0"/>
          <w:numId w:val="16"/>
        </w:numPr>
        <w:tabs>
          <w:tab w:val="clear" w:pos="0"/>
        </w:tabs>
        <w:ind w:left="284" w:hanging="284"/>
        <w:rPr>
          <w:noProof/>
          <w:lang w:val="pl-PL"/>
        </w:rPr>
      </w:pPr>
      <w:r w:rsidRPr="002A31EB">
        <w:rPr>
          <w:noProof/>
          <w:lang w:val="pl-PL"/>
        </w:rPr>
        <w:t>W przypadku robót zaniechanych lub zamiennych rozliczenie nastąpi w oparciu o zasady określone w dokumentach pomocniczych, z zachowaniem zasad uczciwej kalkulacji i bez naruszenia przepisów ustawy Prawo zamówień publicznych.</w:t>
      </w:r>
    </w:p>
    <w:p w14:paraId="4FB6995A" w14:textId="77777777" w:rsidR="00DB1D0E" w:rsidRPr="002A31EB" w:rsidRDefault="00DB1D0E" w:rsidP="00610B7D">
      <w:pPr>
        <w:rPr>
          <w:noProof/>
          <w:lang w:val="pl-PL"/>
        </w:rPr>
      </w:pPr>
    </w:p>
    <w:p w14:paraId="2B25EC49" w14:textId="77777777" w:rsidR="00DB1D0E" w:rsidRPr="002A31EB" w:rsidRDefault="00CF1206" w:rsidP="00610B7D">
      <w:pPr>
        <w:jc w:val="center"/>
        <w:rPr>
          <w:noProof/>
          <w:lang w:val="pl-PL"/>
        </w:rPr>
      </w:pPr>
      <w:r w:rsidRPr="002A31EB">
        <w:rPr>
          <w:b/>
          <w:noProof/>
          <w:lang w:val="pl-PL"/>
        </w:rPr>
        <w:t>§ 17</w:t>
      </w:r>
    </w:p>
    <w:p w14:paraId="68E67725" w14:textId="77777777" w:rsidR="00DB1D0E" w:rsidRPr="002A31EB" w:rsidRDefault="00CF1206" w:rsidP="00610B7D">
      <w:pPr>
        <w:jc w:val="center"/>
        <w:rPr>
          <w:noProof/>
          <w:lang w:val="pl-PL"/>
        </w:rPr>
      </w:pPr>
      <w:r w:rsidRPr="002A31EB">
        <w:rPr>
          <w:b/>
          <w:noProof/>
          <w:lang w:val="pl-PL"/>
        </w:rPr>
        <w:t>Odstąpienie od umowy i wstrzymanie robót</w:t>
      </w:r>
    </w:p>
    <w:p w14:paraId="6C75C358" w14:textId="77777777" w:rsidR="00DB1D0E" w:rsidRPr="002A31EB" w:rsidRDefault="00CF1206" w:rsidP="002B3381">
      <w:pPr>
        <w:numPr>
          <w:ilvl w:val="0"/>
          <w:numId w:val="17"/>
        </w:numPr>
        <w:tabs>
          <w:tab w:val="clear" w:pos="0"/>
          <w:tab w:val="num" w:pos="142"/>
        </w:tabs>
        <w:ind w:left="284" w:hanging="284"/>
        <w:rPr>
          <w:noProof/>
          <w:lang w:val="pl-PL"/>
        </w:rPr>
      </w:pPr>
      <w:r w:rsidRPr="002A31EB">
        <w:rPr>
          <w:noProof/>
          <w:lang w:val="pl-PL"/>
        </w:rPr>
        <w:t>Zamawiający może odstąpić od umowy w całości albo w części w przypadkach przewidzianych przepisami prawa oraz w razie:</w:t>
      </w:r>
    </w:p>
    <w:p w14:paraId="7CD3FF4D" w14:textId="77777777" w:rsidR="00DB1D0E" w:rsidRPr="002A31EB" w:rsidRDefault="00CF1206" w:rsidP="002B3381">
      <w:pPr>
        <w:numPr>
          <w:ilvl w:val="1"/>
          <w:numId w:val="17"/>
        </w:numPr>
        <w:tabs>
          <w:tab w:val="clear" w:pos="360"/>
          <w:tab w:val="num" w:pos="142"/>
          <w:tab w:val="num" w:pos="567"/>
        </w:tabs>
        <w:ind w:left="567" w:hanging="283"/>
        <w:rPr>
          <w:noProof/>
          <w:lang w:val="pl-PL"/>
        </w:rPr>
      </w:pPr>
      <w:r w:rsidRPr="002A31EB">
        <w:rPr>
          <w:noProof/>
          <w:lang w:val="pl-PL"/>
        </w:rPr>
        <w:t>zwłoki Wykonawcy w rozpoczęciu lub realizacji prac zagrażającej terminowemu wykonaniu umowy,</w:t>
      </w:r>
    </w:p>
    <w:p w14:paraId="6BF62262" w14:textId="77777777" w:rsidR="00DB1D0E" w:rsidRPr="002A31EB" w:rsidRDefault="00CF1206" w:rsidP="002B3381">
      <w:pPr>
        <w:numPr>
          <w:ilvl w:val="1"/>
          <w:numId w:val="17"/>
        </w:numPr>
        <w:tabs>
          <w:tab w:val="clear" w:pos="360"/>
          <w:tab w:val="num" w:pos="142"/>
          <w:tab w:val="num" w:pos="567"/>
        </w:tabs>
        <w:ind w:left="567" w:hanging="283"/>
        <w:rPr>
          <w:noProof/>
          <w:lang w:val="pl-PL"/>
        </w:rPr>
      </w:pPr>
      <w:r w:rsidRPr="002A31EB">
        <w:rPr>
          <w:noProof/>
          <w:lang w:val="pl-PL"/>
        </w:rPr>
        <w:t>wykonywania umowy w sposób sprzeczny z jej postanowieniami, dokumentami zamówienia albo przepisami prawa,</w:t>
      </w:r>
    </w:p>
    <w:p w14:paraId="5C91FBB7" w14:textId="77777777" w:rsidR="00DB1D0E" w:rsidRPr="002A31EB" w:rsidRDefault="00CF1206" w:rsidP="002B3381">
      <w:pPr>
        <w:numPr>
          <w:ilvl w:val="1"/>
          <w:numId w:val="17"/>
        </w:numPr>
        <w:tabs>
          <w:tab w:val="clear" w:pos="360"/>
          <w:tab w:val="num" w:pos="142"/>
          <w:tab w:val="num" w:pos="567"/>
        </w:tabs>
        <w:ind w:left="567" w:hanging="283"/>
        <w:rPr>
          <w:noProof/>
          <w:lang w:val="pl-PL"/>
        </w:rPr>
      </w:pPr>
      <w:r w:rsidRPr="002A31EB">
        <w:rPr>
          <w:noProof/>
          <w:lang w:val="pl-PL"/>
        </w:rPr>
        <w:t>przerwania realizacji robót bez uzasadnionej przyczyny,</w:t>
      </w:r>
    </w:p>
    <w:p w14:paraId="67728DE5" w14:textId="77777777" w:rsidR="00DB1D0E" w:rsidRPr="002A31EB" w:rsidRDefault="00CF1206" w:rsidP="002B3381">
      <w:pPr>
        <w:numPr>
          <w:ilvl w:val="1"/>
          <w:numId w:val="17"/>
        </w:numPr>
        <w:tabs>
          <w:tab w:val="clear" w:pos="360"/>
          <w:tab w:val="num" w:pos="142"/>
          <w:tab w:val="num" w:pos="567"/>
        </w:tabs>
        <w:ind w:left="567" w:hanging="283"/>
        <w:rPr>
          <w:noProof/>
          <w:lang w:val="pl-PL"/>
        </w:rPr>
      </w:pPr>
      <w:r w:rsidRPr="002A31EB">
        <w:rPr>
          <w:noProof/>
          <w:lang w:val="pl-PL"/>
        </w:rPr>
        <w:t>skierowania do realizacji osób nieposiadających wymaganych uprawnień,</w:t>
      </w:r>
    </w:p>
    <w:p w14:paraId="30BA720B" w14:textId="77777777" w:rsidR="00DB1D0E" w:rsidRPr="002A31EB" w:rsidRDefault="00CF1206" w:rsidP="002B3381">
      <w:pPr>
        <w:numPr>
          <w:ilvl w:val="1"/>
          <w:numId w:val="17"/>
        </w:numPr>
        <w:tabs>
          <w:tab w:val="clear" w:pos="360"/>
          <w:tab w:val="num" w:pos="142"/>
          <w:tab w:val="num" w:pos="567"/>
        </w:tabs>
        <w:ind w:left="567" w:hanging="283"/>
        <w:rPr>
          <w:noProof/>
          <w:lang w:val="pl-PL"/>
        </w:rPr>
      </w:pPr>
      <w:r w:rsidRPr="002A31EB">
        <w:rPr>
          <w:noProof/>
          <w:lang w:val="pl-PL"/>
        </w:rPr>
        <w:t>konieczności wielokrotnego usuwania wad dokumentacji projektowej lub robót.</w:t>
      </w:r>
    </w:p>
    <w:p w14:paraId="7BB5E064" w14:textId="77777777" w:rsidR="00DB1D0E" w:rsidRPr="002A31EB" w:rsidRDefault="00CF1206" w:rsidP="002B3381">
      <w:pPr>
        <w:numPr>
          <w:ilvl w:val="0"/>
          <w:numId w:val="17"/>
        </w:numPr>
        <w:tabs>
          <w:tab w:val="clear" w:pos="0"/>
          <w:tab w:val="num" w:pos="142"/>
        </w:tabs>
        <w:ind w:left="284" w:hanging="284"/>
        <w:rPr>
          <w:noProof/>
          <w:lang w:val="pl-PL"/>
        </w:rPr>
      </w:pPr>
      <w:r w:rsidRPr="002A31EB">
        <w:rPr>
          <w:noProof/>
          <w:lang w:val="pl-PL"/>
        </w:rPr>
        <w:t>Przed odstąpieniem Zamawiający może wyznaczyć Wykonawcy odpowiedni termin na usunięcie naruszeń, chyba że charakter naruszenia uzasadnia natychmiastowe odstąpienie.</w:t>
      </w:r>
    </w:p>
    <w:p w14:paraId="0B6E58B6" w14:textId="77777777" w:rsidR="00DB1D0E" w:rsidRPr="002A31EB" w:rsidRDefault="00CF1206" w:rsidP="002B3381">
      <w:pPr>
        <w:numPr>
          <w:ilvl w:val="0"/>
          <w:numId w:val="17"/>
        </w:numPr>
        <w:tabs>
          <w:tab w:val="clear" w:pos="0"/>
          <w:tab w:val="num" w:pos="142"/>
        </w:tabs>
        <w:ind w:left="284" w:hanging="284"/>
        <w:rPr>
          <w:noProof/>
          <w:lang w:val="pl-PL"/>
        </w:rPr>
      </w:pPr>
      <w:r w:rsidRPr="002A31EB">
        <w:rPr>
          <w:noProof/>
          <w:lang w:val="pl-PL"/>
        </w:rPr>
        <w:t>Zamawiający może wstrzymać prowadzenie robót w przypadku zagrożenia bezpieczeństwa ludzi lub mienia, prowadzenia robót niezgodnie z umową lub przepisami prawa albo w przypadku stwierdzenia istotnych wad dokumentacji projektowej. Wykonawca jest obowiązany niezwłocznie zastosować się do polecenia wstrzymania robót.</w:t>
      </w:r>
    </w:p>
    <w:p w14:paraId="234E05AD" w14:textId="77777777" w:rsidR="00DB1D0E" w:rsidRPr="002A31EB" w:rsidRDefault="00CF1206" w:rsidP="002B3381">
      <w:pPr>
        <w:numPr>
          <w:ilvl w:val="0"/>
          <w:numId w:val="17"/>
        </w:numPr>
        <w:tabs>
          <w:tab w:val="clear" w:pos="0"/>
          <w:tab w:val="num" w:pos="142"/>
        </w:tabs>
        <w:ind w:left="284" w:hanging="284"/>
        <w:rPr>
          <w:noProof/>
          <w:lang w:val="pl-PL"/>
        </w:rPr>
      </w:pPr>
      <w:r w:rsidRPr="002A31EB">
        <w:rPr>
          <w:noProof/>
          <w:lang w:val="pl-PL"/>
        </w:rPr>
        <w:t>Odstąpienie wymaga formy pisemnej albo elektronicznej pod rygorem nieważności.</w:t>
      </w:r>
    </w:p>
    <w:p w14:paraId="033C833C" w14:textId="77777777" w:rsidR="00DB1D0E" w:rsidRPr="002A31EB" w:rsidRDefault="00DB1D0E" w:rsidP="00610B7D">
      <w:pPr>
        <w:rPr>
          <w:noProof/>
          <w:lang w:val="pl-PL"/>
        </w:rPr>
      </w:pPr>
    </w:p>
    <w:p w14:paraId="43834FEA" w14:textId="77777777" w:rsidR="00DB1D0E" w:rsidRPr="002A31EB" w:rsidRDefault="00CF1206" w:rsidP="00610B7D">
      <w:pPr>
        <w:jc w:val="center"/>
        <w:rPr>
          <w:noProof/>
          <w:lang w:val="pl-PL"/>
        </w:rPr>
      </w:pPr>
      <w:r w:rsidRPr="002A31EB">
        <w:rPr>
          <w:b/>
          <w:noProof/>
          <w:lang w:val="pl-PL"/>
        </w:rPr>
        <w:t>§ 18</w:t>
      </w:r>
    </w:p>
    <w:p w14:paraId="1F9DA9EA" w14:textId="77777777" w:rsidR="00DB1D0E" w:rsidRPr="002A31EB" w:rsidRDefault="00CF1206" w:rsidP="00610B7D">
      <w:pPr>
        <w:jc w:val="center"/>
        <w:rPr>
          <w:noProof/>
          <w:lang w:val="pl-PL"/>
        </w:rPr>
      </w:pPr>
      <w:r w:rsidRPr="002A31EB">
        <w:rPr>
          <w:b/>
          <w:noProof/>
          <w:lang w:val="pl-PL"/>
        </w:rPr>
        <w:t>Waloryzacja wynagrodzenia</w:t>
      </w:r>
    </w:p>
    <w:p w14:paraId="7E8C41AF" w14:textId="77777777" w:rsidR="00DB1D0E" w:rsidRPr="002A31EB" w:rsidRDefault="00CF1206" w:rsidP="002B3381">
      <w:pPr>
        <w:pStyle w:val="Listapunktowana"/>
        <w:numPr>
          <w:ilvl w:val="0"/>
          <w:numId w:val="26"/>
        </w:numPr>
        <w:tabs>
          <w:tab w:val="clear" w:pos="0"/>
          <w:tab w:val="num" w:pos="284"/>
        </w:tabs>
        <w:ind w:left="284" w:hanging="284"/>
        <w:rPr>
          <w:noProof/>
          <w:lang w:val="pl-PL"/>
        </w:rPr>
      </w:pPr>
      <w:r w:rsidRPr="002A31EB">
        <w:rPr>
          <w:noProof/>
          <w:lang w:val="pl-PL"/>
        </w:rPr>
        <w:t>Strony dopuszczają zmianę wynagrodzenia należnego Wykonawcy w przypadku zmiany cen materiałów lub kosztów związanych z realizacją zamówienia, zgodnie z art. 439 ustawy Prawo zamówień publicznych.</w:t>
      </w:r>
    </w:p>
    <w:p w14:paraId="65C0C1F2" w14:textId="77777777" w:rsidR="00DB1D0E" w:rsidRPr="002A31EB" w:rsidRDefault="00CF1206" w:rsidP="002B3381">
      <w:pPr>
        <w:numPr>
          <w:ilvl w:val="0"/>
          <w:numId w:val="18"/>
        </w:numPr>
        <w:tabs>
          <w:tab w:val="clear" w:pos="0"/>
          <w:tab w:val="num" w:pos="284"/>
        </w:tabs>
        <w:ind w:left="284" w:hanging="284"/>
        <w:rPr>
          <w:noProof/>
          <w:lang w:val="pl-PL"/>
        </w:rPr>
      </w:pPr>
      <w:r w:rsidRPr="002A31EB">
        <w:rPr>
          <w:noProof/>
          <w:lang w:val="pl-PL"/>
        </w:rPr>
        <w:t>P</w:t>
      </w:r>
      <w:r w:rsidRPr="002A31EB">
        <w:rPr>
          <w:noProof/>
          <w:lang w:val="pl-PL"/>
        </w:rPr>
        <w:t>odstawą waloryzacji jest wskaźnik cen produkcji budowlano-montażowej ogłaszany przez Główny Urząd Statystyczny.</w:t>
      </w:r>
    </w:p>
    <w:p w14:paraId="2EDD45FE" w14:textId="77777777" w:rsidR="00DB1D0E" w:rsidRPr="002A31EB" w:rsidRDefault="00CF1206" w:rsidP="002B3381">
      <w:pPr>
        <w:numPr>
          <w:ilvl w:val="0"/>
          <w:numId w:val="18"/>
        </w:numPr>
        <w:tabs>
          <w:tab w:val="clear" w:pos="0"/>
          <w:tab w:val="num" w:pos="284"/>
        </w:tabs>
        <w:ind w:left="284" w:hanging="284"/>
        <w:rPr>
          <w:noProof/>
          <w:lang w:val="pl-PL"/>
        </w:rPr>
      </w:pPr>
      <w:r w:rsidRPr="002A31EB">
        <w:rPr>
          <w:noProof/>
          <w:lang w:val="pl-PL"/>
        </w:rPr>
        <w:t>Waloryzacja może nastąpić po upływie 6 miesięcy od dnia zawarcia umowy i nie częściej niż raz na 6 miesięcy.</w:t>
      </w:r>
    </w:p>
    <w:p w14:paraId="79D2FC62" w14:textId="77777777" w:rsidR="00DB1D0E" w:rsidRPr="002A31EB" w:rsidRDefault="00CF1206" w:rsidP="002B3381">
      <w:pPr>
        <w:numPr>
          <w:ilvl w:val="0"/>
          <w:numId w:val="18"/>
        </w:numPr>
        <w:tabs>
          <w:tab w:val="clear" w:pos="0"/>
          <w:tab w:val="num" w:pos="284"/>
        </w:tabs>
        <w:ind w:left="284" w:hanging="284"/>
        <w:rPr>
          <w:noProof/>
          <w:lang w:val="pl-PL"/>
        </w:rPr>
      </w:pPr>
      <w:r w:rsidRPr="002A31EB">
        <w:rPr>
          <w:noProof/>
          <w:lang w:val="pl-PL"/>
        </w:rPr>
        <w:t>Warunkiem waloryzacji jest wykazanie rzeczywistego wpływu zmiany cen lub kosztów na koszt wykonania zamówienia.</w:t>
      </w:r>
    </w:p>
    <w:p w14:paraId="5CF60A69" w14:textId="77777777" w:rsidR="00C62D47" w:rsidRPr="002A31EB" w:rsidRDefault="00C62D47" w:rsidP="002B3381">
      <w:pPr>
        <w:pStyle w:val="Listapunktowana"/>
        <w:tabs>
          <w:tab w:val="clear" w:pos="0"/>
          <w:tab w:val="num" w:pos="284"/>
        </w:tabs>
        <w:ind w:left="284" w:hanging="284"/>
        <w:rPr>
          <w:noProof/>
          <w:lang w:val="pl-PL"/>
        </w:rPr>
      </w:pPr>
      <w:r w:rsidRPr="002A31EB">
        <w:rPr>
          <w:noProof/>
          <w:lang w:val="pl-PL"/>
        </w:rPr>
        <w:t>Waloryzacja nie będzie dokonywana, jeżeli zmiana wskaźnika, o którym mowa w ust. 3, w porównaniu do wskaźnika bazowego z miesiąca zawarcia umowy, nie przekroczy 3%</w:t>
      </w:r>
      <w:r w:rsidRPr="002A31EB">
        <w:rPr>
          <w:noProof/>
          <w:lang w:val="pl-PL"/>
        </w:rPr>
        <w:t>.</w:t>
      </w:r>
    </w:p>
    <w:p w14:paraId="3A0E417E" w14:textId="77777777" w:rsidR="00C62D47" w:rsidRPr="002A31EB" w:rsidRDefault="00C62D47" w:rsidP="002B3381">
      <w:pPr>
        <w:pStyle w:val="Listapunktowana"/>
        <w:tabs>
          <w:tab w:val="clear" w:pos="0"/>
          <w:tab w:val="num" w:pos="284"/>
        </w:tabs>
        <w:ind w:left="284" w:hanging="284"/>
        <w:rPr>
          <w:noProof/>
          <w:lang w:val="pl-PL"/>
        </w:rPr>
      </w:pPr>
      <w:r w:rsidRPr="002A31EB">
        <w:rPr>
          <w:noProof/>
          <w:lang w:val="pl-PL"/>
        </w:rPr>
        <w:t>W przypadku przekroczenia progu, o którym mowa w ust. 4, waloryzacja obejmuje wyłącznie część wynagrodzenia należną za niewykonany na dzień złożenia wniosku zakres przedmiotu umowy.</w:t>
      </w:r>
    </w:p>
    <w:p w14:paraId="16547429" w14:textId="77777777" w:rsidR="00C62D47" w:rsidRPr="002A31EB" w:rsidRDefault="00C62D47" w:rsidP="002B3381">
      <w:pPr>
        <w:pStyle w:val="Listapunktowana"/>
        <w:tabs>
          <w:tab w:val="clear" w:pos="0"/>
          <w:tab w:val="num" w:pos="284"/>
        </w:tabs>
        <w:ind w:left="284" w:hanging="284"/>
        <w:rPr>
          <w:noProof/>
          <w:lang w:val="pl-PL"/>
        </w:rPr>
      </w:pPr>
      <w:r w:rsidRPr="002A31EB">
        <w:rPr>
          <w:noProof/>
          <w:lang w:val="pl-PL"/>
        </w:rPr>
        <w:t>Zmiana wynagrodzenia następuje na pisemny wniosek Strony zawierający uzasadnienie, wyliczenie wpływu zmiany cen materiałów lub kosztów na koszt wykonania zamówienia oraz wskazanie zakresu świadczenia objętego waloryzacją.</w:t>
      </w:r>
    </w:p>
    <w:p w14:paraId="586B37BF" w14:textId="77777777" w:rsidR="00C62D47" w:rsidRPr="002A31EB" w:rsidRDefault="00C62D47" w:rsidP="002B3381">
      <w:pPr>
        <w:pStyle w:val="Listapunktowana"/>
        <w:tabs>
          <w:tab w:val="clear" w:pos="0"/>
          <w:tab w:val="num" w:pos="284"/>
        </w:tabs>
        <w:ind w:left="284" w:hanging="284"/>
        <w:rPr>
          <w:noProof/>
          <w:lang w:val="pl-PL"/>
        </w:rPr>
      </w:pPr>
      <w:r w:rsidRPr="002A31EB">
        <w:rPr>
          <w:noProof/>
          <w:lang w:val="pl-PL"/>
        </w:rPr>
        <w:t>Maksymalna łączna wartość zmiany wynagrodzenia na podstawie niniejszego paragrafu nie może przekroczyć 10% wynagrodzenia brutto określonego w umowie.</w:t>
      </w:r>
      <w:r w:rsidRPr="002A31EB">
        <w:rPr>
          <w:noProof/>
          <w:lang w:val="pl-PL"/>
        </w:rPr>
        <w:t xml:space="preserve"> </w:t>
      </w:r>
    </w:p>
    <w:p w14:paraId="535C3EE5" w14:textId="77777777" w:rsidR="00C62D47" w:rsidRPr="002A31EB" w:rsidRDefault="00C62D47" w:rsidP="002B3381">
      <w:pPr>
        <w:pStyle w:val="Listapunktowana"/>
        <w:tabs>
          <w:tab w:val="clear" w:pos="0"/>
          <w:tab w:val="num" w:pos="284"/>
        </w:tabs>
        <w:ind w:left="284" w:hanging="284"/>
        <w:rPr>
          <w:noProof/>
          <w:lang w:val="pl-PL"/>
        </w:rPr>
      </w:pPr>
      <w:r w:rsidRPr="002A31EB">
        <w:rPr>
          <w:noProof/>
          <w:lang w:val="pl-PL"/>
        </w:rPr>
        <w:t>Zmiana wynagrodzenia wymaga zawarcia aneksu do umowy.</w:t>
      </w:r>
    </w:p>
    <w:p w14:paraId="3BF885D4" w14:textId="6CD0C0B5" w:rsidR="00C62D47" w:rsidRPr="002A31EB" w:rsidRDefault="00C62D47" w:rsidP="002B3381">
      <w:pPr>
        <w:pStyle w:val="Listapunktowana"/>
        <w:tabs>
          <w:tab w:val="clear" w:pos="0"/>
          <w:tab w:val="num" w:pos="284"/>
        </w:tabs>
        <w:ind w:left="284" w:hanging="284"/>
        <w:rPr>
          <w:noProof/>
          <w:lang w:val="pl-PL"/>
        </w:rPr>
      </w:pPr>
      <w:r w:rsidRPr="002A31EB">
        <w:rPr>
          <w:noProof/>
          <w:lang w:val="pl-PL"/>
        </w:rPr>
        <w:t>Wykonawca, którego wynagrodzenie zostało zmienione zgodnie z niniejszym paragrafem, zobowiązany jest do odpowiedniej zmiany wynagrodzenia podwykonawcy, jeżeli obowiązek taki wynika z art. 439 ust. 5 ustawy Prawo zamówień publicznych.</w:t>
      </w:r>
    </w:p>
    <w:p w14:paraId="1875FE7D" w14:textId="77777777" w:rsidR="00DB1D0E" w:rsidRPr="002A31EB" w:rsidRDefault="00DB1D0E" w:rsidP="00C62D47">
      <w:pPr>
        <w:rPr>
          <w:noProof/>
          <w:lang w:val="pl-PL"/>
        </w:rPr>
      </w:pPr>
    </w:p>
    <w:p w14:paraId="01B0B3B1" w14:textId="77777777" w:rsidR="00DB1D0E" w:rsidRPr="002A31EB" w:rsidRDefault="00CF1206" w:rsidP="00610B7D">
      <w:pPr>
        <w:jc w:val="center"/>
        <w:rPr>
          <w:noProof/>
          <w:lang w:val="pl-PL"/>
        </w:rPr>
      </w:pPr>
      <w:r w:rsidRPr="002A31EB">
        <w:rPr>
          <w:b/>
          <w:noProof/>
          <w:lang w:val="pl-PL"/>
        </w:rPr>
        <w:t>§ 19</w:t>
      </w:r>
    </w:p>
    <w:p w14:paraId="72EA3C34" w14:textId="77777777" w:rsidR="00DB1D0E" w:rsidRPr="002A31EB" w:rsidRDefault="00CF1206" w:rsidP="00610B7D">
      <w:pPr>
        <w:jc w:val="center"/>
        <w:rPr>
          <w:noProof/>
          <w:lang w:val="pl-PL"/>
        </w:rPr>
      </w:pPr>
      <w:r w:rsidRPr="002A31EB">
        <w:rPr>
          <w:b/>
          <w:noProof/>
          <w:lang w:val="pl-PL"/>
        </w:rPr>
        <w:t>Zmiana umowy</w:t>
      </w:r>
    </w:p>
    <w:p w14:paraId="1F148BDC" w14:textId="77777777" w:rsidR="00DB1D0E" w:rsidRPr="002A31EB" w:rsidRDefault="00CF1206" w:rsidP="002B3381">
      <w:pPr>
        <w:numPr>
          <w:ilvl w:val="0"/>
          <w:numId w:val="19"/>
        </w:numPr>
        <w:tabs>
          <w:tab w:val="clear" w:pos="0"/>
        </w:tabs>
        <w:ind w:left="284" w:hanging="284"/>
        <w:rPr>
          <w:noProof/>
          <w:lang w:val="pl-PL"/>
        </w:rPr>
      </w:pPr>
      <w:r w:rsidRPr="002A31EB">
        <w:rPr>
          <w:noProof/>
          <w:lang w:val="pl-PL"/>
        </w:rPr>
        <w:t>Zmiana umowy dopuszczalna jest w przypadkach przewidzianych ustawą Prawo zamówień publicznych oraz w następujących sytuacjach:</w:t>
      </w:r>
    </w:p>
    <w:p w14:paraId="72462FCA" w14:textId="77777777" w:rsidR="00DB1D0E" w:rsidRPr="002A31EB" w:rsidRDefault="00CF1206" w:rsidP="002B3381">
      <w:pPr>
        <w:numPr>
          <w:ilvl w:val="1"/>
          <w:numId w:val="19"/>
        </w:numPr>
        <w:tabs>
          <w:tab w:val="clear" w:pos="360"/>
          <w:tab w:val="num" w:pos="567"/>
        </w:tabs>
        <w:ind w:left="567" w:hanging="283"/>
        <w:rPr>
          <w:noProof/>
          <w:lang w:val="pl-PL"/>
        </w:rPr>
      </w:pPr>
      <w:r w:rsidRPr="002A31EB">
        <w:rPr>
          <w:noProof/>
          <w:lang w:val="pl-PL"/>
        </w:rPr>
        <w:t>konieczności dostosowania dokumentacji lub robót do zmienionych przepisów prawa,</w:t>
      </w:r>
    </w:p>
    <w:p w14:paraId="09A4536B" w14:textId="77777777" w:rsidR="00DB1D0E" w:rsidRPr="002A31EB" w:rsidRDefault="00CF1206" w:rsidP="002B3381">
      <w:pPr>
        <w:numPr>
          <w:ilvl w:val="1"/>
          <w:numId w:val="19"/>
        </w:numPr>
        <w:tabs>
          <w:tab w:val="clear" w:pos="360"/>
          <w:tab w:val="num" w:pos="567"/>
        </w:tabs>
        <w:ind w:left="567" w:hanging="283"/>
        <w:rPr>
          <w:noProof/>
          <w:lang w:val="pl-PL"/>
        </w:rPr>
      </w:pPr>
      <w:r w:rsidRPr="002A31EB">
        <w:rPr>
          <w:noProof/>
          <w:lang w:val="pl-PL"/>
        </w:rPr>
        <w:t>wystąpienia okoliczności niezależnych od Stron, których nie można było przewidzieć przy zachowaniu należytej staranności,</w:t>
      </w:r>
    </w:p>
    <w:p w14:paraId="0020ED3E" w14:textId="77777777" w:rsidR="00DB1D0E" w:rsidRPr="002A31EB" w:rsidRDefault="00CF1206" w:rsidP="002B3381">
      <w:pPr>
        <w:numPr>
          <w:ilvl w:val="1"/>
          <w:numId w:val="19"/>
        </w:numPr>
        <w:tabs>
          <w:tab w:val="clear" w:pos="360"/>
          <w:tab w:val="num" w:pos="567"/>
        </w:tabs>
        <w:ind w:left="567" w:hanging="283"/>
        <w:rPr>
          <w:noProof/>
          <w:lang w:val="pl-PL"/>
        </w:rPr>
      </w:pPr>
      <w:r w:rsidRPr="002A31EB">
        <w:rPr>
          <w:noProof/>
          <w:lang w:val="pl-PL"/>
        </w:rPr>
        <w:t>wystąpienia warunków terenowych, technicznych lub formalnoprawnych odbiegających od założonych,</w:t>
      </w:r>
    </w:p>
    <w:p w14:paraId="0A3A0DF0" w14:textId="77777777" w:rsidR="00DB1D0E" w:rsidRPr="002A31EB" w:rsidRDefault="00CF1206" w:rsidP="002B3381">
      <w:pPr>
        <w:numPr>
          <w:ilvl w:val="1"/>
          <w:numId w:val="19"/>
        </w:numPr>
        <w:tabs>
          <w:tab w:val="clear" w:pos="360"/>
          <w:tab w:val="num" w:pos="567"/>
        </w:tabs>
        <w:ind w:left="567" w:hanging="283"/>
        <w:rPr>
          <w:noProof/>
          <w:lang w:val="pl-PL"/>
        </w:rPr>
      </w:pPr>
      <w:r w:rsidRPr="002A31EB">
        <w:rPr>
          <w:noProof/>
          <w:lang w:val="pl-PL"/>
        </w:rPr>
        <w:t>konieczności wprowadzenia rozwiązań zamiennych niepogarszających funkcjonalności i bezpieczeństwa,</w:t>
      </w:r>
    </w:p>
    <w:p w14:paraId="70355C52" w14:textId="77777777" w:rsidR="00DB1D0E" w:rsidRPr="002A31EB" w:rsidRDefault="00CF1206" w:rsidP="002B3381">
      <w:pPr>
        <w:numPr>
          <w:ilvl w:val="1"/>
          <w:numId w:val="19"/>
        </w:numPr>
        <w:tabs>
          <w:tab w:val="clear" w:pos="360"/>
          <w:tab w:val="num" w:pos="567"/>
        </w:tabs>
        <w:ind w:left="567" w:hanging="283"/>
        <w:rPr>
          <w:noProof/>
          <w:lang w:val="pl-PL"/>
        </w:rPr>
      </w:pPr>
      <w:r w:rsidRPr="002A31EB">
        <w:rPr>
          <w:noProof/>
          <w:lang w:val="pl-PL"/>
        </w:rPr>
        <w:t>zmiany terminu z przyczyn niezawinionych przez Wykonawcę,</w:t>
      </w:r>
    </w:p>
    <w:p w14:paraId="4A239D7B" w14:textId="77777777" w:rsidR="00DB1D0E" w:rsidRPr="002A31EB" w:rsidRDefault="00CF1206" w:rsidP="002B3381">
      <w:pPr>
        <w:numPr>
          <w:ilvl w:val="1"/>
          <w:numId w:val="19"/>
        </w:numPr>
        <w:tabs>
          <w:tab w:val="clear" w:pos="360"/>
          <w:tab w:val="num" w:pos="567"/>
        </w:tabs>
        <w:ind w:left="567" w:hanging="283"/>
        <w:rPr>
          <w:noProof/>
          <w:lang w:val="pl-PL"/>
        </w:rPr>
      </w:pPr>
      <w:r w:rsidRPr="002A31EB">
        <w:rPr>
          <w:noProof/>
          <w:lang w:val="pl-PL"/>
        </w:rPr>
        <w:t>zmiany osób wskazanych do realizacji umowy, pod warunkiem zapewnienia osób o kwalifikacjach i doświadczeniu nie niższych niż wymagane.</w:t>
      </w:r>
    </w:p>
    <w:p w14:paraId="535D515F" w14:textId="77777777" w:rsidR="00DB1D0E" w:rsidRPr="002A31EB" w:rsidRDefault="00CF1206" w:rsidP="002B3381">
      <w:pPr>
        <w:numPr>
          <w:ilvl w:val="0"/>
          <w:numId w:val="19"/>
        </w:numPr>
        <w:tabs>
          <w:tab w:val="clear" w:pos="0"/>
        </w:tabs>
        <w:ind w:left="284" w:hanging="284"/>
        <w:rPr>
          <w:noProof/>
          <w:lang w:val="pl-PL"/>
        </w:rPr>
      </w:pPr>
      <w:r w:rsidRPr="002A31EB">
        <w:rPr>
          <w:noProof/>
          <w:lang w:val="pl-PL"/>
        </w:rPr>
        <w:t>Zmiana umowy wymaga formy pisemnej albo elektronicznej pod rygorem nieważności.</w:t>
      </w:r>
    </w:p>
    <w:p w14:paraId="3E07939C" w14:textId="77777777" w:rsidR="00DB1D0E" w:rsidRPr="002A31EB" w:rsidRDefault="00CF1206" w:rsidP="002B3381">
      <w:pPr>
        <w:numPr>
          <w:ilvl w:val="0"/>
          <w:numId w:val="19"/>
        </w:numPr>
        <w:tabs>
          <w:tab w:val="clear" w:pos="0"/>
        </w:tabs>
        <w:ind w:left="284" w:hanging="284"/>
        <w:rPr>
          <w:noProof/>
          <w:lang w:val="pl-PL"/>
        </w:rPr>
      </w:pPr>
      <w:r w:rsidRPr="002A31EB">
        <w:rPr>
          <w:noProof/>
          <w:lang w:val="pl-PL"/>
        </w:rPr>
        <w:t>Niedopuszczalna jest taka zmiana umowy, która prowadziłaby do obejścia przepisów ustawy Prawo zamówień publicznych albo zmiany ogólnego charakteru umowy.</w:t>
      </w:r>
    </w:p>
    <w:p w14:paraId="43B6A94E" w14:textId="77777777" w:rsidR="00DB1D0E" w:rsidRPr="002A31EB" w:rsidRDefault="00DB1D0E" w:rsidP="00610B7D">
      <w:pPr>
        <w:rPr>
          <w:noProof/>
          <w:lang w:val="pl-PL"/>
        </w:rPr>
      </w:pPr>
    </w:p>
    <w:p w14:paraId="5189E2D0" w14:textId="77777777" w:rsidR="00DB1D0E" w:rsidRPr="002A31EB" w:rsidRDefault="00CF1206" w:rsidP="00610B7D">
      <w:pPr>
        <w:jc w:val="center"/>
        <w:rPr>
          <w:noProof/>
          <w:lang w:val="pl-PL"/>
        </w:rPr>
      </w:pPr>
      <w:r w:rsidRPr="002A31EB">
        <w:rPr>
          <w:b/>
          <w:noProof/>
          <w:lang w:val="pl-PL"/>
        </w:rPr>
        <w:t>§ 20</w:t>
      </w:r>
    </w:p>
    <w:p w14:paraId="31CF185C" w14:textId="77777777" w:rsidR="00DB1D0E" w:rsidRPr="002A31EB" w:rsidRDefault="00CF1206" w:rsidP="00610B7D">
      <w:pPr>
        <w:jc w:val="center"/>
        <w:rPr>
          <w:noProof/>
          <w:lang w:val="pl-PL"/>
        </w:rPr>
      </w:pPr>
      <w:r w:rsidRPr="002A31EB">
        <w:rPr>
          <w:b/>
          <w:noProof/>
          <w:lang w:val="pl-PL"/>
        </w:rPr>
        <w:t>Osoby odpowiedzialne za realizację umowy</w:t>
      </w:r>
    </w:p>
    <w:p w14:paraId="70E6503E" w14:textId="77777777" w:rsidR="00DB1D0E" w:rsidRPr="002A31EB" w:rsidRDefault="00CF1206" w:rsidP="002B3381">
      <w:pPr>
        <w:numPr>
          <w:ilvl w:val="0"/>
          <w:numId w:val="20"/>
        </w:numPr>
        <w:tabs>
          <w:tab w:val="clear" w:pos="0"/>
        </w:tabs>
        <w:ind w:left="284" w:hanging="284"/>
        <w:rPr>
          <w:noProof/>
          <w:lang w:val="pl-PL"/>
        </w:rPr>
      </w:pPr>
      <w:r w:rsidRPr="002A31EB">
        <w:rPr>
          <w:noProof/>
          <w:lang w:val="pl-PL"/>
        </w:rPr>
        <w:t>Ze strony Zamawiającego nadzór nad realizacją umowy sprawować będzie: ………………………………………</w:t>
      </w:r>
    </w:p>
    <w:p w14:paraId="4EA15E06" w14:textId="77777777" w:rsidR="00DB1D0E" w:rsidRPr="002A31EB" w:rsidRDefault="00CF1206" w:rsidP="002B3381">
      <w:pPr>
        <w:numPr>
          <w:ilvl w:val="0"/>
          <w:numId w:val="20"/>
        </w:numPr>
        <w:tabs>
          <w:tab w:val="clear" w:pos="0"/>
        </w:tabs>
        <w:ind w:left="284" w:hanging="284"/>
        <w:rPr>
          <w:noProof/>
          <w:lang w:val="pl-PL"/>
        </w:rPr>
      </w:pPr>
      <w:r w:rsidRPr="002A31EB">
        <w:rPr>
          <w:noProof/>
          <w:lang w:val="pl-PL"/>
        </w:rPr>
        <w:t>Ze strony Wykonawcy osobami odpowiedzialnymi za realizację umowy są:</w:t>
      </w:r>
    </w:p>
    <w:p w14:paraId="1FA0DDA1" w14:textId="77777777" w:rsidR="00DB1D0E" w:rsidRPr="002A31EB" w:rsidRDefault="00CF1206" w:rsidP="002B3381">
      <w:pPr>
        <w:numPr>
          <w:ilvl w:val="1"/>
          <w:numId w:val="20"/>
        </w:numPr>
        <w:tabs>
          <w:tab w:val="clear" w:pos="360"/>
        </w:tabs>
        <w:ind w:left="567" w:hanging="283"/>
        <w:rPr>
          <w:noProof/>
          <w:lang w:val="pl-PL"/>
        </w:rPr>
      </w:pPr>
      <w:r w:rsidRPr="002A31EB">
        <w:rPr>
          <w:noProof/>
          <w:lang w:val="pl-PL"/>
        </w:rPr>
        <w:t>kierownik budowy – ………………………………………,</w:t>
      </w:r>
    </w:p>
    <w:p w14:paraId="79632DF8" w14:textId="77777777" w:rsidR="00DB1D0E" w:rsidRPr="002A31EB" w:rsidRDefault="00CF1206" w:rsidP="002B3381">
      <w:pPr>
        <w:numPr>
          <w:ilvl w:val="1"/>
          <w:numId w:val="20"/>
        </w:numPr>
        <w:tabs>
          <w:tab w:val="clear" w:pos="360"/>
        </w:tabs>
        <w:ind w:left="567" w:hanging="283"/>
        <w:rPr>
          <w:noProof/>
          <w:lang w:val="pl-PL"/>
        </w:rPr>
      </w:pPr>
      <w:r w:rsidRPr="002A31EB">
        <w:rPr>
          <w:noProof/>
          <w:lang w:val="pl-PL"/>
        </w:rPr>
        <w:t>kierownik robót elektrycznych – ………………………………………,</w:t>
      </w:r>
    </w:p>
    <w:p w14:paraId="6CE7840B" w14:textId="77777777" w:rsidR="00DB1D0E" w:rsidRPr="002A31EB" w:rsidRDefault="00CF1206" w:rsidP="002B3381">
      <w:pPr>
        <w:numPr>
          <w:ilvl w:val="1"/>
          <w:numId w:val="20"/>
        </w:numPr>
        <w:tabs>
          <w:tab w:val="clear" w:pos="360"/>
        </w:tabs>
        <w:ind w:left="567" w:hanging="283"/>
        <w:rPr>
          <w:noProof/>
          <w:lang w:val="pl-PL"/>
        </w:rPr>
      </w:pPr>
      <w:r w:rsidRPr="002A31EB">
        <w:rPr>
          <w:noProof/>
          <w:lang w:val="pl-PL"/>
        </w:rPr>
        <w:t>projektant branży konstrukcyjno-budowlanej – ………………………………………,</w:t>
      </w:r>
    </w:p>
    <w:p w14:paraId="08C18B11" w14:textId="77777777" w:rsidR="00DB1D0E" w:rsidRPr="002A31EB" w:rsidRDefault="00CF1206" w:rsidP="002B3381">
      <w:pPr>
        <w:numPr>
          <w:ilvl w:val="1"/>
          <w:numId w:val="20"/>
        </w:numPr>
        <w:tabs>
          <w:tab w:val="clear" w:pos="360"/>
        </w:tabs>
        <w:ind w:left="567" w:hanging="283"/>
        <w:rPr>
          <w:noProof/>
          <w:lang w:val="pl-PL"/>
        </w:rPr>
      </w:pPr>
      <w:r w:rsidRPr="002A31EB">
        <w:rPr>
          <w:noProof/>
          <w:lang w:val="pl-PL"/>
        </w:rPr>
        <w:t>projektant branży elektrycznej – ……………………………………….</w:t>
      </w:r>
    </w:p>
    <w:p w14:paraId="0400C267" w14:textId="77777777" w:rsidR="00DB1D0E" w:rsidRPr="002A31EB" w:rsidRDefault="00CF1206" w:rsidP="002B3381">
      <w:pPr>
        <w:numPr>
          <w:ilvl w:val="0"/>
          <w:numId w:val="20"/>
        </w:numPr>
        <w:tabs>
          <w:tab w:val="clear" w:pos="0"/>
        </w:tabs>
        <w:ind w:left="284" w:hanging="284"/>
        <w:rPr>
          <w:noProof/>
          <w:lang w:val="pl-PL"/>
        </w:rPr>
      </w:pPr>
      <w:r w:rsidRPr="002A31EB">
        <w:rPr>
          <w:noProof/>
          <w:lang w:val="pl-PL"/>
        </w:rPr>
        <w:t>Zmiana osób wskazanych w ust. 2 wymaga uprzedniej zgody Zamawiającego.</w:t>
      </w:r>
    </w:p>
    <w:p w14:paraId="2C2E97E0" w14:textId="77777777" w:rsidR="00DB1D0E" w:rsidRPr="002A31EB" w:rsidRDefault="00DB1D0E" w:rsidP="00610B7D">
      <w:pPr>
        <w:rPr>
          <w:noProof/>
          <w:lang w:val="pl-PL"/>
        </w:rPr>
      </w:pPr>
    </w:p>
    <w:p w14:paraId="3B855891" w14:textId="44C1EE07" w:rsidR="007A506B" w:rsidRPr="007A506B" w:rsidRDefault="007A506B" w:rsidP="007A506B">
      <w:pPr>
        <w:jc w:val="center"/>
        <w:rPr>
          <w:rFonts w:eastAsia="Times New Roman" w:cs="Arial"/>
          <w:b/>
          <w:bCs/>
          <w:noProof/>
          <w:szCs w:val="18"/>
          <w:lang w:val="pl-PL" w:eastAsia="pl-PL"/>
        </w:rPr>
      </w:pPr>
      <w:r w:rsidRPr="007A506B">
        <w:rPr>
          <w:rFonts w:eastAsia="Times New Roman" w:cs="Arial"/>
          <w:b/>
          <w:noProof/>
          <w:szCs w:val="18"/>
          <w:lang w:val="pl-PL" w:eastAsia="pl-PL"/>
        </w:rPr>
        <w:t xml:space="preserve">§ </w:t>
      </w:r>
      <w:r w:rsidRPr="002A31EB">
        <w:rPr>
          <w:rFonts w:eastAsia="Times New Roman" w:cs="Arial"/>
          <w:b/>
          <w:noProof/>
          <w:szCs w:val="18"/>
          <w:lang w:val="pl-PL" w:eastAsia="pl-PL"/>
        </w:rPr>
        <w:t>21</w:t>
      </w:r>
    </w:p>
    <w:p w14:paraId="05A38C38" w14:textId="77777777" w:rsidR="007A506B" w:rsidRPr="007A506B" w:rsidRDefault="007A506B" w:rsidP="007A506B">
      <w:pPr>
        <w:jc w:val="center"/>
        <w:rPr>
          <w:rFonts w:eastAsia="Times New Roman" w:cs="Arial"/>
          <w:b/>
          <w:bCs/>
          <w:noProof/>
          <w:szCs w:val="18"/>
          <w:lang w:val="pl-PL" w:eastAsia="pl-PL"/>
        </w:rPr>
      </w:pPr>
      <w:r w:rsidRPr="007A506B">
        <w:rPr>
          <w:rFonts w:eastAsia="Times New Roman" w:cs="Arial"/>
          <w:b/>
          <w:bCs/>
          <w:noProof/>
          <w:szCs w:val="18"/>
          <w:lang w:val="pl-PL" w:eastAsia="pl-PL"/>
        </w:rPr>
        <w:t>RODO</w:t>
      </w:r>
    </w:p>
    <w:p w14:paraId="6E46F624" w14:textId="77777777" w:rsidR="007A506B" w:rsidRPr="007A506B" w:rsidRDefault="007A506B" w:rsidP="002B3381">
      <w:pPr>
        <w:tabs>
          <w:tab w:val="left" w:pos="426"/>
        </w:tabs>
        <w:jc w:val="both"/>
        <w:rPr>
          <w:rFonts w:eastAsia="Calibri" w:cs="Arial"/>
          <w:noProof/>
          <w:szCs w:val="18"/>
          <w:lang w:val="pl-PL"/>
        </w:rPr>
      </w:pPr>
      <w:r w:rsidRPr="007A506B">
        <w:rPr>
          <w:rFonts w:eastAsia="Calibri" w:cs="Arial"/>
          <w:noProof/>
          <w:szCs w:val="18"/>
          <w:lang w:val="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dalej „RODO", informuję, że:</w:t>
      </w:r>
    </w:p>
    <w:p w14:paraId="335DACF4" w14:textId="77777777" w:rsidR="007A506B" w:rsidRPr="007A506B" w:rsidRDefault="007A506B" w:rsidP="002B3381">
      <w:pPr>
        <w:numPr>
          <w:ilvl w:val="0"/>
          <w:numId w:val="32"/>
        </w:numPr>
        <w:ind w:left="284" w:hanging="284"/>
        <w:jc w:val="both"/>
        <w:rPr>
          <w:rFonts w:eastAsia="Calibri" w:cs="Arial"/>
          <w:noProof/>
          <w:szCs w:val="18"/>
          <w:lang w:val="pl-PL"/>
        </w:rPr>
      </w:pPr>
      <w:r w:rsidRPr="007A506B">
        <w:rPr>
          <w:rFonts w:eastAsia="Calibri" w:cs="Arial"/>
          <w:noProof/>
          <w:szCs w:val="18"/>
          <w:lang w:val="pl-PL"/>
        </w:rPr>
        <w:t xml:space="preserve">Administratorem Państwa danych osobowych jest Specjalistyczny  Szpital  Wojewódzki w Ciechanowie  z siedzibą w Ciechanowie (06-400)  </w:t>
      </w:r>
      <w:bookmarkStart w:id="1" w:name="_Hlk164860992"/>
      <w:r w:rsidRPr="007A506B">
        <w:rPr>
          <w:rFonts w:eastAsia="Calibri" w:cs="Arial"/>
          <w:noProof/>
          <w:szCs w:val="18"/>
          <w:lang w:val="pl-PL"/>
        </w:rPr>
        <w:t>ul. Powstańców Wielkopolskich 2</w:t>
      </w:r>
      <w:bookmarkEnd w:id="1"/>
    </w:p>
    <w:p w14:paraId="2BC0D972" w14:textId="77777777" w:rsidR="007A506B" w:rsidRPr="007A506B" w:rsidRDefault="007A506B" w:rsidP="002B3381">
      <w:pPr>
        <w:numPr>
          <w:ilvl w:val="0"/>
          <w:numId w:val="32"/>
        </w:numPr>
        <w:ind w:left="284" w:hanging="284"/>
        <w:jc w:val="both"/>
        <w:rPr>
          <w:rFonts w:eastAsia="Calibri" w:cs="Arial"/>
          <w:noProof/>
          <w:szCs w:val="18"/>
          <w:highlight w:val="yellow"/>
          <w:lang w:val="pl-PL"/>
        </w:rPr>
      </w:pPr>
      <w:r w:rsidRPr="007A506B">
        <w:rPr>
          <w:rFonts w:eastAsia="Calibri" w:cs="Arial"/>
          <w:noProof/>
          <w:szCs w:val="18"/>
          <w:lang w:val="pl-PL"/>
        </w:rPr>
        <w:t xml:space="preserve">Kontakt do inspektora danych osobowych: Rafał Bartłomiej Panfil, e-mail: </w:t>
      </w:r>
      <w:hyperlink r:id="rId14" w:history="1">
        <w:r w:rsidRPr="007A506B">
          <w:rPr>
            <w:rFonts w:eastAsia="Times New Roman" w:cs="Arial"/>
            <w:noProof/>
            <w:color w:val="0000FF"/>
            <w:szCs w:val="18"/>
            <w:u w:val="single"/>
            <w:lang w:val="pl-PL" w:eastAsia="pl-PL"/>
          </w:rPr>
          <w:t>iod@szpitalciechanow.com.pl</w:t>
        </w:r>
      </w:hyperlink>
      <w:r w:rsidRPr="007A506B">
        <w:rPr>
          <w:rFonts w:eastAsia="Times New Roman" w:cs="Arial"/>
          <w:noProof/>
          <w:szCs w:val="18"/>
          <w:lang w:val="pl-PL" w:eastAsia="pl-PL"/>
        </w:rPr>
        <w:t xml:space="preserve">  tel. 23 673 03 21</w:t>
      </w:r>
      <w:r w:rsidRPr="007A506B">
        <w:rPr>
          <w:rFonts w:eastAsia="Calibri" w:cs="Arial"/>
          <w:noProof/>
          <w:szCs w:val="18"/>
          <w:highlight w:val="yellow"/>
          <w:lang w:val="pl-PL"/>
        </w:rPr>
        <w:t xml:space="preserve"> </w:t>
      </w:r>
    </w:p>
    <w:p w14:paraId="2062A4DC" w14:textId="77777777" w:rsidR="007A506B" w:rsidRPr="007A506B" w:rsidRDefault="007A506B" w:rsidP="002B3381">
      <w:pPr>
        <w:numPr>
          <w:ilvl w:val="0"/>
          <w:numId w:val="32"/>
        </w:numPr>
        <w:ind w:left="284" w:hanging="284"/>
        <w:jc w:val="both"/>
        <w:rPr>
          <w:rFonts w:eastAsia="Calibri" w:cs="Arial"/>
          <w:noProof/>
          <w:szCs w:val="18"/>
          <w:lang w:val="pl-PL"/>
        </w:rPr>
      </w:pPr>
      <w:r w:rsidRPr="007A506B">
        <w:rPr>
          <w:rFonts w:eastAsia="Calibri" w:cs="Arial"/>
          <w:noProof/>
          <w:szCs w:val="18"/>
          <w:lang w:val="pl-PL"/>
        </w:rPr>
        <w:t>Dane osobowe przetwarzane będą na podstawie art. 6 ust. 1 lit. c RODO w celu związanym z postępowaniem o udzielenie zamówienia publicznego;</w:t>
      </w:r>
    </w:p>
    <w:p w14:paraId="035B597A" w14:textId="77777777" w:rsidR="007A506B" w:rsidRPr="007A506B" w:rsidRDefault="007A506B" w:rsidP="002B3381">
      <w:pPr>
        <w:numPr>
          <w:ilvl w:val="0"/>
          <w:numId w:val="32"/>
        </w:numPr>
        <w:ind w:left="284" w:hanging="284"/>
        <w:jc w:val="both"/>
        <w:rPr>
          <w:rFonts w:eastAsia="Calibri" w:cs="Arial"/>
          <w:noProof/>
          <w:szCs w:val="18"/>
          <w:lang w:val="pl-PL"/>
        </w:rPr>
      </w:pPr>
      <w:r w:rsidRPr="007A506B">
        <w:rPr>
          <w:rFonts w:eastAsia="Calibri" w:cs="Arial"/>
          <w:noProof/>
          <w:szCs w:val="18"/>
          <w:lang w:val="pl-PL"/>
        </w:rPr>
        <w:t>Odbiorcami danych osobowych będą osoby lub podmioty, którym udostępniona zostanie dokumentacja postępowania w oparciu o art. 18 oraz art. 74 „ustawy Pzp"; </w:t>
      </w:r>
    </w:p>
    <w:p w14:paraId="628450B8" w14:textId="77777777" w:rsidR="007A506B" w:rsidRPr="007A506B" w:rsidRDefault="007A506B" w:rsidP="002B3381">
      <w:pPr>
        <w:numPr>
          <w:ilvl w:val="0"/>
          <w:numId w:val="32"/>
        </w:numPr>
        <w:ind w:left="284" w:hanging="284"/>
        <w:rPr>
          <w:rFonts w:eastAsia="Calibri" w:cs="Arial"/>
          <w:noProof/>
          <w:szCs w:val="18"/>
          <w:lang w:val="pl-PL"/>
        </w:rPr>
      </w:pPr>
      <w:r w:rsidRPr="007A506B">
        <w:rPr>
          <w:rFonts w:eastAsia="Calibri" w:cs="Arial"/>
          <w:noProof/>
          <w:szCs w:val="18"/>
          <w:lang w:val="pl-PL"/>
        </w:rPr>
        <w:t>Obowiązek danych osobowych bezpośrednio Państwa dotyczących jest wymogiem ustawowym określonym w przepisach ustawy Pzp, związanym z udziałem w postępowaniu o udzielenie zamówienia publicznego; konsekwencje niepodania określonych danych wynikają z ustawy Pzp; </w:t>
      </w:r>
    </w:p>
    <w:p w14:paraId="091993EA" w14:textId="77777777" w:rsidR="007A506B" w:rsidRPr="007A506B" w:rsidRDefault="007A506B" w:rsidP="002B3381">
      <w:pPr>
        <w:numPr>
          <w:ilvl w:val="0"/>
          <w:numId w:val="32"/>
        </w:numPr>
        <w:ind w:left="284" w:hanging="284"/>
        <w:jc w:val="both"/>
        <w:rPr>
          <w:rFonts w:eastAsia="Calibri" w:cs="Arial"/>
          <w:noProof/>
          <w:szCs w:val="18"/>
          <w:lang w:val="pl-PL"/>
        </w:rPr>
      </w:pPr>
      <w:r w:rsidRPr="007A506B">
        <w:rPr>
          <w:rFonts w:eastAsia="Calibri" w:cs="Arial"/>
          <w:noProof/>
          <w:szCs w:val="18"/>
          <w:lang w:val="pl-PL"/>
        </w:rPr>
        <w:t>W odniesieniu do danych osobowych decyzje nie będą podejmowane w sposób zautomatyzowany, stosowanie do art. 22 RODO;</w:t>
      </w:r>
    </w:p>
    <w:p w14:paraId="354C2F28" w14:textId="77777777" w:rsidR="007A506B" w:rsidRPr="007A506B" w:rsidRDefault="007A506B" w:rsidP="002B3381">
      <w:pPr>
        <w:numPr>
          <w:ilvl w:val="0"/>
          <w:numId w:val="32"/>
        </w:numPr>
        <w:ind w:left="284" w:hanging="284"/>
        <w:jc w:val="both"/>
        <w:rPr>
          <w:rFonts w:eastAsia="Calibri" w:cs="Arial"/>
          <w:bCs/>
          <w:noProof/>
          <w:szCs w:val="18"/>
          <w:lang w:val="pl-PL"/>
        </w:rPr>
      </w:pPr>
      <w:r w:rsidRPr="007A506B">
        <w:rPr>
          <w:rFonts w:eastAsia="Calibri" w:cs="Arial"/>
          <w:bCs/>
          <w:noProof/>
          <w:szCs w:val="18"/>
          <w:lang w:val="pl-PL"/>
        </w:rPr>
        <w:t>Osoby, których dane są w związku z Umową przetwarzane mają prawo do:</w:t>
      </w:r>
    </w:p>
    <w:p w14:paraId="46B9DF62" w14:textId="77777777" w:rsidR="007A506B" w:rsidRPr="007A506B" w:rsidRDefault="007A506B" w:rsidP="002B3381">
      <w:pPr>
        <w:numPr>
          <w:ilvl w:val="0"/>
          <w:numId w:val="34"/>
        </w:numPr>
        <w:tabs>
          <w:tab w:val="left" w:pos="709"/>
        </w:tabs>
        <w:ind w:left="567" w:hanging="283"/>
        <w:rPr>
          <w:rFonts w:eastAsia="Calibri" w:cs="Arial"/>
          <w:noProof/>
          <w:szCs w:val="18"/>
          <w:lang w:val="pl-PL"/>
        </w:rPr>
      </w:pPr>
      <w:r w:rsidRPr="007A506B">
        <w:rPr>
          <w:rFonts w:eastAsia="Calibri" w:cs="Arial"/>
          <w:noProof/>
          <w:szCs w:val="18"/>
          <w:lang w:val="pl-PL"/>
        </w:rPr>
        <w:t>dostępu do danych osobowych, na podstawie art. 15 RODO;</w:t>
      </w:r>
    </w:p>
    <w:p w14:paraId="63BB81E0" w14:textId="77777777" w:rsidR="007A506B" w:rsidRPr="007A506B" w:rsidRDefault="007A506B" w:rsidP="002B3381">
      <w:pPr>
        <w:numPr>
          <w:ilvl w:val="0"/>
          <w:numId w:val="34"/>
        </w:numPr>
        <w:tabs>
          <w:tab w:val="left" w:pos="709"/>
        </w:tabs>
        <w:ind w:left="567" w:hanging="283"/>
        <w:rPr>
          <w:rFonts w:eastAsia="Calibri" w:cs="Arial"/>
          <w:noProof/>
          <w:szCs w:val="18"/>
          <w:lang w:val="pl-PL"/>
        </w:rPr>
      </w:pPr>
      <w:r w:rsidRPr="007A506B">
        <w:rPr>
          <w:rFonts w:eastAsia="Calibri" w:cs="Arial"/>
          <w:noProof/>
          <w:szCs w:val="18"/>
          <w:lang w:val="pl-PL"/>
        </w:rPr>
        <w:t>sprostowania danych osobowych, na podstawie art. 16 RODO;</w:t>
      </w:r>
    </w:p>
    <w:p w14:paraId="2B724EF6" w14:textId="77777777" w:rsidR="007A506B" w:rsidRPr="007A506B" w:rsidRDefault="007A506B" w:rsidP="002B3381">
      <w:pPr>
        <w:numPr>
          <w:ilvl w:val="0"/>
          <w:numId w:val="34"/>
        </w:numPr>
        <w:tabs>
          <w:tab w:val="left" w:pos="709"/>
        </w:tabs>
        <w:ind w:left="567" w:hanging="283"/>
        <w:rPr>
          <w:rFonts w:eastAsia="Calibri" w:cs="Arial"/>
          <w:noProof/>
          <w:szCs w:val="18"/>
          <w:lang w:val="pl-PL"/>
        </w:rPr>
      </w:pPr>
      <w:r w:rsidRPr="007A506B">
        <w:rPr>
          <w:rFonts w:eastAsia="Calibri" w:cs="Arial"/>
          <w:noProof/>
          <w:szCs w:val="18"/>
          <w:lang w:val="pl-PL"/>
        </w:rPr>
        <w:t>na podstawie art. 18 RODO prawa żądania od administratora ograniczenia przetwarzania danych osobowych z zastrzeżeniem przypadków, o których mowa w art. 18 ust. 2 RODO; </w:t>
      </w:r>
    </w:p>
    <w:p w14:paraId="5B4BEC03" w14:textId="77777777" w:rsidR="007A506B" w:rsidRPr="007A506B" w:rsidRDefault="007A506B" w:rsidP="002B3381">
      <w:pPr>
        <w:numPr>
          <w:ilvl w:val="0"/>
          <w:numId w:val="34"/>
        </w:numPr>
        <w:tabs>
          <w:tab w:val="left" w:pos="709"/>
        </w:tabs>
        <w:ind w:left="567" w:hanging="283"/>
        <w:rPr>
          <w:rFonts w:eastAsia="Calibri" w:cs="Arial"/>
          <w:noProof/>
          <w:szCs w:val="18"/>
          <w:lang w:val="pl-PL"/>
        </w:rPr>
      </w:pPr>
      <w:r w:rsidRPr="007A506B">
        <w:rPr>
          <w:rFonts w:eastAsia="Calibri" w:cs="Arial"/>
          <w:noProof/>
          <w:szCs w:val="18"/>
          <w:lang w:val="pl-PL"/>
        </w:rPr>
        <w:t>wniesienia skargi do Prezesa Urzędu Ochrony Danych Osobowych, gdy osoby te uznają że przetwarzanie Państwa danych osobowych narusza przepisy RODO.</w:t>
      </w:r>
    </w:p>
    <w:p w14:paraId="0AAA1538" w14:textId="77777777" w:rsidR="007A506B" w:rsidRPr="007A506B" w:rsidRDefault="007A506B" w:rsidP="002B3381">
      <w:pPr>
        <w:numPr>
          <w:ilvl w:val="0"/>
          <w:numId w:val="32"/>
        </w:numPr>
        <w:ind w:left="284" w:hanging="284"/>
        <w:jc w:val="both"/>
        <w:rPr>
          <w:rFonts w:eastAsia="Calibri" w:cs="Arial"/>
          <w:bCs/>
          <w:noProof/>
          <w:szCs w:val="18"/>
          <w:lang w:val="pl-PL"/>
        </w:rPr>
      </w:pPr>
      <w:r w:rsidRPr="007A506B">
        <w:rPr>
          <w:rFonts w:eastAsia="Calibri" w:cs="Arial"/>
          <w:bCs/>
          <w:noProof/>
          <w:szCs w:val="18"/>
          <w:lang w:val="pl-PL"/>
        </w:rPr>
        <w:t>Nie przysługuje natomiast  prawo:</w:t>
      </w:r>
    </w:p>
    <w:p w14:paraId="39FCCEED" w14:textId="77777777" w:rsidR="007A506B" w:rsidRPr="007A506B" w:rsidRDefault="007A506B" w:rsidP="002B3381">
      <w:pPr>
        <w:numPr>
          <w:ilvl w:val="0"/>
          <w:numId w:val="33"/>
        </w:numPr>
        <w:tabs>
          <w:tab w:val="left" w:pos="993"/>
        </w:tabs>
        <w:ind w:left="567" w:hanging="283"/>
        <w:jc w:val="both"/>
        <w:rPr>
          <w:rFonts w:eastAsia="Calibri" w:cs="Arial"/>
          <w:noProof/>
          <w:szCs w:val="18"/>
          <w:lang w:val="pl-PL"/>
        </w:rPr>
      </w:pPr>
      <w:r w:rsidRPr="007A506B">
        <w:rPr>
          <w:rFonts w:eastAsia="Calibri" w:cs="Arial"/>
          <w:noProof/>
          <w:szCs w:val="18"/>
          <w:lang w:val="pl-PL"/>
        </w:rPr>
        <w:t>do usunięcia danych osobowych w związku z art. 17 ust. 3 lit. b, d lub e RODO;</w:t>
      </w:r>
    </w:p>
    <w:p w14:paraId="329B1BD0" w14:textId="77777777" w:rsidR="007A506B" w:rsidRPr="007A506B" w:rsidRDefault="007A506B" w:rsidP="002B3381">
      <w:pPr>
        <w:numPr>
          <w:ilvl w:val="0"/>
          <w:numId w:val="33"/>
        </w:numPr>
        <w:tabs>
          <w:tab w:val="left" w:pos="993"/>
        </w:tabs>
        <w:ind w:left="567" w:hanging="283"/>
        <w:jc w:val="both"/>
        <w:rPr>
          <w:rFonts w:eastAsia="Calibri" w:cs="Arial"/>
          <w:noProof/>
          <w:szCs w:val="18"/>
          <w:lang w:val="pl-PL"/>
        </w:rPr>
      </w:pPr>
      <w:r w:rsidRPr="007A506B">
        <w:rPr>
          <w:rFonts w:eastAsia="Calibri" w:cs="Arial"/>
          <w:noProof/>
          <w:szCs w:val="18"/>
          <w:lang w:val="pl-PL"/>
        </w:rPr>
        <w:t>do przenoszenia danych osobowych, o którym mowa w art. 20 RODO;</w:t>
      </w:r>
    </w:p>
    <w:p w14:paraId="0386B982" w14:textId="77777777" w:rsidR="007A506B" w:rsidRPr="007A506B" w:rsidRDefault="007A506B" w:rsidP="002B3381">
      <w:pPr>
        <w:numPr>
          <w:ilvl w:val="0"/>
          <w:numId w:val="33"/>
        </w:numPr>
        <w:tabs>
          <w:tab w:val="left" w:pos="993"/>
        </w:tabs>
        <w:ind w:left="567" w:hanging="283"/>
        <w:jc w:val="both"/>
        <w:rPr>
          <w:rFonts w:eastAsia="Calibri" w:cs="Arial"/>
          <w:noProof/>
          <w:szCs w:val="18"/>
          <w:lang w:val="pl-PL"/>
        </w:rPr>
      </w:pPr>
      <w:r w:rsidRPr="007A506B">
        <w:rPr>
          <w:rFonts w:eastAsia="Calibri" w:cs="Arial"/>
          <w:noProof/>
          <w:szCs w:val="18"/>
          <w:lang w:val="pl-PL"/>
        </w:rPr>
        <w:t>na podstawie art. 21 RODO prawo sprzeciwu, wobec przetwarzania danych osobowych, gdyż podstawą prawną przetwarzania danych osobowych jest art. 6 ust. 1 lit. c RODO.</w:t>
      </w:r>
    </w:p>
    <w:p w14:paraId="12853788" w14:textId="77777777" w:rsidR="00DB1D0E" w:rsidRPr="002A31EB" w:rsidRDefault="00CF1206" w:rsidP="00610B7D">
      <w:pPr>
        <w:jc w:val="center"/>
        <w:rPr>
          <w:noProof/>
          <w:lang w:val="pl-PL"/>
        </w:rPr>
      </w:pPr>
      <w:r w:rsidRPr="002A31EB">
        <w:rPr>
          <w:b/>
          <w:noProof/>
          <w:lang w:val="pl-PL"/>
        </w:rPr>
        <w:t>§</w:t>
      </w:r>
      <w:r w:rsidRPr="002A31EB">
        <w:rPr>
          <w:b/>
          <w:noProof/>
          <w:lang w:val="pl-PL"/>
        </w:rPr>
        <w:t xml:space="preserve"> 21</w:t>
      </w:r>
    </w:p>
    <w:p w14:paraId="1BB01701" w14:textId="77777777" w:rsidR="00DB1D0E" w:rsidRPr="002A31EB" w:rsidRDefault="00CF1206" w:rsidP="00610B7D">
      <w:pPr>
        <w:jc w:val="center"/>
        <w:rPr>
          <w:noProof/>
          <w:lang w:val="pl-PL"/>
        </w:rPr>
      </w:pPr>
      <w:r w:rsidRPr="002A31EB">
        <w:rPr>
          <w:b/>
          <w:noProof/>
          <w:lang w:val="pl-PL"/>
        </w:rPr>
        <w:t>Postanowienia końcowe</w:t>
      </w:r>
    </w:p>
    <w:p w14:paraId="6D2221DE"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517A29CC"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 xml:space="preserve">W takim przypadku Wykonawca może żądać jedynie wynagrodzenia należnego z tytułu wykonania części Umowy. </w:t>
      </w:r>
    </w:p>
    <w:p w14:paraId="56A26388"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Ewentualne zmiany i uzupełnienia Umowy wymagają formy pisemnej pod rygorem nieważności.</w:t>
      </w:r>
    </w:p>
    <w:p w14:paraId="2ED12BE1"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Czynność prawna Wykonawcy mająca na celu zmianę wierzyciela Zamawiającego wymaga zgody podmiotu, który Zamawiającego utworzył – w rozumieniu ustawy z dnia 15 kwietnia 2011 r. o działalności leczniczej (</w:t>
      </w:r>
      <w:r w:rsidRPr="003973ED">
        <w:rPr>
          <w:rFonts w:eastAsia="Times New Roman" w:cs="Times New Roman"/>
          <w:noProof/>
          <w:szCs w:val="18"/>
          <w:lang w:val="pl-PL" w:eastAsia="pl-PL"/>
        </w:rPr>
        <w:t>t.j. Dz.U. 2025 poz. 450</w:t>
      </w:r>
      <w:r w:rsidRPr="003973ED">
        <w:rPr>
          <w:rFonts w:eastAsia="Times New Roman" w:cs="Arial"/>
          <w:noProof/>
          <w:szCs w:val="18"/>
          <w:lang w:val="pl-PL" w:eastAsia="pl-PL"/>
        </w:rPr>
        <w:t xml:space="preserve"> ). Przyjęcie poręczenia za zobowiązania Szpitala wymaga dodatkowo, pod rygorem nieważności, zgody Zamawiającego wyrażonej na piśmie.</w:t>
      </w:r>
    </w:p>
    <w:p w14:paraId="298D178E"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Ewentualne kwestie sporne wynikłe w trakcie realizacji Umowy Strony rozstrzygać będą polubownie.</w:t>
      </w:r>
    </w:p>
    <w:p w14:paraId="24CD5AA2"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W przypadku nie dojścia do porozumienia spory będą rozstrzygane przez Sąd właściwy dla siedziby Zamawiającego.</w:t>
      </w:r>
    </w:p>
    <w:p w14:paraId="751ACD98"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W sprawach nieuregulowanych niniejszą Umową stosuje się przepisy Kodeksu cywilnego oraz ustawy o działalności leczniczej.</w:t>
      </w:r>
    </w:p>
    <w:p w14:paraId="204E2AC5" w14:textId="77777777" w:rsidR="003973ED" w:rsidRPr="003973ED" w:rsidRDefault="003973ED" w:rsidP="002B3381">
      <w:pPr>
        <w:numPr>
          <w:ilvl w:val="0"/>
          <w:numId w:val="31"/>
        </w:numPr>
        <w:ind w:left="284" w:hanging="284"/>
        <w:jc w:val="both"/>
        <w:rPr>
          <w:rFonts w:eastAsia="Times New Roman" w:cs="Arial"/>
          <w:noProof/>
          <w:szCs w:val="18"/>
          <w:lang w:val="pl-PL" w:eastAsia="pl-PL"/>
        </w:rPr>
      </w:pPr>
      <w:r w:rsidRPr="003973ED">
        <w:rPr>
          <w:rFonts w:eastAsia="Times New Roman" w:cs="Arial"/>
          <w:noProof/>
          <w:szCs w:val="18"/>
          <w:lang w:val="pl-PL" w:eastAsia="pl-PL"/>
        </w:rPr>
        <w:t>Umowa została sporządzona w dwóch jednobrzmiących egzemplarzach, po jednym dla każdej ze stron.</w:t>
      </w:r>
    </w:p>
    <w:p w14:paraId="24652043" w14:textId="77777777" w:rsidR="00DB1D0E" w:rsidRPr="002A31EB" w:rsidRDefault="00DB1D0E" w:rsidP="00610B7D">
      <w:pPr>
        <w:rPr>
          <w:noProof/>
          <w:lang w:val="pl-PL"/>
        </w:rPr>
      </w:pPr>
    </w:p>
    <w:p w14:paraId="56937558" w14:textId="77777777" w:rsidR="00DB1D0E" w:rsidRPr="002A31EB" w:rsidRDefault="00CF1206" w:rsidP="00610B7D">
      <w:pPr>
        <w:jc w:val="center"/>
        <w:rPr>
          <w:noProof/>
          <w:lang w:val="pl-PL"/>
        </w:rPr>
      </w:pPr>
      <w:r w:rsidRPr="002A31EB">
        <w:rPr>
          <w:noProof/>
          <w:lang w:val="pl-PL"/>
        </w:rPr>
        <w:t>ZAMAWIAJĄCY                             WYKONAWCA</w:t>
      </w:r>
    </w:p>
    <w:p w14:paraId="720983FD" w14:textId="77777777" w:rsidR="00DB1D0E" w:rsidRPr="002A31EB" w:rsidRDefault="00CF1206" w:rsidP="00610B7D">
      <w:pPr>
        <w:jc w:val="center"/>
        <w:rPr>
          <w:b/>
          <w:noProof/>
          <w:lang w:val="pl-PL"/>
        </w:rPr>
      </w:pPr>
      <w:r w:rsidRPr="002A31EB">
        <w:rPr>
          <w:b/>
          <w:noProof/>
          <w:lang w:val="pl-PL"/>
        </w:rPr>
        <w:t>………………………………………                             ………………………………………</w:t>
      </w:r>
    </w:p>
    <w:p w14:paraId="11B0A767" w14:textId="77777777" w:rsidR="00610B7D" w:rsidRPr="002A31EB" w:rsidRDefault="00610B7D" w:rsidP="00610B7D">
      <w:pPr>
        <w:jc w:val="center"/>
        <w:rPr>
          <w:b/>
          <w:noProof/>
          <w:lang w:val="pl-PL"/>
        </w:rPr>
      </w:pPr>
    </w:p>
    <w:p w14:paraId="0BDE7FEF" w14:textId="77777777" w:rsidR="00610B7D" w:rsidRPr="002A31EB" w:rsidRDefault="00610B7D" w:rsidP="00610B7D">
      <w:pPr>
        <w:jc w:val="center"/>
        <w:rPr>
          <w:b/>
          <w:noProof/>
          <w:lang w:val="pl-PL"/>
        </w:rPr>
      </w:pPr>
    </w:p>
    <w:p w14:paraId="0488D4E0" w14:textId="77777777" w:rsidR="00610B7D" w:rsidRPr="002A31EB" w:rsidRDefault="00610B7D" w:rsidP="00610B7D">
      <w:pPr>
        <w:jc w:val="center"/>
        <w:rPr>
          <w:b/>
          <w:noProof/>
          <w:lang w:val="pl-PL"/>
        </w:rPr>
      </w:pPr>
    </w:p>
    <w:p w14:paraId="17E731CD" w14:textId="77777777" w:rsidR="00610B7D" w:rsidRPr="002A31EB" w:rsidRDefault="00610B7D" w:rsidP="00610B7D">
      <w:pPr>
        <w:jc w:val="center"/>
        <w:rPr>
          <w:b/>
          <w:noProof/>
          <w:lang w:val="pl-PL"/>
        </w:rPr>
      </w:pPr>
    </w:p>
    <w:p w14:paraId="72BEA394" w14:textId="77777777" w:rsidR="00610B7D" w:rsidRPr="002A31EB" w:rsidRDefault="00610B7D" w:rsidP="00610B7D">
      <w:pPr>
        <w:jc w:val="center"/>
        <w:rPr>
          <w:b/>
          <w:noProof/>
          <w:lang w:val="pl-PL"/>
        </w:rPr>
      </w:pPr>
    </w:p>
    <w:p w14:paraId="21985C42" w14:textId="77777777" w:rsidR="00610B7D" w:rsidRPr="002A31EB" w:rsidRDefault="00610B7D" w:rsidP="00610B7D">
      <w:pPr>
        <w:jc w:val="center"/>
        <w:rPr>
          <w:b/>
          <w:noProof/>
          <w:lang w:val="pl-PL"/>
        </w:rPr>
      </w:pPr>
    </w:p>
    <w:p w14:paraId="500F4ADE" w14:textId="77777777" w:rsidR="00610B7D" w:rsidRPr="002A31EB" w:rsidRDefault="00610B7D" w:rsidP="00610B7D">
      <w:pPr>
        <w:jc w:val="center"/>
        <w:rPr>
          <w:b/>
          <w:noProof/>
          <w:lang w:val="pl-PL"/>
        </w:rPr>
      </w:pPr>
    </w:p>
    <w:p w14:paraId="31982ED2" w14:textId="77777777" w:rsidR="00610B7D" w:rsidRPr="002A31EB" w:rsidRDefault="00610B7D" w:rsidP="00610B7D">
      <w:pPr>
        <w:jc w:val="center"/>
        <w:rPr>
          <w:b/>
          <w:noProof/>
          <w:lang w:val="pl-PL"/>
        </w:rPr>
      </w:pPr>
    </w:p>
    <w:p w14:paraId="29EF357E" w14:textId="77777777" w:rsidR="00610B7D" w:rsidRPr="002A31EB" w:rsidRDefault="00610B7D" w:rsidP="00610B7D">
      <w:pPr>
        <w:jc w:val="center"/>
        <w:rPr>
          <w:b/>
          <w:noProof/>
          <w:lang w:val="pl-PL"/>
        </w:rPr>
      </w:pPr>
    </w:p>
    <w:p w14:paraId="387F5CD6" w14:textId="77777777" w:rsidR="00610B7D" w:rsidRPr="002A31EB" w:rsidRDefault="00610B7D" w:rsidP="00610B7D">
      <w:pPr>
        <w:jc w:val="center"/>
        <w:rPr>
          <w:b/>
          <w:noProof/>
          <w:lang w:val="pl-PL"/>
        </w:rPr>
      </w:pPr>
    </w:p>
    <w:p w14:paraId="2A02DAAB" w14:textId="77777777" w:rsidR="00610B7D" w:rsidRPr="002A31EB" w:rsidRDefault="00610B7D" w:rsidP="00610B7D">
      <w:pPr>
        <w:jc w:val="center"/>
        <w:rPr>
          <w:b/>
          <w:noProof/>
          <w:lang w:val="pl-PL"/>
        </w:rPr>
      </w:pPr>
    </w:p>
    <w:p w14:paraId="6848B0F4" w14:textId="77777777" w:rsidR="00610B7D" w:rsidRPr="002A31EB" w:rsidRDefault="00610B7D" w:rsidP="00610B7D">
      <w:pPr>
        <w:jc w:val="center"/>
        <w:rPr>
          <w:b/>
          <w:noProof/>
          <w:lang w:val="pl-PL"/>
        </w:rPr>
      </w:pPr>
    </w:p>
    <w:p w14:paraId="328530A9" w14:textId="77777777" w:rsidR="00610B7D" w:rsidRPr="002A31EB" w:rsidRDefault="00610B7D" w:rsidP="00610B7D">
      <w:pPr>
        <w:jc w:val="center"/>
        <w:rPr>
          <w:b/>
          <w:noProof/>
          <w:lang w:val="pl-PL"/>
        </w:rPr>
      </w:pPr>
    </w:p>
    <w:p w14:paraId="6E4C3F01" w14:textId="77777777" w:rsidR="00610B7D" w:rsidRPr="002A31EB" w:rsidRDefault="00610B7D" w:rsidP="00610B7D">
      <w:pPr>
        <w:jc w:val="center"/>
        <w:rPr>
          <w:b/>
          <w:noProof/>
          <w:lang w:val="pl-PL"/>
        </w:rPr>
      </w:pPr>
    </w:p>
    <w:p w14:paraId="47EDD16C" w14:textId="77777777" w:rsidR="00610B7D" w:rsidRPr="002A31EB" w:rsidRDefault="00610B7D" w:rsidP="00610B7D">
      <w:pPr>
        <w:jc w:val="center"/>
        <w:rPr>
          <w:b/>
          <w:noProof/>
          <w:lang w:val="pl-PL"/>
        </w:rPr>
      </w:pPr>
    </w:p>
    <w:p w14:paraId="40F4FD32" w14:textId="77777777" w:rsidR="00610B7D" w:rsidRPr="002A31EB" w:rsidRDefault="00610B7D" w:rsidP="00610B7D">
      <w:pPr>
        <w:jc w:val="center"/>
        <w:rPr>
          <w:b/>
          <w:noProof/>
          <w:lang w:val="pl-PL"/>
        </w:rPr>
      </w:pPr>
    </w:p>
    <w:p w14:paraId="15F873D1" w14:textId="77777777" w:rsidR="00610B7D" w:rsidRPr="002A31EB" w:rsidRDefault="00610B7D" w:rsidP="00610B7D">
      <w:pPr>
        <w:jc w:val="center"/>
        <w:rPr>
          <w:b/>
          <w:noProof/>
          <w:lang w:val="pl-PL"/>
        </w:rPr>
      </w:pPr>
    </w:p>
    <w:p w14:paraId="0001B85E" w14:textId="77777777" w:rsidR="00610B7D" w:rsidRDefault="00610B7D" w:rsidP="00610B7D">
      <w:pPr>
        <w:jc w:val="center"/>
        <w:rPr>
          <w:b/>
          <w:noProof/>
          <w:lang w:val="pl-PL"/>
        </w:rPr>
      </w:pPr>
    </w:p>
    <w:p w14:paraId="346B05C3" w14:textId="77777777" w:rsidR="00CF1206" w:rsidRDefault="00CF1206" w:rsidP="00610B7D">
      <w:pPr>
        <w:jc w:val="center"/>
        <w:rPr>
          <w:b/>
          <w:noProof/>
          <w:lang w:val="pl-PL"/>
        </w:rPr>
      </w:pPr>
    </w:p>
    <w:p w14:paraId="1C0A5073" w14:textId="77777777" w:rsidR="00CF1206" w:rsidRDefault="00CF1206" w:rsidP="00610B7D">
      <w:pPr>
        <w:jc w:val="center"/>
        <w:rPr>
          <w:b/>
          <w:noProof/>
          <w:lang w:val="pl-PL"/>
        </w:rPr>
      </w:pPr>
    </w:p>
    <w:p w14:paraId="37FDCDC2" w14:textId="77777777" w:rsidR="00CF1206" w:rsidRDefault="00CF1206" w:rsidP="00610B7D">
      <w:pPr>
        <w:jc w:val="center"/>
        <w:rPr>
          <w:b/>
          <w:noProof/>
          <w:lang w:val="pl-PL"/>
        </w:rPr>
      </w:pPr>
    </w:p>
    <w:p w14:paraId="7D4AF6F7" w14:textId="77777777" w:rsidR="00CF1206" w:rsidRPr="002A31EB" w:rsidRDefault="00CF1206" w:rsidP="00610B7D">
      <w:pPr>
        <w:jc w:val="center"/>
        <w:rPr>
          <w:b/>
          <w:noProof/>
          <w:lang w:val="pl-PL"/>
        </w:rPr>
      </w:pPr>
    </w:p>
    <w:p w14:paraId="78F06AF0" w14:textId="77777777" w:rsidR="00610B7D" w:rsidRPr="002A31EB" w:rsidRDefault="00610B7D" w:rsidP="00610B7D">
      <w:pPr>
        <w:jc w:val="center"/>
        <w:rPr>
          <w:b/>
          <w:noProof/>
          <w:lang w:val="pl-PL"/>
        </w:rPr>
      </w:pPr>
    </w:p>
    <w:p w14:paraId="1B53A83C" w14:textId="03802EA0" w:rsidR="00610B7D" w:rsidRPr="002A31EB" w:rsidRDefault="00610B7D" w:rsidP="00610B7D">
      <w:pPr>
        <w:rPr>
          <w:bCs/>
          <w:noProof/>
          <w:lang w:val="pl-PL"/>
        </w:rPr>
      </w:pPr>
      <w:r w:rsidRPr="002A31EB">
        <w:rPr>
          <w:bCs/>
          <w:noProof/>
          <w:lang w:val="pl-PL"/>
        </w:rPr>
        <w:t>Załącznik nr 1</w:t>
      </w:r>
      <w:r w:rsidR="00DE34C8" w:rsidRPr="002A31EB">
        <w:rPr>
          <w:bCs/>
          <w:noProof/>
          <w:lang w:val="pl-PL"/>
        </w:rPr>
        <w:t xml:space="preserve"> (wzory protokołów)</w:t>
      </w:r>
    </w:p>
    <w:p w14:paraId="19F31CD2" w14:textId="77777777" w:rsidR="00DE34C8" w:rsidRPr="002A31EB" w:rsidRDefault="00DE34C8" w:rsidP="00610B7D">
      <w:pPr>
        <w:rPr>
          <w:b/>
          <w:bCs/>
          <w:noProof/>
          <w:lang w:val="pl-PL"/>
        </w:rPr>
      </w:pPr>
    </w:p>
    <w:p w14:paraId="03E671DA" w14:textId="1EA57404" w:rsidR="00610B7D" w:rsidRPr="00610B7D" w:rsidRDefault="00610B7D" w:rsidP="00610B7D">
      <w:pPr>
        <w:rPr>
          <w:bCs/>
          <w:noProof/>
          <w:lang w:val="pl-PL"/>
        </w:rPr>
      </w:pPr>
      <w:r w:rsidRPr="00610B7D">
        <w:rPr>
          <w:b/>
          <w:bCs/>
          <w:noProof/>
          <w:lang w:val="pl-PL"/>
        </w:rPr>
        <w:t xml:space="preserve">PROTOKÓŁ ODBIORU CZĘŚCIOWEGO </w:t>
      </w:r>
    </w:p>
    <w:p w14:paraId="3AAA5C9C" w14:textId="77777777" w:rsidR="00610B7D" w:rsidRPr="00610B7D" w:rsidRDefault="00610B7D" w:rsidP="00610B7D">
      <w:pPr>
        <w:rPr>
          <w:bCs/>
          <w:noProof/>
          <w:lang w:val="pl-PL"/>
        </w:rPr>
      </w:pPr>
      <w:r w:rsidRPr="00610B7D">
        <w:rPr>
          <w:bCs/>
          <w:noProof/>
          <w:lang w:val="pl-PL"/>
        </w:rPr>
        <w:t>zadania pn.: „Przebudowa lądowiska sanitarnego dla śmigłowców na terenie Specjalistycznego Szpitala Wojewódzkiego w Ciechanowie”</w:t>
      </w:r>
    </w:p>
    <w:p w14:paraId="34AFB127" w14:textId="77777777" w:rsidR="00610B7D" w:rsidRPr="00610B7D" w:rsidRDefault="00610B7D" w:rsidP="00610B7D">
      <w:pPr>
        <w:rPr>
          <w:bCs/>
          <w:noProof/>
          <w:lang w:val="pl-PL"/>
        </w:rPr>
      </w:pPr>
      <w:r w:rsidRPr="00610B7D">
        <w:rPr>
          <w:bCs/>
          <w:noProof/>
          <w:lang w:val="pl-PL"/>
        </w:rPr>
        <w:t>sporządzony w dniu .................................. w Ciechanowie</w:t>
      </w:r>
    </w:p>
    <w:p w14:paraId="532BEEE6" w14:textId="77777777" w:rsidR="00610B7D" w:rsidRPr="00610B7D" w:rsidRDefault="00610B7D" w:rsidP="00610B7D">
      <w:pPr>
        <w:rPr>
          <w:bCs/>
          <w:noProof/>
          <w:lang w:val="pl-PL"/>
        </w:rPr>
      </w:pPr>
      <w:r w:rsidRPr="00610B7D">
        <w:rPr>
          <w:b/>
          <w:bCs/>
          <w:noProof/>
          <w:lang w:val="pl-PL"/>
        </w:rPr>
        <w:t>§ 1  Dane umowy</w:t>
      </w:r>
    </w:p>
    <w:p w14:paraId="5778BD34" w14:textId="77777777" w:rsidR="00610B7D" w:rsidRPr="00610B7D" w:rsidRDefault="00610B7D" w:rsidP="00610B7D">
      <w:pPr>
        <w:rPr>
          <w:bCs/>
          <w:noProof/>
          <w:lang w:val="pl-PL"/>
        </w:rPr>
      </w:pPr>
      <w:r w:rsidRPr="00610B7D">
        <w:rPr>
          <w:bCs/>
          <w:noProof/>
          <w:lang w:val="pl-PL"/>
        </w:rPr>
        <w:t>Umowa nr: ..........................................................</w:t>
      </w:r>
    </w:p>
    <w:p w14:paraId="4DFF50F3" w14:textId="77777777" w:rsidR="00610B7D" w:rsidRPr="00610B7D" w:rsidRDefault="00610B7D" w:rsidP="00610B7D">
      <w:pPr>
        <w:rPr>
          <w:bCs/>
          <w:noProof/>
          <w:lang w:val="pl-PL"/>
        </w:rPr>
      </w:pPr>
      <w:r w:rsidRPr="00610B7D">
        <w:rPr>
          <w:bCs/>
          <w:noProof/>
          <w:lang w:val="pl-PL"/>
        </w:rPr>
        <w:t>Data zawarcia umowy: ..........................................................</w:t>
      </w:r>
    </w:p>
    <w:p w14:paraId="56D16B0B" w14:textId="77777777" w:rsidR="00610B7D" w:rsidRPr="00610B7D" w:rsidRDefault="00610B7D" w:rsidP="00610B7D">
      <w:pPr>
        <w:rPr>
          <w:bCs/>
          <w:noProof/>
          <w:lang w:val="pl-PL"/>
        </w:rPr>
      </w:pPr>
      <w:r w:rsidRPr="00610B7D">
        <w:rPr>
          <w:bCs/>
          <w:noProof/>
          <w:lang w:val="pl-PL"/>
        </w:rPr>
        <w:t>Zamawiający: Specjalistyczny Szpital Wojewódzki w Ciechanowie, ul. Powstańców Wielkopolskich 2, 06</w:t>
      </w:r>
      <w:r w:rsidRPr="00610B7D">
        <w:rPr>
          <w:rFonts w:ascii="Cambria Math" w:hAnsi="Cambria Math" w:cs="Cambria Math"/>
          <w:bCs/>
          <w:noProof/>
          <w:lang w:val="pl-PL"/>
        </w:rPr>
        <w:t>‑</w:t>
      </w:r>
      <w:r w:rsidRPr="00610B7D">
        <w:rPr>
          <w:bCs/>
          <w:noProof/>
          <w:lang w:val="pl-PL"/>
        </w:rPr>
        <w:t>400 Ciechan</w:t>
      </w:r>
      <w:r w:rsidRPr="00610B7D">
        <w:rPr>
          <w:rFonts w:cs="Arial"/>
          <w:bCs/>
          <w:noProof/>
          <w:lang w:val="pl-PL"/>
        </w:rPr>
        <w:t>ó</w:t>
      </w:r>
      <w:r w:rsidRPr="00610B7D">
        <w:rPr>
          <w:bCs/>
          <w:noProof/>
          <w:lang w:val="pl-PL"/>
        </w:rPr>
        <w:t>w</w:t>
      </w:r>
    </w:p>
    <w:p w14:paraId="3B046CFF" w14:textId="77777777" w:rsidR="00610B7D" w:rsidRPr="00610B7D" w:rsidRDefault="00610B7D" w:rsidP="00610B7D">
      <w:pPr>
        <w:rPr>
          <w:bCs/>
          <w:noProof/>
          <w:lang w:val="pl-PL"/>
        </w:rPr>
      </w:pPr>
      <w:r w:rsidRPr="00610B7D">
        <w:rPr>
          <w:bCs/>
          <w:noProof/>
          <w:lang w:val="pl-PL"/>
        </w:rPr>
        <w:t>Wykonawca: ................................................................................................</w:t>
      </w:r>
    </w:p>
    <w:p w14:paraId="33D650F9" w14:textId="77777777" w:rsidR="00610B7D" w:rsidRPr="00610B7D" w:rsidRDefault="00610B7D" w:rsidP="00610B7D">
      <w:pPr>
        <w:rPr>
          <w:bCs/>
          <w:noProof/>
          <w:lang w:val="pl-PL"/>
        </w:rPr>
      </w:pPr>
      <w:r w:rsidRPr="00610B7D">
        <w:rPr>
          <w:bCs/>
          <w:noProof/>
          <w:lang w:val="pl-PL"/>
        </w:rPr>
        <w:t>Przedmiot umowy: przebudowa lądowiska sanitarnego dla śmigłowców w formule „zaprojektuj i wybuduj”</w:t>
      </w:r>
    </w:p>
    <w:p w14:paraId="3FED2E3C" w14:textId="77777777" w:rsidR="00610B7D" w:rsidRPr="00610B7D" w:rsidRDefault="00610B7D" w:rsidP="00610B7D">
      <w:pPr>
        <w:rPr>
          <w:bCs/>
          <w:noProof/>
          <w:lang w:val="pl-PL"/>
        </w:rPr>
      </w:pPr>
      <w:r w:rsidRPr="00610B7D">
        <w:rPr>
          <w:b/>
          <w:bCs/>
          <w:noProof/>
          <w:lang w:val="pl-PL"/>
        </w:rPr>
        <w:t>§ 2  Komisja odbiorowa</w:t>
      </w:r>
    </w:p>
    <w:p w14:paraId="09137C1B" w14:textId="77777777" w:rsidR="00610B7D" w:rsidRPr="00610B7D" w:rsidRDefault="00610B7D" w:rsidP="00610B7D">
      <w:pPr>
        <w:rPr>
          <w:bCs/>
          <w:noProof/>
          <w:lang w:val="pl-PL"/>
        </w:rPr>
      </w:pPr>
      <w:r w:rsidRPr="00610B7D">
        <w:rPr>
          <w:bCs/>
          <w:noProof/>
          <w:lang w:val="pl-PL"/>
        </w:rPr>
        <w:t>Zamawiający powołał komisję odbiorową w składzie:</w:t>
      </w:r>
    </w:p>
    <w:p w14:paraId="4B8CD626" w14:textId="77777777" w:rsidR="00610B7D" w:rsidRPr="00610B7D" w:rsidRDefault="00610B7D" w:rsidP="00610B7D">
      <w:pPr>
        <w:rPr>
          <w:bCs/>
          <w:noProof/>
          <w:lang w:val="pl-PL"/>
        </w:rPr>
      </w:pPr>
      <w:r w:rsidRPr="00610B7D">
        <w:rPr>
          <w:bCs/>
          <w:noProof/>
          <w:lang w:val="pl-PL"/>
        </w:rPr>
        <w:t>Przedstawiciele Wykonawcy uczestniczący w odbiorze:</w:t>
      </w:r>
    </w:p>
    <w:p w14:paraId="75004E70" w14:textId="77777777" w:rsidR="00610B7D" w:rsidRPr="00610B7D" w:rsidRDefault="00610B7D" w:rsidP="00610B7D">
      <w:pPr>
        <w:rPr>
          <w:bCs/>
          <w:noProof/>
          <w:lang w:val="pl-PL"/>
        </w:rPr>
      </w:pPr>
      <w:r w:rsidRPr="00610B7D">
        <w:rPr>
          <w:bCs/>
          <w:noProof/>
          <w:lang w:val="pl-PL"/>
        </w:rPr>
        <w:t>Kierownik budowy: ................................................................................................</w:t>
      </w:r>
    </w:p>
    <w:p w14:paraId="27CE0857" w14:textId="77777777" w:rsidR="00610B7D" w:rsidRPr="00610B7D" w:rsidRDefault="00610B7D" w:rsidP="00610B7D">
      <w:pPr>
        <w:rPr>
          <w:bCs/>
          <w:noProof/>
          <w:lang w:val="pl-PL"/>
        </w:rPr>
      </w:pPr>
      <w:r w:rsidRPr="00610B7D">
        <w:rPr>
          <w:bCs/>
          <w:noProof/>
          <w:lang w:val="pl-PL"/>
        </w:rPr>
        <w:t>Inspektor nadzoru: ................................................................................................</w:t>
      </w:r>
    </w:p>
    <w:p w14:paraId="2622A994" w14:textId="77777777" w:rsidR="00610B7D" w:rsidRPr="00610B7D" w:rsidRDefault="00610B7D" w:rsidP="00610B7D">
      <w:pPr>
        <w:rPr>
          <w:bCs/>
          <w:noProof/>
          <w:lang w:val="pl-PL"/>
        </w:rPr>
      </w:pPr>
      <w:r w:rsidRPr="00610B7D">
        <w:rPr>
          <w:b/>
          <w:bCs/>
          <w:noProof/>
          <w:lang w:val="pl-PL"/>
        </w:rPr>
        <w:t>§ 3  Przedmiot odbioru</w:t>
      </w:r>
    </w:p>
    <w:p w14:paraId="1AD0608B" w14:textId="4C607B1E" w:rsidR="00610B7D" w:rsidRPr="00610B7D" w:rsidRDefault="00610B7D" w:rsidP="00610B7D">
      <w:pPr>
        <w:rPr>
          <w:bCs/>
          <w:noProof/>
          <w:lang w:val="pl-PL"/>
        </w:rPr>
      </w:pPr>
      <w:r w:rsidRPr="00610B7D">
        <w:rPr>
          <w:bCs/>
          <w:noProof/>
          <w:lang w:val="pl-PL"/>
        </w:rPr>
        <w:t xml:space="preserve">Odbiór dotyczy: odbioru częściowego </w:t>
      </w:r>
    </w:p>
    <w:p w14:paraId="47147CCD" w14:textId="77777777" w:rsidR="00610B7D" w:rsidRPr="00610B7D" w:rsidRDefault="00610B7D" w:rsidP="00610B7D">
      <w:pPr>
        <w:rPr>
          <w:bCs/>
          <w:noProof/>
          <w:lang w:val="pl-PL"/>
        </w:rPr>
      </w:pPr>
      <w:r w:rsidRPr="00610B7D">
        <w:rPr>
          <w:bCs/>
          <w:noProof/>
          <w:lang w:val="pl-PL"/>
        </w:rPr>
        <w:t>Zakres robót objętych odbiorem: ................................................................................................</w:t>
      </w:r>
    </w:p>
    <w:p w14:paraId="7804A92C" w14:textId="77777777" w:rsidR="00610B7D" w:rsidRPr="00610B7D" w:rsidRDefault="00610B7D" w:rsidP="00610B7D">
      <w:pPr>
        <w:rPr>
          <w:bCs/>
          <w:noProof/>
          <w:lang w:val="pl-PL"/>
        </w:rPr>
      </w:pPr>
      <w:r w:rsidRPr="00610B7D">
        <w:rPr>
          <w:bCs/>
          <w:noProof/>
          <w:lang w:val="pl-PL"/>
        </w:rPr>
        <w:t>Roboty wykonano w okresie od .................................. do ..................................</w:t>
      </w:r>
    </w:p>
    <w:p w14:paraId="65DB01FB" w14:textId="77777777" w:rsidR="00610B7D" w:rsidRPr="00610B7D" w:rsidRDefault="00610B7D" w:rsidP="00610B7D">
      <w:pPr>
        <w:rPr>
          <w:bCs/>
          <w:noProof/>
          <w:lang w:val="pl-PL"/>
        </w:rPr>
      </w:pPr>
      <w:r w:rsidRPr="00610B7D">
        <w:rPr>
          <w:b/>
          <w:bCs/>
          <w:noProof/>
          <w:lang w:val="pl-PL"/>
        </w:rPr>
        <w:t>§ 4  Dokumenty przekazane Zamawiającemu</w:t>
      </w:r>
    </w:p>
    <w:p w14:paraId="1DE7E3E9" w14:textId="77777777" w:rsidR="00610B7D" w:rsidRPr="00610B7D" w:rsidRDefault="00610B7D" w:rsidP="00610B7D">
      <w:pPr>
        <w:rPr>
          <w:bCs/>
          <w:noProof/>
          <w:lang w:val="pl-PL"/>
        </w:rPr>
      </w:pPr>
      <w:r w:rsidRPr="00610B7D">
        <w:rPr>
          <w:bCs/>
          <w:noProof/>
          <w:lang w:val="pl-PL"/>
        </w:rPr>
        <w:t>dokumentacja projektowa / dokumentacja powykonawcza</w:t>
      </w:r>
    </w:p>
    <w:p w14:paraId="641F206F" w14:textId="77777777" w:rsidR="00610B7D" w:rsidRPr="00610B7D" w:rsidRDefault="00610B7D" w:rsidP="00610B7D">
      <w:pPr>
        <w:rPr>
          <w:bCs/>
          <w:noProof/>
          <w:lang w:val="pl-PL"/>
        </w:rPr>
      </w:pPr>
      <w:r w:rsidRPr="00610B7D">
        <w:rPr>
          <w:bCs/>
          <w:noProof/>
          <w:lang w:val="pl-PL"/>
        </w:rPr>
        <w:t>protokoły badań i pomiarów</w:t>
      </w:r>
    </w:p>
    <w:p w14:paraId="192C2468" w14:textId="77777777" w:rsidR="00610B7D" w:rsidRPr="00610B7D" w:rsidRDefault="00610B7D" w:rsidP="00610B7D">
      <w:pPr>
        <w:rPr>
          <w:bCs/>
          <w:noProof/>
          <w:lang w:val="pl-PL"/>
        </w:rPr>
      </w:pPr>
      <w:r w:rsidRPr="00610B7D">
        <w:rPr>
          <w:bCs/>
          <w:noProof/>
          <w:lang w:val="pl-PL"/>
        </w:rPr>
        <w:t>atesty, deklaracje zgodności i certyfikaty materiałów</w:t>
      </w:r>
    </w:p>
    <w:p w14:paraId="4D7D7AB4" w14:textId="77777777" w:rsidR="00610B7D" w:rsidRPr="00610B7D" w:rsidRDefault="00610B7D" w:rsidP="00610B7D">
      <w:pPr>
        <w:rPr>
          <w:bCs/>
          <w:noProof/>
          <w:lang w:val="pl-PL"/>
        </w:rPr>
      </w:pPr>
      <w:r w:rsidRPr="00610B7D">
        <w:rPr>
          <w:bCs/>
          <w:noProof/>
          <w:lang w:val="pl-PL"/>
        </w:rPr>
        <w:t>protokoły prób i uruchomień urządzeń</w:t>
      </w:r>
    </w:p>
    <w:p w14:paraId="61D92BD2" w14:textId="77777777" w:rsidR="00610B7D" w:rsidRPr="00610B7D" w:rsidRDefault="00610B7D" w:rsidP="00610B7D">
      <w:pPr>
        <w:rPr>
          <w:bCs/>
          <w:noProof/>
          <w:lang w:val="pl-PL"/>
        </w:rPr>
      </w:pPr>
      <w:r w:rsidRPr="00610B7D">
        <w:rPr>
          <w:bCs/>
          <w:noProof/>
          <w:lang w:val="pl-PL"/>
        </w:rPr>
        <w:t>oświadczenie kierownika budowy o zgodności robót z projektem i przepisami</w:t>
      </w:r>
    </w:p>
    <w:p w14:paraId="63730EB9" w14:textId="77777777" w:rsidR="00610B7D" w:rsidRPr="00610B7D" w:rsidRDefault="00610B7D" w:rsidP="00610B7D">
      <w:pPr>
        <w:rPr>
          <w:bCs/>
          <w:noProof/>
          <w:lang w:val="pl-PL"/>
        </w:rPr>
      </w:pPr>
      <w:r w:rsidRPr="00610B7D">
        <w:rPr>
          <w:bCs/>
          <w:noProof/>
          <w:lang w:val="pl-PL"/>
        </w:rPr>
        <w:t>inne dokumenty wymagane umową</w:t>
      </w:r>
    </w:p>
    <w:p w14:paraId="5008BD93" w14:textId="77777777" w:rsidR="00610B7D" w:rsidRPr="00610B7D" w:rsidRDefault="00610B7D" w:rsidP="00610B7D">
      <w:pPr>
        <w:rPr>
          <w:bCs/>
          <w:noProof/>
          <w:lang w:val="pl-PL"/>
        </w:rPr>
      </w:pPr>
      <w:r w:rsidRPr="00610B7D">
        <w:rPr>
          <w:b/>
          <w:bCs/>
          <w:noProof/>
          <w:lang w:val="pl-PL"/>
        </w:rPr>
        <w:t>§ 5  Ustalenia komisji odbiorowej</w:t>
      </w:r>
    </w:p>
    <w:p w14:paraId="7A5D9F98" w14:textId="77777777" w:rsidR="00610B7D" w:rsidRPr="00610B7D" w:rsidRDefault="00610B7D" w:rsidP="00610B7D">
      <w:pPr>
        <w:rPr>
          <w:bCs/>
          <w:noProof/>
          <w:lang w:val="pl-PL"/>
        </w:rPr>
      </w:pPr>
      <w:r w:rsidRPr="00610B7D">
        <w:rPr>
          <w:bCs/>
          <w:noProof/>
          <w:lang w:val="pl-PL"/>
        </w:rPr>
        <w:t>Roboty wykonano zgodnie z dokumentacją projektową, PFU oraz umową.</w:t>
      </w:r>
    </w:p>
    <w:p w14:paraId="74C07956" w14:textId="77777777" w:rsidR="00610B7D" w:rsidRPr="00610B7D" w:rsidRDefault="00610B7D" w:rsidP="00610B7D">
      <w:pPr>
        <w:rPr>
          <w:bCs/>
          <w:noProof/>
          <w:lang w:val="pl-PL"/>
        </w:rPr>
      </w:pPr>
      <w:r w:rsidRPr="00610B7D">
        <w:rPr>
          <w:bCs/>
          <w:noProof/>
          <w:lang w:val="pl-PL"/>
        </w:rPr>
        <w:t>Roboty wykonano zgodnie z obowiązującymi przepisami prawa i zasadami wiedzy technicznej.</w:t>
      </w:r>
    </w:p>
    <w:p w14:paraId="16FBC078" w14:textId="77777777" w:rsidR="00610B7D" w:rsidRPr="00610B7D" w:rsidRDefault="00610B7D" w:rsidP="00610B7D">
      <w:pPr>
        <w:rPr>
          <w:bCs/>
          <w:noProof/>
          <w:lang w:val="pl-PL"/>
        </w:rPr>
      </w:pPr>
      <w:r w:rsidRPr="00610B7D">
        <w:rPr>
          <w:bCs/>
          <w:noProof/>
          <w:lang w:val="pl-PL"/>
        </w:rPr>
        <w:t>Roboty wykonano w terminie / z opóźnieniem wynoszącym ............ dni.</w:t>
      </w:r>
    </w:p>
    <w:p w14:paraId="5313888B" w14:textId="77777777" w:rsidR="00610B7D" w:rsidRPr="00610B7D" w:rsidRDefault="00610B7D" w:rsidP="00610B7D">
      <w:pPr>
        <w:rPr>
          <w:bCs/>
          <w:noProof/>
          <w:lang w:val="pl-PL"/>
        </w:rPr>
      </w:pPr>
      <w:r w:rsidRPr="00610B7D">
        <w:rPr>
          <w:bCs/>
          <w:noProof/>
          <w:lang w:val="pl-PL"/>
        </w:rPr>
        <w:t>Stwierdzone wady lub usterki:</w:t>
      </w:r>
    </w:p>
    <w:p w14:paraId="2F6A2B3E" w14:textId="77777777" w:rsidR="00610B7D" w:rsidRPr="00610B7D" w:rsidRDefault="00610B7D" w:rsidP="00610B7D">
      <w:pPr>
        <w:rPr>
          <w:bCs/>
          <w:noProof/>
          <w:lang w:val="pl-PL"/>
        </w:rPr>
      </w:pPr>
      <w:r w:rsidRPr="00610B7D">
        <w:rPr>
          <w:bCs/>
          <w:noProof/>
          <w:lang w:val="pl-PL"/>
        </w:rPr>
        <w:t>1) ................................................................................................</w:t>
      </w:r>
    </w:p>
    <w:p w14:paraId="1709AED6" w14:textId="77777777" w:rsidR="00610B7D" w:rsidRPr="00610B7D" w:rsidRDefault="00610B7D" w:rsidP="00610B7D">
      <w:pPr>
        <w:rPr>
          <w:bCs/>
          <w:noProof/>
          <w:lang w:val="pl-PL"/>
        </w:rPr>
      </w:pPr>
      <w:r w:rsidRPr="00610B7D">
        <w:rPr>
          <w:bCs/>
          <w:noProof/>
          <w:lang w:val="pl-PL"/>
        </w:rPr>
        <w:t>2) ................................................................................................</w:t>
      </w:r>
    </w:p>
    <w:p w14:paraId="6984FBE4" w14:textId="77777777" w:rsidR="00610B7D" w:rsidRPr="00610B7D" w:rsidRDefault="00610B7D" w:rsidP="00610B7D">
      <w:pPr>
        <w:rPr>
          <w:bCs/>
          <w:noProof/>
          <w:lang w:val="pl-PL"/>
        </w:rPr>
      </w:pPr>
      <w:r w:rsidRPr="00610B7D">
        <w:rPr>
          <w:bCs/>
          <w:noProof/>
          <w:lang w:val="pl-PL"/>
        </w:rPr>
        <w:t>3) ................................................................................................</w:t>
      </w:r>
    </w:p>
    <w:p w14:paraId="2DC043DA" w14:textId="77777777" w:rsidR="00610B7D" w:rsidRPr="00610B7D" w:rsidRDefault="00610B7D" w:rsidP="00610B7D">
      <w:pPr>
        <w:rPr>
          <w:bCs/>
          <w:noProof/>
          <w:lang w:val="pl-PL"/>
        </w:rPr>
      </w:pPr>
      <w:r w:rsidRPr="00610B7D">
        <w:rPr>
          <w:bCs/>
          <w:noProof/>
          <w:lang w:val="pl-PL"/>
        </w:rPr>
        <w:t>Termin usunięcia wad: ..........................................................</w:t>
      </w:r>
    </w:p>
    <w:p w14:paraId="43F7DCDC" w14:textId="77777777" w:rsidR="00610B7D" w:rsidRPr="00610B7D" w:rsidRDefault="00610B7D" w:rsidP="00610B7D">
      <w:pPr>
        <w:rPr>
          <w:bCs/>
          <w:noProof/>
          <w:lang w:val="pl-PL"/>
        </w:rPr>
      </w:pPr>
      <w:r w:rsidRPr="00610B7D">
        <w:rPr>
          <w:b/>
          <w:bCs/>
          <w:noProof/>
          <w:lang w:val="pl-PL"/>
        </w:rPr>
        <w:t>§ 6  Decyzja komisji</w:t>
      </w:r>
    </w:p>
    <w:p w14:paraId="16E0B586" w14:textId="77777777" w:rsidR="00610B7D" w:rsidRPr="00610B7D" w:rsidRDefault="00610B7D" w:rsidP="00610B7D">
      <w:pPr>
        <w:rPr>
          <w:bCs/>
          <w:noProof/>
          <w:lang w:val="pl-PL"/>
        </w:rPr>
      </w:pPr>
      <w:r w:rsidRPr="00610B7D">
        <w:rPr>
          <w:bCs/>
          <w:noProof/>
          <w:lang w:val="pl-PL"/>
        </w:rPr>
        <w:t>Dokonuje się odbioru robót bez zastrzeżeń.</w:t>
      </w:r>
    </w:p>
    <w:p w14:paraId="45A081BD" w14:textId="77777777" w:rsidR="00610B7D" w:rsidRPr="00610B7D" w:rsidRDefault="00610B7D" w:rsidP="00610B7D">
      <w:pPr>
        <w:rPr>
          <w:bCs/>
          <w:noProof/>
          <w:lang w:val="pl-PL"/>
        </w:rPr>
      </w:pPr>
      <w:r w:rsidRPr="00610B7D">
        <w:rPr>
          <w:bCs/>
          <w:noProof/>
          <w:lang w:val="pl-PL"/>
        </w:rPr>
        <w:t>Dokonuje się odbioru robót z obowiązkiem usunięcia wskazanych wad.</w:t>
      </w:r>
    </w:p>
    <w:p w14:paraId="399E0202" w14:textId="77777777" w:rsidR="00610B7D" w:rsidRPr="00610B7D" w:rsidRDefault="00610B7D" w:rsidP="00610B7D">
      <w:pPr>
        <w:rPr>
          <w:bCs/>
          <w:noProof/>
          <w:lang w:val="pl-PL"/>
        </w:rPr>
      </w:pPr>
      <w:r w:rsidRPr="00610B7D">
        <w:rPr>
          <w:bCs/>
          <w:noProof/>
          <w:lang w:val="pl-PL"/>
        </w:rPr>
        <w:t>Odmowa odbioru do czasu usunięcia wad.</w:t>
      </w:r>
    </w:p>
    <w:p w14:paraId="7DBFD21A" w14:textId="77777777" w:rsidR="00610B7D" w:rsidRPr="00610B7D" w:rsidRDefault="00610B7D" w:rsidP="00610B7D">
      <w:pPr>
        <w:rPr>
          <w:bCs/>
          <w:noProof/>
          <w:lang w:val="pl-PL"/>
        </w:rPr>
      </w:pPr>
      <w:r w:rsidRPr="00610B7D">
        <w:rPr>
          <w:b/>
          <w:bCs/>
          <w:noProof/>
          <w:lang w:val="pl-PL"/>
        </w:rPr>
        <w:t>§ 7  Uwagi końcowe</w:t>
      </w:r>
    </w:p>
    <w:p w14:paraId="42EC254F" w14:textId="2C601A8C" w:rsidR="00610B7D" w:rsidRPr="00610B7D" w:rsidRDefault="00610B7D" w:rsidP="00610B7D">
      <w:pPr>
        <w:rPr>
          <w:bCs/>
          <w:noProof/>
          <w:lang w:val="pl-PL"/>
        </w:rPr>
      </w:pPr>
      <w:r w:rsidRPr="00610B7D">
        <w:rPr>
          <w:bCs/>
          <w:noProof/>
          <w:lang w:val="pl-PL"/>
        </w:rPr>
        <w:t>Niniejszy protokół stanowi podstawę do wystawienia faktury częściowej.</w:t>
      </w:r>
    </w:p>
    <w:p w14:paraId="786016E5" w14:textId="77777777" w:rsidR="00610B7D" w:rsidRPr="00610B7D" w:rsidRDefault="00610B7D" w:rsidP="00610B7D">
      <w:pPr>
        <w:rPr>
          <w:bCs/>
          <w:noProof/>
          <w:lang w:val="pl-PL"/>
        </w:rPr>
      </w:pPr>
      <w:r w:rsidRPr="00610B7D">
        <w:rPr>
          <w:bCs/>
          <w:noProof/>
          <w:lang w:val="pl-PL"/>
        </w:rPr>
        <w:t>W przypadku odbioru końcowego podpisanie niniejszego protokołu rozpoczyna bieg okresu gwarancji.</w:t>
      </w:r>
    </w:p>
    <w:p w14:paraId="195B4F2C" w14:textId="77777777" w:rsidR="00610B7D" w:rsidRPr="00610B7D" w:rsidRDefault="00610B7D" w:rsidP="00610B7D">
      <w:pPr>
        <w:rPr>
          <w:bCs/>
          <w:noProof/>
          <w:lang w:val="pl-PL"/>
        </w:rPr>
      </w:pPr>
      <w:r w:rsidRPr="00610B7D">
        <w:rPr>
          <w:bCs/>
          <w:noProof/>
          <w:lang w:val="pl-PL"/>
        </w:rPr>
        <w:t>Protokół sporządzono w .......... egzemplarzach.</w:t>
      </w:r>
    </w:p>
    <w:p w14:paraId="5EF907C0" w14:textId="77777777" w:rsidR="00610B7D" w:rsidRPr="00610B7D" w:rsidRDefault="00610B7D" w:rsidP="00610B7D">
      <w:pPr>
        <w:rPr>
          <w:bCs/>
          <w:noProof/>
          <w:lang w:val="pl-PL"/>
        </w:rPr>
      </w:pPr>
    </w:p>
    <w:p w14:paraId="12AB3681" w14:textId="77777777" w:rsidR="00610B7D" w:rsidRPr="00610B7D" w:rsidRDefault="00610B7D" w:rsidP="00610B7D">
      <w:pPr>
        <w:rPr>
          <w:bCs/>
          <w:noProof/>
          <w:lang w:val="pl-PL"/>
        </w:rPr>
      </w:pPr>
      <w:r w:rsidRPr="00610B7D">
        <w:rPr>
          <w:bCs/>
          <w:noProof/>
          <w:lang w:val="pl-PL"/>
        </w:rPr>
        <w:t>Podpisy:</w:t>
      </w:r>
    </w:p>
    <w:p w14:paraId="4D56BFF7" w14:textId="77777777" w:rsidR="00610B7D" w:rsidRPr="00610B7D" w:rsidRDefault="00610B7D" w:rsidP="00610B7D">
      <w:pPr>
        <w:rPr>
          <w:bCs/>
          <w:noProof/>
          <w:lang w:val="pl-PL"/>
        </w:rPr>
      </w:pPr>
      <w:r w:rsidRPr="00610B7D">
        <w:rPr>
          <w:bCs/>
          <w:noProof/>
          <w:lang w:val="pl-PL"/>
        </w:rPr>
        <w:t>Zamawiający: ..........................................................</w:t>
      </w:r>
    </w:p>
    <w:p w14:paraId="140F3D0D" w14:textId="77777777" w:rsidR="00610B7D" w:rsidRPr="00610B7D" w:rsidRDefault="00610B7D" w:rsidP="00610B7D">
      <w:pPr>
        <w:rPr>
          <w:bCs/>
          <w:noProof/>
          <w:lang w:val="pl-PL"/>
        </w:rPr>
      </w:pPr>
      <w:r w:rsidRPr="00610B7D">
        <w:rPr>
          <w:bCs/>
          <w:noProof/>
          <w:lang w:val="pl-PL"/>
        </w:rPr>
        <w:t>Wykonawca: ..........................................................</w:t>
      </w:r>
    </w:p>
    <w:p w14:paraId="55F19A38" w14:textId="77777777" w:rsidR="00610B7D" w:rsidRPr="002A31EB" w:rsidRDefault="00610B7D" w:rsidP="00610B7D">
      <w:pPr>
        <w:rPr>
          <w:bCs/>
          <w:noProof/>
          <w:lang w:val="pl-PL"/>
        </w:rPr>
      </w:pPr>
    </w:p>
    <w:p w14:paraId="39D77FC2" w14:textId="77777777" w:rsidR="00610B7D" w:rsidRPr="002A31EB" w:rsidRDefault="00610B7D" w:rsidP="00610B7D">
      <w:pPr>
        <w:rPr>
          <w:bCs/>
          <w:noProof/>
          <w:lang w:val="pl-PL"/>
        </w:rPr>
      </w:pPr>
    </w:p>
    <w:p w14:paraId="76658730" w14:textId="77777777" w:rsidR="00610B7D" w:rsidRPr="002A31EB" w:rsidRDefault="00610B7D" w:rsidP="00610B7D">
      <w:pPr>
        <w:rPr>
          <w:bCs/>
          <w:noProof/>
          <w:lang w:val="pl-PL"/>
        </w:rPr>
      </w:pPr>
    </w:p>
    <w:p w14:paraId="157F019B" w14:textId="77777777" w:rsidR="00610B7D" w:rsidRPr="002A31EB" w:rsidRDefault="00610B7D" w:rsidP="00610B7D">
      <w:pPr>
        <w:rPr>
          <w:bCs/>
          <w:noProof/>
          <w:lang w:val="pl-PL"/>
        </w:rPr>
      </w:pPr>
    </w:p>
    <w:p w14:paraId="2FCC7357" w14:textId="77777777" w:rsidR="00610B7D" w:rsidRPr="002A31EB" w:rsidRDefault="00610B7D" w:rsidP="00610B7D">
      <w:pPr>
        <w:rPr>
          <w:bCs/>
          <w:noProof/>
          <w:lang w:val="pl-PL"/>
        </w:rPr>
      </w:pPr>
    </w:p>
    <w:p w14:paraId="0DEA2884" w14:textId="77777777" w:rsidR="00610B7D" w:rsidRPr="002A31EB" w:rsidRDefault="00610B7D" w:rsidP="00610B7D">
      <w:pPr>
        <w:rPr>
          <w:bCs/>
          <w:noProof/>
          <w:lang w:val="pl-PL"/>
        </w:rPr>
      </w:pPr>
    </w:p>
    <w:p w14:paraId="6D147E8D" w14:textId="77777777" w:rsidR="00610B7D" w:rsidRPr="002A31EB" w:rsidRDefault="00610B7D" w:rsidP="00610B7D">
      <w:pPr>
        <w:rPr>
          <w:bCs/>
          <w:noProof/>
          <w:lang w:val="pl-PL"/>
        </w:rPr>
      </w:pPr>
    </w:p>
    <w:p w14:paraId="4F2FD639" w14:textId="77777777" w:rsidR="00610B7D" w:rsidRPr="002A31EB" w:rsidRDefault="00610B7D" w:rsidP="00610B7D">
      <w:pPr>
        <w:rPr>
          <w:bCs/>
          <w:noProof/>
          <w:lang w:val="pl-PL"/>
        </w:rPr>
      </w:pPr>
    </w:p>
    <w:p w14:paraId="488DEC89" w14:textId="77777777" w:rsidR="00610B7D" w:rsidRPr="002A31EB" w:rsidRDefault="00610B7D" w:rsidP="00610B7D">
      <w:pPr>
        <w:rPr>
          <w:bCs/>
          <w:noProof/>
          <w:lang w:val="pl-PL"/>
        </w:rPr>
      </w:pPr>
    </w:p>
    <w:p w14:paraId="3F9F20F6" w14:textId="77777777" w:rsidR="00610B7D" w:rsidRPr="002A31EB" w:rsidRDefault="00610B7D" w:rsidP="00610B7D">
      <w:pPr>
        <w:rPr>
          <w:bCs/>
          <w:noProof/>
          <w:lang w:val="pl-PL"/>
        </w:rPr>
      </w:pPr>
    </w:p>
    <w:p w14:paraId="2C4B9903" w14:textId="77777777" w:rsidR="00610B7D" w:rsidRPr="002A31EB" w:rsidRDefault="00610B7D" w:rsidP="00610B7D">
      <w:pPr>
        <w:rPr>
          <w:bCs/>
          <w:noProof/>
          <w:lang w:val="pl-PL"/>
        </w:rPr>
      </w:pPr>
    </w:p>
    <w:p w14:paraId="26133F58" w14:textId="77777777" w:rsidR="00610B7D" w:rsidRPr="002A31EB" w:rsidRDefault="00610B7D" w:rsidP="00610B7D">
      <w:pPr>
        <w:rPr>
          <w:bCs/>
          <w:noProof/>
          <w:lang w:val="pl-PL"/>
        </w:rPr>
      </w:pPr>
    </w:p>
    <w:p w14:paraId="67B14B41" w14:textId="77777777" w:rsidR="00610B7D" w:rsidRPr="002A31EB" w:rsidRDefault="00610B7D" w:rsidP="00610B7D">
      <w:pPr>
        <w:rPr>
          <w:bCs/>
          <w:noProof/>
          <w:lang w:val="pl-PL"/>
        </w:rPr>
      </w:pPr>
    </w:p>
    <w:p w14:paraId="7E42E4B0" w14:textId="63BF3DBB" w:rsidR="00610B7D" w:rsidRPr="00610B7D" w:rsidRDefault="00610B7D" w:rsidP="00610B7D">
      <w:pPr>
        <w:rPr>
          <w:rFonts w:eastAsiaTheme="minorEastAsia"/>
          <w:noProof/>
          <w:lang w:val="pl-PL"/>
        </w:rPr>
      </w:pPr>
      <w:r w:rsidRPr="00610B7D">
        <w:rPr>
          <w:rFonts w:eastAsiaTheme="minorEastAsia"/>
          <w:b/>
          <w:noProof/>
          <w:lang w:val="pl-PL"/>
        </w:rPr>
        <w:t>PROTOKÓŁ ODBIORU ROBÓT ZANIKAJĄCYCH I ULEGAJĄCYCH ZAKRYCIU</w:t>
      </w:r>
      <w:r w:rsidRPr="002A31EB">
        <w:rPr>
          <w:rFonts w:eastAsiaTheme="minorEastAsia"/>
          <w:b/>
          <w:noProof/>
          <w:lang w:val="pl-PL"/>
        </w:rPr>
        <w:t xml:space="preserve"> (wzór)</w:t>
      </w:r>
    </w:p>
    <w:p w14:paraId="674C2647" w14:textId="77777777" w:rsidR="00610B7D" w:rsidRPr="00610B7D" w:rsidRDefault="00610B7D" w:rsidP="00610B7D">
      <w:pPr>
        <w:rPr>
          <w:rFonts w:eastAsiaTheme="minorEastAsia"/>
          <w:noProof/>
          <w:lang w:val="pl-PL"/>
        </w:rPr>
      </w:pPr>
      <w:r w:rsidRPr="00610B7D">
        <w:rPr>
          <w:rFonts w:eastAsiaTheme="minorEastAsia"/>
          <w:noProof/>
          <w:lang w:val="pl-PL"/>
        </w:rPr>
        <w:t>zadania pn.: „Przebudowa lądowiska sanitarnego dla śmigłowców na terenie Specjalistycznego Szpitala Wojewódzkiego w Ciechanowie”.</w:t>
      </w:r>
    </w:p>
    <w:p w14:paraId="6F6552D3" w14:textId="77777777" w:rsidR="00610B7D" w:rsidRPr="00610B7D" w:rsidRDefault="00610B7D" w:rsidP="00610B7D">
      <w:pPr>
        <w:rPr>
          <w:rFonts w:eastAsiaTheme="minorEastAsia"/>
          <w:noProof/>
          <w:lang w:val="pl-PL"/>
        </w:rPr>
      </w:pPr>
      <w:r w:rsidRPr="00610B7D">
        <w:rPr>
          <w:rFonts w:eastAsiaTheme="minorEastAsia"/>
          <w:noProof/>
          <w:lang w:val="pl-PL"/>
        </w:rPr>
        <w:t>Sporządzony w dniu: ......................... w Ciechanowie</w:t>
      </w:r>
    </w:p>
    <w:p w14:paraId="1D274B1C" w14:textId="77777777" w:rsidR="00610B7D" w:rsidRPr="00610B7D" w:rsidRDefault="00610B7D" w:rsidP="00610B7D">
      <w:pPr>
        <w:rPr>
          <w:rFonts w:eastAsiaTheme="minorEastAsia"/>
          <w:noProof/>
          <w:lang w:val="pl-PL"/>
        </w:rPr>
      </w:pPr>
      <w:r w:rsidRPr="00610B7D">
        <w:rPr>
          <w:rFonts w:eastAsiaTheme="minorEastAsia"/>
          <w:b/>
          <w:noProof/>
          <w:lang w:val="pl-PL"/>
        </w:rPr>
        <w:t>§ 1 Dane umowy</w:t>
      </w:r>
    </w:p>
    <w:p w14:paraId="07793EBA"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Umowa nr: ................................................</w:t>
      </w:r>
    </w:p>
    <w:p w14:paraId="516818F8"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Data zawarcia umowy: ................................................</w:t>
      </w:r>
    </w:p>
    <w:p w14:paraId="2192D32A"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Zamawiający: Specjalistyczny Szpital Wojewódzki w Ciechanowie</w:t>
      </w:r>
    </w:p>
    <w:p w14:paraId="18BBA968"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Wykonawca: ................................................</w:t>
      </w:r>
    </w:p>
    <w:p w14:paraId="725EC8A1" w14:textId="77777777" w:rsidR="00610B7D" w:rsidRPr="00610B7D" w:rsidRDefault="00610B7D" w:rsidP="00610B7D">
      <w:pPr>
        <w:rPr>
          <w:rFonts w:eastAsiaTheme="minorEastAsia"/>
          <w:noProof/>
          <w:lang w:val="pl-PL"/>
        </w:rPr>
      </w:pPr>
      <w:r w:rsidRPr="00610B7D">
        <w:rPr>
          <w:rFonts w:eastAsiaTheme="minorEastAsia"/>
          <w:b/>
          <w:noProof/>
          <w:lang w:val="pl-PL"/>
        </w:rPr>
        <w:t>§ 2 Przedmiot odbioru</w:t>
      </w:r>
    </w:p>
    <w:p w14:paraId="3943BE20"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Rodzaj robót: ................................................</w:t>
      </w:r>
    </w:p>
    <w:p w14:paraId="76E1B25B"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Lokalizacja robót: ................................................</w:t>
      </w:r>
    </w:p>
    <w:p w14:paraId="4B843A01"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Data wykonania robót: ................................................</w:t>
      </w:r>
    </w:p>
    <w:p w14:paraId="2AB21666" w14:textId="77777777" w:rsidR="00610B7D" w:rsidRPr="00610B7D" w:rsidRDefault="00610B7D" w:rsidP="00610B7D">
      <w:pPr>
        <w:rPr>
          <w:rFonts w:eastAsiaTheme="minorEastAsia"/>
          <w:noProof/>
          <w:lang w:val="pl-PL"/>
        </w:rPr>
      </w:pPr>
      <w:r w:rsidRPr="00610B7D">
        <w:rPr>
          <w:rFonts w:eastAsiaTheme="minorEastAsia"/>
          <w:b/>
          <w:noProof/>
          <w:lang w:val="pl-PL"/>
        </w:rPr>
        <w:t>§ 3 Ustalenia komisji</w:t>
      </w:r>
    </w:p>
    <w:p w14:paraId="0D121F53" w14:textId="77777777" w:rsidR="00610B7D" w:rsidRPr="00610B7D" w:rsidRDefault="00610B7D" w:rsidP="00610B7D">
      <w:pPr>
        <w:rPr>
          <w:rFonts w:eastAsiaTheme="minorEastAsia"/>
          <w:noProof/>
          <w:lang w:val="pl-PL"/>
        </w:rPr>
      </w:pPr>
      <w:r w:rsidRPr="00610B7D">
        <w:rPr>
          <w:rFonts w:eastAsiaTheme="minorEastAsia"/>
          <w:noProof/>
          <w:lang w:val="pl-PL"/>
        </w:rPr>
        <w:t>Komisja po przeprowadzeniu oględzin stwierdza, że roboty:</w:t>
      </w:r>
    </w:p>
    <w:p w14:paraId="0B486595"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zostały wykonane zgodnie z dokumentacją projektową i PFU</w:t>
      </w:r>
    </w:p>
    <w:p w14:paraId="736DC1F8"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zostały wykonane zgodnie z przepisami prawa oraz zasadami wiedzy technicznej</w:t>
      </w:r>
    </w:p>
    <w:p w14:paraId="54B733D0"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mogą zostać zakryte / wymagają usunięcia usterek</w:t>
      </w:r>
    </w:p>
    <w:p w14:paraId="134BA1FC" w14:textId="77777777" w:rsidR="00610B7D" w:rsidRPr="00610B7D" w:rsidRDefault="00610B7D" w:rsidP="00610B7D">
      <w:pPr>
        <w:rPr>
          <w:rFonts w:eastAsiaTheme="minorEastAsia"/>
          <w:noProof/>
          <w:lang w:val="pl-PL"/>
        </w:rPr>
      </w:pPr>
      <w:r w:rsidRPr="00610B7D">
        <w:rPr>
          <w:rFonts w:eastAsiaTheme="minorEastAsia"/>
          <w:noProof/>
          <w:lang w:val="pl-PL"/>
        </w:rPr>
        <w:t>Uwagi: ................................................................................................................</w:t>
      </w:r>
    </w:p>
    <w:p w14:paraId="2ADC9CD5" w14:textId="77777777" w:rsidR="00610B7D" w:rsidRPr="002A31EB" w:rsidRDefault="00610B7D" w:rsidP="00610B7D">
      <w:pPr>
        <w:rPr>
          <w:rFonts w:eastAsiaTheme="minorEastAsia"/>
          <w:noProof/>
          <w:lang w:val="pl-PL"/>
        </w:rPr>
      </w:pPr>
    </w:p>
    <w:p w14:paraId="3613768C" w14:textId="77777777" w:rsidR="00610B7D" w:rsidRPr="002A31EB" w:rsidRDefault="00610B7D" w:rsidP="00610B7D">
      <w:pPr>
        <w:rPr>
          <w:rFonts w:eastAsiaTheme="minorEastAsia"/>
          <w:noProof/>
          <w:lang w:val="pl-PL"/>
        </w:rPr>
      </w:pPr>
      <w:bookmarkStart w:id="2" w:name="_Hlk224027393"/>
      <w:r w:rsidRPr="002A31EB">
        <w:rPr>
          <w:rFonts w:eastAsiaTheme="minorEastAsia"/>
          <w:noProof/>
          <w:lang w:val="pl-PL"/>
        </w:rPr>
        <w:t>Podpisy:</w:t>
      </w:r>
    </w:p>
    <w:bookmarkEnd w:id="2"/>
    <w:p w14:paraId="23B79674" w14:textId="77777777" w:rsidR="00610B7D" w:rsidRPr="002A31EB" w:rsidRDefault="00610B7D" w:rsidP="00610B7D">
      <w:pPr>
        <w:rPr>
          <w:rFonts w:eastAsiaTheme="minorEastAsia"/>
          <w:noProof/>
          <w:lang w:val="pl-PL"/>
        </w:rPr>
      </w:pPr>
      <w:r w:rsidRPr="002A31EB">
        <w:rPr>
          <w:rFonts w:eastAsiaTheme="minorEastAsia"/>
          <w:noProof/>
          <w:lang w:val="pl-PL"/>
        </w:rPr>
        <w:t>Zamawiający: ..........................................................</w:t>
      </w:r>
    </w:p>
    <w:p w14:paraId="5791F7D8" w14:textId="6CD911A2" w:rsidR="00610B7D" w:rsidRPr="00610B7D" w:rsidRDefault="00610B7D" w:rsidP="00610B7D">
      <w:pPr>
        <w:rPr>
          <w:rFonts w:eastAsiaTheme="minorEastAsia"/>
          <w:noProof/>
          <w:lang w:val="pl-PL"/>
        </w:rPr>
      </w:pPr>
      <w:r w:rsidRPr="002A31EB">
        <w:rPr>
          <w:rFonts w:eastAsiaTheme="minorEastAsia"/>
          <w:noProof/>
          <w:lang w:val="pl-PL"/>
        </w:rPr>
        <w:t>Wykonawca: ..........................................................</w:t>
      </w:r>
    </w:p>
    <w:p w14:paraId="67360DCC" w14:textId="77777777" w:rsidR="00610B7D" w:rsidRPr="002A31EB" w:rsidRDefault="00610B7D" w:rsidP="00610B7D">
      <w:pPr>
        <w:rPr>
          <w:rFonts w:eastAsiaTheme="minorEastAsia"/>
          <w:b/>
          <w:noProof/>
          <w:lang w:val="pl-PL"/>
        </w:rPr>
      </w:pPr>
    </w:p>
    <w:p w14:paraId="11AB5B64" w14:textId="77777777" w:rsidR="00610B7D" w:rsidRPr="002A31EB" w:rsidRDefault="00610B7D" w:rsidP="00610B7D">
      <w:pPr>
        <w:rPr>
          <w:rFonts w:eastAsiaTheme="minorEastAsia"/>
          <w:b/>
          <w:noProof/>
          <w:lang w:val="pl-PL"/>
        </w:rPr>
      </w:pPr>
    </w:p>
    <w:p w14:paraId="15DDF542" w14:textId="7DE72EDE" w:rsidR="00610B7D" w:rsidRPr="00610B7D" w:rsidRDefault="00610B7D" w:rsidP="00610B7D">
      <w:pPr>
        <w:rPr>
          <w:rFonts w:eastAsiaTheme="minorEastAsia"/>
          <w:noProof/>
          <w:lang w:val="pl-PL"/>
        </w:rPr>
      </w:pPr>
      <w:r w:rsidRPr="00610B7D">
        <w:rPr>
          <w:rFonts w:eastAsiaTheme="minorEastAsia"/>
          <w:b/>
          <w:noProof/>
          <w:lang w:val="pl-PL"/>
        </w:rPr>
        <w:t>PROTOKÓŁ USUNIĘCIA WAD</w:t>
      </w:r>
      <w:r w:rsidRPr="002A31EB">
        <w:rPr>
          <w:rFonts w:eastAsiaTheme="minorEastAsia"/>
          <w:b/>
          <w:noProof/>
          <w:lang w:val="pl-PL"/>
        </w:rPr>
        <w:t xml:space="preserve"> </w:t>
      </w:r>
    </w:p>
    <w:p w14:paraId="7F16AC01" w14:textId="77777777" w:rsidR="00610B7D" w:rsidRPr="00610B7D" w:rsidRDefault="00610B7D" w:rsidP="00610B7D">
      <w:pPr>
        <w:rPr>
          <w:rFonts w:eastAsiaTheme="minorEastAsia"/>
          <w:noProof/>
          <w:lang w:val="pl-PL"/>
        </w:rPr>
      </w:pPr>
      <w:r w:rsidRPr="00610B7D">
        <w:rPr>
          <w:rFonts w:eastAsiaTheme="minorEastAsia"/>
          <w:noProof/>
          <w:lang w:val="pl-PL"/>
        </w:rPr>
        <w:t>zadania pn.: „Przebudowa lądowiska sanitarnego dla śmigłowców na terenie Specjalistycznego Szpitala Wojewódzkiego w Ciechanowie”.</w:t>
      </w:r>
    </w:p>
    <w:p w14:paraId="23D1AA0F" w14:textId="77777777" w:rsidR="00610B7D" w:rsidRPr="00610B7D" w:rsidRDefault="00610B7D" w:rsidP="00610B7D">
      <w:pPr>
        <w:rPr>
          <w:rFonts w:eastAsiaTheme="minorEastAsia"/>
          <w:noProof/>
          <w:lang w:val="pl-PL"/>
        </w:rPr>
      </w:pPr>
      <w:r w:rsidRPr="00610B7D">
        <w:rPr>
          <w:rFonts w:eastAsiaTheme="minorEastAsia"/>
          <w:noProof/>
          <w:lang w:val="pl-PL"/>
        </w:rPr>
        <w:t>Sporządzony w dniu: ......................... w Ciechanowie</w:t>
      </w:r>
    </w:p>
    <w:p w14:paraId="3D75D97E" w14:textId="77777777" w:rsidR="00610B7D" w:rsidRPr="00610B7D" w:rsidRDefault="00610B7D" w:rsidP="00610B7D">
      <w:pPr>
        <w:rPr>
          <w:rFonts w:eastAsiaTheme="minorEastAsia"/>
          <w:noProof/>
          <w:lang w:val="pl-PL"/>
        </w:rPr>
      </w:pPr>
      <w:r w:rsidRPr="00610B7D">
        <w:rPr>
          <w:rFonts w:eastAsiaTheme="minorEastAsia"/>
          <w:b/>
          <w:noProof/>
          <w:lang w:val="pl-PL"/>
        </w:rPr>
        <w:t>§ 1 Dane umowy</w:t>
      </w:r>
    </w:p>
    <w:p w14:paraId="6D257AA8"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Umowa nr: ................................................</w:t>
      </w:r>
    </w:p>
    <w:p w14:paraId="51DF6E99"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Data zawarcia umowy: ................................................</w:t>
      </w:r>
    </w:p>
    <w:p w14:paraId="03A2CF42"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Zamawiający: Specjalistyczny Szpital Wojewódzki w Ciechanowie</w:t>
      </w:r>
    </w:p>
    <w:p w14:paraId="17F5CB21" w14:textId="77777777" w:rsidR="00610B7D" w:rsidRPr="00610B7D" w:rsidRDefault="00610B7D" w:rsidP="00610B7D">
      <w:pPr>
        <w:tabs>
          <w:tab w:val="num" w:pos="360"/>
        </w:tabs>
        <w:ind w:left="360" w:hanging="360"/>
        <w:contextualSpacing/>
        <w:rPr>
          <w:rFonts w:eastAsiaTheme="minorEastAsia"/>
          <w:noProof/>
          <w:lang w:val="pl-PL"/>
        </w:rPr>
      </w:pPr>
      <w:r w:rsidRPr="00610B7D">
        <w:rPr>
          <w:rFonts w:eastAsiaTheme="minorEastAsia"/>
          <w:noProof/>
          <w:lang w:val="pl-PL"/>
        </w:rPr>
        <w:t>Wykonawca: ................................................</w:t>
      </w:r>
    </w:p>
    <w:p w14:paraId="4B7E74A6" w14:textId="77777777" w:rsidR="00610B7D" w:rsidRPr="00610B7D" w:rsidRDefault="00610B7D" w:rsidP="00610B7D">
      <w:pPr>
        <w:rPr>
          <w:rFonts w:eastAsiaTheme="minorEastAsia"/>
          <w:noProof/>
          <w:lang w:val="pl-PL"/>
        </w:rPr>
      </w:pPr>
      <w:r w:rsidRPr="00610B7D">
        <w:rPr>
          <w:rFonts w:eastAsiaTheme="minorEastAsia"/>
          <w:b/>
          <w:noProof/>
          <w:lang w:val="pl-PL"/>
        </w:rPr>
        <w:t>§ 2 Wady stwierdzone</w:t>
      </w:r>
    </w:p>
    <w:p w14:paraId="4D4DDEF8" w14:textId="77777777" w:rsidR="00610B7D" w:rsidRPr="00610B7D" w:rsidRDefault="00610B7D" w:rsidP="00610B7D">
      <w:pPr>
        <w:rPr>
          <w:rFonts w:eastAsiaTheme="minorEastAsia"/>
          <w:noProof/>
          <w:lang w:val="pl-PL"/>
        </w:rPr>
      </w:pPr>
      <w:r w:rsidRPr="00610B7D">
        <w:rPr>
          <w:rFonts w:eastAsiaTheme="minorEastAsia"/>
          <w:noProof/>
          <w:lang w:val="pl-PL"/>
        </w:rPr>
        <w:t>Na podstawie protokołu odbioru z dnia .................. stwierdzono następujące wady:</w:t>
      </w:r>
    </w:p>
    <w:p w14:paraId="3F6FA1B1" w14:textId="77777777" w:rsidR="00610B7D" w:rsidRPr="00610B7D" w:rsidRDefault="00610B7D" w:rsidP="00610B7D">
      <w:pPr>
        <w:rPr>
          <w:rFonts w:eastAsiaTheme="minorEastAsia"/>
          <w:noProof/>
          <w:lang w:val="pl-PL"/>
        </w:rPr>
      </w:pPr>
      <w:r w:rsidRPr="00610B7D">
        <w:rPr>
          <w:rFonts w:eastAsiaTheme="minorEastAsia"/>
          <w:noProof/>
          <w:lang w:val="pl-PL"/>
        </w:rPr>
        <w:t>1) ................................................................................................................</w:t>
      </w:r>
    </w:p>
    <w:p w14:paraId="389AD5B9" w14:textId="77777777" w:rsidR="00610B7D" w:rsidRPr="00610B7D" w:rsidRDefault="00610B7D" w:rsidP="00610B7D">
      <w:pPr>
        <w:rPr>
          <w:rFonts w:eastAsiaTheme="minorEastAsia"/>
          <w:noProof/>
          <w:lang w:val="pl-PL"/>
        </w:rPr>
      </w:pPr>
      <w:r w:rsidRPr="00610B7D">
        <w:rPr>
          <w:rFonts w:eastAsiaTheme="minorEastAsia"/>
          <w:noProof/>
          <w:lang w:val="pl-PL"/>
        </w:rPr>
        <w:t>2) ................................................................................................................</w:t>
      </w:r>
    </w:p>
    <w:p w14:paraId="2705EC8E" w14:textId="77777777" w:rsidR="00610B7D" w:rsidRPr="00610B7D" w:rsidRDefault="00610B7D" w:rsidP="00610B7D">
      <w:pPr>
        <w:rPr>
          <w:rFonts w:eastAsiaTheme="minorEastAsia"/>
          <w:noProof/>
          <w:lang w:val="pl-PL"/>
        </w:rPr>
      </w:pPr>
      <w:r w:rsidRPr="00610B7D">
        <w:rPr>
          <w:rFonts w:eastAsiaTheme="minorEastAsia"/>
          <w:b/>
          <w:noProof/>
          <w:lang w:val="pl-PL"/>
        </w:rPr>
        <w:t>§ 3 Usunięcie wad</w:t>
      </w:r>
    </w:p>
    <w:p w14:paraId="2950CEF7" w14:textId="77777777" w:rsidR="00610B7D" w:rsidRPr="00610B7D" w:rsidRDefault="00610B7D" w:rsidP="00610B7D">
      <w:pPr>
        <w:rPr>
          <w:rFonts w:eastAsiaTheme="minorEastAsia"/>
          <w:noProof/>
          <w:lang w:val="pl-PL"/>
        </w:rPr>
      </w:pPr>
      <w:r w:rsidRPr="00610B7D">
        <w:rPr>
          <w:rFonts w:eastAsiaTheme="minorEastAsia"/>
          <w:noProof/>
          <w:lang w:val="pl-PL"/>
        </w:rPr>
        <w:t>Wykonawca oświadcza, że powyższe wady zostały usunięte w dniu: ..................</w:t>
      </w:r>
    </w:p>
    <w:p w14:paraId="1C20A93B" w14:textId="77777777" w:rsidR="00610B7D" w:rsidRPr="00610B7D" w:rsidRDefault="00610B7D" w:rsidP="00610B7D">
      <w:pPr>
        <w:rPr>
          <w:rFonts w:eastAsiaTheme="minorEastAsia"/>
          <w:noProof/>
          <w:lang w:val="pl-PL"/>
        </w:rPr>
      </w:pPr>
      <w:r w:rsidRPr="00610B7D">
        <w:rPr>
          <w:rFonts w:eastAsiaTheme="minorEastAsia"/>
          <w:noProof/>
          <w:lang w:val="pl-PL"/>
        </w:rPr>
        <w:t>Komisja potwierdza prawidłowe usunięcie wad / zgłasza następujące zastrzeżenia:</w:t>
      </w:r>
    </w:p>
    <w:p w14:paraId="2C090B8F" w14:textId="77777777" w:rsidR="00610B7D" w:rsidRPr="00610B7D" w:rsidRDefault="00610B7D" w:rsidP="00610B7D">
      <w:pPr>
        <w:rPr>
          <w:rFonts w:eastAsiaTheme="minorEastAsia"/>
          <w:noProof/>
          <w:lang w:val="pl-PL"/>
        </w:rPr>
      </w:pPr>
      <w:r w:rsidRPr="00610B7D">
        <w:rPr>
          <w:rFonts w:eastAsiaTheme="minorEastAsia"/>
          <w:noProof/>
          <w:lang w:val="pl-PL"/>
        </w:rPr>
        <w:t>................................................................................................................</w:t>
      </w:r>
    </w:p>
    <w:p w14:paraId="41A44175" w14:textId="77777777" w:rsidR="00610B7D" w:rsidRPr="002A31EB" w:rsidRDefault="00610B7D" w:rsidP="00610B7D">
      <w:pPr>
        <w:rPr>
          <w:rFonts w:eastAsiaTheme="minorEastAsia"/>
          <w:noProof/>
          <w:lang w:val="pl-PL"/>
        </w:rPr>
      </w:pPr>
    </w:p>
    <w:p w14:paraId="720D3F98" w14:textId="7EC40943" w:rsidR="00610B7D" w:rsidRPr="00610B7D" w:rsidRDefault="00610B7D" w:rsidP="00610B7D">
      <w:pPr>
        <w:rPr>
          <w:rFonts w:eastAsiaTheme="minorEastAsia"/>
          <w:noProof/>
          <w:lang w:val="pl-PL"/>
        </w:rPr>
      </w:pPr>
      <w:r w:rsidRPr="002A31EB">
        <w:rPr>
          <w:rFonts w:eastAsiaTheme="minorEastAsia"/>
          <w:noProof/>
          <w:lang w:val="pl-PL"/>
        </w:rPr>
        <w:t>Podpisy:</w:t>
      </w:r>
    </w:p>
    <w:p w14:paraId="014D9179" w14:textId="77777777" w:rsidR="00610B7D" w:rsidRPr="00610B7D" w:rsidRDefault="00610B7D" w:rsidP="00610B7D">
      <w:pPr>
        <w:rPr>
          <w:rFonts w:eastAsiaTheme="minorEastAsia"/>
          <w:noProof/>
          <w:lang w:val="pl-PL"/>
        </w:rPr>
      </w:pPr>
      <w:r w:rsidRPr="00610B7D">
        <w:rPr>
          <w:rFonts w:eastAsiaTheme="minorEastAsia"/>
          <w:noProof/>
          <w:lang w:val="pl-PL"/>
        </w:rPr>
        <w:t>Zamawiający: ................................................</w:t>
      </w:r>
    </w:p>
    <w:p w14:paraId="17D28E20" w14:textId="77777777" w:rsidR="00610B7D" w:rsidRPr="00610B7D" w:rsidRDefault="00610B7D" w:rsidP="00610B7D">
      <w:pPr>
        <w:rPr>
          <w:rFonts w:eastAsiaTheme="minorEastAsia"/>
          <w:noProof/>
          <w:lang w:val="pl-PL"/>
        </w:rPr>
      </w:pPr>
      <w:r w:rsidRPr="00610B7D">
        <w:rPr>
          <w:rFonts w:eastAsiaTheme="minorEastAsia"/>
          <w:noProof/>
          <w:lang w:val="pl-PL"/>
        </w:rPr>
        <w:t>Wykonawca: ................................................</w:t>
      </w:r>
    </w:p>
    <w:p w14:paraId="07B0AF87" w14:textId="77777777" w:rsidR="00610B7D" w:rsidRPr="002A31EB" w:rsidRDefault="00610B7D" w:rsidP="00610B7D">
      <w:pPr>
        <w:rPr>
          <w:bCs/>
          <w:noProof/>
          <w:lang w:val="pl-PL"/>
        </w:rPr>
      </w:pPr>
    </w:p>
    <w:p w14:paraId="32B2AD30" w14:textId="77777777" w:rsidR="00DE34C8" w:rsidRPr="002A31EB" w:rsidRDefault="00DE34C8" w:rsidP="00610B7D">
      <w:pPr>
        <w:rPr>
          <w:bCs/>
          <w:noProof/>
          <w:lang w:val="pl-PL"/>
        </w:rPr>
      </w:pPr>
    </w:p>
    <w:p w14:paraId="33AB847F" w14:textId="77777777" w:rsidR="00DE34C8" w:rsidRPr="002A31EB" w:rsidRDefault="00DE34C8" w:rsidP="00610B7D">
      <w:pPr>
        <w:rPr>
          <w:bCs/>
          <w:noProof/>
          <w:lang w:val="pl-PL"/>
        </w:rPr>
      </w:pPr>
    </w:p>
    <w:p w14:paraId="5C12AE9B" w14:textId="77777777" w:rsidR="00DE34C8" w:rsidRPr="002A31EB" w:rsidRDefault="00DE34C8" w:rsidP="00610B7D">
      <w:pPr>
        <w:rPr>
          <w:bCs/>
          <w:noProof/>
          <w:lang w:val="pl-PL"/>
        </w:rPr>
      </w:pPr>
    </w:p>
    <w:p w14:paraId="3DFACF4A" w14:textId="77777777" w:rsidR="00DE34C8" w:rsidRPr="002A31EB" w:rsidRDefault="00DE34C8" w:rsidP="00610B7D">
      <w:pPr>
        <w:rPr>
          <w:bCs/>
          <w:noProof/>
          <w:lang w:val="pl-PL"/>
        </w:rPr>
      </w:pPr>
    </w:p>
    <w:p w14:paraId="461AA34D" w14:textId="77777777" w:rsidR="00DE34C8" w:rsidRPr="002A31EB" w:rsidRDefault="00DE34C8" w:rsidP="00610B7D">
      <w:pPr>
        <w:rPr>
          <w:bCs/>
          <w:noProof/>
          <w:lang w:val="pl-PL"/>
        </w:rPr>
      </w:pPr>
    </w:p>
    <w:p w14:paraId="64F503FB" w14:textId="77777777" w:rsidR="00DE34C8" w:rsidRPr="002A31EB" w:rsidRDefault="00DE34C8" w:rsidP="00610B7D">
      <w:pPr>
        <w:rPr>
          <w:bCs/>
          <w:noProof/>
          <w:lang w:val="pl-PL"/>
        </w:rPr>
      </w:pPr>
    </w:p>
    <w:p w14:paraId="6255034D" w14:textId="77777777" w:rsidR="00DE34C8" w:rsidRPr="002A31EB" w:rsidRDefault="00DE34C8" w:rsidP="00610B7D">
      <w:pPr>
        <w:rPr>
          <w:bCs/>
          <w:noProof/>
          <w:lang w:val="pl-PL"/>
        </w:rPr>
      </w:pPr>
    </w:p>
    <w:p w14:paraId="4A67C46D" w14:textId="77777777" w:rsidR="00DE34C8" w:rsidRPr="002A31EB" w:rsidRDefault="00DE34C8" w:rsidP="00610B7D">
      <w:pPr>
        <w:rPr>
          <w:bCs/>
          <w:noProof/>
          <w:lang w:val="pl-PL"/>
        </w:rPr>
      </w:pPr>
    </w:p>
    <w:p w14:paraId="0F5CB4A7" w14:textId="77777777" w:rsidR="00DE34C8" w:rsidRPr="002A31EB" w:rsidRDefault="00DE34C8" w:rsidP="00610B7D">
      <w:pPr>
        <w:rPr>
          <w:bCs/>
          <w:noProof/>
          <w:lang w:val="pl-PL"/>
        </w:rPr>
      </w:pPr>
    </w:p>
    <w:p w14:paraId="5EDF39CD" w14:textId="77777777" w:rsidR="00DE34C8" w:rsidRPr="002A31EB" w:rsidRDefault="00DE34C8" w:rsidP="00610B7D">
      <w:pPr>
        <w:rPr>
          <w:bCs/>
          <w:noProof/>
          <w:lang w:val="pl-PL"/>
        </w:rPr>
      </w:pPr>
    </w:p>
    <w:p w14:paraId="446D08AA" w14:textId="77777777" w:rsidR="00DE34C8" w:rsidRPr="002A31EB" w:rsidRDefault="00DE34C8" w:rsidP="00610B7D">
      <w:pPr>
        <w:rPr>
          <w:bCs/>
          <w:noProof/>
          <w:lang w:val="pl-PL"/>
        </w:rPr>
      </w:pPr>
    </w:p>
    <w:p w14:paraId="57CB7AED" w14:textId="77777777" w:rsidR="00DE34C8" w:rsidRPr="002A31EB" w:rsidRDefault="00DE34C8" w:rsidP="00610B7D">
      <w:pPr>
        <w:rPr>
          <w:bCs/>
          <w:noProof/>
          <w:lang w:val="pl-PL"/>
        </w:rPr>
      </w:pPr>
    </w:p>
    <w:p w14:paraId="5A5C39B7" w14:textId="77777777" w:rsidR="00DE34C8" w:rsidRPr="002A31EB" w:rsidRDefault="00DE34C8" w:rsidP="00610B7D">
      <w:pPr>
        <w:rPr>
          <w:bCs/>
          <w:noProof/>
          <w:lang w:val="pl-PL"/>
        </w:rPr>
      </w:pPr>
    </w:p>
    <w:p w14:paraId="0639E0D2" w14:textId="77777777" w:rsidR="00DE34C8" w:rsidRPr="002A31EB" w:rsidRDefault="00DE34C8" w:rsidP="00610B7D">
      <w:pPr>
        <w:rPr>
          <w:bCs/>
          <w:noProof/>
          <w:lang w:val="pl-PL"/>
        </w:rPr>
      </w:pPr>
    </w:p>
    <w:p w14:paraId="504121BB" w14:textId="77777777" w:rsidR="00511DFB" w:rsidRPr="00511DFB" w:rsidRDefault="00511DFB" w:rsidP="00511DFB">
      <w:pPr>
        <w:jc w:val="center"/>
        <w:rPr>
          <w:noProof/>
          <w:lang w:val="pl-PL"/>
        </w:rPr>
      </w:pPr>
      <w:r w:rsidRPr="00511DFB">
        <w:rPr>
          <w:b/>
          <w:noProof/>
          <w:lang w:val="pl-PL"/>
        </w:rPr>
        <w:t>PROTOKÓŁ ODBIORU KOŃCOWEGO INWESTYCJI</w:t>
      </w:r>
    </w:p>
    <w:p w14:paraId="6DB7EFBA" w14:textId="77777777" w:rsidR="00511DFB" w:rsidRPr="00511DFB" w:rsidRDefault="00511DFB" w:rsidP="00511DFB">
      <w:pPr>
        <w:jc w:val="center"/>
        <w:rPr>
          <w:noProof/>
          <w:lang w:val="pl-PL"/>
        </w:rPr>
      </w:pPr>
      <w:r w:rsidRPr="00511DFB">
        <w:rPr>
          <w:noProof/>
          <w:lang w:val="pl-PL"/>
        </w:rPr>
        <w:t>zadania pn. „Przebudowa lądowiska sanitarnego dla śmigłowców na terenie Specjalistycznego Szpitala Wojewódzkiego w Ciechanowie”</w:t>
      </w:r>
    </w:p>
    <w:p w14:paraId="4474A8E2" w14:textId="77777777" w:rsidR="00511DFB" w:rsidRPr="00511DFB" w:rsidRDefault="00511DFB" w:rsidP="00511DFB">
      <w:pPr>
        <w:jc w:val="center"/>
        <w:rPr>
          <w:noProof/>
          <w:lang w:val="pl-PL"/>
        </w:rPr>
      </w:pPr>
      <w:r w:rsidRPr="00511DFB">
        <w:rPr>
          <w:noProof/>
          <w:lang w:val="pl-PL"/>
        </w:rPr>
        <w:t>sporządzony w dniu ………………………… w Ciechanowie</w:t>
      </w:r>
    </w:p>
    <w:p w14:paraId="20DF5EA4" w14:textId="77777777" w:rsidR="00511DFB" w:rsidRPr="00511DFB" w:rsidRDefault="00511DFB" w:rsidP="00511DFB">
      <w:pPr>
        <w:jc w:val="center"/>
        <w:rPr>
          <w:noProof/>
          <w:lang w:val="pl-PL"/>
        </w:rPr>
      </w:pPr>
      <w:r w:rsidRPr="00511DFB">
        <w:rPr>
          <w:b/>
          <w:noProof/>
          <w:lang w:val="pl-PL"/>
        </w:rPr>
        <w:t>§ 1</w:t>
      </w:r>
    </w:p>
    <w:p w14:paraId="343E7898" w14:textId="77777777" w:rsidR="00511DFB" w:rsidRPr="00511DFB" w:rsidRDefault="00511DFB" w:rsidP="00511DFB">
      <w:pPr>
        <w:jc w:val="center"/>
        <w:rPr>
          <w:noProof/>
          <w:lang w:val="pl-PL"/>
        </w:rPr>
      </w:pPr>
      <w:r w:rsidRPr="00511DFB">
        <w:rPr>
          <w:b/>
          <w:noProof/>
          <w:lang w:val="pl-PL"/>
        </w:rPr>
        <w:t>Dane umowy</w:t>
      </w:r>
    </w:p>
    <w:p w14:paraId="5BA52FD7" w14:textId="77777777" w:rsidR="00511DFB" w:rsidRPr="00511DFB" w:rsidRDefault="00511DFB" w:rsidP="00511DFB">
      <w:pPr>
        <w:tabs>
          <w:tab w:val="num" w:pos="360"/>
        </w:tabs>
        <w:contextualSpacing/>
        <w:rPr>
          <w:noProof/>
          <w:lang w:val="pl-PL"/>
        </w:rPr>
      </w:pPr>
      <w:r w:rsidRPr="00511DFB">
        <w:rPr>
          <w:noProof/>
          <w:lang w:val="pl-PL"/>
        </w:rPr>
        <w:t>Umowa nr: …………………………</w:t>
      </w:r>
    </w:p>
    <w:p w14:paraId="6B293607" w14:textId="77777777" w:rsidR="00511DFB" w:rsidRPr="00511DFB" w:rsidRDefault="00511DFB" w:rsidP="00511DFB">
      <w:pPr>
        <w:tabs>
          <w:tab w:val="num" w:pos="360"/>
        </w:tabs>
        <w:contextualSpacing/>
        <w:rPr>
          <w:noProof/>
          <w:lang w:val="pl-PL"/>
        </w:rPr>
      </w:pPr>
      <w:r w:rsidRPr="00511DFB">
        <w:rPr>
          <w:noProof/>
          <w:lang w:val="pl-PL"/>
        </w:rPr>
        <w:t>Data zawarcia umowy: …………………………</w:t>
      </w:r>
    </w:p>
    <w:p w14:paraId="270A8C1A" w14:textId="77777777" w:rsidR="00511DFB" w:rsidRPr="00511DFB" w:rsidRDefault="00511DFB" w:rsidP="00511DFB">
      <w:pPr>
        <w:tabs>
          <w:tab w:val="num" w:pos="360"/>
        </w:tabs>
        <w:contextualSpacing/>
        <w:rPr>
          <w:noProof/>
          <w:lang w:val="pl-PL"/>
        </w:rPr>
      </w:pPr>
      <w:r w:rsidRPr="00511DFB">
        <w:rPr>
          <w:noProof/>
          <w:lang w:val="pl-PL"/>
        </w:rPr>
        <w:t>Zamawiający: Specjalistyczny Szpital Wojewódzki w Ciechanowie, ul. Powstańców Wielkopolskich 2, 06-400 Ciechanów.</w:t>
      </w:r>
    </w:p>
    <w:p w14:paraId="5AAD881A" w14:textId="77777777" w:rsidR="00511DFB" w:rsidRPr="00511DFB" w:rsidRDefault="00511DFB" w:rsidP="00511DFB">
      <w:pPr>
        <w:tabs>
          <w:tab w:val="num" w:pos="360"/>
        </w:tabs>
        <w:contextualSpacing/>
        <w:rPr>
          <w:noProof/>
          <w:lang w:val="pl-PL"/>
        </w:rPr>
      </w:pPr>
      <w:r w:rsidRPr="00511DFB">
        <w:rPr>
          <w:noProof/>
          <w:lang w:val="pl-PL"/>
        </w:rPr>
        <w:t>Wykonawca: ………………………………………………………………………………………………………………………………</w:t>
      </w:r>
    </w:p>
    <w:p w14:paraId="4E4B324C" w14:textId="77777777" w:rsidR="00511DFB" w:rsidRPr="00511DFB" w:rsidRDefault="00511DFB" w:rsidP="00511DFB">
      <w:pPr>
        <w:tabs>
          <w:tab w:val="num" w:pos="360"/>
        </w:tabs>
        <w:contextualSpacing/>
        <w:rPr>
          <w:noProof/>
          <w:lang w:val="pl-PL"/>
        </w:rPr>
      </w:pPr>
      <w:r w:rsidRPr="00511DFB">
        <w:rPr>
          <w:noProof/>
          <w:lang w:val="pl-PL"/>
        </w:rPr>
        <w:t>Przedmiot umowy: przebudowa lądowiska sanitarnego dla śmigłowców na terenie Specjalistycznego Szpitala Wojewódzkiego w Ciechanowie, realizowana w formule „zaprojektuj i wybuduj”.</w:t>
      </w:r>
    </w:p>
    <w:p w14:paraId="59BD181E" w14:textId="77777777" w:rsidR="00511DFB" w:rsidRPr="00511DFB" w:rsidRDefault="00511DFB" w:rsidP="00511DFB">
      <w:pPr>
        <w:jc w:val="center"/>
        <w:rPr>
          <w:noProof/>
          <w:lang w:val="pl-PL"/>
        </w:rPr>
      </w:pPr>
      <w:r w:rsidRPr="00511DFB">
        <w:rPr>
          <w:b/>
          <w:noProof/>
          <w:lang w:val="pl-PL"/>
        </w:rPr>
        <w:t>§ 2</w:t>
      </w:r>
    </w:p>
    <w:p w14:paraId="465315D5" w14:textId="77777777" w:rsidR="00511DFB" w:rsidRPr="00511DFB" w:rsidRDefault="00511DFB" w:rsidP="00511DFB">
      <w:pPr>
        <w:jc w:val="center"/>
        <w:rPr>
          <w:noProof/>
          <w:lang w:val="pl-PL"/>
        </w:rPr>
      </w:pPr>
      <w:r w:rsidRPr="00511DFB">
        <w:rPr>
          <w:b/>
          <w:noProof/>
          <w:lang w:val="pl-PL"/>
        </w:rPr>
        <w:t>Komisja odbiorowa</w:t>
      </w:r>
    </w:p>
    <w:p w14:paraId="7C796B89" w14:textId="77777777" w:rsidR="00511DFB" w:rsidRPr="00511DFB" w:rsidRDefault="00511DFB" w:rsidP="00511DFB">
      <w:pPr>
        <w:tabs>
          <w:tab w:val="num" w:pos="360"/>
        </w:tabs>
        <w:contextualSpacing/>
        <w:rPr>
          <w:noProof/>
          <w:lang w:val="pl-PL"/>
        </w:rPr>
      </w:pPr>
      <w:r w:rsidRPr="00511DFB">
        <w:rPr>
          <w:noProof/>
          <w:lang w:val="pl-PL"/>
        </w:rPr>
        <w:t>Zamawiający powołał komisję odbiorową w składzie:</w:t>
      </w:r>
    </w:p>
    <w:p w14:paraId="591F5AD5" w14:textId="77777777" w:rsidR="00511DFB" w:rsidRPr="00511DFB" w:rsidRDefault="00511DFB" w:rsidP="00511DFB">
      <w:pPr>
        <w:rPr>
          <w:noProof/>
          <w:lang w:val="pl-PL"/>
        </w:rPr>
      </w:pPr>
      <w:r w:rsidRPr="00511DFB">
        <w:rPr>
          <w:noProof/>
          <w:lang w:val="pl-PL"/>
        </w:rPr>
        <w:t>a) ………………………… – przewodniczący</w:t>
      </w:r>
    </w:p>
    <w:p w14:paraId="22EC8528" w14:textId="77777777" w:rsidR="00511DFB" w:rsidRPr="00511DFB" w:rsidRDefault="00511DFB" w:rsidP="00511DFB">
      <w:pPr>
        <w:rPr>
          <w:noProof/>
          <w:lang w:val="pl-PL"/>
        </w:rPr>
      </w:pPr>
      <w:r w:rsidRPr="00511DFB">
        <w:rPr>
          <w:noProof/>
          <w:lang w:val="pl-PL"/>
        </w:rPr>
        <w:t>b) ………………………… – członek</w:t>
      </w:r>
    </w:p>
    <w:p w14:paraId="66BD18F5" w14:textId="77777777" w:rsidR="00511DFB" w:rsidRPr="00511DFB" w:rsidRDefault="00511DFB" w:rsidP="00511DFB">
      <w:pPr>
        <w:rPr>
          <w:noProof/>
          <w:lang w:val="pl-PL"/>
        </w:rPr>
      </w:pPr>
      <w:r w:rsidRPr="00511DFB">
        <w:rPr>
          <w:noProof/>
          <w:lang w:val="pl-PL"/>
        </w:rPr>
        <w:t>c) ………………………… – członek</w:t>
      </w:r>
    </w:p>
    <w:p w14:paraId="7F736F81" w14:textId="77777777" w:rsidR="00511DFB" w:rsidRPr="00511DFB" w:rsidRDefault="00511DFB" w:rsidP="00511DFB">
      <w:pPr>
        <w:tabs>
          <w:tab w:val="num" w:pos="360"/>
        </w:tabs>
        <w:contextualSpacing/>
        <w:rPr>
          <w:noProof/>
          <w:lang w:val="pl-PL"/>
        </w:rPr>
      </w:pPr>
      <w:r w:rsidRPr="00511DFB">
        <w:rPr>
          <w:noProof/>
          <w:lang w:val="pl-PL"/>
        </w:rPr>
        <w:t>W odbiorze uczestniczyli przedstawiciele Wykonawcy:</w:t>
      </w:r>
    </w:p>
    <w:p w14:paraId="0A899569" w14:textId="77777777" w:rsidR="00511DFB" w:rsidRPr="00511DFB" w:rsidRDefault="00511DFB" w:rsidP="00511DFB">
      <w:pPr>
        <w:rPr>
          <w:noProof/>
          <w:lang w:val="pl-PL"/>
        </w:rPr>
      </w:pPr>
      <w:r w:rsidRPr="00511DFB">
        <w:rPr>
          <w:noProof/>
          <w:lang w:val="pl-PL"/>
        </w:rPr>
        <w:t>a) …………………………</w:t>
      </w:r>
    </w:p>
    <w:p w14:paraId="5B35A633" w14:textId="77777777" w:rsidR="00511DFB" w:rsidRPr="00511DFB" w:rsidRDefault="00511DFB" w:rsidP="00511DFB">
      <w:pPr>
        <w:rPr>
          <w:noProof/>
          <w:lang w:val="pl-PL"/>
        </w:rPr>
      </w:pPr>
      <w:r w:rsidRPr="00511DFB">
        <w:rPr>
          <w:noProof/>
          <w:lang w:val="pl-PL"/>
        </w:rPr>
        <w:t>b) …………………………</w:t>
      </w:r>
    </w:p>
    <w:p w14:paraId="3435D030" w14:textId="77777777" w:rsidR="00511DFB" w:rsidRPr="00511DFB" w:rsidRDefault="00511DFB" w:rsidP="00511DFB">
      <w:pPr>
        <w:tabs>
          <w:tab w:val="num" w:pos="360"/>
        </w:tabs>
        <w:contextualSpacing/>
        <w:rPr>
          <w:noProof/>
          <w:lang w:val="pl-PL"/>
        </w:rPr>
      </w:pPr>
      <w:r w:rsidRPr="00511DFB">
        <w:rPr>
          <w:noProof/>
          <w:lang w:val="pl-PL"/>
        </w:rPr>
        <w:t>W odbiorze uczestniczyli ponadto:</w:t>
      </w:r>
    </w:p>
    <w:p w14:paraId="0F809D3A" w14:textId="77777777" w:rsidR="00511DFB" w:rsidRPr="00511DFB" w:rsidRDefault="00511DFB" w:rsidP="00511DFB">
      <w:pPr>
        <w:rPr>
          <w:noProof/>
          <w:lang w:val="pl-PL"/>
        </w:rPr>
      </w:pPr>
      <w:r w:rsidRPr="00511DFB">
        <w:rPr>
          <w:noProof/>
          <w:lang w:val="pl-PL"/>
        </w:rPr>
        <w:t>a) kierownik budowy – …………………………</w:t>
      </w:r>
    </w:p>
    <w:p w14:paraId="541C811A" w14:textId="77777777" w:rsidR="00511DFB" w:rsidRPr="00511DFB" w:rsidRDefault="00511DFB" w:rsidP="00511DFB">
      <w:pPr>
        <w:rPr>
          <w:noProof/>
          <w:lang w:val="pl-PL"/>
        </w:rPr>
      </w:pPr>
      <w:r w:rsidRPr="00511DFB">
        <w:rPr>
          <w:noProof/>
          <w:lang w:val="pl-PL"/>
        </w:rPr>
        <w:t>b) inspektor nadzoru – …………………………</w:t>
      </w:r>
    </w:p>
    <w:p w14:paraId="6491A3C6" w14:textId="77777777" w:rsidR="00511DFB" w:rsidRPr="00511DFB" w:rsidRDefault="00511DFB" w:rsidP="00511DFB">
      <w:pPr>
        <w:rPr>
          <w:noProof/>
          <w:lang w:val="pl-PL"/>
        </w:rPr>
      </w:pPr>
      <w:r w:rsidRPr="00511DFB">
        <w:rPr>
          <w:noProof/>
          <w:lang w:val="pl-PL"/>
        </w:rPr>
        <w:t>c) inne osoby – …………………………</w:t>
      </w:r>
    </w:p>
    <w:p w14:paraId="67828441" w14:textId="77777777" w:rsidR="00511DFB" w:rsidRPr="00511DFB" w:rsidRDefault="00511DFB" w:rsidP="00511DFB">
      <w:pPr>
        <w:jc w:val="center"/>
        <w:rPr>
          <w:noProof/>
          <w:lang w:val="pl-PL"/>
        </w:rPr>
      </w:pPr>
      <w:r w:rsidRPr="00511DFB">
        <w:rPr>
          <w:b/>
          <w:noProof/>
          <w:lang w:val="pl-PL"/>
        </w:rPr>
        <w:t>§ 3</w:t>
      </w:r>
    </w:p>
    <w:p w14:paraId="1518A54E" w14:textId="77777777" w:rsidR="00511DFB" w:rsidRPr="00511DFB" w:rsidRDefault="00511DFB" w:rsidP="00511DFB">
      <w:pPr>
        <w:jc w:val="center"/>
        <w:rPr>
          <w:noProof/>
          <w:lang w:val="pl-PL"/>
        </w:rPr>
      </w:pPr>
      <w:r w:rsidRPr="00511DFB">
        <w:rPr>
          <w:b/>
          <w:noProof/>
          <w:lang w:val="pl-PL"/>
        </w:rPr>
        <w:t>Zakres odbioru</w:t>
      </w:r>
    </w:p>
    <w:p w14:paraId="6D8A6631" w14:textId="77777777" w:rsidR="00511DFB" w:rsidRPr="00511DFB" w:rsidRDefault="00511DFB" w:rsidP="00511DFB">
      <w:pPr>
        <w:tabs>
          <w:tab w:val="num" w:pos="360"/>
        </w:tabs>
        <w:contextualSpacing/>
        <w:rPr>
          <w:noProof/>
          <w:lang w:val="pl-PL"/>
        </w:rPr>
      </w:pPr>
      <w:r w:rsidRPr="00511DFB">
        <w:rPr>
          <w:noProof/>
          <w:lang w:val="pl-PL"/>
        </w:rPr>
        <w:t>Komisja dokonała odbioru końcowego robót objętych umową.</w:t>
      </w:r>
    </w:p>
    <w:p w14:paraId="717F633A" w14:textId="77777777" w:rsidR="00511DFB" w:rsidRPr="00511DFB" w:rsidRDefault="00511DFB" w:rsidP="00511DFB">
      <w:pPr>
        <w:tabs>
          <w:tab w:val="num" w:pos="360"/>
        </w:tabs>
        <w:contextualSpacing/>
        <w:rPr>
          <w:noProof/>
          <w:lang w:val="pl-PL"/>
        </w:rPr>
      </w:pPr>
      <w:r w:rsidRPr="00511DFB">
        <w:rPr>
          <w:noProof/>
          <w:lang w:val="pl-PL"/>
        </w:rPr>
        <w:t>Roboty wykonano w okresie od ………………………… do ………………………….</w:t>
      </w:r>
    </w:p>
    <w:p w14:paraId="3F0EAAF8" w14:textId="77777777" w:rsidR="00511DFB" w:rsidRPr="00511DFB" w:rsidRDefault="00511DFB" w:rsidP="00511DFB">
      <w:pPr>
        <w:tabs>
          <w:tab w:val="num" w:pos="360"/>
        </w:tabs>
        <w:contextualSpacing/>
        <w:rPr>
          <w:noProof/>
          <w:lang w:val="pl-PL"/>
        </w:rPr>
      </w:pPr>
      <w:r w:rsidRPr="00511DFB">
        <w:rPr>
          <w:noProof/>
          <w:lang w:val="pl-PL"/>
        </w:rPr>
        <w:t>Wartość robót objętych odbiorem: ………………………… zł brutto.</w:t>
      </w:r>
    </w:p>
    <w:p w14:paraId="30C1D286" w14:textId="77777777" w:rsidR="00511DFB" w:rsidRPr="00511DFB" w:rsidRDefault="00511DFB" w:rsidP="00511DFB">
      <w:pPr>
        <w:tabs>
          <w:tab w:val="num" w:pos="360"/>
        </w:tabs>
        <w:contextualSpacing/>
        <w:rPr>
          <w:noProof/>
          <w:lang w:val="pl-PL"/>
        </w:rPr>
      </w:pPr>
      <w:r w:rsidRPr="00511DFB">
        <w:rPr>
          <w:noProof/>
          <w:lang w:val="pl-PL"/>
        </w:rPr>
        <w:t>Zgłoszenie gotowości do odbioru końcowego wpłynęło w dniu ………………………….</w:t>
      </w:r>
    </w:p>
    <w:p w14:paraId="16B61DC6" w14:textId="77777777" w:rsidR="00511DFB" w:rsidRPr="00511DFB" w:rsidRDefault="00511DFB" w:rsidP="00511DFB">
      <w:pPr>
        <w:tabs>
          <w:tab w:val="num" w:pos="360"/>
        </w:tabs>
        <w:contextualSpacing/>
        <w:rPr>
          <w:noProof/>
          <w:lang w:val="pl-PL"/>
        </w:rPr>
      </w:pPr>
      <w:r w:rsidRPr="00511DFB">
        <w:rPr>
          <w:noProof/>
          <w:lang w:val="pl-PL"/>
        </w:rPr>
        <w:t>Komisja stwierdza, że Wykonawca przekazał / nie przekazał kompletu dokumentów wymaganych umową i przepisami prawa.*</w:t>
      </w:r>
    </w:p>
    <w:p w14:paraId="63A0E628" w14:textId="77777777" w:rsidR="00511DFB" w:rsidRPr="00511DFB" w:rsidRDefault="00511DFB" w:rsidP="00511DFB">
      <w:pPr>
        <w:rPr>
          <w:noProof/>
          <w:lang w:val="pl-PL"/>
        </w:rPr>
      </w:pPr>
      <w:r w:rsidRPr="00511DFB">
        <w:rPr>
          <w:noProof/>
          <w:lang w:val="pl-PL"/>
        </w:rPr>
        <w:t>* niepotrzebne skreślić</w:t>
      </w:r>
    </w:p>
    <w:p w14:paraId="5C1765CF" w14:textId="77777777" w:rsidR="00511DFB" w:rsidRPr="00511DFB" w:rsidRDefault="00511DFB" w:rsidP="00511DFB">
      <w:pPr>
        <w:jc w:val="center"/>
        <w:rPr>
          <w:noProof/>
          <w:lang w:val="pl-PL"/>
        </w:rPr>
      </w:pPr>
      <w:r w:rsidRPr="00511DFB">
        <w:rPr>
          <w:b/>
          <w:noProof/>
          <w:lang w:val="pl-PL"/>
        </w:rPr>
        <w:t>§ 4</w:t>
      </w:r>
    </w:p>
    <w:p w14:paraId="08A99F8D" w14:textId="77777777" w:rsidR="00511DFB" w:rsidRPr="00511DFB" w:rsidRDefault="00511DFB" w:rsidP="00511DFB">
      <w:pPr>
        <w:jc w:val="center"/>
        <w:rPr>
          <w:noProof/>
          <w:lang w:val="pl-PL"/>
        </w:rPr>
      </w:pPr>
      <w:r w:rsidRPr="00511DFB">
        <w:rPr>
          <w:b/>
          <w:noProof/>
          <w:lang w:val="pl-PL"/>
        </w:rPr>
        <w:t>Dokumenty przekazane Zamawiającemu</w:t>
      </w:r>
    </w:p>
    <w:tbl>
      <w:tblPr>
        <w:tblStyle w:val="Tabela-Siatka"/>
        <w:tblW w:w="0" w:type="auto"/>
        <w:jc w:val="center"/>
        <w:tblLook w:val="04A0" w:firstRow="1" w:lastRow="0" w:firstColumn="1" w:lastColumn="0" w:noHBand="0" w:noVBand="1"/>
      </w:tblPr>
      <w:tblGrid>
        <w:gridCol w:w="3115"/>
        <w:gridCol w:w="3119"/>
        <w:gridCol w:w="3116"/>
      </w:tblGrid>
      <w:tr w:rsidR="00511DFB" w:rsidRPr="00511DFB" w14:paraId="3E05123F" w14:textId="77777777" w:rsidTr="00C00F61">
        <w:trPr>
          <w:jc w:val="center"/>
        </w:trPr>
        <w:tc>
          <w:tcPr>
            <w:tcW w:w="3135" w:type="dxa"/>
            <w:shd w:val="clear" w:color="auto" w:fill="D9EAF7"/>
            <w:vAlign w:val="center"/>
          </w:tcPr>
          <w:p w14:paraId="6E5AA688" w14:textId="77777777" w:rsidR="00511DFB" w:rsidRPr="00511DFB" w:rsidRDefault="00511DFB" w:rsidP="00511DFB">
            <w:pPr>
              <w:rPr>
                <w:noProof/>
                <w:lang w:val="pl-PL"/>
              </w:rPr>
            </w:pPr>
            <w:r w:rsidRPr="00511DFB">
              <w:rPr>
                <w:noProof/>
                <w:lang w:val="pl-PL"/>
              </w:rPr>
              <w:t>Lp.</w:t>
            </w:r>
          </w:p>
        </w:tc>
        <w:tc>
          <w:tcPr>
            <w:tcW w:w="3135" w:type="dxa"/>
            <w:shd w:val="clear" w:color="auto" w:fill="D9EAF7"/>
            <w:vAlign w:val="center"/>
          </w:tcPr>
          <w:p w14:paraId="26B3A618" w14:textId="77777777" w:rsidR="00511DFB" w:rsidRPr="00511DFB" w:rsidRDefault="00511DFB" w:rsidP="00511DFB">
            <w:pPr>
              <w:rPr>
                <w:noProof/>
                <w:lang w:val="pl-PL"/>
              </w:rPr>
            </w:pPr>
            <w:r w:rsidRPr="00511DFB">
              <w:rPr>
                <w:noProof/>
                <w:lang w:val="pl-PL"/>
              </w:rPr>
              <w:t>Nazwa dokumentu</w:t>
            </w:r>
          </w:p>
        </w:tc>
        <w:tc>
          <w:tcPr>
            <w:tcW w:w="3135" w:type="dxa"/>
            <w:shd w:val="clear" w:color="auto" w:fill="D9EAF7"/>
            <w:vAlign w:val="center"/>
          </w:tcPr>
          <w:p w14:paraId="54F7B5C4" w14:textId="77777777" w:rsidR="00511DFB" w:rsidRPr="00511DFB" w:rsidRDefault="00511DFB" w:rsidP="00511DFB">
            <w:pPr>
              <w:rPr>
                <w:noProof/>
                <w:lang w:val="pl-PL"/>
              </w:rPr>
            </w:pPr>
            <w:r w:rsidRPr="00511DFB">
              <w:rPr>
                <w:noProof/>
                <w:lang w:val="pl-PL"/>
              </w:rPr>
              <w:t>Uwagi</w:t>
            </w:r>
          </w:p>
        </w:tc>
      </w:tr>
      <w:tr w:rsidR="00511DFB" w:rsidRPr="00511DFB" w14:paraId="6ECE9ADD" w14:textId="77777777" w:rsidTr="00C00F61">
        <w:trPr>
          <w:jc w:val="center"/>
        </w:trPr>
        <w:tc>
          <w:tcPr>
            <w:tcW w:w="3135" w:type="dxa"/>
            <w:vAlign w:val="center"/>
          </w:tcPr>
          <w:p w14:paraId="6399BFE5" w14:textId="77777777" w:rsidR="00511DFB" w:rsidRPr="00511DFB" w:rsidRDefault="00511DFB" w:rsidP="00511DFB">
            <w:pPr>
              <w:rPr>
                <w:noProof/>
                <w:lang w:val="pl-PL"/>
              </w:rPr>
            </w:pPr>
            <w:r w:rsidRPr="00511DFB">
              <w:rPr>
                <w:noProof/>
                <w:lang w:val="pl-PL"/>
              </w:rPr>
              <w:t>1</w:t>
            </w:r>
          </w:p>
        </w:tc>
        <w:tc>
          <w:tcPr>
            <w:tcW w:w="3135" w:type="dxa"/>
            <w:vAlign w:val="center"/>
          </w:tcPr>
          <w:p w14:paraId="1C639932" w14:textId="77777777" w:rsidR="00511DFB" w:rsidRPr="00511DFB" w:rsidRDefault="00511DFB" w:rsidP="00511DFB">
            <w:pPr>
              <w:rPr>
                <w:noProof/>
                <w:lang w:val="pl-PL"/>
              </w:rPr>
            </w:pPr>
          </w:p>
        </w:tc>
        <w:tc>
          <w:tcPr>
            <w:tcW w:w="3135" w:type="dxa"/>
            <w:vAlign w:val="center"/>
          </w:tcPr>
          <w:p w14:paraId="33F8E74F" w14:textId="77777777" w:rsidR="00511DFB" w:rsidRPr="00511DFB" w:rsidRDefault="00511DFB" w:rsidP="00511DFB">
            <w:pPr>
              <w:rPr>
                <w:noProof/>
                <w:lang w:val="pl-PL"/>
              </w:rPr>
            </w:pPr>
          </w:p>
        </w:tc>
      </w:tr>
      <w:tr w:rsidR="00511DFB" w:rsidRPr="00511DFB" w14:paraId="1074A7EF" w14:textId="77777777" w:rsidTr="00C00F61">
        <w:trPr>
          <w:jc w:val="center"/>
        </w:trPr>
        <w:tc>
          <w:tcPr>
            <w:tcW w:w="3135" w:type="dxa"/>
            <w:vAlign w:val="center"/>
          </w:tcPr>
          <w:p w14:paraId="0717EFF9" w14:textId="77777777" w:rsidR="00511DFB" w:rsidRPr="00511DFB" w:rsidRDefault="00511DFB" w:rsidP="00511DFB">
            <w:pPr>
              <w:rPr>
                <w:noProof/>
                <w:lang w:val="pl-PL"/>
              </w:rPr>
            </w:pPr>
            <w:r w:rsidRPr="00511DFB">
              <w:rPr>
                <w:noProof/>
                <w:lang w:val="pl-PL"/>
              </w:rPr>
              <w:t>2</w:t>
            </w:r>
          </w:p>
        </w:tc>
        <w:tc>
          <w:tcPr>
            <w:tcW w:w="3135" w:type="dxa"/>
            <w:vAlign w:val="center"/>
          </w:tcPr>
          <w:p w14:paraId="3C5DD549" w14:textId="77777777" w:rsidR="00511DFB" w:rsidRPr="00511DFB" w:rsidRDefault="00511DFB" w:rsidP="00511DFB">
            <w:pPr>
              <w:rPr>
                <w:noProof/>
                <w:lang w:val="pl-PL"/>
              </w:rPr>
            </w:pPr>
          </w:p>
        </w:tc>
        <w:tc>
          <w:tcPr>
            <w:tcW w:w="3135" w:type="dxa"/>
            <w:vAlign w:val="center"/>
          </w:tcPr>
          <w:p w14:paraId="76CC2357" w14:textId="77777777" w:rsidR="00511DFB" w:rsidRPr="00511DFB" w:rsidRDefault="00511DFB" w:rsidP="00511DFB">
            <w:pPr>
              <w:rPr>
                <w:noProof/>
                <w:lang w:val="pl-PL"/>
              </w:rPr>
            </w:pPr>
          </w:p>
        </w:tc>
      </w:tr>
      <w:tr w:rsidR="00511DFB" w:rsidRPr="00511DFB" w14:paraId="5D4E0263" w14:textId="77777777" w:rsidTr="00C00F61">
        <w:trPr>
          <w:jc w:val="center"/>
        </w:trPr>
        <w:tc>
          <w:tcPr>
            <w:tcW w:w="3135" w:type="dxa"/>
            <w:vAlign w:val="center"/>
          </w:tcPr>
          <w:p w14:paraId="665B41E1" w14:textId="77777777" w:rsidR="00511DFB" w:rsidRPr="00511DFB" w:rsidRDefault="00511DFB" w:rsidP="00511DFB">
            <w:pPr>
              <w:rPr>
                <w:noProof/>
                <w:lang w:val="pl-PL"/>
              </w:rPr>
            </w:pPr>
            <w:r w:rsidRPr="00511DFB">
              <w:rPr>
                <w:noProof/>
                <w:lang w:val="pl-PL"/>
              </w:rPr>
              <w:t>3</w:t>
            </w:r>
          </w:p>
        </w:tc>
        <w:tc>
          <w:tcPr>
            <w:tcW w:w="3135" w:type="dxa"/>
            <w:vAlign w:val="center"/>
          </w:tcPr>
          <w:p w14:paraId="55FB4E92" w14:textId="77777777" w:rsidR="00511DFB" w:rsidRPr="00511DFB" w:rsidRDefault="00511DFB" w:rsidP="00511DFB">
            <w:pPr>
              <w:rPr>
                <w:noProof/>
                <w:lang w:val="pl-PL"/>
              </w:rPr>
            </w:pPr>
          </w:p>
        </w:tc>
        <w:tc>
          <w:tcPr>
            <w:tcW w:w="3135" w:type="dxa"/>
            <w:vAlign w:val="center"/>
          </w:tcPr>
          <w:p w14:paraId="25021E38" w14:textId="77777777" w:rsidR="00511DFB" w:rsidRPr="00511DFB" w:rsidRDefault="00511DFB" w:rsidP="00511DFB">
            <w:pPr>
              <w:rPr>
                <w:noProof/>
                <w:lang w:val="pl-PL"/>
              </w:rPr>
            </w:pPr>
          </w:p>
        </w:tc>
      </w:tr>
      <w:tr w:rsidR="00511DFB" w:rsidRPr="00511DFB" w14:paraId="15B356BB" w14:textId="77777777" w:rsidTr="00C00F61">
        <w:trPr>
          <w:jc w:val="center"/>
        </w:trPr>
        <w:tc>
          <w:tcPr>
            <w:tcW w:w="3135" w:type="dxa"/>
            <w:vAlign w:val="center"/>
          </w:tcPr>
          <w:p w14:paraId="14BE8B13" w14:textId="77777777" w:rsidR="00511DFB" w:rsidRPr="00511DFB" w:rsidRDefault="00511DFB" w:rsidP="00511DFB">
            <w:pPr>
              <w:rPr>
                <w:noProof/>
                <w:lang w:val="pl-PL"/>
              </w:rPr>
            </w:pPr>
            <w:r w:rsidRPr="00511DFB">
              <w:rPr>
                <w:noProof/>
                <w:lang w:val="pl-PL"/>
              </w:rPr>
              <w:t>4</w:t>
            </w:r>
          </w:p>
        </w:tc>
        <w:tc>
          <w:tcPr>
            <w:tcW w:w="3135" w:type="dxa"/>
            <w:vAlign w:val="center"/>
          </w:tcPr>
          <w:p w14:paraId="6CEA1C16" w14:textId="77777777" w:rsidR="00511DFB" w:rsidRPr="00511DFB" w:rsidRDefault="00511DFB" w:rsidP="00511DFB">
            <w:pPr>
              <w:rPr>
                <w:noProof/>
                <w:lang w:val="pl-PL"/>
              </w:rPr>
            </w:pPr>
          </w:p>
        </w:tc>
        <w:tc>
          <w:tcPr>
            <w:tcW w:w="3135" w:type="dxa"/>
            <w:vAlign w:val="center"/>
          </w:tcPr>
          <w:p w14:paraId="6C445D11" w14:textId="77777777" w:rsidR="00511DFB" w:rsidRPr="00511DFB" w:rsidRDefault="00511DFB" w:rsidP="00511DFB">
            <w:pPr>
              <w:rPr>
                <w:noProof/>
                <w:lang w:val="pl-PL"/>
              </w:rPr>
            </w:pPr>
          </w:p>
        </w:tc>
      </w:tr>
      <w:tr w:rsidR="00511DFB" w:rsidRPr="00511DFB" w14:paraId="6E527EBB" w14:textId="77777777" w:rsidTr="00C00F61">
        <w:trPr>
          <w:jc w:val="center"/>
        </w:trPr>
        <w:tc>
          <w:tcPr>
            <w:tcW w:w="3135" w:type="dxa"/>
            <w:vAlign w:val="center"/>
          </w:tcPr>
          <w:p w14:paraId="1C12F9A9" w14:textId="77777777" w:rsidR="00511DFB" w:rsidRPr="00511DFB" w:rsidRDefault="00511DFB" w:rsidP="00511DFB">
            <w:pPr>
              <w:rPr>
                <w:noProof/>
                <w:lang w:val="pl-PL"/>
              </w:rPr>
            </w:pPr>
            <w:r w:rsidRPr="00511DFB">
              <w:rPr>
                <w:noProof/>
                <w:lang w:val="pl-PL"/>
              </w:rPr>
              <w:t>5</w:t>
            </w:r>
          </w:p>
        </w:tc>
        <w:tc>
          <w:tcPr>
            <w:tcW w:w="3135" w:type="dxa"/>
            <w:vAlign w:val="center"/>
          </w:tcPr>
          <w:p w14:paraId="1F0084F0" w14:textId="77777777" w:rsidR="00511DFB" w:rsidRPr="00511DFB" w:rsidRDefault="00511DFB" w:rsidP="00511DFB">
            <w:pPr>
              <w:rPr>
                <w:noProof/>
                <w:lang w:val="pl-PL"/>
              </w:rPr>
            </w:pPr>
          </w:p>
        </w:tc>
        <w:tc>
          <w:tcPr>
            <w:tcW w:w="3135" w:type="dxa"/>
            <w:vAlign w:val="center"/>
          </w:tcPr>
          <w:p w14:paraId="71F8BC08" w14:textId="77777777" w:rsidR="00511DFB" w:rsidRPr="00511DFB" w:rsidRDefault="00511DFB" w:rsidP="00511DFB">
            <w:pPr>
              <w:rPr>
                <w:noProof/>
                <w:lang w:val="pl-PL"/>
              </w:rPr>
            </w:pPr>
          </w:p>
        </w:tc>
      </w:tr>
      <w:tr w:rsidR="00511DFB" w:rsidRPr="00511DFB" w14:paraId="48100DE1" w14:textId="77777777" w:rsidTr="00C00F61">
        <w:trPr>
          <w:jc w:val="center"/>
        </w:trPr>
        <w:tc>
          <w:tcPr>
            <w:tcW w:w="3135" w:type="dxa"/>
            <w:vAlign w:val="center"/>
          </w:tcPr>
          <w:p w14:paraId="6DD4C7A3" w14:textId="77777777" w:rsidR="00511DFB" w:rsidRPr="00511DFB" w:rsidRDefault="00511DFB" w:rsidP="00511DFB">
            <w:pPr>
              <w:rPr>
                <w:noProof/>
                <w:lang w:val="pl-PL"/>
              </w:rPr>
            </w:pPr>
            <w:r w:rsidRPr="00511DFB">
              <w:rPr>
                <w:noProof/>
                <w:lang w:val="pl-PL"/>
              </w:rPr>
              <w:t>6</w:t>
            </w:r>
          </w:p>
        </w:tc>
        <w:tc>
          <w:tcPr>
            <w:tcW w:w="3135" w:type="dxa"/>
            <w:vAlign w:val="center"/>
          </w:tcPr>
          <w:p w14:paraId="16FBB439" w14:textId="77777777" w:rsidR="00511DFB" w:rsidRPr="00511DFB" w:rsidRDefault="00511DFB" w:rsidP="00511DFB">
            <w:pPr>
              <w:rPr>
                <w:noProof/>
                <w:lang w:val="pl-PL"/>
              </w:rPr>
            </w:pPr>
          </w:p>
        </w:tc>
        <w:tc>
          <w:tcPr>
            <w:tcW w:w="3135" w:type="dxa"/>
            <w:vAlign w:val="center"/>
          </w:tcPr>
          <w:p w14:paraId="513DB9DC" w14:textId="77777777" w:rsidR="00511DFB" w:rsidRPr="00511DFB" w:rsidRDefault="00511DFB" w:rsidP="00511DFB">
            <w:pPr>
              <w:rPr>
                <w:noProof/>
                <w:lang w:val="pl-PL"/>
              </w:rPr>
            </w:pPr>
          </w:p>
        </w:tc>
      </w:tr>
      <w:tr w:rsidR="00511DFB" w:rsidRPr="00511DFB" w14:paraId="5FB234F3" w14:textId="77777777" w:rsidTr="00C00F61">
        <w:trPr>
          <w:jc w:val="center"/>
        </w:trPr>
        <w:tc>
          <w:tcPr>
            <w:tcW w:w="3135" w:type="dxa"/>
            <w:vAlign w:val="center"/>
          </w:tcPr>
          <w:p w14:paraId="2AF14C3A" w14:textId="77777777" w:rsidR="00511DFB" w:rsidRPr="00511DFB" w:rsidRDefault="00511DFB" w:rsidP="00511DFB">
            <w:pPr>
              <w:rPr>
                <w:noProof/>
                <w:lang w:val="pl-PL"/>
              </w:rPr>
            </w:pPr>
            <w:r w:rsidRPr="00511DFB">
              <w:rPr>
                <w:noProof/>
                <w:lang w:val="pl-PL"/>
              </w:rPr>
              <w:t>7</w:t>
            </w:r>
          </w:p>
        </w:tc>
        <w:tc>
          <w:tcPr>
            <w:tcW w:w="3135" w:type="dxa"/>
            <w:vAlign w:val="center"/>
          </w:tcPr>
          <w:p w14:paraId="06061E99" w14:textId="77777777" w:rsidR="00511DFB" w:rsidRPr="00511DFB" w:rsidRDefault="00511DFB" w:rsidP="00511DFB">
            <w:pPr>
              <w:rPr>
                <w:noProof/>
                <w:lang w:val="pl-PL"/>
              </w:rPr>
            </w:pPr>
          </w:p>
        </w:tc>
        <w:tc>
          <w:tcPr>
            <w:tcW w:w="3135" w:type="dxa"/>
            <w:vAlign w:val="center"/>
          </w:tcPr>
          <w:p w14:paraId="33D078AC" w14:textId="77777777" w:rsidR="00511DFB" w:rsidRPr="00511DFB" w:rsidRDefault="00511DFB" w:rsidP="00511DFB">
            <w:pPr>
              <w:rPr>
                <w:noProof/>
                <w:lang w:val="pl-PL"/>
              </w:rPr>
            </w:pPr>
          </w:p>
        </w:tc>
      </w:tr>
      <w:tr w:rsidR="00511DFB" w:rsidRPr="00511DFB" w14:paraId="4717D3DB" w14:textId="77777777" w:rsidTr="00C00F61">
        <w:trPr>
          <w:jc w:val="center"/>
        </w:trPr>
        <w:tc>
          <w:tcPr>
            <w:tcW w:w="3135" w:type="dxa"/>
            <w:vAlign w:val="center"/>
          </w:tcPr>
          <w:p w14:paraId="52A63FA5" w14:textId="77777777" w:rsidR="00511DFB" w:rsidRPr="00511DFB" w:rsidRDefault="00511DFB" w:rsidP="00511DFB">
            <w:pPr>
              <w:rPr>
                <w:noProof/>
                <w:lang w:val="pl-PL"/>
              </w:rPr>
            </w:pPr>
            <w:r w:rsidRPr="00511DFB">
              <w:rPr>
                <w:noProof/>
                <w:lang w:val="pl-PL"/>
              </w:rPr>
              <w:t>8</w:t>
            </w:r>
          </w:p>
        </w:tc>
        <w:tc>
          <w:tcPr>
            <w:tcW w:w="3135" w:type="dxa"/>
            <w:vAlign w:val="center"/>
          </w:tcPr>
          <w:p w14:paraId="4EE46FF6" w14:textId="77777777" w:rsidR="00511DFB" w:rsidRPr="00511DFB" w:rsidRDefault="00511DFB" w:rsidP="00511DFB">
            <w:pPr>
              <w:rPr>
                <w:noProof/>
                <w:lang w:val="pl-PL"/>
              </w:rPr>
            </w:pPr>
          </w:p>
        </w:tc>
        <w:tc>
          <w:tcPr>
            <w:tcW w:w="3135" w:type="dxa"/>
            <w:vAlign w:val="center"/>
          </w:tcPr>
          <w:p w14:paraId="2CA81419" w14:textId="77777777" w:rsidR="00511DFB" w:rsidRPr="00511DFB" w:rsidRDefault="00511DFB" w:rsidP="00511DFB">
            <w:pPr>
              <w:rPr>
                <w:noProof/>
                <w:lang w:val="pl-PL"/>
              </w:rPr>
            </w:pPr>
          </w:p>
        </w:tc>
      </w:tr>
    </w:tbl>
    <w:p w14:paraId="16773167" w14:textId="77777777" w:rsidR="00511DFB" w:rsidRPr="00511DFB" w:rsidRDefault="00511DFB" w:rsidP="00511DFB">
      <w:pPr>
        <w:jc w:val="center"/>
        <w:rPr>
          <w:noProof/>
          <w:lang w:val="pl-PL"/>
        </w:rPr>
      </w:pPr>
      <w:r w:rsidRPr="00511DFB">
        <w:rPr>
          <w:b/>
          <w:noProof/>
          <w:lang w:val="pl-PL"/>
        </w:rPr>
        <w:t>§ 5</w:t>
      </w:r>
    </w:p>
    <w:p w14:paraId="75AF03AC" w14:textId="77777777" w:rsidR="00511DFB" w:rsidRPr="00511DFB" w:rsidRDefault="00511DFB" w:rsidP="00511DFB">
      <w:pPr>
        <w:jc w:val="center"/>
        <w:rPr>
          <w:noProof/>
          <w:lang w:val="pl-PL"/>
        </w:rPr>
      </w:pPr>
      <w:r w:rsidRPr="00511DFB">
        <w:rPr>
          <w:b/>
          <w:noProof/>
          <w:lang w:val="pl-PL"/>
        </w:rPr>
        <w:t>Stwierdzone wady i usterki</w:t>
      </w:r>
    </w:p>
    <w:tbl>
      <w:tblPr>
        <w:tblStyle w:val="Tabela-Siatka"/>
        <w:tblW w:w="0" w:type="auto"/>
        <w:jc w:val="center"/>
        <w:tblLook w:val="04A0" w:firstRow="1" w:lastRow="0" w:firstColumn="1" w:lastColumn="0" w:noHBand="0" w:noVBand="1"/>
      </w:tblPr>
      <w:tblGrid>
        <w:gridCol w:w="2333"/>
        <w:gridCol w:w="2336"/>
        <w:gridCol w:w="2338"/>
        <w:gridCol w:w="2343"/>
      </w:tblGrid>
      <w:tr w:rsidR="00511DFB" w:rsidRPr="00511DFB" w14:paraId="2B2FD7B7" w14:textId="77777777" w:rsidTr="00C00F61">
        <w:trPr>
          <w:jc w:val="center"/>
        </w:trPr>
        <w:tc>
          <w:tcPr>
            <w:tcW w:w="2351" w:type="dxa"/>
            <w:shd w:val="clear" w:color="auto" w:fill="D9EAF7"/>
            <w:vAlign w:val="center"/>
          </w:tcPr>
          <w:p w14:paraId="562CD3B8" w14:textId="77777777" w:rsidR="00511DFB" w:rsidRPr="00511DFB" w:rsidRDefault="00511DFB" w:rsidP="00511DFB">
            <w:pPr>
              <w:rPr>
                <w:noProof/>
                <w:lang w:val="pl-PL"/>
              </w:rPr>
            </w:pPr>
            <w:r w:rsidRPr="00511DFB">
              <w:rPr>
                <w:noProof/>
                <w:lang w:val="pl-PL"/>
              </w:rPr>
              <w:t>Lp.</w:t>
            </w:r>
          </w:p>
        </w:tc>
        <w:tc>
          <w:tcPr>
            <w:tcW w:w="2351" w:type="dxa"/>
            <w:shd w:val="clear" w:color="auto" w:fill="D9EAF7"/>
            <w:vAlign w:val="center"/>
          </w:tcPr>
          <w:p w14:paraId="10C32BF6" w14:textId="77777777" w:rsidR="00511DFB" w:rsidRPr="00511DFB" w:rsidRDefault="00511DFB" w:rsidP="00511DFB">
            <w:pPr>
              <w:rPr>
                <w:noProof/>
                <w:lang w:val="pl-PL"/>
              </w:rPr>
            </w:pPr>
            <w:r w:rsidRPr="00511DFB">
              <w:rPr>
                <w:noProof/>
                <w:lang w:val="pl-PL"/>
              </w:rPr>
              <w:t>Opis wady / usterki</w:t>
            </w:r>
          </w:p>
        </w:tc>
        <w:tc>
          <w:tcPr>
            <w:tcW w:w="2351" w:type="dxa"/>
            <w:shd w:val="clear" w:color="auto" w:fill="D9EAF7"/>
            <w:vAlign w:val="center"/>
          </w:tcPr>
          <w:p w14:paraId="2A7A4859" w14:textId="77777777" w:rsidR="00511DFB" w:rsidRPr="00511DFB" w:rsidRDefault="00511DFB" w:rsidP="00511DFB">
            <w:pPr>
              <w:rPr>
                <w:noProof/>
                <w:lang w:val="pl-PL"/>
              </w:rPr>
            </w:pPr>
            <w:r w:rsidRPr="00511DFB">
              <w:rPr>
                <w:noProof/>
                <w:lang w:val="pl-PL"/>
              </w:rPr>
              <w:t>Termin usunięcia</w:t>
            </w:r>
          </w:p>
        </w:tc>
        <w:tc>
          <w:tcPr>
            <w:tcW w:w="2351" w:type="dxa"/>
            <w:shd w:val="clear" w:color="auto" w:fill="D9EAF7"/>
            <w:vAlign w:val="center"/>
          </w:tcPr>
          <w:p w14:paraId="303638DA" w14:textId="77777777" w:rsidR="00511DFB" w:rsidRPr="00511DFB" w:rsidRDefault="00511DFB" w:rsidP="00511DFB">
            <w:pPr>
              <w:rPr>
                <w:noProof/>
                <w:lang w:val="pl-PL"/>
              </w:rPr>
            </w:pPr>
            <w:r w:rsidRPr="00511DFB">
              <w:rPr>
                <w:noProof/>
                <w:lang w:val="pl-PL"/>
              </w:rPr>
              <w:t>Odpowiedzialny</w:t>
            </w:r>
          </w:p>
        </w:tc>
      </w:tr>
      <w:tr w:rsidR="00511DFB" w:rsidRPr="00511DFB" w14:paraId="6FBFA3FA" w14:textId="77777777" w:rsidTr="00C00F61">
        <w:trPr>
          <w:jc w:val="center"/>
        </w:trPr>
        <w:tc>
          <w:tcPr>
            <w:tcW w:w="2351" w:type="dxa"/>
            <w:vAlign w:val="center"/>
          </w:tcPr>
          <w:p w14:paraId="65735D1F" w14:textId="77777777" w:rsidR="00511DFB" w:rsidRPr="00511DFB" w:rsidRDefault="00511DFB" w:rsidP="00511DFB">
            <w:pPr>
              <w:rPr>
                <w:noProof/>
                <w:lang w:val="pl-PL"/>
              </w:rPr>
            </w:pPr>
            <w:r w:rsidRPr="00511DFB">
              <w:rPr>
                <w:noProof/>
                <w:lang w:val="pl-PL"/>
              </w:rPr>
              <w:t>1</w:t>
            </w:r>
          </w:p>
        </w:tc>
        <w:tc>
          <w:tcPr>
            <w:tcW w:w="2351" w:type="dxa"/>
            <w:vAlign w:val="center"/>
          </w:tcPr>
          <w:p w14:paraId="15C85FB5" w14:textId="77777777" w:rsidR="00511DFB" w:rsidRPr="00511DFB" w:rsidRDefault="00511DFB" w:rsidP="00511DFB">
            <w:pPr>
              <w:rPr>
                <w:noProof/>
                <w:lang w:val="pl-PL"/>
              </w:rPr>
            </w:pPr>
          </w:p>
        </w:tc>
        <w:tc>
          <w:tcPr>
            <w:tcW w:w="2351" w:type="dxa"/>
            <w:vAlign w:val="center"/>
          </w:tcPr>
          <w:p w14:paraId="430C5661" w14:textId="77777777" w:rsidR="00511DFB" w:rsidRPr="00511DFB" w:rsidRDefault="00511DFB" w:rsidP="00511DFB">
            <w:pPr>
              <w:rPr>
                <w:noProof/>
                <w:lang w:val="pl-PL"/>
              </w:rPr>
            </w:pPr>
          </w:p>
        </w:tc>
        <w:tc>
          <w:tcPr>
            <w:tcW w:w="2351" w:type="dxa"/>
            <w:vAlign w:val="center"/>
          </w:tcPr>
          <w:p w14:paraId="4B5AA6D9" w14:textId="77777777" w:rsidR="00511DFB" w:rsidRPr="00511DFB" w:rsidRDefault="00511DFB" w:rsidP="00511DFB">
            <w:pPr>
              <w:rPr>
                <w:noProof/>
                <w:lang w:val="pl-PL"/>
              </w:rPr>
            </w:pPr>
          </w:p>
        </w:tc>
      </w:tr>
      <w:tr w:rsidR="00511DFB" w:rsidRPr="00511DFB" w14:paraId="55C76F7F" w14:textId="77777777" w:rsidTr="00C00F61">
        <w:trPr>
          <w:jc w:val="center"/>
        </w:trPr>
        <w:tc>
          <w:tcPr>
            <w:tcW w:w="2351" w:type="dxa"/>
            <w:vAlign w:val="center"/>
          </w:tcPr>
          <w:p w14:paraId="2602A329" w14:textId="77777777" w:rsidR="00511DFB" w:rsidRPr="00511DFB" w:rsidRDefault="00511DFB" w:rsidP="00511DFB">
            <w:pPr>
              <w:rPr>
                <w:noProof/>
                <w:lang w:val="pl-PL"/>
              </w:rPr>
            </w:pPr>
            <w:r w:rsidRPr="00511DFB">
              <w:rPr>
                <w:noProof/>
                <w:lang w:val="pl-PL"/>
              </w:rPr>
              <w:t>2</w:t>
            </w:r>
          </w:p>
        </w:tc>
        <w:tc>
          <w:tcPr>
            <w:tcW w:w="2351" w:type="dxa"/>
            <w:vAlign w:val="center"/>
          </w:tcPr>
          <w:p w14:paraId="4E3A20C1" w14:textId="77777777" w:rsidR="00511DFB" w:rsidRPr="00511DFB" w:rsidRDefault="00511DFB" w:rsidP="00511DFB">
            <w:pPr>
              <w:rPr>
                <w:noProof/>
                <w:lang w:val="pl-PL"/>
              </w:rPr>
            </w:pPr>
          </w:p>
        </w:tc>
        <w:tc>
          <w:tcPr>
            <w:tcW w:w="2351" w:type="dxa"/>
            <w:vAlign w:val="center"/>
          </w:tcPr>
          <w:p w14:paraId="2707632F" w14:textId="77777777" w:rsidR="00511DFB" w:rsidRPr="00511DFB" w:rsidRDefault="00511DFB" w:rsidP="00511DFB">
            <w:pPr>
              <w:rPr>
                <w:noProof/>
                <w:lang w:val="pl-PL"/>
              </w:rPr>
            </w:pPr>
          </w:p>
        </w:tc>
        <w:tc>
          <w:tcPr>
            <w:tcW w:w="2351" w:type="dxa"/>
            <w:vAlign w:val="center"/>
          </w:tcPr>
          <w:p w14:paraId="6174B819" w14:textId="77777777" w:rsidR="00511DFB" w:rsidRPr="00511DFB" w:rsidRDefault="00511DFB" w:rsidP="00511DFB">
            <w:pPr>
              <w:rPr>
                <w:noProof/>
                <w:lang w:val="pl-PL"/>
              </w:rPr>
            </w:pPr>
          </w:p>
        </w:tc>
      </w:tr>
      <w:tr w:rsidR="00511DFB" w:rsidRPr="00511DFB" w14:paraId="0ABDD845" w14:textId="77777777" w:rsidTr="00C00F61">
        <w:trPr>
          <w:jc w:val="center"/>
        </w:trPr>
        <w:tc>
          <w:tcPr>
            <w:tcW w:w="2351" w:type="dxa"/>
            <w:vAlign w:val="center"/>
          </w:tcPr>
          <w:p w14:paraId="5F0D41DD" w14:textId="77777777" w:rsidR="00511DFB" w:rsidRPr="00511DFB" w:rsidRDefault="00511DFB" w:rsidP="00511DFB">
            <w:pPr>
              <w:rPr>
                <w:noProof/>
                <w:lang w:val="pl-PL"/>
              </w:rPr>
            </w:pPr>
            <w:r w:rsidRPr="00511DFB">
              <w:rPr>
                <w:noProof/>
                <w:lang w:val="pl-PL"/>
              </w:rPr>
              <w:t>3</w:t>
            </w:r>
          </w:p>
        </w:tc>
        <w:tc>
          <w:tcPr>
            <w:tcW w:w="2351" w:type="dxa"/>
            <w:vAlign w:val="center"/>
          </w:tcPr>
          <w:p w14:paraId="1AA49640" w14:textId="77777777" w:rsidR="00511DFB" w:rsidRPr="00511DFB" w:rsidRDefault="00511DFB" w:rsidP="00511DFB">
            <w:pPr>
              <w:rPr>
                <w:noProof/>
                <w:lang w:val="pl-PL"/>
              </w:rPr>
            </w:pPr>
          </w:p>
        </w:tc>
        <w:tc>
          <w:tcPr>
            <w:tcW w:w="2351" w:type="dxa"/>
            <w:vAlign w:val="center"/>
          </w:tcPr>
          <w:p w14:paraId="3724DC5C" w14:textId="77777777" w:rsidR="00511DFB" w:rsidRPr="00511DFB" w:rsidRDefault="00511DFB" w:rsidP="00511DFB">
            <w:pPr>
              <w:rPr>
                <w:noProof/>
                <w:lang w:val="pl-PL"/>
              </w:rPr>
            </w:pPr>
          </w:p>
        </w:tc>
        <w:tc>
          <w:tcPr>
            <w:tcW w:w="2351" w:type="dxa"/>
            <w:vAlign w:val="center"/>
          </w:tcPr>
          <w:p w14:paraId="1C26775C" w14:textId="77777777" w:rsidR="00511DFB" w:rsidRPr="00511DFB" w:rsidRDefault="00511DFB" w:rsidP="00511DFB">
            <w:pPr>
              <w:rPr>
                <w:noProof/>
                <w:lang w:val="pl-PL"/>
              </w:rPr>
            </w:pPr>
          </w:p>
        </w:tc>
      </w:tr>
      <w:tr w:rsidR="00511DFB" w:rsidRPr="00511DFB" w14:paraId="32F10485" w14:textId="77777777" w:rsidTr="00C00F61">
        <w:trPr>
          <w:jc w:val="center"/>
        </w:trPr>
        <w:tc>
          <w:tcPr>
            <w:tcW w:w="2351" w:type="dxa"/>
            <w:vAlign w:val="center"/>
          </w:tcPr>
          <w:p w14:paraId="301E8C5C" w14:textId="77777777" w:rsidR="00511DFB" w:rsidRPr="00511DFB" w:rsidRDefault="00511DFB" w:rsidP="00511DFB">
            <w:pPr>
              <w:rPr>
                <w:noProof/>
                <w:lang w:val="pl-PL"/>
              </w:rPr>
            </w:pPr>
            <w:r w:rsidRPr="00511DFB">
              <w:rPr>
                <w:noProof/>
                <w:lang w:val="pl-PL"/>
              </w:rPr>
              <w:t>4</w:t>
            </w:r>
          </w:p>
        </w:tc>
        <w:tc>
          <w:tcPr>
            <w:tcW w:w="2351" w:type="dxa"/>
            <w:vAlign w:val="center"/>
          </w:tcPr>
          <w:p w14:paraId="1EFB6F3B" w14:textId="77777777" w:rsidR="00511DFB" w:rsidRPr="00511DFB" w:rsidRDefault="00511DFB" w:rsidP="00511DFB">
            <w:pPr>
              <w:rPr>
                <w:noProof/>
                <w:lang w:val="pl-PL"/>
              </w:rPr>
            </w:pPr>
          </w:p>
        </w:tc>
        <w:tc>
          <w:tcPr>
            <w:tcW w:w="2351" w:type="dxa"/>
            <w:vAlign w:val="center"/>
          </w:tcPr>
          <w:p w14:paraId="2EE6DAB0" w14:textId="77777777" w:rsidR="00511DFB" w:rsidRPr="00511DFB" w:rsidRDefault="00511DFB" w:rsidP="00511DFB">
            <w:pPr>
              <w:rPr>
                <w:noProof/>
                <w:lang w:val="pl-PL"/>
              </w:rPr>
            </w:pPr>
          </w:p>
        </w:tc>
        <w:tc>
          <w:tcPr>
            <w:tcW w:w="2351" w:type="dxa"/>
            <w:vAlign w:val="center"/>
          </w:tcPr>
          <w:p w14:paraId="69606AE0" w14:textId="77777777" w:rsidR="00511DFB" w:rsidRPr="00511DFB" w:rsidRDefault="00511DFB" w:rsidP="00511DFB">
            <w:pPr>
              <w:rPr>
                <w:noProof/>
                <w:lang w:val="pl-PL"/>
              </w:rPr>
            </w:pPr>
          </w:p>
        </w:tc>
      </w:tr>
      <w:tr w:rsidR="00511DFB" w:rsidRPr="00511DFB" w14:paraId="1B393CD4" w14:textId="77777777" w:rsidTr="00C00F61">
        <w:trPr>
          <w:jc w:val="center"/>
        </w:trPr>
        <w:tc>
          <w:tcPr>
            <w:tcW w:w="2351" w:type="dxa"/>
            <w:vAlign w:val="center"/>
          </w:tcPr>
          <w:p w14:paraId="6347206E" w14:textId="77777777" w:rsidR="00511DFB" w:rsidRPr="00511DFB" w:rsidRDefault="00511DFB" w:rsidP="00511DFB">
            <w:pPr>
              <w:rPr>
                <w:noProof/>
                <w:lang w:val="pl-PL"/>
              </w:rPr>
            </w:pPr>
            <w:r w:rsidRPr="00511DFB">
              <w:rPr>
                <w:noProof/>
                <w:lang w:val="pl-PL"/>
              </w:rPr>
              <w:t>5</w:t>
            </w:r>
          </w:p>
        </w:tc>
        <w:tc>
          <w:tcPr>
            <w:tcW w:w="2351" w:type="dxa"/>
            <w:vAlign w:val="center"/>
          </w:tcPr>
          <w:p w14:paraId="3AB40C0E" w14:textId="77777777" w:rsidR="00511DFB" w:rsidRPr="00511DFB" w:rsidRDefault="00511DFB" w:rsidP="00511DFB">
            <w:pPr>
              <w:rPr>
                <w:noProof/>
                <w:lang w:val="pl-PL"/>
              </w:rPr>
            </w:pPr>
          </w:p>
        </w:tc>
        <w:tc>
          <w:tcPr>
            <w:tcW w:w="2351" w:type="dxa"/>
            <w:vAlign w:val="center"/>
          </w:tcPr>
          <w:p w14:paraId="283F44BD" w14:textId="77777777" w:rsidR="00511DFB" w:rsidRPr="00511DFB" w:rsidRDefault="00511DFB" w:rsidP="00511DFB">
            <w:pPr>
              <w:rPr>
                <w:noProof/>
                <w:lang w:val="pl-PL"/>
              </w:rPr>
            </w:pPr>
          </w:p>
        </w:tc>
        <w:tc>
          <w:tcPr>
            <w:tcW w:w="2351" w:type="dxa"/>
            <w:vAlign w:val="center"/>
          </w:tcPr>
          <w:p w14:paraId="1E3CBD5C" w14:textId="77777777" w:rsidR="00511DFB" w:rsidRPr="00511DFB" w:rsidRDefault="00511DFB" w:rsidP="00511DFB">
            <w:pPr>
              <w:rPr>
                <w:noProof/>
                <w:lang w:val="pl-PL"/>
              </w:rPr>
            </w:pPr>
          </w:p>
        </w:tc>
      </w:tr>
    </w:tbl>
    <w:p w14:paraId="7B72AF00" w14:textId="77777777" w:rsidR="00511DFB" w:rsidRPr="00511DFB" w:rsidRDefault="00511DFB" w:rsidP="00511DFB">
      <w:pPr>
        <w:jc w:val="center"/>
        <w:rPr>
          <w:noProof/>
          <w:lang w:val="pl-PL"/>
        </w:rPr>
      </w:pPr>
      <w:r w:rsidRPr="00511DFB">
        <w:rPr>
          <w:b/>
          <w:noProof/>
          <w:lang w:val="pl-PL"/>
        </w:rPr>
        <w:t>§ 6</w:t>
      </w:r>
    </w:p>
    <w:p w14:paraId="79B08736" w14:textId="77777777" w:rsidR="00511DFB" w:rsidRPr="00511DFB" w:rsidRDefault="00511DFB" w:rsidP="00511DFB">
      <w:pPr>
        <w:jc w:val="center"/>
        <w:rPr>
          <w:noProof/>
          <w:lang w:val="pl-PL"/>
        </w:rPr>
      </w:pPr>
      <w:r w:rsidRPr="00511DFB">
        <w:rPr>
          <w:b/>
          <w:noProof/>
          <w:lang w:val="pl-PL"/>
        </w:rPr>
        <w:t>Ustalenia komisji</w:t>
      </w:r>
    </w:p>
    <w:p w14:paraId="04401855" w14:textId="77777777" w:rsidR="00511DFB" w:rsidRPr="00511DFB" w:rsidRDefault="00511DFB" w:rsidP="00511DFB">
      <w:pPr>
        <w:tabs>
          <w:tab w:val="num" w:pos="360"/>
        </w:tabs>
        <w:contextualSpacing/>
        <w:rPr>
          <w:noProof/>
          <w:lang w:val="pl-PL"/>
        </w:rPr>
      </w:pPr>
      <w:r w:rsidRPr="00511DFB">
        <w:rPr>
          <w:noProof/>
          <w:lang w:val="pl-PL"/>
        </w:rPr>
        <w:t>Komisja stwierdza, że roboty zostały wykonane zgodnie / niezgodnie z umową, dokumentacją projektową, Programem Funkcjonalno-Użytkowym, przepisami prawa oraz zasadami wiedzy technicznej.*</w:t>
      </w:r>
    </w:p>
    <w:p w14:paraId="29F23625" w14:textId="77777777" w:rsidR="00511DFB" w:rsidRPr="00511DFB" w:rsidRDefault="00511DFB" w:rsidP="00511DFB">
      <w:pPr>
        <w:tabs>
          <w:tab w:val="num" w:pos="360"/>
        </w:tabs>
        <w:contextualSpacing/>
        <w:rPr>
          <w:noProof/>
          <w:lang w:val="pl-PL"/>
        </w:rPr>
      </w:pPr>
      <w:r w:rsidRPr="00511DFB">
        <w:rPr>
          <w:noProof/>
          <w:lang w:val="pl-PL"/>
        </w:rPr>
        <w:t>Komisja stwierdza, że roboty zostały wykonane w terminie / z opóźnieniem wynoszącym ………… dni.*</w:t>
      </w:r>
    </w:p>
    <w:p w14:paraId="4C13E4EF" w14:textId="77777777" w:rsidR="00511DFB" w:rsidRPr="00511DFB" w:rsidRDefault="00511DFB" w:rsidP="00511DFB">
      <w:pPr>
        <w:tabs>
          <w:tab w:val="num" w:pos="360"/>
        </w:tabs>
        <w:contextualSpacing/>
        <w:rPr>
          <w:noProof/>
          <w:lang w:val="pl-PL"/>
        </w:rPr>
      </w:pPr>
      <w:r w:rsidRPr="00511DFB">
        <w:rPr>
          <w:noProof/>
          <w:lang w:val="pl-PL"/>
        </w:rPr>
        <w:t>Komisja postanawia:</w:t>
      </w:r>
    </w:p>
    <w:p w14:paraId="32428735" w14:textId="77777777" w:rsidR="00511DFB" w:rsidRPr="00511DFB" w:rsidRDefault="00511DFB" w:rsidP="00511DFB">
      <w:pPr>
        <w:rPr>
          <w:noProof/>
          <w:lang w:val="pl-PL"/>
        </w:rPr>
      </w:pPr>
      <w:r w:rsidRPr="00511DFB">
        <w:rPr>
          <w:noProof/>
          <w:lang w:val="pl-PL"/>
        </w:rPr>
        <w:t>a) dokonać odbioru końcowego robót bez zastrzeżeń,</w:t>
      </w:r>
    </w:p>
    <w:p w14:paraId="3D49C2B0" w14:textId="77777777" w:rsidR="00511DFB" w:rsidRPr="00511DFB" w:rsidRDefault="00511DFB" w:rsidP="00511DFB">
      <w:pPr>
        <w:rPr>
          <w:noProof/>
          <w:lang w:val="pl-PL"/>
        </w:rPr>
      </w:pPr>
      <w:r w:rsidRPr="00511DFB">
        <w:rPr>
          <w:noProof/>
          <w:lang w:val="pl-PL"/>
        </w:rPr>
        <w:t>b) dokonać odbioru końcowego robót z obowiązkiem usunięcia wad wskazanych w § 5 w terminach tam określonych,</w:t>
      </w:r>
    </w:p>
    <w:p w14:paraId="51BEA9E3" w14:textId="77777777" w:rsidR="00511DFB" w:rsidRPr="00511DFB" w:rsidRDefault="00511DFB" w:rsidP="00511DFB">
      <w:pPr>
        <w:rPr>
          <w:noProof/>
          <w:lang w:val="pl-PL"/>
        </w:rPr>
      </w:pPr>
      <w:r w:rsidRPr="00511DFB">
        <w:rPr>
          <w:noProof/>
          <w:lang w:val="pl-PL"/>
        </w:rPr>
        <w:t>c) odmówić odbioru końcowego do czasu usunięcia wad uniemożliwiających dokonanie odbioru.*</w:t>
      </w:r>
    </w:p>
    <w:p w14:paraId="1A883C0A" w14:textId="77777777" w:rsidR="00511DFB" w:rsidRPr="00511DFB" w:rsidRDefault="00511DFB" w:rsidP="00511DFB">
      <w:pPr>
        <w:tabs>
          <w:tab w:val="num" w:pos="360"/>
        </w:tabs>
        <w:contextualSpacing/>
        <w:rPr>
          <w:noProof/>
          <w:lang w:val="pl-PL"/>
        </w:rPr>
      </w:pPr>
      <w:r w:rsidRPr="00511DFB">
        <w:rPr>
          <w:noProof/>
          <w:lang w:val="pl-PL"/>
        </w:rPr>
        <w:t>Data rozpoczęcia biegu gwarancji i rękojmi: ………………………….</w:t>
      </w:r>
    </w:p>
    <w:p w14:paraId="7774058D" w14:textId="77777777" w:rsidR="00511DFB" w:rsidRPr="00511DFB" w:rsidRDefault="00511DFB" w:rsidP="00511DFB">
      <w:pPr>
        <w:rPr>
          <w:noProof/>
          <w:lang w:val="pl-PL"/>
        </w:rPr>
      </w:pPr>
      <w:r w:rsidRPr="00511DFB">
        <w:rPr>
          <w:noProof/>
          <w:lang w:val="pl-PL"/>
        </w:rPr>
        <w:t>* niepotrzebne skreślić</w:t>
      </w:r>
    </w:p>
    <w:p w14:paraId="30CB1875" w14:textId="77777777" w:rsidR="00511DFB" w:rsidRPr="00511DFB" w:rsidRDefault="00511DFB" w:rsidP="00511DFB">
      <w:pPr>
        <w:jc w:val="center"/>
        <w:rPr>
          <w:noProof/>
          <w:lang w:val="pl-PL"/>
        </w:rPr>
      </w:pPr>
      <w:r w:rsidRPr="00511DFB">
        <w:rPr>
          <w:b/>
          <w:noProof/>
          <w:lang w:val="pl-PL"/>
        </w:rPr>
        <w:t>§ 7</w:t>
      </w:r>
    </w:p>
    <w:p w14:paraId="7A760895" w14:textId="77777777" w:rsidR="00511DFB" w:rsidRPr="00511DFB" w:rsidRDefault="00511DFB" w:rsidP="00511DFB">
      <w:pPr>
        <w:jc w:val="center"/>
        <w:rPr>
          <w:noProof/>
          <w:lang w:val="pl-PL"/>
        </w:rPr>
      </w:pPr>
      <w:r w:rsidRPr="00511DFB">
        <w:rPr>
          <w:b/>
          <w:noProof/>
          <w:lang w:val="pl-PL"/>
        </w:rPr>
        <w:t>Postanowienia końcowe</w:t>
      </w:r>
    </w:p>
    <w:p w14:paraId="1D34324B" w14:textId="77777777" w:rsidR="00511DFB" w:rsidRPr="00511DFB" w:rsidRDefault="00511DFB" w:rsidP="00511DFB">
      <w:pPr>
        <w:tabs>
          <w:tab w:val="num" w:pos="360"/>
        </w:tabs>
        <w:contextualSpacing/>
        <w:rPr>
          <w:noProof/>
          <w:lang w:val="pl-PL"/>
        </w:rPr>
      </w:pPr>
      <w:r w:rsidRPr="00511DFB">
        <w:rPr>
          <w:noProof/>
          <w:lang w:val="pl-PL"/>
        </w:rPr>
        <w:t>Niniejszy protokół stanowi / nie stanowi podstawę do wystawienia faktury końcowej.*</w:t>
      </w:r>
    </w:p>
    <w:p w14:paraId="767A2BF4" w14:textId="77777777" w:rsidR="00511DFB" w:rsidRPr="00511DFB" w:rsidRDefault="00511DFB" w:rsidP="00511DFB">
      <w:pPr>
        <w:tabs>
          <w:tab w:val="num" w:pos="360"/>
        </w:tabs>
        <w:contextualSpacing/>
        <w:rPr>
          <w:noProof/>
          <w:lang w:val="pl-PL"/>
        </w:rPr>
      </w:pPr>
      <w:r w:rsidRPr="00511DFB">
        <w:rPr>
          <w:noProof/>
          <w:lang w:val="pl-PL"/>
        </w:rPr>
        <w:t>W przypadku stwierdzenia wad Wykonawca zobowiązuje się do ich usunięcia w terminach wskazanych w § 5.</w:t>
      </w:r>
    </w:p>
    <w:p w14:paraId="47F51F22" w14:textId="77777777" w:rsidR="00511DFB" w:rsidRPr="00511DFB" w:rsidRDefault="00511DFB" w:rsidP="00511DFB">
      <w:pPr>
        <w:tabs>
          <w:tab w:val="num" w:pos="360"/>
        </w:tabs>
        <w:contextualSpacing/>
        <w:rPr>
          <w:noProof/>
          <w:lang w:val="pl-PL"/>
        </w:rPr>
      </w:pPr>
      <w:r w:rsidRPr="00511DFB">
        <w:rPr>
          <w:noProof/>
          <w:lang w:val="pl-PL"/>
        </w:rPr>
        <w:t>Protokół sporządzono w ……… jednobrzmiących egzemplarzach.</w:t>
      </w:r>
    </w:p>
    <w:p w14:paraId="21B83FFC" w14:textId="77777777" w:rsidR="00511DFB" w:rsidRPr="00511DFB" w:rsidRDefault="00511DFB" w:rsidP="00511DFB">
      <w:pPr>
        <w:rPr>
          <w:noProof/>
          <w:lang w:val="pl-PL"/>
        </w:rPr>
      </w:pPr>
      <w:r w:rsidRPr="00511DFB">
        <w:rPr>
          <w:noProof/>
          <w:lang w:val="pl-PL"/>
        </w:rPr>
        <w:t>* niepotrzebne skreślić</w:t>
      </w:r>
    </w:p>
    <w:p w14:paraId="347B57DA" w14:textId="77777777" w:rsidR="00511DFB" w:rsidRPr="00511DFB" w:rsidRDefault="00511DFB" w:rsidP="00511DFB">
      <w:pPr>
        <w:rPr>
          <w:noProof/>
          <w:lang w:val="pl-PL"/>
        </w:rPr>
      </w:pPr>
    </w:p>
    <w:p w14:paraId="7AE60D99" w14:textId="77777777" w:rsidR="00511DFB" w:rsidRPr="00511DFB" w:rsidRDefault="00511DFB" w:rsidP="00511DFB">
      <w:pPr>
        <w:rPr>
          <w:noProof/>
          <w:lang w:val="pl-PL"/>
        </w:rPr>
      </w:pPr>
      <w:r w:rsidRPr="00511DFB">
        <w:rPr>
          <w:b/>
          <w:noProof/>
          <w:lang w:val="pl-PL"/>
        </w:rPr>
        <w:t>Podpisy Stron</w:t>
      </w:r>
    </w:p>
    <w:p w14:paraId="66A4AAC1" w14:textId="77777777" w:rsidR="00511DFB" w:rsidRPr="00511DFB" w:rsidRDefault="00511DFB" w:rsidP="00511DFB">
      <w:pPr>
        <w:rPr>
          <w:noProof/>
          <w:lang w:val="pl-PL"/>
        </w:rPr>
      </w:pPr>
    </w:p>
    <w:tbl>
      <w:tblPr>
        <w:tblStyle w:val="Tabela-Siatka"/>
        <w:tblW w:w="0" w:type="auto"/>
        <w:jc w:val="center"/>
        <w:tblLook w:val="04A0" w:firstRow="1" w:lastRow="0" w:firstColumn="1" w:lastColumn="0" w:noHBand="0" w:noVBand="1"/>
      </w:tblPr>
      <w:tblGrid>
        <w:gridCol w:w="4675"/>
        <w:gridCol w:w="4675"/>
      </w:tblGrid>
      <w:tr w:rsidR="00511DFB" w:rsidRPr="00511DFB" w14:paraId="0C292047" w14:textId="77777777" w:rsidTr="00C00F61">
        <w:trPr>
          <w:jc w:val="center"/>
        </w:trPr>
        <w:tc>
          <w:tcPr>
            <w:tcW w:w="4703" w:type="dxa"/>
            <w:vAlign w:val="center"/>
          </w:tcPr>
          <w:p w14:paraId="563797D6" w14:textId="77777777" w:rsidR="00511DFB" w:rsidRPr="00511DFB" w:rsidRDefault="00511DFB" w:rsidP="00511DFB">
            <w:pPr>
              <w:rPr>
                <w:noProof/>
                <w:lang w:val="pl-PL"/>
              </w:rPr>
            </w:pPr>
            <w:r w:rsidRPr="00511DFB">
              <w:rPr>
                <w:noProof/>
                <w:lang w:val="pl-PL"/>
              </w:rPr>
              <w:t>Zamawiający</w:t>
            </w:r>
          </w:p>
        </w:tc>
        <w:tc>
          <w:tcPr>
            <w:tcW w:w="4703" w:type="dxa"/>
            <w:vAlign w:val="center"/>
          </w:tcPr>
          <w:p w14:paraId="2DC8D1E6" w14:textId="77777777" w:rsidR="00511DFB" w:rsidRPr="00511DFB" w:rsidRDefault="00511DFB" w:rsidP="00511DFB">
            <w:pPr>
              <w:rPr>
                <w:noProof/>
                <w:lang w:val="pl-PL"/>
              </w:rPr>
            </w:pPr>
            <w:r w:rsidRPr="00511DFB">
              <w:rPr>
                <w:noProof/>
                <w:lang w:val="pl-PL"/>
              </w:rPr>
              <w:t>Wykonawca</w:t>
            </w:r>
          </w:p>
        </w:tc>
      </w:tr>
      <w:tr w:rsidR="00511DFB" w:rsidRPr="00511DFB" w14:paraId="47236A10" w14:textId="77777777" w:rsidTr="00C00F61">
        <w:trPr>
          <w:jc w:val="center"/>
        </w:trPr>
        <w:tc>
          <w:tcPr>
            <w:tcW w:w="4703" w:type="dxa"/>
            <w:vAlign w:val="center"/>
          </w:tcPr>
          <w:p w14:paraId="20C7EE5B" w14:textId="77777777" w:rsidR="00511DFB" w:rsidRPr="00511DFB" w:rsidRDefault="00511DFB" w:rsidP="00511DFB">
            <w:pPr>
              <w:rPr>
                <w:noProof/>
                <w:lang w:val="pl-PL"/>
              </w:rPr>
            </w:pPr>
            <w:r w:rsidRPr="00511DFB">
              <w:rPr>
                <w:noProof/>
                <w:lang w:val="pl-PL"/>
              </w:rPr>
              <w:br/>
            </w:r>
            <w:r w:rsidRPr="00511DFB">
              <w:rPr>
                <w:noProof/>
                <w:lang w:val="pl-PL"/>
              </w:rPr>
              <w:br/>
              <w:t>……………………………………</w:t>
            </w:r>
          </w:p>
        </w:tc>
        <w:tc>
          <w:tcPr>
            <w:tcW w:w="4703" w:type="dxa"/>
            <w:vAlign w:val="center"/>
          </w:tcPr>
          <w:p w14:paraId="310FD321" w14:textId="77777777" w:rsidR="00511DFB" w:rsidRPr="00511DFB" w:rsidRDefault="00511DFB" w:rsidP="00511DFB">
            <w:pPr>
              <w:rPr>
                <w:noProof/>
                <w:lang w:val="pl-PL"/>
              </w:rPr>
            </w:pPr>
            <w:r w:rsidRPr="00511DFB">
              <w:rPr>
                <w:noProof/>
                <w:lang w:val="pl-PL"/>
              </w:rPr>
              <w:br/>
            </w:r>
            <w:r w:rsidRPr="00511DFB">
              <w:rPr>
                <w:noProof/>
                <w:lang w:val="pl-PL"/>
              </w:rPr>
              <w:br/>
              <w:t>……………………………………</w:t>
            </w:r>
          </w:p>
        </w:tc>
      </w:tr>
    </w:tbl>
    <w:p w14:paraId="48B3157E" w14:textId="77777777" w:rsidR="00DE34C8" w:rsidRPr="002A31EB" w:rsidRDefault="00DE34C8" w:rsidP="00511DFB">
      <w:pPr>
        <w:jc w:val="center"/>
        <w:rPr>
          <w:bCs/>
          <w:noProof/>
          <w:lang w:val="pl-PL"/>
        </w:rPr>
      </w:pPr>
    </w:p>
    <w:sectPr w:rsidR="00DE34C8" w:rsidRPr="002A31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Symbol">
    <w:altName w:val="Segoe UI Symbol"/>
    <w:charset w:val="00"/>
    <w:family w:val="auto"/>
    <w:pitch w:val="variable"/>
    <w:sig w:usb0="800000AF" w:usb1="1001ECEA" w:usb2="00000000" w:usb3="00000000" w:csb0="8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6"/>
    <w:multiLevelType w:val="multilevel"/>
    <w:tmpl w:val="00000006"/>
    <w:lvl w:ilvl="0">
      <w:start w:val="1"/>
      <w:numFmt w:val="decimal"/>
      <w:lvlText w:val=" %1."/>
      <w:lvlJc w:val="left"/>
      <w:pPr>
        <w:tabs>
          <w:tab w:val="left" w:pos="720"/>
        </w:tabs>
        <w:ind w:left="720" w:hanging="360"/>
      </w:pPr>
      <w:rPr>
        <w:rFonts w:ascii="Verdana" w:hAnsi="Verdana"/>
        <w:b w:val="0"/>
        <w:sz w:val="20"/>
        <w:szCs w:val="20"/>
      </w:rPr>
    </w:lvl>
    <w:lvl w:ilvl="1">
      <w:start w:val="1"/>
      <w:numFmt w:val="decimal"/>
      <w:lvlText w:val="%2."/>
      <w:lvlJc w:val="left"/>
      <w:pPr>
        <w:ind w:left="644" w:hanging="360"/>
      </w:pPr>
    </w:lvl>
    <w:lvl w:ilvl="2">
      <w:start w:val="1"/>
      <w:numFmt w:val="lowerRoman"/>
      <w:lvlText w:val="%3."/>
      <w:lvlJc w:val="right"/>
      <w:pPr>
        <w:tabs>
          <w:tab w:val="left" w:pos="1440"/>
        </w:tabs>
        <w:ind w:left="1440" w:hanging="360"/>
      </w:p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10" w15:restartNumberingAfterBreak="0">
    <w:nsid w:val="043F241D"/>
    <w:multiLevelType w:val="hybridMultilevel"/>
    <w:tmpl w:val="343E7E6C"/>
    <w:lvl w:ilvl="0" w:tplc="611E2F9C">
      <w:start w:val="1"/>
      <w:numFmt w:val="lowerLetter"/>
      <w:lvlText w:val="%1)"/>
      <w:lvlJc w:val="left"/>
      <w:pPr>
        <w:ind w:left="720" w:hanging="360"/>
      </w:pPr>
      <w:rPr>
        <w:rFonts w:ascii="Arial" w:eastAsia="Arial" w:hAnsi="Arial" w:cs="Arial" w:hint="default"/>
        <w:w w:val="99"/>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094904"/>
    <w:multiLevelType w:val="multilevel"/>
    <w:tmpl w:val="11094904"/>
    <w:lvl w:ilvl="0">
      <w:start w:val="1"/>
      <w:numFmt w:val="decimal"/>
      <w:lvlText w:val="%1."/>
      <w:lvlJc w:val="left"/>
      <w:pPr>
        <w:ind w:left="360" w:hanging="360"/>
      </w:pPr>
      <w:rPr>
        <w:rFonts w:ascii="Arial" w:hAnsi="Arial" w:cs="Arial" w:hint="default"/>
        <w:sz w:val="18"/>
        <w:szCs w:val="18"/>
      </w:rPr>
    </w:lvl>
    <w:lvl w:ilvl="1">
      <w:start w:val="1"/>
      <w:numFmt w:val="decimal"/>
      <w:lvlText w:val="%1.%2."/>
      <w:lvlJc w:val="left"/>
      <w:pPr>
        <w:ind w:left="12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A3F0863"/>
    <w:multiLevelType w:val="hybridMultilevel"/>
    <w:tmpl w:val="4308F282"/>
    <w:lvl w:ilvl="0" w:tplc="E9AAD99E">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1B042387"/>
    <w:multiLevelType w:val="multilevel"/>
    <w:tmpl w:val="D3585D7C"/>
    <w:lvl w:ilvl="0">
      <w:start w:val="1"/>
      <w:numFmt w:val="decimal"/>
      <w:lvlText w:val="%1)"/>
      <w:lvlJc w:val="left"/>
      <w:pPr>
        <w:tabs>
          <w:tab w:val="num" w:pos="0"/>
        </w:tabs>
        <w:ind w:left="0" w:hanging="360"/>
      </w:pPr>
      <w:rPr>
        <w:rFonts w:hint="default"/>
        <w:b w:val="0"/>
        <w:bCs/>
      </w:rPr>
    </w:lvl>
    <w:lvl w:ilvl="1">
      <w:start w:val="1"/>
      <w:numFmt w:val="lowerLetter"/>
      <w:lvlText w:val="%2)"/>
      <w:lvlJc w:val="left"/>
      <w:pPr>
        <w:tabs>
          <w:tab w:val="num" w:pos="360"/>
        </w:tabs>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5" w15:restartNumberingAfterBreak="0">
    <w:nsid w:val="373401C9"/>
    <w:multiLevelType w:val="multilevel"/>
    <w:tmpl w:val="E85CA65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180640"/>
    <w:multiLevelType w:val="multilevel"/>
    <w:tmpl w:val="3918064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5022686"/>
    <w:multiLevelType w:val="multilevel"/>
    <w:tmpl w:val="E5883F8E"/>
    <w:lvl w:ilvl="0">
      <w:start w:val="1"/>
      <w:numFmt w:val="decimal"/>
      <w:lvlText w:val="%1."/>
      <w:lvlJc w:val="left"/>
      <w:pPr>
        <w:tabs>
          <w:tab w:val="left" w:pos="720"/>
        </w:tabs>
        <w:ind w:left="720" w:hanging="360"/>
      </w:pPr>
      <w:rPr>
        <w:rFonts w:hint="default"/>
        <w:b w:val="0"/>
        <w:bCs/>
        <w:sz w:val="18"/>
        <w:szCs w:val="1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54D839BC"/>
    <w:multiLevelType w:val="hybridMultilevel"/>
    <w:tmpl w:val="AA74AE4E"/>
    <w:lvl w:ilvl="0" w:tplc="90546CE0">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883C60"/>
    <w:multiLevelType w:val="hybridMultilevel"/>
    <w:tmpl w:val="1A6AC9DC"/>
    <w:lvl w:ilvl="0" w:tplc="518A6F34">
      <w:start w:val="1"/>
      <w:numFmt w:val="decimal"/>
      <w:lvlText w:val="24.%1."/>
      <w:lvlJc w:val="left"/>
      <w:pPr>
        <w:ind w:left="1004" w:hanging="360"/>
      </w:pPr>
      <w:rPr>
        <w:rFonts w:ascii="Arial" w:hAnsi="Arial" w:cs="Arial" w:hint="default"/>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5BE47378"/>
    <w:multiLevelType w:val="multilevel"/>
    <w:tmpl w:val="15C0BE1C"/>
    <w:lvl w:ilvl="0">
      <w:start w:val="1"/>
      <w:numFmt w:val="decimal"/>
      <w:pStyle w:val="Listapunktowana"/>
      <w:lvlText w:val="%1)"/>
      <w:lvlJc w:val="left"/>
      <w:pPr>
        <w:tabs>
          <w:tab w:val="num" w:pos="0"/>
        </w:tabs>
        <w:ind w:left="0" w:hanging="360"/>
      </w:pPr>
    </w:lvl>
    <w:lvl w:ilvl="1">
      <w:start w:val="1"/>
      <w:numFmt w:val="lowerLetter"/>
      <w:lvlText w:val="%2)"/>
      <w:lvlJc w:val="left"/>
      <w:pPr>
        <w:tabs>
          <w:tab w:val="num" w:pos="360"/>
        </w:tabs>
        <w:ind w:left="3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CB1428"/>
    <w:multiLevelType w:val="hybridMultilevel"/>
    <w:tmpl w:val="23F6E346"/>
    <w:lvl w:ilvl="0" w:tplc="3D68092C">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3" w15:restartNumberingAfterBreak="0">
    <w:nsid w:val="61AA785D"/>
    <w:multiLevelType w:val="hybridMultilevel"/>
    <w:tmpl w:val="9C04CFA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64F97121"/>
    <w:multiLevelType w:val="multilevel"/>
    <w:tmpl w:val="D17AC6C6"/>
    <w:lvl w:ilvl="0">
      <w:start w:val="1"/>
      <w:numFmt w:val="decimal"/>
      <w:lvlText w:val="%1)"/>
      <w:lvlJc w:val="left"/>
      <w:pPr>
        <w:ind w:left="360" w:hanging="360"/>
      </w:pPr>
      <w:rPr>
        <w:rFonts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8A41C95"/>
    <w:multiLevelType w:val="hybridMultilevel"/>
    <w:tmpl w:val="799A9B76"/>
    <w:lvl w:ilvl="0" w:tplc="611E2F9C">
      <w:start w:val="1"/>
      <w:numFmt w:val="lowerLetter"/>
      <w:lvlText w:val="%1)"/>
      <w:lvlJc w:val="left"/>
      <w:pPr>
        <w:ind w:left="720" w:hanging="360"/>
      </w:pPr>
      <w:rPr>
        <w:rFonts w:ascii="Arial" w:eastAsia="Arial" w:hAnsi="Arial" w:cs="Arial" w:hint="default"/>
        <w:w w:val="99"/>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4207959">
    <w:abstractNumId w:val="21"/>
    <w:lvlOverride w:ilvl="0">
      <w:startOverride w:val="1"/>
    </w:lvlOverride>
  </w:num>
  <w:num w:numId="2" w16cid:durableId="281813779">
    <w:abstractNumId w:val="21"/>
    <w:lvlOverride w:ilvl="0">
      <w:startOverride w:val="1"/>
    </w:lvlOverride>
  </w:num>
  <w:num w:numId="3" w16cid:durableId="658463808">
    <w:abstractNumId w:val="21"/>
    <w:lvlOverride w:ilvl="0">
      <w:startOverride w:val="1"/>
    </w:lvlOverride>
  </w:num>
  <w:num w:numId="4" w16cid:durableId="1270118471">
    <w:abstractNumId w:val="21"/>
    <w:lvlOverride w:ilvl="0">
      <w:startOverride w:val="1"/>
    </w:lvlOverride>
  </w:num>
  <w:num w:numId="5" w16cid:durableId="921257485">
    <w:abstractNumId w:val="21"/>
  </w:num>
  <w:num w:numId="6" w16cid:durableId="1407416957">
    <w:abstractNumId w:val="21"/>
    <w:lvlOverride w:ilvl="0">
      <w:startOverride w:val="1"/>
    </w:lvlOverride>
  </w:num>
  <w:num w:numId="7" w16cid:durableId="178399783">
    <w:abstractNumId w:val="21"/>
    <w:lvlOverride w:ilvl="0">
      <w:startOverride w:val="1"/>
    </w:lvlOverride>
  </w:num>
  <w:num w:numId="8" w16cid:durableId="444738645">
    <w:abstractNumId w:val="21"/>
    <w:lvlOverride w:ilvl="0">
      <w:startOverride w:val="1"/>
    </w:lvlOverride>
  </w:num>
  <w:num w:numId="9" w16cid:durableId="1746032329">
    <w:abstractNumId w:val="21"/>
    <w:lvlOverride w:ilvl="0">
      <w:startOverride w:val="1"/>
    </w:lvlOverride>
  </w:num>
  <w:num w:numId="10" w16cid:durableId="1125391119">
    <w:abstractNumId w:val="21"/>
  </w:num>
  <w:num w:numId="11" w16cid:durableId="1443259765">
    <w:abstractNumId w:val="21"/>
    <w:lvlOverride w:ilvl="0">
      <w:startOverride w:val="1"/>
    </w:lvlOverride>
  </w:num>
  <w:num w:numId="12" w16cid:durableId="2093119274">
    <w:abstractNumId w:val="21"/>
    <w:lvlOverride w:ilvl="0">
      <w:startOverride w:val="1"/>
    </w:lvlOverride>
  </w:num>
  <w:num w:numId="13" w16cid:durableId="611591622">
    <w:abstractNumId w:val="21"/>
    <w:lvlOverride w:ilvl="0">
      <w:startOverride w:val="1"/>
    </w:lvlOverride>
  </w:num>
  <w:num w:numId="14" w16cid:durableId="2114782726">
    <w:abstractNumId w:val="21"/>
    <w:lvlOverride w:ilvl="0">
      <w:startOverride w:val="1"/>
    </w:lvlOverride>
  </w:num>
  <w:num w:numId="15" w16cid:durableId="2114664119">
    <w:abstractNumId w:val="21"/>
    <w:lvlOverride w:ilvl="0">
      <w:startOverride w:val="1"/>
    </w:lvlOverride>
  </w:num>
  <w:num w:numId="16" w16cid:durableId="766389256">
    <w:abstractNumId w:val="21"/>
    <w:lvlOverride w:ilvl="0">
      <w:startOverride w:val="1"/>
    </w:lvlOverride>
  </w:num>
  <w:num w:numId="17" w16cid:durableId="1241789222">
    <w:abstractNumId w:val="21"/>
    <w:lvlOverride w:ilvl="0">
      <w:startOverride w:val="1"/>
    </w:lvlOverride>
  </w:num>
  <w:num w:numId="18" w16cid:durableId="1989287826">
    <w:abstractNumId w:val="21"/>
  </w:num>
  <w:num w:numId="19" w16cid:durableId="1194269785">
    <w:abstractNumId w:val="21"/>
    <w:lvlOverride w:ilvl="0">
      <w:startOverride w:val="1"/>
    </w:lvlOverride>
  </w:num>
  <w:num w:numId="20" w16cid:durableId="180164028">
    <w:abstractNumId w:val="21"/>
    <w:lvlOverride w:ilvl="0">
      <w:startOverride w:val="1"/>
    </w:lvlOverride>
  </w:num>
  <w:num w:numId="21" w16cid:durableId="858615819">
    <w:abstractNumId w:val="21"/>
    <w:lvlOverride w:ilvl="0">
      <w:startOverride w:val="1"/>
    </w:lvlOverride>
  </w:num>
  <w:num w:numId="22" w16cid:durableId="626662035">
    <w:abstractNumId w:val="14"/>
  </w:num>
  <w:num w:numId="23" w16cid:durableId="1790972867">
    <w:abstractNumId w:val="19"/>
  </w:num>
  <w:num w:numId="24" w16cid:durableId="1373534156">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25" w16cid:durableId="664433984">
    <w:abstractNumId w:val="13"/>
  </w:num>
  <w:num w:numId="26" w16cid:durableId="1493567065">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584417674">
    <w:abstractNumId w:val="26"/>
  </w:num>
  <w:num w:numId="28" w16cid:durableId="1474710900">
    <w:abstractNumId w:val="15"/>
  </w:num>
  <w:num w:numId="29" w16cid:durableId="300842808">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1229922148">
    <w:abstractNumId w:val="17"/>
  </w:num>
  <w:num w:numId="31" w16cid:durableId="1563439910">
    <w:abstractNumId w:val="24"/>
  </w:num>
  <w:num w:numId="32" w16cid:durableId="290286671">
    <w:abstractNumId w:val="18"/>
  </w:num>
  <w:num w:numId="33" w16cid:durableId="466435255">
    <w:abstractNumId w:val="25"/>
  </w:num>
  <w:num w:numId="34" w16cid:durableId="923758949">
    <w:abstractNumId w:val="10"/>
  </w:num>
  <w:num w:numId="35" w16cid:durableId="869487051">
    <w:abstractNumId w:val="16"/>
  </w:num>
  <w:num w:numId="36" w16cid:durableId="1358191294">
    <w:abstractNumId w:val="11"/>
  </w:num>
  <w:num w:numId="37" w16cid:durableId="679157877">
    <w:abstractNumId w:val="9"/>
  </w:num>
  <w:num w:numId="38" w16cid:durableId="959579009">
    <w:abstractNumId w:val="22"/>
  </w:num>
  <w:num w:numId="39" w16cid:durableId="38630350">
    <w:abstractNumId w:val="12"/>
  </w:num>
  <w:num w:numId="40" w16cid:durableId="1447844485">
    <w:abstractNumId w:val="20"/>
  </w:num>
  <w:num w:numId="41" w16cid:durableId="4682857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4DE"/>
    <w:rsid w:val="00034616"/>
    <w:rsid w:val="0006063C"/>
    <w:rsid w:val="0015074B"/>
    <w:rsid w:val="0029639D"/>
    <w:rsid w:val="002A31EB"/>
    <w:rsid w:val="002B3381"/>
    <w:rsid w:val="00326F90"/>
    <w:rsid w:val="003973ED"/>
    <w:rsid w:val="003E208E"/>
    <w:rsid w:val="003F2351"/>
    <w:rsid w:val="00511DFB"/>
    <w:rsid w:val="005419DC"/>
    <w:rsid w:val="005C180C"/>
    <w:rsid w:val="00610B7D"/>
    <w:rsid w:val="00673FAD"/>
    <w:rsid w:val="006D44D9"/>
    <w:rsid w:val="006E5B58"/>
    <w:rsid w:val="007A506B"/>
    <w:rsid w:val="00856D03"/>
    <w:rsid w:val="00A11682"/>
    <w:rsid w:val="00AA1D8D"/>
    <w:rsid w:val="00AA7FA8"/>
    <w:rsid w:val="00AB0990"/>
    <w:rsid w:val="00B23747"/>
    <w:rsid w:val="00B47730"/>
    <w:rsid w:val="00B913FC"/>
    <w:rsid w:val="00C62D47"/>
    <w:rsid w:val="00CB0664"/>
    <w:rsid w:val="00CF1206"/>
    <w:rsid w:val="00DB1D0E"/>
    <w:rsid w:val="00DE34C8"/>
    <w:rsid w:val="00DF38B7"/>
    <w:rsid w:val="00E07A1B"/>
    <w:rsid w:val="00F369A1"/>
    <w:rsid w:val="00FA4E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4A5E0"/>
  <w14:defaultImageDpi w14:val="300"/>
  <w15:docId w15:val="{A8F70770-5456-4D8B-B0BC-1F0CD6D0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link w:val="AkapitzlistZnak"/>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0"/>
      </w:numPr>
      <w:contextualSpacing/>
    </w:pPr>
  </w:style>
  <w:style w:type="paragraph" w:styleId="Listapunktowana2">
    <w:name w:val="List Bullet 2"/>
    <w:basedOn w:val="Normalny"/>
    <w:uiPriority w:val="99"/>
    <w:unhideWhenUsed/>
    <w:rsid w:val="00326F90"/>
    <w:pPr>
      <w:tabs>
        <w:tab w:val="num" w:pos="0"/>
      </w:tabs>
      <w:ind w:hanging="360"/>
      <w:contextualSpacing/>
    </w:pPr>
  </w:style>
  <w:style w:type="paragraph" w:styleId="Listapunktowana3">
    <w:name w:val="List Bullet 3"/>
    <w:basedOn w:val="Normalny"/>
    <w:uiPriority w:val="99"/>
    <w:unhideWhenUsed/>
    <w:rsid w:val="00326F90"/>
    <w:pPr>
      <w:tabs>
        <w:tab w:val="num" w:pos="0"/>
      </w:tabs>
      <w:ind w:hanging="360"/>
      <w:contextualSpacing/>
    </w:pPr>
  </w:style>
  <w:style w:type="paragraph" w:styleId="Listanumerowana">
    <w:name w:val="List Number"/>
    <w:basedOn w:val="Normalny"/>
    <w:uiPriority w:val="99"/>
    <w:unhideWhenUsed/>
    <w:rsid w:val="00326F90"/>
    <w:pPr>
      <w:tabs>
        <w:tab w:val="num" w:pos="0"/>
      </w:tabs>
      <w:ind w:hanging="360"/>
      <w:contextualSpacing/>
    </w:pPr>
  </w:style>
  <w:style w:type="paragraph" w:styleId="Listanumerowana2">
    <w:name w:val="List Number 2"/>
    <w:basedOn w:val="Normalny"/>
    <w:uiPriority w:val="99"/>
    <w:unhideWhenUsed/>
    <w:rsid w:val="0029639D"/>
    <w:pPr>
      <w:tabs>
        <w:tab w:val="num" w:pos="0"/>
      </w:tabs>
      <w:ind w:hanging="360"/>
      <w:contextualSpacing/>
    </w:pPr>
  </w:style>
  <w:style w:type="paragraph" w:styleId="Listanumerowana3">
    <w:name w:val="List Number 3"/>
    <w:basedOn w:val="Normalny"/>
    <w:uiPriority w:val="99"/>
    <w:unhideWhenUsed/>
    <w:rsid w:val="0029639D"/>
    <w:pPr>
      <w:tabs>
        <w:tab w:val="num" w:pos="0"/>
      </w:tabs>
      <w:ind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34"/>
    <w:qFormat/>
    <w:rsid w:val="00AB0990"/>
    <w:rPr>
      <w:rFonts w:ascii="Arial" w:eastAsia="Arial" w:hAnsi="Arial"/>
      <w:sz w:val="18"/>
    </w:rPr>
  </w:style>
  <w:style w:type="paragraph" w:customStyle="1" w:styleId="Standard">
    <w:name w:val="Standard"/>
    <w:qFormat/>
    <w:rsid w:val="00B913FC"/>
    <w:pPr>
      <w:widowControl w:val="0"/>
      <w:spacing w:after="0" w:line="240" w:lineRule="auto"/>
    </w:pPr>
    <w:rPr>
      <w:rFonts w:ascii="Times New Roman" w:eastAsia="Times New Roman" w:hAnsi="Times New Roman" w:cs="Times New Roman"/>
      <w:snapToGrid w:val="0"/>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faktury@szpitalciechanow.com.pl" TargetMode="External"/><Relationship Id="rId3" Type="http://schemas.openxmlformats.org/officeDocument/2006/relationships/styles" Target="styles.xml"/><Relationship Id="rId7" Type="http://schemas.openxmlformats.org/officeDocument/2006/relationships/image" Target="https://szpitalciechanow.com.pl/templates/pcj-jzukim-green/images/footer/logo_mazowsze_stopka.png" TargetMode="External"/><Relationship Id="rId12" Type="http://schemas.openxmlformats.org/officeDocument/2006/relationships/hyperlink" Target="https://isap.sejm.gov.pl/isap.nsf/DocDetails.xsp?id=WDU2023000160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iod@szpitalciechanow.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15</Pages>
  <Words>7876</Words>
  <Characters>47260</Characters>
  <Application>Microsoft Office Word</Application>
  <DocSecurity>0</DocSecurity>
  <Lines>393</Lines>
  <Paragraphs>110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55026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26</cp:revision>
  <dcterms:created xsi:type="dcterms:W3CDTF">2026-03-10T07:31:00Z</dcterms:created>
  <dcterms:modified xsi:type="dcterms:W3CDTF">2026-03-10T11:17:00Z</dcterms:modified>
  <cp:category/>
</cp:coreProperties>
</file>