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BD320" w14:textId="77777777" w:rsidR="0039542D" w:rsidRDefault="0039542D" w:rsidP="0039542D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9396EB" wp14:editId="7FBAD22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41D9E" id="Grupa 3" o:spid="_x0000_s1026" style="position:absolute;margin-left:0;margin-top:.7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9" r:href="rId10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14:paraId="370F2EF1" w14:textId="77777777" w:rsidR="0039542D" w:rsidRDefault="0039542D" w:rsidP="0039542D">
      <w:pPr>
        <w:jc w:val="center"/>
      </w:pPr>
    </w:p>
    <w:p w14:paraId="5C88B5DB" w14:textId="77777777" w:rsidR="0039542D" w:rsidRDefault="0039542D" w:rsidP="0039542D">
      <w:pPr>
        <w:jc w:val="center"/>
        <w:rPr>
          <w:lang w:val="pl-PL"/>
        </w:rPr>
      </w:pPr>
    </w:p>
    <w:p w14:paraId="03B57864" w14:textId="77777777" w:rsidR="0039542D" w:rsidRDefault="0039542D" w:rsidP="0039542D">
      <w:pPr>
        <w:jc w:val="center"/>
        <w:rPr>
          <w:lang w:val="pl-PL"/>
        </w:rPr>
      </w:pPr>
    </w:p>
    <w:p w14:paraId="63D84208" w14:textId="77777777" w:rsidR="0039542D" w:rsidRDefault="0039542D" w:rsidP="0039542D">
      <w:pPr>
        <w:jc w:val="center"/>
        <w:rPr>
          <w:lang w:val="pl-PL"/>
        </w:rPr>
      </w:pPr>
    </w:p>
    <w:p w14:paraId="7A6A2576" w14:textId="77777777" w:rsidR="0039542D" w:rsidRDefault="0039542D" w:rsidP="0039542D">
      <w:pPr>
        <w:jc w:val="center"/>
        <w:rPr>
          <w:lang w:val="pl-PL"/>
        </w:rPr>
      </w:pPr>
    </w:p>
    <w:p w14:paraId="552C2A09" w14:textId="6B51D5E6" w:rsidR="0039542D" w:rsidRPr="005E2E2D" w:rsidRDefault="0039542D" w:rsidP="0039542D">
      <w:pPr>
        <w:rPr>
          <w:lang w:val="pl-PL"/>
        </w:rPr>
      </w:pPr>
      <w:r w:rsidRPr="005E2E2D">
        <w:rPr>
          <w:lang w:val="pl-PL"/>
        </w:rPr>
        <w:t xml:space="preserve">Załącznik nr </w:t>
      </w:r>
      <w:r>
        <w:rPr>
          <w:lang w:val="pl-PL"/>
        </w:rPr>
        <w:t>1</w:t>
      </w:r>
      <w:r w:rsidRPr="005E2E2D">
        <w:rPr>
          <w:lang w:val="pl-PL"/>
        </w:rPr>
        <w:t xml:space="preserve"> – </w:t>
      </w:r>
      <w:r>
        <w:rPr>
          <w:lang w:val="pl-PL"/>
        </w:rPr>
        <w:t xml:space="preserve">formularz ofertowy </w:t>
      </w:r>
    </w:p>
    <w:p w14:paraId="1A557303" w14:textId="77777777" w:rsidR="0039542D" w:rsidRPr="005E2E2D" w:rsidRDefault="0039542D" w:rsidP="0039542D">
      <w:pPr>
        <w:rPr>
          <w:lang w:val="pl-PL"/>
        </w:rPr>
      </w:pPr>
      <w:r w:rsidRPr="005E2E2D">
        <w:rPr>
          <w:lang w:val="pl-PL"/>
        </w:rPr>
        <w:t>do postępowania o udzielenie zamówienia publicznego</w:t>
      </w:r>
    </w:p>
    <w:p w14:paraId="5B2A0877" w14:textId="77777777" w:rsidR="0039542D" w:rsidRPr="005E2E2D" w:rsidRDefault="0039542D" w:rsidP="0039542D">
      <w:pPr>
        <w:spacing w:after="120"/>
        <w:rPr>
          <w:lang w:val="pl-PL"/>
        </w:rPr>
      </w:pPr>
      <w:r w:rsidRPr="005E2E2D">
        <w:rPr>
          <w:b/>
          <w:lang w:val="pl-PL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751BD493" w14:textId="77777777" w:rsidR="0087518E" w:rsidRPr="00E11FC9" w:rsidRDefault="00E11FC9">
      <w:pPr>
        <w:spacing w:after="200"/>
        <w:jc w:val="center"/>
        <w:rPr>
          <w:lang w:val="pl-PL"/>
        </w:rPr>
      </w:pPr>
      <w:r w:rsidRPr="00E11FC9">
        <w:rPr>
          <w:b/>
          <w:sz w:val="24"/>
          <w:lang w:val="pl-PL"/>
        </w:rPr>
        <w:t>O F E R T A</w:t>
      </w:r>
    </w:p>
    <w:p w14:paraId="47B70144" w14:textId="77777777" w:rsidR="0087518E" w:rsidRPr="00E11FC9" w:rsidRDefault="00E11FC9">
      <w:pPr>
        <w:spacing w:before="160" w:after="60"/>
        <w:rPr>
          <w:lang w:val="pl-PL"/>
        </w:rPr>
      </w:pPr>
      <w:r w:rsidRPr="00E11FC9">
        <w:rPr>
          <w:b/>
          <w:color w:val="1F4E79"/>
          <w:lang w:val="pl-PL"/>
        </w:rPr>
        <w:t>Dane wykonawcy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3431"/>
        <w:gridCol w:w="1795"/>
        <w:gridCol w:w="2313"/>
      </w:tblGrid>
      <w:tr w:rsidR="0087518E" w14:paraId="39B5BB89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2B85CE7" w14:textId="77777777" w:rsidR="0087518E" w:rsidRDefault="00E11FC9">
            <w:proofErr w:type="spellStart"/>
            <w:r>
              <w:rPr>
                <w:b/>
              </w:rPr>
              <w:t>Pełna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8562" w:type="dxa"/>
            <w:gridSpan w:val="3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5D0E389" w14:textId="77777777" w:rsidR="0087518E" w:rsidRDefault="0087518E"/>
        </w:tc>
      </w:tr>
      <w:tr w:rsidR="0087518E" w14:paraId="60DEC7F9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BE85C87" w14:textId="77777777" w:rsidR="0087518E" w:rsidRDefault="00E11FC9">
            <w:r>
              <w:rPr>
                <w:b/>
              </w:rPr>
              <w:t>Adres:</w:t>
            </w:r>
          </w:p>
        </w:tc>
        <w:tc>
          <w:tcPr>
            <w:tcW w:w="8562" w:type="dxa"/>
            <w:gridSpan w:val="3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C324DC7" w14:textId="77777777" w:rsidR="0087518E" w:rsidRDefault="0087518E"/>
        </w:tc>
      </w:tr>
      <w:tr w:rsidR="0087518E" w14:paraId="6D9E34D8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DAA7EE3" w14:textId="77777777" w:rsidR="0087518E" w:rsidRDefault="00E11FC9">
            <w:proofErr w:type="spellStart"/>
            <w:r>
              <w:rPr>
                <w:b/>
              </w:rPr>
              <w:t>Województwo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0D2A5BA" w14:textId="77777777" w:rsidR="0087518E" w:rsidRDefault="0087518E"/>
        </w:tc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C2CB38D" w14:textId="77777777" w:rsidR="0087518E" w:rsidRDefault="00E11FC9">
            <w:r>
              <w:rPr>
                <w:b/>
              </w:rPr>
              <w:t>NIP:</w:t>
            </w:r>
          </w:p>
        </w:tc>
        <w:tc>
          <w:tcPr>
            <w:tcW w:w="2665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9F1001D" w14:textId="77777777" w:rsidR="0087518E" w:rsidRDefault="0087518E"/>
        </w:tc>
      </w:tr>
      <w:tr w:rsidR="0087518E" w14:paraId="7B8A07FE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95E3A47" w14:textId="77777777" w:rsidR="0087518E" w:rsidRDefault="00E11FC9">
            <w:r>
              <w:rPr>
                <w:b/>
              </w:rPr>
              <w:t>REGON: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EEEA0B7" w14:textId="77777777" w:rsidR="0087518E" w:rsidRDefault="0087518E"/>
        </w:tc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3986E0B" w14:textId="77777777" w:rsidR="0087518E" w:rsidRDefault="00E11FC9">
            <w:r>
              <w:rPr>
                <w:b/>
              </w:rPr>
              <w:t>KRS / CEIDG:</w:t>
            </w:r>
          </w:p>
        </w:tc>
        <w:tc>
          <w:tcPr>
            <w:tcW w:w="2665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9C23C25" w14:textId="77777777" w:rsidR="0087518E" w:rsidRDefault="0087518E"/>
        </w:tc>
      </w:tr>
      <w:tr w:rsidR="0087518E" w14:paraId="1CE52D4F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9619015" w14:textId="77777777" w:rsidR="0087518E" w:rsidRDefault="00E11FC9">
            <w:r>
              <w:rPr>
                <w:b/>
              </w:rPr>
              <w:t>Strona www: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EE17CBA" w14:textId="77777777" w:rsidR="0087518E" w:rsidRDefault="0087518E"/>
        </w:tc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B7AB23B" w14:textId="77777777" w:rsidR="0087518E" w:rsidRDefault="00E11FC9">
            <w:r>
              <w:rPr>
                <w:b/>
              </w:rPr>
              <w:t>Adres e-mail:</w:t>
            </w:r>
          </w:p>
        </w:tc>
        <w:tc>
          <w:tcPr>
            <w:tcW w:w="2665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D143FEC" w14:textId="77777777" w:rsidR="0087518E" w:rsidRDefault="0087518E"/>
        </w:tc>
      </w:tr>
      <w:tr w:rsidR="0087518E" w14:paraId="73C0D9B4" w14:textId="77777777">
        <w:trPr>
          <w:jc w:val="center"/>
        </w:trPr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F07EABF" w14:textId="77777777" w:rsidR="0087518E" w:rsidRDefault="00E11FC9">
            <w:r>
              <w:rPr>
                <w:b/>
              </w:rPr>
              <w:t xml:space="preserve">Nr </w:t>
            </w:r>
            <w:proofErr w:type="spellStart"/>
            <w:r>
              <w:rPr>
                <w:b/>
              </w:rPr>
              <w:t>telefonu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DC559F6" w14:textId="77777777" w:rsidR="0087518E" w:rsidRDefault="0087518E"/>
        </w:tc>
        <w:tc>
          <w:tcPr>
            <w:tcW w:w="192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718EB29" w14:textId="77777777" w:rsidR="0087518E" w:rsidRDefault="00E11FC9">
            <w:r>
              <w:rPr>
                <w:b/>
              </w:rPr>
              <w:t xml:space="preserve">Osoba do </w:t>
            </w:r>
            <w:proofErr w:type="spellStart"/>
            <w:r>
              <w:rPr>
                <w:b/>
              </w:rPr>
              <w:t>kontaktu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2665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20277F5" w14:textId="77777777" w:rsidR="0087518E" w:rsidRDefault="0087518E"/>
        </w:tc>
      </w:tr>
    </w:tbl>
    <w:p w14:paraId="486CB737" w14:textId="77777777" w:rsidR="0087518E" w:rsidRDefault="00E11FC9">
      <w:pPr>
        <w:spacing w:before="160" w:after="60"/>
      </w:pPr>
      <w:proofErr w:type="spellStart"/>
      <w:r>
        <w:rPr>
          <w:b/>
          <w:color w:val="1F4E79"/>
        </w:rPr>
        <w:t>Informacje</w:t>
      </w:r>
      <w:proofErr w:type="spellEnd"/>
      <w:r>
        <w:rPr>
          <w:b/>
          <w:color w:val="1F4E79"/>
        </w:rPr>
        <w:t xml:space="preserve"> </w:t>
      </w:r>
      <w:proofErr w:type="spellStart"/>
      <w:r>
        <w:rPr>
          <w:b/>
          <w:color w:val="1F4E79"/>
        </w:rPr>
        <w:t>dotyczące</w:t>
      </w:r>
      <w:proofErr w:type="spellEnd"/>
      <w:r>
        <w:rPr>
          <w:b/>
          <w:color w:val="1F4E79"/>
        </w:rPr>
        <w:t xml:space="preserve"> </w:t>
      </w:r>
      <w:proofErr w:type="spellStart"/>
      <w:r>
        <w:rPr>
          <w:b/>
          <w:color w:val="1F4E79"/>
        </w:rPr>
        <w:t>oferty</w:t>
      </w:r>
      <w:proofErr w:type="spellEnd"/>
    </w:p>
    <w:p w14:paraId="0DBD9752" w14:textId="77777777" w:rsidR="0087518E" w:rsidRDefault="00E11FC9">
      <w:pPr>
        <w:spacing w:after="60"/>
      </w:pPr>
      <w:r>
        <w:rPr>
          <w:b/>
        </w:rPr>
        <w:t xml:space="preserve">A. Cena </w:t>
      </w:r>
      <w:proofErr w:type="spellStart"/>
      <w:r>
        <w:rPr>
          <w:b/>
        </w:rPr>
        <w:t>oferty</w:t>
      </w:r>
      <w:proofErr w:type="spellEnd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877"/>
        <w:gridCol w:w="1651"/>
        <w:gridCol w:w="1214"/>
        <w:gridCol w:w="1654"/>
      </w:tblGrid>
      <w:tr w:rsidR="0087518E" w14:paraId="6262C7CE" w14:textId="77777777">
        <w:trPr>
          <w:cantSplit/>
          <w:tblHeader/>
          <w:jc w:val="center"/>
        </w:trPr>
        <w:tc>
          <w:tcPr>
            <w:tcW w:w="5046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D62CC34" w14:textId="77777777" w:rsidR="0087518E" w:rsidRDefault="00E11FC9">
            <w:pPr>
              <w:jc w:val="center"/>
            </w:pPr>
            <w:proofErr w:type="spellStart"/>
            <w:r>
              <w:rPr>
                <w:b/>
                <w:color w:val="1F4E79"/>
              </w:rPr>
              <w:t>Pozycja</w:t>
            </w:r>
            <w:proofErr w:type="spellEnd"/>
          </w:p>
        </w:tc>
        <w:tc>
          <w:tcPr>
            <w:tcW w:w="1701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240AF33" w14:textId="77777777" w:rsidR="0087518E" w:rsidRDefault="00E11FC9">
            <w:pPr>
              <w:jc w:val="center"/>
            </w:pPr>
            <w:r>
              <w:rPr>
                <w:b/>
                <w:color w:val="1F4E79"/>
              </w:rPr>
              <w:t xml:space="preserve">Cena </w:t>
            </w:r>
            <w:proofErr w:type="spellStart"/>
            <w:r>
              <w:rPr>
                <w:b/>
                <w:color w:val="1F4E79"/>
              </w:rPr>
              <w:t>netto</w:t>
            </w:r>
            <w:proofErr w:type="spellEnd"/>
            <w:r>
              <w:rPr>
                <w:b/>
                <w:color w:val="1F4E79"/>
              </w:rPr>
              <w:br/>
              <w:t>PLN</w:t>
            </w:r>
          </w:p>
        </w:tc>
        <w:tc>
          <w:tcPr>
            <w:tcW w:w="1247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8DF5DE" w14:textId="77777777" w:rsidR="0087518E" w:rsidRDefault="00E11FC9">
            <w:pPr>
              <w:jc w:val="center"/>
            </w:pPr>
            <w:r>
              <w:rPr>
                <w:b/>
                <w:color w:val="1F4E79"/>
              </w:rPr>
              <w:t>VAT</w:t>
            </w:r>
          </w:p>
        </w:tc>
        <w:tc>
          <w:tcPr>
            <w:tcW w:w="1701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F1E2449" w14:textId="77777777" w:rsidR="0087518E" w:rsidRDefault="00E11FC9">
            <w:pPr>
              <w:jc w:val="center"/>
            </w:pPr>
            <w:r>
              <w:rPr>
                <w:b/>
                <w:color w:val="1F4E79"/>
              </w:rPr>
              <w:t xml:space="preserve">Cena </w:t>
            </w:r>
            <w:proofErr w:type="spellStart"/>
            <w:r>
              <w:rPr>
                <w:b/>
                <w:color w:val="1F4E79"/>
              </w:rPr>
              <w:t>brutto</w:t>
            </w:r>
            <w:proofErr w:type="spellEnd"/>
            <w:r>
              <w:rPr>
                <w:b/>
                <w:color w:val="1F4E79"/>
              </w:rPr>
              <w:br/>
              <w:t>PLN</w:t>
            </w:r>
          </w:p>
        </w:tc>
      </w:tr>
      <w:tr w:rsidR="0087518E" w:rsidRPr="0039542D" w14:paraId="6FED2DA2" w14:textId="77777777">
        <w:trPr>
          <w:jc w:val="center"/>
        </w:trPr>
        <w:tc>
          <w:tcPr>
            <w:tcW w:w="5046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2980806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b/>
                <w:lang w:val="pl-PL"/>
              </w:rPr>
              <w:t>Miesięczny ryczałt dzierżawy systemu parkingowego</w:t>
            </w:r>
          </w:p>
        </w:tc>
        <w:tc>
          <w:tcPr>
            <w:tcW w:w="170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D788E05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24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4ED265E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70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8E5B8BF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4EF75562" w14:textId="77777777">
        <w:trPr>
          <w:jc w:val="center"/>
        </w:trPr>
        <w:tc>
          <w:tcPr>
            <w:tcW w:w="5046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8FC8D2B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b/>
                <w:lang w:val="pl-PL"/>
              </w:rPr>
              <w:t>Łączna cena oferty za 60 miesięcy dzierżawy systemu parkingowego</w:t>
            </w:r>
          </w:p>
        </w:tc>
        <w:tc>
          <w:tcPr>
            <w:tcW w:w="1701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BC0AB6D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247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97D315C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701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2DBA289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</w:tbl>
    <w:p w14:paraId="019374DC" w14:textId="77777777" w:rsidR="0087518E" w:rsidRPr="00E11FC9" w:rsidRDefault="00E11FC9">
      <w:pPr>
        <w:spacing w:before="60" w:after="40"/>
        <w:rPr>
          <w:lang w:val="pl-PL"/>
        </w:rPr>
      </w:pPr>
      <w:r w:rsidRPr="00E11FC9">
        <w:rPr>
          <w:lang w:val="pl-PL"/>
        </w:rPr>
        <w:t xml:space="preserve">Cena oferty stanowi łączną cenę brutto za 60 miesięcy dzierżawy systemu parkingowego. </w:t>
      </w:r>
      <w:r w:rsidRPr="00E11FC9">
        <w:rPr>
          <w:b/>
          <w:lang w:val="pl-PL"/>
        </w:rPr>
        <w:t>Miesięczny ryczałt dzierżawy powinien uwzględniać również koszty etapu wdrożeniowego rozłożone w czasie trwania dzierżawy.</w:t>
      </w:r>
    </w:p>
    <w:p w14:paraId="10F6D0C0" w14:textId="77777777" w:rsidR="0087518E" w:rsidRPr="00E11FC9" w:rsidRDefault="00E11FC9">
      <w:pPr>
        <w:spacing w:before="160" w:after="60"/>
        <w:rPr>
          <w:lang w:val="pl-PL"/>
        </w:rPr>
      </w:pPr>
      <w:r w:rsidRPr="00E11FC9">
        <w:rPr>
          <w:b/>
          <w:color w:val="1F4E79"/>
          <w:lang w:val="pl-PL"/>
        </w:rPr>
        <w:t>B. Wykaz składników cenowych ceny oferty za okres 60 miesięcy</w:t>
      </w:r>
    </w:p>
    <w:p w14:paraId="67B30B66" w14:textId="77777777" w:rsidR="0087518E" w:rsidRPr="00E11FC9" w:rsidRDefault="00E11FC9">
      <w:pPr>
        <w:spacing w:after="80"/>
        <w:rPr>
          <w:lang w:val="pl-PL"/>
        </w:rPr>
      </w:pPr>
      <w:r w:rsidRPr="00E11FC9">
        <w:rPr>
          <w:lang w:val="pl-PL"/>
        </w:rPr>
        <w:t>Wykaz należy wypełnić przez wskazanie łącznych wartości netto i brutto poszczególnych składników ceny oferty za cały okres 60 miesięcy. W wykazie należy ująć także koszty dokumentacji projektowej i wykonawczej, robót budowlanych i instalacyjnych, montażu, konfiguracji, uruchomienia i integracji systemu oraz pozostałe koszty składające się na cenę oferty w okresie 60 miesięcy.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57"/>
        <w:gridCol w:w="5877"/>
        <w:gridCol w:w="1481"/>
        <w:gridCol w:w="1481"/>
      </w:tblGrid>
      <w:tr w:rsidR="0087518E" w:rsidRPr="0039542D" w14:paraId="46FDD719" w14:textId="77777777" w:rsidTr="00E11FC9">
        <w:trPr>
          <w:cantSplit/>
          <w:tblHeader/>
          <w:jc w:val="center"/>
        </w:trPr>
        <w:tc>
          <w:tcPr>
            <w:tcW w:w="557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AC92F7E" w14:textId="77777777" w:rsidR="0087518E" w:rsidRDefault="00E11FC9">
            <w:pPr>
              <w:jc w:val="center"/>
            </w:pPr>
            <w:proofErr w:type="spellStart"/>
            <w:r>
              <w:rPr>
                <w:b/>
                <w:color w:val="1F4E79"/>
              </w:rPr>
              <w:t>Lp</w:t>
            </w:r>
            <w:proofErr w:type="spellEnd"/>
            <w:r>
              <w:rPr>
                <w:b/>
                <w:color w:val="1F4E79"/>
              </w:rPr>
              <w:t>.</w:t>
            </w:r>
          </w:p>
        </w:tc>
        <w:tc>
          <w:tcPr>
            <w:tcW w:w="5877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32FD86D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Składnik ceny oferty za okres 60 miesięcy</w:t>
            </w:r>
          </w:p>
        </w:tc>
        <w:tc>
          <w:tcPr>
            <w:tcW w:w="1481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D8EBDC5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Wartość netto za 60 miesięcy</w:t>
            </w:r>
            <w:r w:rsidRPr="00E11FC9">
              <w:rPr>
                <w:lang w:val="pl-PL"/>
              </w:rPr>
              <w:br/>
              <w:t>PLN</w:t>
            </w:r>
          </w:p>
        </w:tc>
        <w:tc>
          <w:tcPr>
            <w:tcW w:w="1481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812DEE5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Wartość brutto za 60 miesięcy</w:t>
            </w:r>
            <w:r w:rsidRPr="00E11FC9">
              <w:rPr>
                <w:lang w:val="pl-PL"/>
              </w:rPr>
              <w:br/>
              <w:t>PLN</w:t>
            </w:r>
          </w:p>
        </w:tc>
      </w:tr>
      <w:tr w:rsidR="0087518E" w14:paraId="7FA664B3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331C71B" w14:textId="77777777" w:rsidR="0087518E" w:rsidRDefault="00E11FC9">
            <w:pPr>
              <w:jc w:val="center"/>
            </w:pPr>
            <w:r>
              <w:t>1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7B0154C" w14:textId="77777777" w:rsidR="0087518E" w:rsidRDefault="00E11FC9">
            <w:proofErr w:type="spellStart"/>
            <w:r>
              <w:t>Dokumentacja</w:t>
            </w:r>
            <w:proofErr w:type="spellEnd"/>
            <w:r>
              <w:t xml:space="preserve"> </w:t>
            </w:r>
            <w:proofErr w:type="spellStart"/>
            <w:r>
              <w:t>projektowa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wykonawcza</w:t>
            </w:r>
            <w:proofErr w:type="spellEnd"/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92DF12E" w14:textId="77777777" w:rsidR="0087518E" w:rsidRDefault="0087518E">
            <w:pPr>
              <w:jc w:val="center"/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28A5332" w14:textId="77777777" w:rsidR="0087518E" w:rsidRDefault="0087518E">
            <w:pPr>
              <w:jc w:val="center"/>
            </w:pPr>
          </w:p>
        </w:tc>
      </w:tr>
      <w:tr w:rsidR="0087518E" w:rsidRPr="0039542D" w14:paraId="2288D8F9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D72286E" w14:textId="77777777" w:rsidR="0087518E" w:rsidRDefault="00E11FC9">
            <w:pPr>
              <w:jc w:val="center"/>
            </w:pPr>
            <w:r>
              <w:t>2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F85D21D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Roboty budowlane i instalacyjne, okablowanie, montaż, uruchomienie i integracja systemu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BDA6752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4BA84E4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179605AC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6F8A07F" w14:textId="77777777" w:rsidR="0087518E" w:rsidRDefault="00E11FC9">
            <w:pPr>
              <w:jc w:val="center"/>
            </w:pPr>
            <w:r>
              <w:t>3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B321263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Centralne oprogramowanie zarządzające, licencje, baza danych, zdalny dostęp i API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AF82953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D5601F5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444BB997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1646016" w14:textId="77777777" w:rsidR="0087518E" w:rsidRDefault="00E11FC9">
            <w:pPr>
              <w:jc w:val="center"/>
            </w:pPr>
            <w:r>
              <w:t>4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2C72C92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Serwer centralny oraz infrastruktura sieciowa i teleinformatyczna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E05AB31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A853B95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4FCA3CDC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81BB65D" w14:textId="77777777" w:rsidR="0087518E" w:rsidRDefault="00E11FC9">
            <w:pPr>
              <w:jc w:val="center"/>
            </w:pPr>
            <w:r>
              <w:t>5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A2FE5D3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Terminale wjazdowe, wyjazdowe i abonamentowe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A90B9E7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D389C20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1F87C4C6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C8D9778" w14:textId="77777777" w:rsidR="0087518E" w:rsidRDefault="00E11FC9">
            <w:pPr>
              <w:jc w:val="center"/>
            </w:pPr>
            <w:r>
              <w:lastRenderedPageBreak/>
              <w:t>6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EF89E5F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Szlabany, pętle indukcyjne, detektory i urządzenia bezpieczeństwa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2E0A32A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EE05774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7086D892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694AC48" w14:textId="77777777" w:rsidR="0087518E" w:rsidRDefault="00E11FC9">
            <w:pPr>
              <w:jc w:val="center"/>
            </w:pPr>
            <w:r>
              <w:t>7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0A22385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Kamery LPR / OCR wraz z kontrolerami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739653A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FED5FF4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63477059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02F5D71" w14:textId="77777777" w:rsidR="0087518E" w:rsidRDefault="00E11FC9">
            <w:pPr>
              <w:jc w:val="center"/>
            </w:pPr>
            <w:r>
              <w:t>8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4206A07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Automatyczne kasy parkingowe oraz obsługa płatności bezgotówkowych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A906E4D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1E46D71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34657607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6AE008A" w14:textId="77777777" w:rsidR="0087518E" w:rsidRDefault="00E11FC9">
            <w:pPr>
              <w:jc w:val="center"/>
            </w:pPr>
            <w:r>
              <w:t>9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C5791CA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Wyświetlacze VMS, system SOS / domofonowy i pozostałe urządzenia terenowe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680BC2F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3C0540D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87518E" w:rsidRPr="0039542D" w14:paraId="068CCEE9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36DB566" w14:textId="77777777" w:rsidR="0087518E" w:rsidRDefault="00E11FC9">
            <w:pPr>
              <w:jc w:val="center"/>
            </w:pPr>
            <w:r>
              <w:t>10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2D4CF24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Serwis gwarancyjny, utrzymanie, przeglądy, aktualizacje i wsparcie techniczne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91B5DB1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9E5F8F5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  <w:tr w:rsidR="00E11FC9" w:rsidRPr="0039542D" w14:paraId="0965ADC4" w14:textId="77777777" w:rsidTr="00E11FC9">
        <w:trPr>
          <w:cantSplit/>
          <w:jc w:val="center"/>
        </w:trPr>
        <w:tc>
          <w:tcPr>
            <w:tcW w:w="55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F802426" w14:textId="3A5EDE44" w:rsidR="00E11FC9" w:rsidRPr="00E11FC9" w:rsidRDefault="00E11FC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587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1F7CFBF" w14:textId="214638AB" w:rsidR="00E11FC9" w:rsidRPr="00E11FC9" w:rsidRDefault="00E11FC9">
            <w:pPr>
              <w:rPr>
                <w:lang w:val="pl-PL"/>
              </w:rPr>
            </w:pPr>
            <w:r>
              <w:rPr>
                <w:lang w:val="pl-PL"/>
              </w:rPr>
              <w:t>Inne, niewymienione w pkt. 1-10 (proszę je wymienić)</w:t>
            </w: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AE9BBA9" w14:textId="77777777" w:rsidR="00E11FC9" w:rsidRPr="00E11FC9" w:rsidRDefault="00E11FC9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3D1242E" w14:textId="77777777" w:rsidR="00E11FC9" w:rsidRPr="00E11FC9" w:rsidRDefault="00E11FC9">
            <w:pPr>
              <w:jc w:val="center"/>
              <w:rPr>
                <w:lang w:val="pl-PL"/>
              </w:rPr>
            </w:pPr>
          </w:p>
        </w:tc>
      </w:tr>
      <w:tr w:rsidR="0087518E" w:rsidRPr="0039542D" w14:paraId="05F080D1" w14:textId="77777777" w:rsidTr="00E11FC9">
        <w:trPr>
          <w:cantSplit/>
          <w:jc w:val="center"/>
        </w:trPr>
        <w:tc>
          <w:tcPr>
            <w:tcW w:w="557" w:type="dxa"/>
            <w:shd w:val="clear" w:color="auto" w:fill="EDF3F9"/>
          </w:tcPr>
          <w:p w14:paraId="62EA7684" w14:textId="77777777" w:rsidR="0087518E" w:rsidRPr="00E11FC9" w:rsidRDefault="0087518E">
            <w:pPr>
              <w:rPr>
                <w:lang w:val="pl-PL"/>
              </w:rPr>
            </w:pPr>
          </w:p>
        </w:tc>
        <w:tc>
          <w:tcPr>
            <w:tcW w:w="5877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7D196CB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RAZEM cena oferty za 60 miesięcy</w:t>
            </w:r>
          </w:p>
        </w:tc>
        <w:tc>
          <w:tcPr>
            <w:tcW w:w="1481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E92D8B8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  <w:tc>
          <w:tcPr>
            <w:tcW w:w="1481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290BEB3" w14:textId="77777777" w:rsidR="0087518E" w:rsidRPr="00E11FC9" w:rsidRDefault="0087518E">
            <w:pPr>
              <w:jc w:val="center"/>
              <w:rPr>
                <w:lang w:val="pl-PL"/>
              </w:rPr>
            </w:pPr>
          </w:p>
        </w:tc>
      </w:tr>
    </w:tbl>
    <w:p w14:paraId="768A96B6" w14:textId="77777777" w:rsidR="0087518E" w:rsidRPr="00E11FC9" w:rsidRDefault="00E11FC9">
      <w:pPr>
        <w:spacing w:before="60" w:after="120"/>
        <w:rPr>
          <w:lang w:val="pl-PL"/>
        </w:rPr>
      </w:pPr>
      <w:r w:rsidRPr="00E11FC9">
        <w:rPr>
          <w:sz w:val="16"/>
          <w:lang w:val="pl-PL"/>
        </w:rPr>
        <w:t>Uwaga: suma wartości wskazanych powyżej musi być zgodna z łączną ceną oferty za 60 miesięcy dzierżawy systemu parkingowego podaną w tabeli „Cena oferty”. Przedstawiony wykaz składników cenowych stanowi element oferty.</w:t>
      </w:r>
    </w:p>
    <w:p w14:paraId="3DC4AB36" w14:textId="77777777" w:rsidR="0087518E" w:rsidRPr="00E11FC9" w:rsidRDefault="00E11FC9">
      <w:pPr>
        <w:spacing w:before="160" w:after="60"/>
        <w:rPr>
          <w:lang w:val="pl-PL"/>
        </w:rPr>
      </w:pPr>
      <w:r w:rsidRPr="00E11FC9">
        <w:rPr>
          <w:b/>
          <w:color w:val="1F4E79"/>
          <w:lang w:val="pl-PL"/>
        </w:rPr>
        <w:t>C. Informacje dotyczące kryteriów oceny ofert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493"/>
        <w:gridCol w:w="5903"/>
      </w:tblGrid>
      <w:tr w:rsidR="0087518E" w14:paraId="7DE70F52" w14:textId="77777777">
        <w:trPr>
          <w:cantSplit/>
          <w:tblHeader/>
          <w:jc w:val="center"/>
        </w:trPr>
        <w:tc>
          <w:tcPr>
            <w:tcW w:w="3969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CE8FEEC" w14:textId="77777777" w:rsidR="0087518E" w:rsidRDefault="00E11FC9">
            <w:pPr>
              <w:jc w:val="center"/>
            </w:pPr>
            <w:proofErr w:type="spellStart"/>
            <w:r>
              <w:rPr>
                <w:b/>
                <w:color w:val="1F4E79"/>
              </w:rPr>
              <w:t>Kryterium</w:t>
            </w:r>
            <w:proofErr w:type="spellEnd"/>
          </w:p>
        </w:tc>
        <w:tc>
          <w:tcPr>
            <w:tcW w:w="6520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1888870" w14:textId="77777777" w:rsidR="0087518E" w:rsidRDefault="00E11FC9">
            <w:pPr>
              <w:jc w:val="center"/>
            </w:pPr>
            <w:proofErr w:type="spellStart"/>
            <w:r>
              <w:rPr>
                <w:b/>
                <w:color w:val="1F4E79"/>
              </w:rPr>
              <w:t>Informacja</w:t>
            </w:r>
            <w:proofErr w:type="spellEnd"/>
            <w:r>
              <w:rPr>
                <w:b/>
                <w:color w:val="1F4E79"/>
              </w:rPr>
              <w:t xml:space="preserve"> </w:t>
            </w:r>
            <w:proofErr w:type="spellStart"/>
            <w:r>
              <w:rPr>
                <w:b/>
                <w:color w:val="1F4E79"/>
              </w:rPr>
              <w:t>podawana</w:t>
            </w:r>
            <w:proofErr w:type="spellEnd"/>
            <w:r>
              <w:rPr>
                <w:b/>
                <w:color w:val="1F4E79"/>
              </w:rPr>
              <w:t xml:space="preserve"> </w:t>
            </w:r>
            <w:proofErr w:type="spellStart"/>
            <w:r>
              <w:rPr>
                <w:b/>
                <w:color w:val="1F4E79"/>
              </w:rPr>
              <w:t>przez</w:t>
            </w:r>
            <w:proofErr w:type="spellEnd"/>
            <w:r>
              <w:rPr>
                <w:b/>
                <w:color w:val="1F4E79"/>
              </w:rPr>
              <w:t xml:space="preserve"> </w:t>
            </w:r>
            <w:proofErr w:type="spellStart"/>
            <w:r>
              <w:rPr>
                <w:b/>
                <w:color w:val="1F4E79"/>
              </w:rPr>
              <w:t>Wykonawcę</w:t>
            </w:r>
            <w:proofErr w:type="spellEnd"/>
          </w:p>
        </w:tc>
      </w:tr>
      <w:tr w:rsidR="0087518E" w:rsidRPr="0039542D" w14:paraId="2048B4F5" w14:textId="77777777">
        <w:trPr>
          <w:cantSplit/>
          <w:jc w:val="center"/>
        </w:trPr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443A671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b/>
                <w:lang w:val="pl-PL"/>
              </w:rPr>
              <w:t>Doświadczenie Kierownika wdrożenia systemu parkingowego / specjalisty ds. wdrożeń</w:t>
            </w:r>
          </w:p>
        </w:tc>
        <w:tc>
          <w:tcPr>
            <w:tcW w:w="6520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254F505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lang w:val="pl-PL"/>
              </w:rPr>
              <w:t>Do realizacji zamówienia kierujemy następującą osobę:</w:t>
            </w:r>
            <w:r w:rsidRPr="00E11FC9">
              <w:rPr>
                <w:lang w:val="pl-PL"/>
              </w:rPr>
              <w:br/>
              <w:t>Imię i nazwisko: ..............................................................</w:t>
            </w:r>
            <w:r w:rsidRPr="00E11FC9">
              <w:rPr>
                <w:lang w:val="pl-PL"/>
              </w:rPr>
              <w:br/>
              <w:t>Liczba realizacji porównywalnych zgłaszanych do oceny: ........................</w:t>
            </w:r>
            <w:r w:rsidRPr="00E11FC9">
              <w:rPr>
                <w:lang w:val="pl-PL"/>
              </w:rPr>
              <w:br/>
              <w:t>Szczegółowe informacje zawiera załączony wykaz realizacji wraz z dokumentami potwierdzającymi.</w:t>
            </w:r>
          </w:p>
        </w:tc>
      </w:tr>
      <w:tr w:rsidR="0087518E" w14:paraId="0E85780E" w14:textId="77777777">
        <w:trPr>
          <w:cantSplit/>
          <w:jc w:val="center"/>
        </w:trPr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052E350" w14:textId="77777777" w:rsidR="0087518E" w:rsidRPr="00E11FC9" w:rsidRDefault="00E11FC9">
            <w:pPr>
              <w:rPr>
                <w:lang w:val="pl-PL"/>
              </w:rPr>
            </w:pPr>
            <w:r w:rsidRPr="00E11FC9">
              <w:rPr>
                <w:b/>
                <w:lang w:val="pl-PL"/>
              </w:rPr>
              <w:t>Dodatkowy okres gwarancji jakości po zakończeniu 60-miesięcznego okresu dzierżawy</w:t>
            </w:r>
          </w:p>
        </w:tc>
        <w:tc>
          <w:tcPr>
            <w:tcW w:w="6520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6E73268" w14:textId="77777777" w:rsidR="0087518E" w:rsidRDefault="00E11FC9">
            <w:r w:rsidRPr="00E11FC9">
              <w:rPr>
                <w:lang w:val="pl-PL"/>
              </w:rPr>
              <w:t>Oferujemy dodatkowy okres gwarancji jakości na system parkingowy po zakończeniu 60-miesięcznego okresu dzierżawy w ilości: .......... miesięcy.</w:t>
            </w:r>
            <w:r w:rsidRPr="00E11FC9">
              <w:rPr>
                <w:lang w:val="pl-PL"/>
              </w:rPr>
              <w:br/>
            </w:r>
            <w:proofErr w:type="spellStart"/>
            <w:r>
              <w:t>Dopuszczalne</w:t>
            </w:r>
            <w:proofErr w:type="spellEnd"/>
            <w:r>
              <w:t xml:space="preserve"> </w:t>
            </w:r>
            <w:proofErr w:type="spellStart"/>
            <w:r>
              <w:t>wartości</w:t>
            </w:r>
            <w:proofErr w:type="spellEnd"/>
            <w:r>
              <w:t xml:space="preserve">: 0 </w:t>
            </w:r>
            <w:proofErr w:type="spellStart"/>
            <w:r>
              <w:t>miesięcy</w:t>
            </w:r>
            <w:proofErr w:type="spellEnd"/>
            <w:r>
              <w:t xml:space="preserve"> / 12 </w:t>
            </w:r>
            <w:proofErr w:type="spellStart"/>
            <w:r>
              <w:t>miesięcy</w:t>
            </w:r>
            <w:proofErr w:type="spellEnd"/>
            <w:r>
              <w:t xml:space="preserve"> / 24 </w:t>
            </w:r>
            <w:proofErr w:type="spellStart"/>
            <w:r>
              <w:t>miesiące</w:t>
            </w:r>
            <w:proofErr w:type="spellEnd"/>
            <w:r>
              <w:t>.</w:t>
            </w:r>
          </w:p>
        </w:tc>
      </w:tr>
    </w:tbl>
    <w:p w14:paraId="315B745F" w14:textId="77777777" w:rsidR="0087518E" w:rsidRDefault="00E11FC9">
      <w:pPr>
        <w:spacing w:before="160" w:after="60"/>
      </w:pPr>
      <w:r>
        <w:rPr>
          <w:b/>
          <w:color w:val="1F4E79"/>
        </w:rPr>
        <w:t xml:space="preserve">D. </w:t>
      </w:r>
      <w:proofErr w:type="spellStart"/>
      <w:r>
        <w:rPr>
          <w:b/>
          <w:color w:val="1F4E79"/>
        </w:rPr>
        <w:t>Podwykonawcy</w:t>
      </w:r>
      <w:proofErr w:type="spellEnd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03"/>
        <w:gridCol w:w="4093"/>
      </w:tblGrid>
      <w:tr w:rsidR="0087518E" w:rsidRPr="0039542D" w14:paraId="0E1CCD33" w14:textId="77777777">
        <w:trPr>
          <w:jc w:val="center"/>
        </w:trPr>
        <w:tc>
          <w:tcPr>
            <w:tcW w:w="5953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C8C3EB3" w14:textId="77777777" w:rsidR="0087518E" w:rsidRPr="00E11FC9" w:rsidRDefault="00E11FC9">
            <w:pPr>
              <w:jc w:val="center"/>
              <w:rPr>
                <w:lang w:val="pl-PL"/>
              </w:rPr>
            </w:pPr>
            <w:r w:rsidRPr="00E11FC9">
              <w:rPr>
                <w:b/>
                <w:color w:val="1F4E79"/>
                <w:lang w:val="pl-PL"/>
              </w:rPr>
              <w:t>Część zamówienia, której wykonanie Wykonawca zamierza powierzyć Podwykonawcy</w:t>
            </w:r>
          </w:p>
        </w:tc>
        <w:tc>
          <w:tcPr>
            <w:tcW w:w="4535" w:type="dxa"/>
            <w:shd w:val="clear" w:color="auto" w:fill="DCE6F1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B4E18DE" w14:textId="77777777" w:rsidR="0087518E" w:rsidRPr="00E11FC9" w:rsidRDefault="00E11FC9">
            <w:pPr>
              <w:jc w:val="center"/>
              <w:rPr>
                <w:lang w:val="pl-PL"/>
              </w:rPr>
            </w:pPr>
            <w:r w:rsidRPr="00E11FC9">
              <w:rPr>
                <w:b/>
                <w:color w:val="1F4E79"/>
                <w:lang w:val="pl-PL"/>
              </w:rPr>
              <w:t>Nazwa Podwykonawcy (jeżeli jest już znana)</w:t>
            </w:r>
          </w:p>
        </w:tc>
      </w:tr>
      <w:tr w:rsidR="0087518E" w:rsidRPr="0039542D" w14:paraId="305F3AE7" w14:textId="77777777">
        <w:trPr>
          <w:jc w:val="center"/>
        </w:trPr>
        <w:tc>
          <w:tcPr>
            <w:tcW w:w="5953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1F8DB1F" w14:textId="77777777" w:rsidR="0087518E" w:rsidRPr="00E11FC9" w:rsidRDefault="0087518E">
            <w:pPr>
              <w:rPr>
                <w:lang w:val="pl-PL"/>
              </w:rPr>
            </w:pPr>
          </w:p>
        </w:tc>
        <w:tc>
          <w:tcPr>
            <w:tcW w:w="4535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2FAF394" w14:textId="77777777" w:rsidR="0087518E" w:rsidRPr="00E11FC9" w:rsidRDefault="0087518E">
            <w:pPr>
              <w:rPr>
                <w:lang w:val="pl-PL"/>
              </w:rPr>
            </w:pPr>
          </w:p>
        </w:tc>
      </w:tr>
    </w:tbl>
    <w:p w14:paraId="50637AFF" w14:textId="77777777" w:rsidR="0087518E" w:rsidRPr="00E11FC9" w:rsidRDefault="00E11FC9">
      <w:pPr>
        <w:spacing w:before="160" w:after="60"/>
        <w:rPr>
          <w:lang w:val="pl-PL"/>
        </w:rPr>
      </w:pPr>
      <w:r w:rsidRPr="00E11FC9">
        <w:rPr>
          <w:b/>
          <w:color w:val="1F4E79"/>
          <w:lang w:val="pl-PL"/>
        </w:rPr>
        <w:t>E. Oświadczenia</w:t>
      </w:r>
    </w:p>
    <w:p w14:paraId="137262A1" w14:textId="77777777" w:rsidR="0087518E" w:rsidRPr="00E11FC9" w:rsidRDefault="00E11FC9">
      <w:pPr>
        <w:spacing w:after="20"/>
        <w:ind w:left="227" w:hanging="227"/>
        <w:rPr>
          <w:lang w:val="pl-PL"/>
        </w:rPr>
      </w:pPr>
      <w:r w:rsidRPr="00E11FC9">
        <w:rPr>
          <w:b/>
          <w:lang w:val="pl-PL"/>
        </w:rPr>
        <w:t xml:space="preserve">1) </w:t>
      </w:r>
      <w:r w:rsidRPr="00E11FC9">
        <w:rPr>
          <w:lang w:val="pl-PL"/>
        </w:rPr>
        <w:t>Zamówienie zostanie zrealizowane w terminach określonych w SWZ oraz we wzorze umowy.</w:t>
      </w:r>
    </w:p>
    <w:p w14:paraId="263E73BC" w14:textId="77777777" w:rsidR="0087518E" w:rsidRPr="00E11FC9" w:rsidRDefault="00E11FC9">
      <w:pPr>
        <w:spacing w:after="20"/>
        <w:ind w:left="227" w:hanging="227"/>
        <w:rPr>
          <w:lang w:val="pl-PL"/>
        </w:rPr>
      </w:pPr>
      <w:r w:rsidRPr="00E11FC9">
        <w:rPr>
          <w:b/>
          <w:lang w:val="pl-PL"/>
        </w:rPr>
        <w:t xml:space="preserve">2) </w:t>
      </w:r>
      <w:r w:rsidRPr="00E11FC9">
        <w:rPr>
          <w:lang w:val="pl-PL"/>
        </w:rPr>
        <w:t>W cenie naszej oferty zostały uwzględnione wszystkie koszty wykonania zamówienia, w tym koszty opracowania dokumentacji projektowej i wykonawczej, wykonania robót budowlanych i instalacyjnych, dostawy, montażu, konfiguracji, uruchomienia systemu, przeprowadzenia szkoleń, scenariuszy testowych, dzierżawy, serwisu gwarancyjnego i gwarancji jakości przez okres 60 miesięcy.</w:t>
      </w:r>
    </w:p>
    <w:p w14:paraId="44EAC472" w14:textId="77777777" w:rsidR="0087518E" w:rsidRPr="00E11FC9" w:rsidRDefault="00E11FC9">
      <w:pPr>
        <w:spacing w:after="20"/>
        <w:ind w:left="227" w:hanging="227"/>
        <w:rPr>
          <w:lang w:val="pl-PL"/>
        </w:rPr>
      </w:pPr>
      <w:r w:rsidRPr="00E11FC9">
        <w:rPr>
          <w:b/>
          <w:lang w:val="pl-PL"/>
        </w:rPr>
        <w:t xml:space="preserve">3) </w:t>
      </w:r>
      <w:r w:rsidRPr="00E11FC9">
        <w:rPr>
          <w:lang w:val="pl-PL"/>
        </w:rPr>
        <w:t>Zapoznałem się z SWZ oraz wzorem umowy i nie wnoszę do nich zastrzeżeń oraz przyjmuję warunki w nich zawarte.</w:t>
      </w:r>
    </w:p>
    <w:p w14:paraId="7D7F1863" w14:textId="77777777" w:rsidR="0087518E" w:rsidRPr="00E11FC9" w:rsidRDefault="00E11FC9">
      <w:pPr>
        <w:spacing w:after="20"/>
        <w:ind w:left="227" w:hanging="227"/>
        <w:rPr>
          <w:lang w:val="pl-PL"/>
        </w:rPr>
      </w:pPr>
      <w:r w:rsidRPr="00E11FC9">
        <w:rPr>
          <w:b/>
          <w:lang w:val="pl-PL"/>
        </w:rPr>
        <w:t xml:space="preserve">4) </w:t>
      </w:r>
      <w:r w:rsidRPr="00E11FC9">
        <w:rPr>
          <w:lang w:val="pl-PL"/>
        </w:rPr>
        <w:t>Akceptuję, iż zapłata wynagrodzenia następować będzie na zasadach określonych we wzorze umowy.</w:t>
      </w:r>
    </w:p>
    <w:p w14:paraId="0FD7790A" w14:textId="77777777" w:rsidR="0087518E" w:rsidRPr="00E11FC9" w:rsidRDefault="00E11FC9">
      <w:pPr>
        <w:spacing w:after="20"/>
        <w:ind w:left="227" w:hanging="227"/>
        <w:rPr>
          <w:lang w:val="pl-PL"/>
        </w:rPr>
      </w:pPr>
      <w:r w:rsidRPr="00E11FC9">
        <w:rPr>
          <w:b/>
          <w:lang w:val="pl-PL"/>
        </w:rPr>
        <w:t xml:space="preserve">5) </w:t>
      </w:r>
      <w:r w:rsidRPr="00E11FC9">
        <w:rPr>
          <w:lang w:val="pl-PL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E11FC9">
        <w:rPr>
          <w:lang w:val="pl-PL"/>
        </w:rPr>
        <w:t>t.j</w:t>
      </w:r>
      <w:proofErr w:type="spellEnd"/>
      <w:r w:rsidRPr="00E11FC9">
        <w:rPr>
          <w:lang w:val="pl-PL"/>
        </w:rPr>
        <w:t>. Dz. U. z 2024 r. poz. 507).</w:t>
      </w:r>
    </w:p>
    <w:p w14:paraId="584B3DD6" w14:textId="77777777" w:rsidR="0087518E" w:rsidRPr="00E11FC9" w:rsidRDefault="00E11FC9">
      <w:pPr>
        <w:spacing w:before="80" w:after="40"/>
        <w:rPr>
          <w:lang w:val="pl-PL"/>
        </w:rPr>
      </w:pPr>
      <w:r w:rsidRPr="00E11FC9">
        <w:rPr>
          <w:b/>
          <w:lang w:val="pl-PL"/>
        </w:rPr>
        <w:t>Informuję, że (zaznaczyć właściwe):</w:t>
      </w:r>
    </w:p>
    <w:p w14:paraId="59902657" w14:textId="77777777" w:rsidR="0087518E" w:rsidRPr="00E11FC9" w:rsidRDefault="00E11FC9">
      <w:pPr>
        <w:spacing w:after="20"/>
        <w:ind w:left="227"/>
        <w:rPr>
          <w:lang w:val="pl-PL"/>
        </w:rPr>
      </w:pPr>
      <w:proofErr w:type="gramStart"/>
      <w:r w:rsidRPr="00E11FC9">
        <w:rPr>
          <w:lang w:val="pl-PL"/>
        </w:rPr>
        <w:t>☐  wybór</w:t>
      </w:r>
      <w:proofErr w:type="gramEnd"/>
      <w:r w:rsidRPr="00E11FC9">
        <w:rPr>
          <w:lang w:val="pl-PL"/>
        </w:rPr>
        <w:t xml:space="preserve"> oferty nie będzie prowadzić do powstania u Zamawiającego obowiązku podatkowego;</w:t>
      </w:r>
    </w:p>
    <w:p w14:paraId="0A1BAB27" w14:textId="77777777" w:rsidR="0087518E" w:rsidRPr="00E11FC9" w:rsidRDefault="00E11FC9">
      <w:pPr>
        <w:spacing w:after="20"/>
        <w:ind w:left="227"/>
        <w:rPr>
          <w:lang w:val="pl-PL"/>
        </w:rPr>
      </w:pPr>
      <w:proofErr w:type="gramStart"/>
      <w:r w:rsidRPr="00E11FC9">
        <w:rPr>
          <w:lang w:val="pl-PL"/>
        </w:rPr>
        <w:t>☐  wybór</w:t>
      </w:r>
      <w:proofErr w:type="gramEnd"/>
      <w:r w:rsidRPr="00E11FC9">
        <w:rPr>
          <w:lang w:val="pl-PL"/>
        </w:rPr>
        <w:t xml:space="preserve"> oferty będzie prowadzić do powstania u Zamawiającego obowiązku podatkowego w odniesieniu do następujących towarów lub usług: ..................................................................................................................., których </w:t>
      </w:r>
      <w:r w:rsidRPr="00E11FC9">
        <w:rPr>
          <w:lang w:val="pl-PL"/>
        </w:rPr>
        <w:lastRenderedPageBreak/>
        <w:t>dostawa lub świadczenie będzie prowadzić do jego powstania. Wartość towaru lub usług powodująca obowiązek podatkowy u Zamawiającego to: ........................................................ zł netto.</w:t>
      </w:r>
    </w:p>
    <w:p w14:paraId="6281BEF3" w14:textId="77777777" w:rsidR="0087518E" w:rsidRPr="00E11FC9" w:rsidRDefault="00E11FC9">
      <w:pPr>
        <w:spacing w:after="60"/>
        <w:rPr>
          <w:lang w:val="pl-PL"/>
        </w:rPr>
      </w:pPr>
      <w:r w:rsidRPr="00E11FC9">
        <w:rPr>
          <w:sz w:val="16"/>
          <w:lang w:val="pl-PL"/>
        </w:rPr>
        <w:t>Uwaga: w przypadku, gdy Wykonawca nie zaznaczy żadnego z powyższych wariantów, Zamawiający przyjmie, że wybór oferty nie będzie prowadził do powstania obowiązku podatkowego po stronie Zamawiającego.</w:t>
      </w:r>
    </w:p>
    <w:p w14:paraId="26874A91" w14:textId="77777777" w:rsidR="0087518E" w:rsidRPr="00E11FC9" w:rsidRDefault="00E11FC9">
      <w:pPr>
        <w:spacing w:after="40"/>
        <w:rPr>
          <w:lang w:val="pl-PL"/>
        </w:rPr>
      </w:pPr>
      <w:r w:rsidRPr="00E11FC9">
        <w:rPr>
          <w:b/>
          <w:lang w:val="pl-PL"/>
        </w:rPr>
        <w:t>Oświadczam, że Wykonawca, którego reprezentuję (zaznaczyć właściwe):</w:t>
      </w:r>
    </w:p>
    <w:p w14:paraId="2F4471CC" w14:textId="77777777" w:rsidR="0087518E" w:rsidRPr="00E11FC9" w:rsidRDefault="00E11FC9">
      <w:pPr>
        <w:spacing w:after="20"/>
        <w:ind w:left="227"/>
        <w:rPr>
          <w:lang w:val="pl-PL"/>
        </w:rPr>
      </w:pPr>
      <w:proofErr w:type="gramStart"/>
      <w:r w:rsidRPr="00E11FC9">
        <w:rPr>
          <w:lang w:val="pl-PL"/>
        </w:rPr>
        <w:t>☐  jest</w:t>
      </w:r>
      <w:proofErr w:type="gramEnd"/>
      <w:r w:rsidRPr="00E11FC9">
        <w:rPr>
          <w:lang w:val="pl-PL"/>
        </w:rPr>
        <w:t xml:space="preserve"> mikroprzedsiębiorstwem,</w:t>
      </w:r>
    </w:p>
    <w:p w14:paraId="6FCE5FC5" w14:textId="77777777" w:rsidR="0087518E" w:rsidRPr="00E11FC9" w:rsidRDefault="00E11FC9">
      <w:pPr>
        <w:spacing w:after="20"/>
        <w:ind w:left="227"/>
        <w:rPr>
          <w:lang w:val="pl-PL"/>
        </w:rPr>
      </w:pPr>
      <w:proofErr w:type="gramStart"/>
      <w:r w:rsidRPr="00E11FC9">
        <w:rPr>
          <w:lang w:val="pl-PL"/>
        </w:rPr>
        <w:t>☐  jest</w:t>
      </w:r>
      <w:proofErr w:type="gramEnd"/>
      <w:r w:rsidRPr="00E11FC9">
        <w:rPr>
          <w:lang w:val="pl-PL"/>
        </w:rPr>
        <w:t xml:space="preserve"> małym przedsiębiorstwem,</w:t>
      </w:r>
    </w:p>
    <w:p w14:paraId="5B3CFF67" w14:textId="77777777" w:rsidR="0087518E" w:rsidRPr="00E11FC9" w:rsidRDefault="00E11FC9">
      <w:pPr>
        <w:spacing w:after="20"/>
        <w:ind w:left="227"/>
        <w:rPr>
          <w:lang w:val="pl-PL"/>
        </w:rPr>
      </w:pPr>
      <w:proofErr w:type="gramStart"/>
      <w:r w:rsidRPr="00E11FC9">
        <w:rPr>
          <w:lang w:val="pl-PL"/>
        </w:rPr>
        <w:t>☐  jest</w:t>
      </w:r>
      <w:proofErr w:type="gramEnd"/>
      <w:r w:rsidRPr="00E11FC9">
        <w:rPr>
          <w:lang w:val="pl-PL"/>
        </w:rPr>
        <w:t xml:space="preserve"> średnim przedsiębiorstwem.</w:t>
      </w:r>
    </w:p>
    <w:p w14:paraId="4E1EEF8E" w14:textId="77777777" w:rsidR="0087518E" w:rsidRPr="00E11FC9" w:rsidRDefault="00E11FC9">
      <w:pPr>
        <w:spacing w:after="20"/>
        <w:ind w:left="227"/>
        <w:rPr>
          <w:lang w:val="pl-PL"/>
        </w:rPr>
      </w:pPr>
      <w:r w:rsidRPr="00E11FC9">
        <w:rPr>
          <w:sz w:val="16"/>
          <w:lang w:val="pl-PL"/>
        </w:rPr>
        <w:t>Mikroprzedsiębiorstwo: przedsiębiorstwo, które zatrudnia mniej niż 10 osób i którego roczny obrót lub roczna suma bilansowa nie przekracza 2 milionów EUR.</w:t>
      </w:r>
    </w:p>
    <w:p w14:paraId="13D8EBF6" w14:textId="77777777" w:rsidR="0087518E" w:rsidRPr="00E11FC9" w:rsidRDefault="00E11FC9">
      <w:pPr>
        <w:spacing w:after="20"/>
        <w:ind w:left="227"/>
        <w:rPr>
          <w:lang w:val="pl-PL"/>
        </w:rPr>
      </w:pPr>
      <w:r w:rsidRPr="00E11FC9">
        <w:rPr>
          <w:sz w:val="16"/>
          <w:lang w:val="pl-PL"/>
        </w:rPr>
        <w:t>Małe przedsiębiorstwo: przedsiębiorstwo, które zatrudnia mniej niż 50 osób i którego roczny obrót lub roczna suma bilansowa nie przekracza 10 milionów EUR.</w:t>
      </w:r>
    </w:p>
    <w:p w14:paraId="03E0F9E3" w14:textId="77777777" w:rsidR="0087518E" w:rsidRPr="00E11FC9" w:rsidRDefault="00E11FC9">
      <w:pPr>
        <w:spacing w:after="20"/>
        <w:ind w:left="227"/>
        <w:rPr>
          <w:lang w:val="pl-PL"/>
        </w:rPr>
      </w:pPr>
      <w:r w:rsidRPr="00E11FC9">
        <w:rPr>
          <w:sz w:val="16"/>
          <w:lang w:val="pl-PL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68DF31CF" w14:textId="77777777" w:rsidR="0087518E" w:rsidRPr="00E11FC9" w:rsidRDefault="0087518E">
      <w:pPr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7518E" w:rsidRPr="0039542D" w14:paraId="2DECA5FE" w14:textId="77777777">
        <w:tc>
          <w:tcPr>
            <w:tcW w:w="1048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586C2D1" w14:textId="77777777" w:rsidR="0087518E" w:rsidRPr="00E11FC9" w:rsidRDefault="00E11FC9">
            <w:pPr>
              <w:jc w:val="center"/>
              <w:rPr>
                <w:lang w:val="pl-PL"/>
              </w:rPr>
            </w:pPr>
            <w:r w:rsidRPr="00E11FC9">
              <w:rPr>
                <w:lang w:val="pl-PL"/>
              </w:rPr>
              <w:t>Data; kwalifikowany podpis elektroniczny lub podpis zaufany lub podpis osobisty</w:t>
            </w:r>
          </w:p>
        </w:tc>
      </w:tr>
    </w:tbl>
    <w:p w14:paraId="6AA8C17C" w14:textId="77777777" w:rsidR="00E11FC9" w:rsidRPr="00E11FC9" w:rsidRDefault="00E11FC9">
      <w:pPr>
        <w:rPr>
          <w:lang w:val="pl-PL"/>
        </w:rPr>
      </w:pPr>
    </w:p>
    <w:sectPr w:rsidR="00E11FC9" w:rsidRPr="00E11FC9" w:rsidSect="0003461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77314885">
    <w:abstractNumId w:val="8"/>
  </w:num>
  <w:num w:numId="2" w16cid:durableId="547104787">
    <w:abstractNumId w:val="6"/>
  </w:num>
  <w:num w:numId="3" w16cid:durableId="1479877797">
    <w:abstractNumId w:val="5"/>
  </w:num>
  <w:num w:numId="4" w16cid:durableId="1762405530">
    <w:abstractNumId w:val="4"/>
  </w:num>
  <w:num w:numId="5" w16cid:durableId="806044237">
    <w:abstractNumId w:val="7"/>
  </w:num>
  <w:num w:numId="6" w16cid:durableId="211157491">
    <w:abstractNumId w:val="3"/>
  </w:num>
  <w:num w:numId="7" w16cid:durableId="557085610">
    <w:abstractNumId w:val="2"/>
  </w:num>
  <w:num w:numId="8" w16cid:durableId="317803854">
    <w:abstractNumId w:val="1"/>
  </w:num>
  <w:num w:numId="9" w16cid:durableId="1127504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542D"/>
    <w:rsid w:val="0039703B"/>
    <w:rsid w:val="0087518E"/>
    <w:rsid w:val="00AA1D8D"/>
    <w:rsid w:val="00B47730"/>
    <w:rsid w:val="00CB0664"/>
    <w:rsid w:val="00D2748D"/>
    <w:rsid w:val="00D30368"/>
    <w:rsid w:val="00D743FA"/>
    <w:rsid w:val="00E11FC9"/>
    <w:rsid w:val="00EC0EE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982453"/>
  <w14:defaultImageDpi w14:val="300"/>
  <w15:docId w15:val="{CD9BBF99-407C-4291-8B66-0CE11E51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pPr>
      <w:spacing w:after="0" w:line="240" w:lineRule="auto"/>
    </w:pPr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859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2</cp:revision>
  <dcterms:created xsi:type="dcterms:W3CDTF">2026-03-26T10:41:00Z</dcterms:created>
  <dcterms:modified xsi:type="dcterms:W3CDTF">2026-03-26T10:41:00Z</dcterms:modified>
  <cp:category/>
</cp:coreProperties>
</file>