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114F5" w14:textId="77777777" w:rsidR="00076917" w:rsidRPr="00076917" w:rsidRDefault="00076917" w:rsidP="00076917">
      <w:pPr>
        <w:spacing w:after="0" w:line="240" w:lineRule="auto"/>
        <w:jc w:val="center"/>
      </w:pPr>
      <w:r w:rsidRPr="00076917">
        <w:rPr>
          <w:b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F7D7FF0" wp14:editId="7CA1EB7B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5440679" cy="723066"/>
                <wp:effectExtent l="0" t="0" r="8255" b="20320"/>
                <wp:wrapNone/>
                <wp:docPr id="874022179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0679" cy="723066"/>
                          <a:chOff x="0" y="0"/>
                          <a:chExt cx="5440679" cy="723066"/>
                        </a:xfrm>
                      </wpg:grpSpPr>
                      <wpg:grpSp>
                        <wpg:cNvPr id="1473066381" name="Grupa 2"/>
                        <wpg:cNvGrpSpPr/>
                        <wpg:grpSpPr>
                          <a:xfrm>
                            <a:off x="0" y="156011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1296678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r:link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441101310" name="Łącznik prosty 1441101310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45709668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711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3CEC78" id="Grupa 3" o:spid="_x0000_s1026" style="position:absolute;margin-left:0;margin-top:.75pt;width:428.4pt;height:56.95pt;z-index:251659264;mso-position-horizontal:center;mso-position-horizontal-relative:margin" coordsize="54406,72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qm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">
                <v:group id="Grupa 2" o:spid="_x0000_s1027" style="position:absolute;top:1560;width:54406;height:5670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">
                    <v:imagedata r:id="rId9" r:href="rId10"/>
                  </v:shape>
                  <v:line id="Łącznik prosty 1441101310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6067;width:11099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">
                  <v:imagedata r:id="rId11" o:title="Wygenerowany obraz"/>
                </v:shape>
                <w10:wrap anchorx="margin"/>
              </v:group>
            </w:pict>
          </mc:Fallback>
        </mc:AlternateContent>
      </w:r>
    </w:p>
    <w:p w14:paraId="1BBDF135" w14:textId="77777777" w:rsidR="00076917" w:rsidRPr="00076917" w:rsidRDefault="00076917" w:rsidP="00076917">
      <w:pPr>
        <w:spacing w:after="0" w:line="240" w:lineRule="auto"/>
        <w:jc w:val="center"/>
      </w:pPr>
    </w:p>
    <w:p w14:paraId="60DB3327" w14:textId="77777777" w:rsidR="00076917" w:rsidRPr="00076917" w:rsidRDefault="00076917" w:rsidP="00076917">
      <w:pPr>
        <w:spacing w:after="0" w:line="240" w:lineRule="auto"/>
        <w:jc w:val="center"/>
        <w:rPr>
          <w:lang w:val="pl-PL"/>
        </w:rPr>
      </w:pPr>
    </w:p>
    <w:p w14:paraId="54464226" w14:textId="77777777" w:rsidR="00076917" w:rsidRPr="00076917" w:rsidRDefault="00076917" w:rsidP="00076917">
      <w:pPr>
        <w:spacing w:after="0" w:line="240" w:lineRule="auto"/>
        <w:jc w:val="center"/>
        <w:rPr>
          <w:lang w:val="pl-PL"/>
        </w:rPr>
      </w:pPr>
    </w:p>
    <w:p w14:paraId="2664839F" w14:textId="77777777" w:rsidR="00076917" w:rsidRPr="00076917" w:rsidRDefault="00076917" w:rsidP="00076917">
      <w:pPr>
        <w:spacing w:after="0" w:line="240" w:lineRule="auto"/>
        <w:jc w:val="center"/>
        <w:rPr>
          <w:lang w:val="pl-PL"/>
        </w:rPr>
      </w:pPr>
    </w:p>
    <w:p w14:paraId="791A401A" w14:textId="77777777" w:rsidR="00076917" w:rsidRPr="00076917" w:rsidRDefault="00076917" w:rsidP="00076917">
      <w:pPr>
        <w:spacing w:after="0" w:line="240" w:lineRule="auto"/>
        <w:jc w:val="center"/>
        <w:rPr>
          <w:lang w:val="pl-PL"/>
        </w:rPr>
      </w:pPr>
    </w:p>
    <w:p w14:paraId="7F1A2160" w14:textId="4F88752B" w:rsidR="00076917" w:rsidRPr="00076917" w:rsidRDefault="00076917" w:rsidP="00076917">
      <w:pPr>
        <w:spacing w:after="0" w:line="240" w:lineRule="auto"/>
        <w:rPr>
          <w:lang w:val="pl-PL"/>
        </w:rPr>
      </w:pPr>
      <w:r w:rsidRPr="00076917">
        <w:rPr>
          <w:lang w:val="pl-PL"/>
        </w:rPr>
        <w:t>Załącznik nr 1</w:t>
      </w:r>
      <w:r>
        <w:rPr>
          <w:lang w:val="pl-PL"/>
        </w:rPr>
        <w:t>b</w:t>
      </w:r>
      <w:r w:rsidRPr="00076917">
        <w:rPr>
          <w:lang w:val="pl-PL"/>
        </w:rPr>
        <w:t xml:space="preserve"> – </w:t>
      </w:r>
      <w:r>
        <w:rPr>
          <w:lang w:val="pl-PL"/>
        </w:rPr>
        <w:t>oświadczenie wykonawcy</w:t>
      </w:r>
      <w:r w:rsidRPr="00076917">
        <w:rPr>
          <w:lang w:val="pl-PL"/>
        </w:rPr>
        <w:t xml:space="preserve"> </w:t>
      </w:r>
    </w:p>
    <w:p w14:paraId="287F4A80" w14:textId="77777777" w:rsidR="00076917" w:rsidRPr="00076917" w:rsidRDefault="00076917" w:rsidP="00076917">
      <w:pPr>
        <w:spacing w:after="0" w:line="240" w:lineRule="auto"/>
        <w:rPr>
          <w:lang w:val="pl-PL"/>
        </w:rPr>
      </w:pPr>
      <w:r w:rsidRPr="00076917">
        <w:rPr>
          <w:lang w:val="pl-PL"/>
        </w:rPr>
        <w:t>do postępowania o udzielenie zamówienia publicznego</w:t>
      </w:r>
    </w:p>
    <w:p w14:paraId="3659D642" w14:textId="77777777" w:rsidR="00076917" w:rsidRPr="00076917" w:rsidRDefault="00076917" w:rsidP="00076917">
      <w:pPr>
        <w:spacing w:after="120" w:line="240" w:lineRule="auto"/>
        <w:rPr>
          <w:lang w:val="pl-PL"/>
        </w:rPr>
      </w:pPr>
      <w:r w:rsidRPr="00076917">
        <w:rPr>
          <w:b/>
          <w:lang w:val="pl-PL"/>
        </w:rPr>
        <w:t>pn. „Dostawa, montaż, konfiguracja i uruchomienie systemu parkingowego na terenie Specjalistycznego Szpitala Wojewódzkiego w Ciechanowie oraz dzierżawa infrastruktury zarządzania ruchem postojowym wraz z wykonaniem niezbędnych robót budowlanych”</w:t>
      </w:r>
    </w:p>
    <w:p w14:paraId="6486BA89" w14:textId="77777777" w:rsidR="003A3F24" w:rsidRPr="00076917" w:rsidRDefault="00EF4CCD">
      <w:pPr>
        <w:spacing w:after="120" w:line="240" w:lineRule="auto"/>
        <w:jc w:val="center"/>
        <w:rPr>
          <w:lang w:val="pl-PL"/>
        </w:rPr>
      </w:pPr>
      <w:r w:rsidRPr="00076917">
        <w:rPr>
          <w:b/>
          <w:color w:val="1F4E79"/>
          <w:sz w:val="22"/>
          <w:lang w:val="pl-PL"/>
        </w:rPr>
        <w:t>W</w:t>
      </w:r>
      <w:r w:rsidRPr="00076917">
        <w:rPr>
          <w:b/>
          <w:color w:val="1F4E79"/>
          <w:sz w:val="22"/>
          <w:lang w:val="pl-PL"/>
        </w:rPr>
        <w:t>YKAZ REALIZACJI ZGŁASZANYCH DO OCENY</w:t>
      </w:r>
      <w:r w:rsidRPr="00076917">
        <w:rPr>
          <w:b/>
          <w:color w:val="1F4E79"/>
          <w:sz w:val="22"/>
          <w:lang w:val="pl-PL"/>
        </w:rPr>
        <w:br/>
        <w:t>w kryterium „Doświadczenie Kierownika wdrożenia systemu parkingowego”</w:t>
      </w:r>
    </w:p>
    <w:p w14:paraId="1FAF06A5" w14:textId="77777777" w:rsidR="003A3F24" w:rsidRPr="00076917" w:rsidRDefault="00EF4CCD">
      <w:pPr>
        <w:spacing w:after="40" w:line="240" w:lineRule="auto"/>
        <w:rPr>
          <w:lang w:val="pl-PL"/>
        </w:rPr>
      </w:pPr>
      <w:r w:rsidRPr="00076917">
        <w:rPr>
          <w:lang w:val="pl-PL"/>
        </w:rPr>
        <w:t>Nazwa Wykonawcy: ............................................................................................................................................................................................</w:t>
      </w:r>
    </w:p>
    <w:p w14:paraId="189E987F" w14:textId="77777777" w:rsidR="003A3F24" w:rsidRPr="00076917" w:rsidRDefault="00EF4CCD">
      <w:pPr>
        <w:spacing w:after="40" w:line="240" w:lineRule="auto"/>
        <w:rPr>
          <w:lang w:val="pl-PL"/>
        </w:rPr>
      </w:pPr>
      <w:r w:rsidRPr="00076917">
        <w:rPr>
          <w:b/>
          <w:lang w:val="pl-PL"/>
        </w:rPr>
        <w:t>Imię i nazwisko osoby wskazanej do realizacji zamówienia na stanowisku Kierownika wdrożenia systemu parkingowego / specjalisty ds. wdrożeń:</w:t>
      </w:r>
    </w:p>
    <w:p w14:paraId="174D0E97" w14:textId="77777777" w:rsidR="003A3F24" w:rsidRPr="00076917" w:rsidRDefault="00EF4CCD">
      <w:pPr>
        <w:spacing w:after="40" w:line="240" w:lineRule="auto"/>
        <w:rPr>
          <w:lang w:val="pl-PL"/>
        </w:rPr>
      </w:pPr>
      <w:r w:rsidRPr="00076917">
        <w:rPr>
          <w:lang w:val="pl-PL"/>
        </w:rPr>
        <w:t>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2357127" w14:textId="77777777" w:rsidR="003A3F24" w:rsidRPr="00076917" w:rsidRDefault="00EF4CCD">
      <w:pPr>
        <w:spacing w:after="20" w:line="240" w:lineRule="auto"/>
        <w:rPr>
          <w:lang w:val="pl-PL"/>
        </w:rPr>
      </w:pPr>
      <w:r w:rsidRPr="00076917">
        <w:rPr>
          <w:b/>
          <w:lang w:val="pl-PL"/>
        </w:rPr>
        <w:t xml:space="preserve">Instrukcja wypełnienia załącznika: </w:t>
      </w:r>
      <w:r w:rsidRPr="00076917">
        <w:rPr>
          <w:lang w:val="pl-PL"/>
        </w:rPr>
        <w:t>w wykazie należy wskazać wyłącznie realizacje zgłaszane do oceny dla osoby imiennie wskazanej w ofercie na stanowisku Kierownika wdrożenia systemu parkingowego / specjalisty ds. wdrożeń.</w:t>
      </w:r>
    </w:p>
    <w:tbl>
      <w:tblPr>
        <w:tblStyle w:val="Tabela-Siatka"/>
        <w:tblW w:w="14312" w:type="dxa"/>
        <w:jc w:val="center"/>
        <w:tblLayout w:type="fixed"/>
        <w:tblLook w:val="04A0" w:firstRow="1" w:lastRow="0" w:firstColumn="1" w:lastColumn="0" w:noHBand="0" w:noVBand="1"/>
      </w:tblPr>
      <w:tblGrid>
        <w:gridCol w:w="544"/>
        <w:gridCol w:w="1701"/>
        <w:gridCol w:w="2551"/>
        <w:gridCol w:w="1020"/>
        <w:gridCol w:w="1531"/>
        <w:gridCol w:w="2324"/>
        <w:gridCol w:w="680"/>
        <w:gridCol w:w="794"/>
        <w:gridCol w:w="1814"/>
        <w:gridCol w:w="1353"/>
      </w:tblGrid>
      <w:tr w:rsidR="003A3F24" w:rsidRPr="00076917" w14:paraId="70E9FE0D" w14:textId="77777777" w:rsidTr="00EF4CCD">
        <w:trPr>
          <w:tblHeader/>
          <w:jc w:val="center"/>
        </w:trPr>
        <w:tc>
          <w:tcPr>
            <w:tcW w:w="544" w:type="dxa"/>
            <w:shd w:val="clear" w:color="auto" w:fill="D9EAF7"/>
            <w:tcMar>
              <w:top w:w="70" w:type="dxa"/>
              <w:left w:w="65" w:type="dxa"/>
              <w:bottom w:w="70" w:type="dxa"/>
              <w:right w:w="65" w:type="dxa"/>
            </w:tcMar>
            <w:vAlign w:val="center"/>
          </w:tcPr>
          <w:p w14:paraId="5742A4C8" w14:textId="77777777" w:rsidR="003A3F24" w:rsidRDefault="00EF4CCD">
            <w:pPr>
              <w:jc w:val="center"/>
            </w:pPr>
            <w:proofErr w:type="spellStart"/>
            <w:r>
              <w:rPr>
                <w:b/>
                <w:color w:val="1F4E79"/>
                <w:sz w:val="16"/>
              </w:rPr>
              <w:t>Lp</w:t>
            </w:r>
            <w:proofErr w:type="spellEnd"/>
            <w:r>
              <w:rPr>
                <w:b/>
                <w:color w:val="1F4E79"/>
                <w:sz w:val="16"/>
              </w:rPr>
              <w:t>.</w:t>
            </w:r>
          </w:p>
        </w:tc>
        <w:tc>
          <w:tcPr>
            <w:tcW w:w="1701" w:type="dxa"/>
            <w:shd w:val="clear" w:color="auto" w:fill="D9EAF7"/>
            <w:tcMar>
              <w:top w:w="70" w:type="dxa"/>
              <w:left w:w="65" w:type="dxa"/>
              <w:bottom w:w="70" w:type="dxa"/>
              <w:right w:w="65" w:type="dxa"/>
            </w:tcMar>
            <w:vAlign w:val="center"/>
          </w:tcPr>
          <w:p w14:paraId="32B86EAA" w14:textId="77777777" w:rsidR="003A3F24" w:rsidRDefault="00EF4CCD">
            <w:pPr>
              <w:jc w:val="center"/>
            </w:pPr>
            <w:r>
              <w:rPr>
                <w:b/>
                <w:color w:val="1F4E79"/>
                <w:sz w:val="16"/>
              </w:rPr>
              <w:t>Nazwa zadania /</w:t>
            </w:r>
            <w:r>
              <w:rPr>
                <w:b/>
                <w:color w:val="1F4E79"/>
                <w:sz w:val="16"/>
              </w:rPr>
              <w:br/>
              <w:t>wdrożenia</w:t>
            </w:r>
          </w:p>
        </w:tc>
        <w:tc>
          <w:tcPr>
            <w:tcW w:w="2551" w:type="dxa"/>
            <w:shd w:val="clear" w:color="auto" w:fill="D9EAF7"/>
            <w:tcMar>
              <w:top w:w="70" w:type="dxa"/>
              <w:left w:w="65" w:type="dxa"/>
              <w:bottom w:w="70" w:type="dxa"/>
              <w:right w:w="65" w:type="dxa"/>
            </w:tcMar>
            <w:vAlign w:val="center"/>
          </w:tcPr>
          <w:p w14:paraId="687A50B6" w14:textId="77777777" w:rsidR="003A3F24" w:rsidRPr="00076917" w:rsidRDefault="00EF4CCD">
            <w:pPr>
              <w:jc w:val="center"/>
              <w:rPr>
                <w:lang w:val="pl-PL"/>
              </w:rPr>
            </w:pPr>
            <w:r w:rsidRPr="00076917">
              <w:rPr>
                <w:b/>
                <w:color w:val="1F4E79"/>
                <w:sz w:val="16"/>
                <w:lang w:val="pl-PL"/>
              </w:rPr>
              <w:t>Podmiot, na rzecz którego</w:t>
            </w:r>
            <w:r w:rsidRPr="00076917">
              <w:rPr>
                <w:b/>
                <w:color w:val="1F4E79"/>
                <w:sz w:val="16"/>
                <w:lang w:val="pl-PL"/>
              </w:rPr>
              <w:br/>
              <w:t>wykonano wdrożenie</w:t>
            </w:r>
            <w:r w:rsidRPr="00076917">
              <w:rPr>
                <w:b/>
                <w:color w:val="1F4E79"/>
                <w:sz w:val="16"/>
                <w:lang w:val="pl-PL"/>
              </w:rPr>
              <w:br/>
              <w:t>i u którego</w:t>
            </w:r>
            <w:r w:rsidRPr="00076917">
              <w:rPr>
                <w:b/>
                <w:color w:val="1F4E79"/>
                <w:sz w:val="16"/>
                <w:lang w:val="pl-PL"/>
              </w:rPr>
              <w:br/>
              <w:t>uruchomiono system</w:t>
            </w:r>
          </w:p>
        </w:tc>
        <w:tc>
          <w:tcPr>
            <w:tcW w:w="1020" w:type="dxa"/>
            <w:shd w:val="clear" w:color="auto" w:fill="D9EAF7"/>
            <w:tcMar>
              <w:top w:w="70" w:type="dxa"/>
              <w:left w:w="65" w:type="dxa"/>
              <w:bottom w:w="70" w:type="dxa"/>
              <w:right w:w="65" w:type="dxa"/>
            </w:tcMar>
            <w:vAlign w:val="center"/>
          </w:tcPr>
          <w:p w14:paraId="377757F8" w14:textId="77777777" w:rsidR="003A3F24" w:rsidRDefault="00EF4CCD">
            <w:pPr>
              <w:jc w:val="center"/>
            </w:pPr>
            <w:proofErr w:type="spellStart"/>
            <w:r>
              <w:rPr>
                <w:b/>
                <w:color w:val="1F4E79"/>
                <w:sz w:val="16"/>
              </w:rPr>
              <w:t>Okres</w:t>
            </w:r>
            <w:proofErr w:type="spellEnd"/>
            <w:r>
              <w:rPr>
                <w:b/>
                <w:color w:val="1F4E79"/>
                <w:sz w:val="16"/>
              </w:rPr>
              <w:br/>
            </w:r>
            <w:proofErr w:type="spellStart"/>
            <w:r>
              <w:rPr>
                <w:b/>
                <w:color w:val="1F4E79"/>
                <w:sz w:val="16"/>
              </w:rPr>
              <w:t>realizacji</w:t>
            </w:r>
            <w:proofErr w:type="spellEnd"/>
          </w:p>
        </w:tc>
        <w:tc>
          <w:tcPr>
            <w:tcW w:w="1531" w:type="dxa"/>
            <w:shd w:val="clear" w:color="auto" w:fill="D9EAF7"/>
            <w:tcMar>
              <w:top w:w="70" w:type="dxa"/>
              <w:left w:w="65" w:type="dxa"/>
              <w:bottom w:w="70" w:type="dxa"/>
              <w:right w:w="65" w:type="dxa"/>
            </w:tcMar>
            <w:vAlign w:val="center"/>
          </w:tcPr>
          <w:p w14:paraId="7876969D" w14:textId="77777777" w:rsidR="003A3F24" w:rsidRPr="00076917" w:rsidRDefault="00EF4CCD">
            <w:pPr>
              <w:jc w:val="center"/>
              <w:rPr>
                <w:lang w:val="pl-PL"/>
              </w:rPr>
            </w:pPr>
            <w:r w:rsidRPr="00076917">
              <w:rPr>
                <w:b/>
                <w:color w:val="1F4E79"/>
                <w:sz w:val="16"/>
                <w:lang w:val="pl-PL"/>
              </w:rPr>
              <w:t>Funkcja pełniona przez</w:t>
            </w:r>
            <w:r w:rsidRPr="00076917">
              <w:rPr>
                <w:b/>
                <w:color w:val="1F4E79"/>
                <w:sz w:val="16"/>
                <w:lang w:val="pl-PL"/>
              </w:rPr>
              <w:br/>
              <w:t>wskazaną osobę</w:t>
            </w:r>
          </w:p>
        </w:tc>
        <w:tc>
          <w:tcPr>
            <w:tcW w:w="2324" w:type="dxa"/>
            <w:shd w:val="clear" w:color="auto" w:fill="D9EAF7"/>
            <w:tcMar>
              <w:top w:w="70" w:type="dxa"/>
              <w:left w:w="65" w:type="dxa"/>
              <w:bottom w:w="70" w:type="dxa"/>
              <w:right w:w="65" w:type="dxa"/>
            </w:tcMar>
            <w:vAlign w:val="center"/>
          </w:tcPr>
          <w:p w14:paraId="787CF6D9" w14:textId="77777777" w:rsidR="003A3F24" w:rsidRPr="00076917" w:rsidRDefault="00EF4CCD">
            <w:pPr>
              <w:jc w:val="center"/>
              <w:rPr>
                <w:lang w:val="pl-PL"/>
              </w:rPr>
            </w:pPr>
            <w:r w:rsidRPr="00076917">
              <w:rPr>
                <w:b/>
                <w:color w:val="1F4E79"/>
                <w:sz w:val="16"/>
                <w:lang w:val="pl-PL"/>
              </w:rPr>
              <w:t>Zakres wdrożenia</w:t>
            </w:r>
            <w:r w:rsidRPr="00076917">
              <w:rPr>
                <w:b/>
                <w:color w:val="1F4E79"/>
                <w:sz w:val="16"/>
                <w:lang w:val="pl-PL"/>
              </w:rPr>
              <w:br/>
              <w:t>(centralne oprogramowanie,</w:t>
            </w:r>
            <w:r w:rsidRPr="00076917">
              <w:rPr>
                <w:b/>
                <w:color w:val="1F4E79"/>
                <w:sz w:val="16"/>
                <w:lang w:val="pl-PL"/>
              </w:rPr>
              <w:br/>
              <w:t>kontrola wjazdu/wyjazdu,</w:t>
            </w:r>
            <w:r w:rsidRPr="00076917">
              <w:rPr>
                <w:b/>
                <w:color w:val="1F4E79"/>
                <w:sz w:val="16"/>
                <w:lang w:val="pl-PL"/>
              </w:rPr>
              <w:br/>
              <w:t>pobór opłat)</w:t>
            </w:r>
          </w:p>
        </w:tc>
        <w:tc>
          <w:tcPr>
            <w:tcW w:w="680" w:type="dxa"/>
            <w:shd w:val="clear" w:color="auto" w:fill="D9EAF7"/>
            <w:tcMar>
              <w:top w:w="70" w:type="dxa"/>
              <w:left w:w="65" w:type="dxa"/>
              <w:bottom w:w="70" w:type="dxa"/>
              <w:right w:w="65" w:type="dxa"/>
            </w:tcMar>
            <w:vAlign w:val="center"/>
          </w:tcPr>
          <w:p w14:paraId="6D16DFBC" w14:textId="77777777" w:rsidR="003A3F24" w:rsidRDefault="00EF4CCD">
            <w:pPr>
              <w:jc w:val="center"/>
            </w:pPr>
            <w:proofErr w:type="spellStart"/>
            <w:r>
              <w:rPr>
                <w:b/>
                <w:color w:val="1F4E79"/>
                <w:sz w:val="16"/>
              </w:rPr>
              <w:t>Liczba</w:t>
            </w:r>
            <w:proofErr w:type="spellEnd"/>
            <w:r>
              <w:rPr>
                <w:b/>
                <w:color w:val="1F4E79"/>
                <w:sz w:val="16"/>
              </w:rPr>
              <w:br/>
            </w:r>
            <w:proofErr w:type="spellStart"/>
            <w:r>
              <w:rPr>
                <w:b/>
                <w:color w:val="1F4E79"/>
                <w:sz w:val="16"/>
              </w:rPr>
              <w:t>szlabanów</w:t>
            </w:r>
            <w:proofErr w:type="spellEnd"/>
          </w:p>
        </w:tc>
        <w:tc>
          <w:tcPr>
            <w:tcW w:w="794" w:type="dxa"/>
            <w:shd w:val="clear" w:color="auto" w:fill="D9EAF7"/>
            <w:tcMar>
              <w:top w:w="70" w:type="dxa"/>
              <w:left w:w="65" w:type="dxa"/>
              <w:bottom w:w="70" w:type="dxa"/>
              <w:right w:w="65" w:type="dxa"/>
            </w:tcMar>
            <w:vAlign w:val="center"/>
          </w:tcPr>
          <w:p w14:paraId="219227B5" w14:textId="77777777" w:rsidR="003A3F24" w:rsidRDefault="00EF4CCD">
            <w:pPr>
              <w:jc w:val="center"/>
            </w:pPr>
            <w:r>
              <w:rPr>
                <w:b/>
                <w:color w:val="1F4E79"/>
                <w:sz w:val="16"/>
              </w:rPr>
              <w:t>Liczba kamer</w:t>
            </w:r>
            <w:r>
              <w:rPr>
                <w:b/>
                <w:color w:val="1F4E79"/>
                <w:sz w:val="16"/>
              </w:rPr>
              <w:br/>
              <w:t>LPR</w:t>
            </w:r>
          </w:p>
        </w:tc>
        <w:tc>
          <w:tcPr>
            <w:tcW w:w="1814" w:type="dxa"/>
            <w:shd w:val="clear" w:color="auto" w:fill="D9EAF7"/>
            <w:tcMar>
              <w:top w:w="70" w:type="dxa"/>
              <w:left w:w="65" w:type="dxa"/>
              <w:bottom w:w="70" w:type="dxa"/>
              <w:right w:w="65" w:type="dxa"/>
            </w:tcMar>
            <w:vAlign w:val="center"/>
          </w:tcPr>
          <w:p w14:paraId="7F0A20B1" w14:textId="77777777" w:rsidR="003A3F24" w:rsidRPr="00076917" w:rsidRDefault="00EF4CCD">
            <w:pPr>
              <w:jc w:val="center"/>
              <w:rPr>
                <w:lang w:val="pl-PL"/>
              </w:rPr>
            </w:pPr>
            <w:r w:rsidRPr="00076917">
              <w:rPr>
                <w:b/>
                <w:color w:val="1F4E79"/>
                <w:sz w:val="16"/>
                <w:lang w:val="pl-PL"/>
              </w:rPr>
              <w:t>Urządzenie poboru opłat</w:t>
            </w:r>
            <w:r w:rsidRPr="00076917">
              <w:rPr>
                <w:b/>
                <w:color w:val="1F4E79"/>
                <w:sz w:val="16"/>
                <w:lang w:val="pl-PL"/>
              </w:rPr>
              <w:br/>
              <w:t>(kasa automatyczna</w:t>
            </w:r>
            <w:r w:rsidRPr="00076917">
              <w:rPr>
                <w:b/>
                <w:color w:val="1F4E79"/>
                <w:sz w:val="16"/>
                <w:lang w:val="pl-PL"/>
              </w:rPr>
              <w:br/>
              <w:t>lub terminal wyjazdowy</w:t>
            </w:r>
            <w:r w:rsidRPr="00076917">
              <w:rPr>
                <w:b/>
                <w:color w:val="1F4E79"/>
                <w:sz w:val="16"/>
                <w:lang w:val="pl-PL"/>
              </w:rPr>
              <w:br/>
              <w:t>z płatnością</w:t>
            </w:r>
            <w:r w:rsidRPr="00076917">
              <w:rPr>
                <w:b/>
                <w:color w:val="1F4E79"/>
                <w:sz w:val="16"/>
                <w:lang w:val="pl-PL"/>
              </w:rPr>
              <w:br/>
              <w:t>bezgotówkową)</w:t>
            </w:r>
          </w:p>
        </w:tc>
        <w:tc>
          <w:tcPr>
            <w:tcW w:w="1353" w:type="dxa"/>
            <w:shd w:val="clear" w:color="auto" w:fill="D9EAF7"/>
            <w:tcMar>
              <w:top w:w="70" w:type="dxa"/>
              <w:left w:w="65" w:type="dxa"/>
              <w:bottom w:w="70" w:type="dxa"/>
              <w:right w:w="65" w:type="dxa"/>
            </w:tcMar>
            <w:vAlign w:val="center"/>
          </w:tcPr>
          <w:p w14:paraId="4295339E" w14:textId="77777777" w:rsidR="003A3F24" w:rsidRPr="00076917" w:rsidRDefault="00EF4CCD">
            <w:pPr>
              <w:jc w:val="center"/>
              <w:rPr>
                <w:lang w:val="pl-PL"/>
              </w:rPr>
            </w:pPr>
            <w:r w:rsidRPr="00076917">
              <w:rPr>
                <w:b/>
                <w:color w:val="1F4E79"/>
                <w:sz w:val="16"/>
                <w:lang w:val="pl-PL"/>
              </w:rPr>
              <w:t>Dokument</w:t>
            </w:r>
            <w:r w:rsidRPr="00076917">
              <w:rPr>
                <w:b/>
                <w:color w:val="1F4E79"/>
                <w:sz w:val="16"/>
                <w:lang w:val="pl-PL"/>
              </w:rPr>
              <w:br/>
              <w:t>potwierdzający</w:t>
            </w:r>
            <w:r w:rsidRPr="00076917">
              <w:rPr>
                <w:b/>
                <w:color w:val="1F4E79"/>
                <w:sz w:val="16"/>
                <w:lang w:val="pl-PL"/>
              </w:rPr>
              <w:br/>
              <w:t>(nazwa i data)</w:t>
            </w:r>
          </w:p>
        </w:tc>
      </w:tr>
      <w:tr w:rsidR="003A3F24" w14:paraId="1EEEFF7B" w14:textId="77777777" w:rsidTr="00EF4CCD">
        <w:trPr>
          <w:jc w:val="center"/>
        </w:trPr>
        <w:tc>
          <w:tcPr>
            <w:tcW w:w="544" w:type="dxa"/>
            <w:tcMar>
              <w:top w:w="80" w:type="dxa"/>
              <w:left w:w="70" w:type="dxa"/>
              <w:bottom w:w="80" w:type="dxa"/>
              <w:right w:w="70" w:type="dxa"/>
            </w:tcMar>
            <w:vAlign w:val="center"/>
          </w:tcPr>
          <w:p w14:paraId="5BC427C4" w14:textId="77777777" w:rsidR="003A3F24" w:rsidRDefault="00EF4CCD">
            <w:pPr>
              <w:jc w:val="center"/>
            </w:pPr>
            <w:r>
              <w:rPr>
                <w:sz w:val="17"/>
              </w:rPr>
              <w:t>1</w:t>
            </w:r>
          </w:p>
        </w:tc>
        <w:tc>
          <w:tcPr>
            <w:tcW w:w="1701" w:type="dxa"/>
            <w:tcMar>
              <w:top w:w="80" w:type="dxa"/>
              <w:left w:w="70" w:type="dxa"/>
              <w:bottom w:w="80" w:type="dxa"/>
              <w:right w:w="70" w:type="dxa"/>
            </w:tcMar>
            <w:vAlign w:val="center"/>
          </w:tcPr>
          <w:p w14:paraId="0F366B8A" w14:textId="77777777" w:rsidR="003A3F24" w:rsidRDefault="00EF4CCD">
            <w:r>
              <w:rPr>
                <w:sz w:val="17"/>
              </w:rPr>
              <w:t xml:space="preserve"> </w:t>
            </w:r>
          </w:p>
        </w:tc>
        <w:tc>
          <w:tcPr>
            <w:tcW w:w="2551" w:type="dxa"/>
            <w:tcMar>
              <w:top w:w="80" w:type="dxa"/>
              <w:left w:w="70" w:type="dxa"/>
              <w:bottom w:w="80" w:type="dxa"/>
              <w:right w:w="70" w:type="dxa"/>
            </w:tcMar>
            <w:vAlign w:val="center"/>
          </w:tcPr>
          <w:p w14:paraId="35C83EBC" w14:textId="77777777" w:rsidR="003A3F24" w:rsidRDefault="00EF4CCD">
            <w:r>
              <w:rPr>
                <w:sz w:val="17"/>
              </w:rPr>
              <w:t xml:space="preserve"> </w:t>
            </w:r>
          </w:p>
        </w:tc>
        <w:tc>
          <w:tcPr>
            <w:tcW w:w="1020" w:type="dxa"/>
            <w:tcMar>
              <w:top w:w="80" w:type="dxa"/>
              <w:left w:w="70" w:type="dxa"/>
              <w:bottom w:w="80" w:type="dxa"/>
              <w:right w:w="70" w:type="dxa"/>
            </w:tcMar>
            <w:vAlign w:val="center"/>
          </w:tcPr>
          <w:p w14:paraId="5E1B9593" w14:textId="77777777" w:rsidR="003A3F24" w:rsidRDefault="00EF4CCD">
            <w:r>
              <w:rPr>
                <w:sz w:val="17"/>
              </w:rPr>
              <w:t xml:space="preserve"> </w:t>
            </w:r>
          </w:p>
        </w:tc>
        <w:tc>
          <w:tcPr>
            <w:tcW w:w="1531" w:type="dxa"/>
            <w:tcMar>
              <w:top w:w="80" w:type="dxa"/>
              <w:left w:w="70" w:type="dxa"/>
              <w:bottom w:w="80" w:type="dxa"/>
              <w:right w:w="70" w:type="dxa"/>
            </w:tcMar>
            <w:vAlign w:val="center"/>
          </w:tcPr>
          <w:p w14:paraId="63461C17" w14:textId="77777777" w:rsidR="003A3F24" w:rsidRDefault="00EF4CCD">
            <w:r>
              <w:rPr>
                <w:sz w:val="17"/>
              </w:rPr>
              <w:t xml:space="preserve"> </w:t>
            </w:r>
          </w:p>
        </w:tc>
        <w:tc>
          <w:tcPr>
            <w:tcW w:w="2324" w:type="dxa"/>
            <w:tcMar>
              <w:top w:w="80" w:type="dxa"/>
              <w:left w:w="70" w:type="dxa"/>
              <w:bottom w:w="80" w:type="dxa"/>
              <w:right w:w="70" w:type="dxa"/>
            </w:tcMar>
            <w:vAlign w:val="center"/>
          </w:tcPr>
          <w:p w14:paraId="13B08995" w14:textId="77777777" w:rsidR="003A3F24" w:rsidRDefault="00EF4CCD">
            <w:r>
              <w:rPr>
                <w:sz w:val="17"/>
              </w:rPr>
              <w:t xml:space="preserve"> </w:t>
            </w:r>
          </w:p>
        </w:tc>
        <w:tc>
          <w:tcPr>
            <w:tcW w:w="680" w:type="dxa"/>
            <w:tcMar>
              <w:top w:w="80" w:type="dxa"/>
              <w:left w:w="70" w:type="dxa"/>
              <w:bottom w:w="80" w:type="dxa"/>
              <w:right w:w="70" w:type="dxa"/>
            </w:tcMar>
            <w:vAlign w:val="center"/>
          </w:tcPr>
          <w:p w14:paraId="769AC9D4" w14:textId="77777777" w:rsidR="003A3F24" w:rsidRDefault="00EF4CCD">
            <w:pPr>
              <w:jc w:val="center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794" w:type="dxa"/>
            <w:tcMar>
              <w:top w:w="80" w:type="dxa"/>
              <w:left w:w="70" w:type="dxa"/>
              <w:bottom w:w="80" w:type="dxa"/>
              <w:right w:w="70" w:type="dxa"/>
            </w:tcMar>
            <w:vAlign w:val="center"/>
          </w:tcPr>
          <w:p w14:paraId="2B3DCCC4" w14:textId="77777777" w:rsidR="003A3F24" w:rsidRDefault="00EF4CCD">
            <w:pPr>
              <w:jc w:val="center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1814" w:type="dxa"/>
            <w:tcMar>
              <w:top w:w="80" w:type="dxa"/>
              <w:left w:w="70" w:type="dxa"/>
              <w:bottom w:w="80" w:type="dxa"/>
              <w:right w:w="70" w:type="dxa"/>
            </w:tcMar>
            <w:vAlign w:val="center"/>
          </w:tcPr>
          <w:p w14:paraId="7CE553B1" w14:textId="77777777" w:rsidR="003A3F24" w:rsidRDefault="00EF4CCD">
            <w:r>
              <w:rPr>
                <w:sz w:val="17"/>
              </w:rPr>
              <w:t xml:space="preserve"> </w:t>
            </w:r>
          </w:p>
        </w:tc>
        <w:tc>
          <w:tcPr>
            <w:tcW w:w="1353" w:type="dxa"/>
            <w:tcMar>
              <w:top w:w="80" w:type="dxa"/>
              <w:left w:w="70" w:type="dxa"/>
              <w:bottom w:w="80" w:type="dxa"/>
              <w:right w:w="70" w:type="dxa"/>
            </w:tcMar>
            <w:vAlign w:val="center"/>
          </w:tcPr>
          <w:p w14:paraId="04C89B00" w14:textId="77777777" w:rsidR="003A3F24" w:rsidRDefault="00EF4CCD">
            <w:r>
              <w:rPr>
                <w:sz w:val="17"/>
              </w:rPr>
              <w:t xml:space="preserve"> </w:t>
            </w:r>
          </w:p>
        </w:tc>
      </w:tr>
      <w:tr w:rsidR="003A3F24" w14:paraId="280F6E1C" w14:textId="77777777" w:rsidTr="00EF4CCD">
        <w:trPr>
          <w:jc w:val="center"/>
        </w:trPr>
        <w:tc>
          <w:tcPr>
            <w:tcW w:w="544" w:type="dxa"/>
            <w:tcMar>
              <w:top w:w="80" w:type="dxa"/>
              <w:left w:w="70" w:type="dxa"/>
              <w:bottom w:w="80" w:type="dxa"/>
              <w:right w:w="70" w:type="dxa"/>
            </w:tcMar>
            <w:vAlign w:val="center"/>
          </w:tcPr>
          <w:p w14:paraId="51CBD92A" w14:textId="77777777" w:rsidR="003A3F24" w:rsidRDefault="00EF4CCD">
            <w:pPr>
              <w:jc w:val="center"/>
            </w:pPr>
            <w:r>
              <w:rPr>
                <w:sz w:val="17"/>
              </w:rPr>
              <w:t>2</w:t>
            </w:r>
          </w:p>
        </w:tc>
        <w:tc>
          <w:tcPr>
            <w:tcW w:w="1701" w:type="dxa"/>
            <w:tcMar>
              <w:top w:w="80" w:type="dxa"/>
              <w:left w:w="70" w:type="dxa"/>
              <w:bottom w:w="80" w:type="dxa"/>
              <w:right w:w="70" w:type="dxa"/>
            </w:tcMar>
            <w:vAlign w:val="center"/>
          </w:tcPr>
          <w:p w14:paraId="1457050A" w14:textId="77777777" w:rsidR="003A3F24" w:rsidRDefault="00EF4CCD">
            <w:r>
              <w:rPr>
                <w:sz w:val="17"/>
              </w:rPr>
              <w:t xml:space="preserve"> </w:t>
            </w:r>
          </w:p>
        </w:tc>
        <w:tc>
          <w:tcPr>
            <w:tcW w:w="2551" w:type="dxa"/>
            <w:tcMar>
              <w:top w:w="80" w:type="dxa"/>
              <w:left w:w="70" w:type="dxa"/>
              <w:bottom w:w="80" w:type="dxa"/>
              <w:right w:w="70" w:type="dxa"/>
            </w:tcMar>
            <w:vAlign w:val="center"/>
          </w:tcPr>
          <w:p w14:paraId="69690FDF" w14:textId="77777777" w:rsidR="003A3F24" w:rsidRDefault="00EF4CCD">
            <w:r>
              <w:rPr>
                <w:sz w:val="17"/>
              </w:rPr>
              <w:t xml:space="preserve"> </w:t>
            </w:r>
          </w:p>
        </w:tc>
        <w:tc>
          <w:tcPr>
            <w:tcW w:w="1020" w:type="dxa"/>
            <w:tcMar>
              <w:top w:w="80" w:type="dxa"/>
              <w:left w:w="70" w:type="dxa"/>
              <w:bottom w:w="80" w:type="dxa"/>
              <w:right w:w="70" w:type="dxa"/>
            </w:tcMar>
            <w:vAlign w:val="center"/>
          </w:tcPr>
          <w:p w14:paraId="7E92C389" w14:textId="77777777" w:rsidR="003A3F24" w:rsidRDefault="00EF4CCD">
            <w:r>
              <w:rPr>
                <w:sz w:val="17"/>
              </w:rPr>
              <w:t xml:space="preserve"> </w:t>
            </w:r>
          </w:p>
        </w:tc>
        <w:tc>
          <w:tcPr>
            <w:tcW w:w="1531" w:type="dxa"/>
            <w:tcMar>
              <w:top w:w="80" w:type="dxa"/>
              <w:left w:w="70" w:type="dxa"/>
              <w:bottom w:w="80" w:type="dxa"/>
              <w:right w:w="70" w:type="dxa"/>
            </w:tcMar>
            <w:vAlign w:val="center"/>
          </w:tcPr>
          <w:p w14:paraId="5F6463B1" w14:textId="77777777" w:rsidR="003A3F24" w:rsidRDefault="00EF4CCD">
            <w:r>
              <w:rPr>
                <w:sz w:val="17"/>
              </w:rPr>
              <w:t xml:space="preserve"> </w:t>
            </w:r>
          </w:p>
        </w:tc>
        <w:tc>
          <w:tcPr>
            <w:tcW w:w="2324" w:type="dxa"/>
            <w:tcMar>
              <w:top w:w="80" w:type="dxa"/>
              <w:left w:w="70" w:type="dxa"/>
              <w:bottom w:w="80" w:type="dxa"/>
              <w:right w:w="70" w:type="dxa"/>
            </w:tcMar>
            <w:vAlign w:val="center"/>
          </w:tcPr>
          <w:p w14:paraId="29516022" w14:textId="77777777" w:rsidR="003A3F24" w:rsidRDefault="00EF4CCD">
            <w:r>
              <w:rPr>
                <w:sz w:val="17"/>
              </w:rPr>
              <w:t xml:space="preserve"> </w:t>
            </w:r>
          </w:p>
        </w:tc>
        <w:tc>
          <w:tcPr>
            <w:tcW w:w="680" w:type="dxa"/>
            <w:tcMar>
              <w:top w:w="80" w:type="dxa"/>
              <w:left w:w="70" w:type="dxa"/>
              <w:bottom w:w="80" w:type="dxa"/>
              <w:right w:w="70" w:type="dxa"/>
            </w:tcMar>
            <w:vAlign w:val="center"/>
          </w:tcPr>
          <w:p w14:paraId="31E1C23B" w14:textId="77777777" w:rsidR="003A3F24" w:rsidRDefault="00EF4CCD">
            <w:pPr>
              <w:jc w:val="center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794" w:type="dxa"/>
            <w:tcMar>
              <w:top w:w="80" w:type="dxa"/>
              <w:left w:w="70" w:type="dxa"/>
              <w:bottom w:w="80" w:type="dxa"/>
              <w:right w:w="70" w:type="dxa"/>
            </w:tcMar>
            <w:vAlign w:val="center"/>
          </w:tcPr>
          <w:p w14:paraId="3CE52F05" w14:textId="77777777" w:rsidR="003A3F24" w:rsidRDefault="00EF4CCD">
            <w:pPr>
              <w:jc w:val="center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1814" w:type="dxa"/>
            <w:tcMar>
              <w:top w:w="80" w:type="dxa"/>
              <w:left w:w="70" w:type="dxa"/>
              <w:bottom w:w="80" w:type="dxa"/>
              <w:right w:w="70" w:type="dxa"/>
            </w:tcMar>
            <w:vAlign w:val="center"/>
          </w:tcPr>
          <w:p w14:paraId="3F49A7A3" w14:textId="77777777" w:rsidR="003A3F24" w:rsidRDefault="00EF4CCD">
            <w:r>
              <w:rPr>
                <w:sz w:val="17"/>
              </w:rPr>
              <w:t xml:space="preserve"> </w:t>
            </w:r>
          </w:p>
        </w:tc>
        <w:tc>
          <w:tcPr>
            <w:tcW w:w="1353" w:type="dxa"/>
            <w:tcMar>
              <w:top w:w="80" w:type="dxa"/>
              <w:left w:w="70" w:type="dxa"/>
              <w:bottom w:w="80" w:type="dxa"/>
              <w:right w:w="70" w:type="dxa"/>
            </w:tcMar>
            <w:vAlign w:val="center"/>
          </w:tcPr>
          <w:p w14:paraId="07B0E35F" w14:textId="77777777" w:rsidR="003A3F24" w:rsidRDefault="00EF4CCD">
            <w:r>
              <w:rPr>
                <w:sz w:val="17"/>
              </w:rPr>
              <w:t xml:space="preserve"> </w:t>
            </w:r>
          </w:p>
        </w:tc>
      </w:tr>
      <w:tr w:rsidR="003A3F24" w14:paraId="580C9A0E" w14:textId="77777777" w:rsidTr="00EF4CCD">
        <w:trPr>
          <w:jc w:val="center"/>
        </w:trPr>
        <w:tc>
          <w:tcPr>
            <w:tcW w:w="544" w:type="dxa"/>
            <w:tcMar>
              <w:top w:w="80" w:type="dxa"/>
              <w:left w:w="70" w:type="dxa"/>
              <w:bottom w:w="80" w:type="dxa"/>
              <w:right w:w="70" w:type="dxa"/>
            </w:tcMar>
            <w:vAlign w:val="center"/>
          </w:tcPr>
          <w:p w14:paraId="72FFDD4B" w14:textId="77777777" w:rsidR="003A3F24" w:rsidRDefault="00EF4CCD">
            <w:pPr>
              <w:jc w:val="center"/>
            </w:pPr>
            <w:r>
              <w:rPr>
                <w:sz w:val="17"/>
              </w:rPr>
              <w:t>3</w:t>
            </w:r>
          </w:p>
        </w:tc>
        <w:tc>
          <w:tcPr>
            <w:tcW w:w="1701" w:type="dxa"/>
            <w:tcMar>
              <w:top w:w="80" w:type="dxa"/>
              <w:left w:w="70" w:type="dxa"/>
              <w:bottom w:w="80" w:type="dxa"/>
              <w:right w:w="70" w:type="dxa"/>
            </w:tcMar>
            <w:vAlign w:val="center"/>
          </w:tcPr>
          <w:p w14:paraId="5CD97E21" w14:textId="77777777" w:rsidR="003A3F24" w:rsidRDefault="00EF4CCD">
            <w:r>
              <w:rPr>
                <w:sz w:val="17"/>
              </w:rPr>
              <w:t xml:space="preserve"> </w:t>
            </w:r>
          </w:p>
        </w:tc>
        <w:tc>
          <w:tcPr>
            <w:tcW w:w="2551" w:type="dxa"/>
            <w:tcMar>
              <w:top w:w="80" w:type="dxa"/>
              <w:left w:w="70" w:type="dxa"/>
              <w:bottom w:w="80" w:type="dxa"/>
              <w:right w:w="70" w:type="dxa"/>
            </w:tcMar>
            <w:vAlign w:val="center"/>
          </w:tcPr>
          <w:p w14:paraId="1EC8A9CF" w14:textId="77777777" w:rsidR="003A3F24" w:rsidRDefault="00EF4CCD">
            <w:r>
              <w:rPr>
                <w:sz w:val="17"/>
              </w:rPr>
              <w:t xml:space="preserve"> </w:t>
            </w:r>
          </w:p>
        </w:tc>
        <w:tc>
          <w:tcPr>
            <w:tcW w:w="1020" w:type="dxa"/>
            <w:tcMar>
              <w:top w:w="80" w:type="dxa"/>
              <w:left w:w="70" w:type="dxa"/>
              <w:bottom w:w="80" w:type="dxa"/>
              <w:right w:w="70" w:type="dxa"/>
            </w:tcMar>
            <w:vAlign w:val="center"/>
          </w:tcPr>
          <w:p w14:paraId="13271A4E" w14:textId="77777777" w:rsidR="003A3F24" w:rsidRDefault="00EF4CCD">
            <w:r>
              <w:rPr>
                <w:sz w:val="17"/>
              </w:rPr>
              <w:t xml:space="preserve"> </w:t>
            </w:r>
          </w:p>
        </w:tc>
        <w:tc>
          <w:tcPr>
            <w:tcW w:w="1531" w:type="dxa"/>
            <w:tcMar>
              <w:top w:w="80" w:type="dxa"/>
              <w:left w:w="70" w:type="dxa"/>
              <w:bottom w:w="80" w:type="dxa"/>
              <w:right w:w="70" w:type="dxa"/>
            </w:tcMar>
            <w:vAlign w:val="center"/>
          </w:tcPr>
          <w:p w14:paraId="5E28ED56" w14:textId="77777777" w:rsidR="003A3F24" w:rsidRDefault="00EF4CCD">
            <w:r>
              <w:rPr>
                <w:sz w:val="17"/>
              </w:rPr>
              <w:t xml:space="preserve"> </w:t>
            </w:r>
          </w:p>
        </w:tc>
        <w:tc>
          <w:tcPr>
            <w:tcW w:w="2324" w:type="dxa"/>
            <w:tcMar>
              <w:top w:w="80" w:type="dxa"/>
              <w:left w:w="70" w:type="dxa"/>
              <w:bottom w:w="80" w:type="dxa"/>
              <w:right w:w="70" w:type="dxa"/>
            </w:tcMar>
            <w:vAlign w:val="center"/>
          </w:tcPr>
          <w:p w14:paraId="6325F5A0" w14:textId="77777777" w:rsidR="003A3F24" w:rsidRDefault="00EF4CCD">
            <w:r>
              <w:rPr>
                <w:sz w:val="17"/>
              </w:rPr>
              <w:t xml:space="preserve"> </w:t>
            </w:r>
          </w:p>
        </w:tc>
        <w:tc>
          <w:tcPr>
            <w:tcW w:w="680" w:type="dxa"/>
            <w:tcMar>
              <w:top w:w="80" w:type="dxa"/>
              <w:left w:w="70" w:type="dxa"/>
              <w:bottom w:w="80" w:type="dxa"/>
              <w:right w:w="70" w:type="dxa"/>
            </w:tcMar>
            <w:vAlign w:val="center"/>
          </w:tcPr>
          <w:p w14:paraId="424CDEDB" w14:textId="77777777" w:rsidR="003A3F24" w:rsidRDefault="00EF4CCD">
            <w:pPr>
              <w:jc w:val="center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794" w:type="dxa"/>
            <w:tcMar>
              <w:top w:w="80" w:type="dxa"/>
              <w:left w:w="70" w:type="dxa"/>
              <w:bottom w:w="80" w:type="dxa"/>
              <w:right w:w="70" w:type="dxa"/>
            </w:tcMar>
            <w:vAlign w:val="center"/>
          </w:tcPr>
          <w:p w14:paraId="1A0E4855" w14:textId="77777777" w:rsidR="003A3F24" w:rsidRDefault="00EF4CCD">
            <w:pPr>
              <w:jc w:val="center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1814" w:type="dxa"/>
            <w:tcMar>
              <w:top w:w="80" w:type="dxa"/>
              <w:left w:w="70" w:type="dxa"/>
              <w:bottom w:w="80" w:type="dxa"/>
              <w:right w:w="70" w:type="dxa"/>
            </w:tcMar>
            <w:vAlign w:val="center"/>
          </w:tcPr>
          <w:p w14:paraId="30F9B760" w14:textId="77777777" w:rsidR="003A3F24" w:rsidRDefault="00EF4CCD">
            <w:r>
              <w:rPr>
                <w:sz w:val="17"/>
              </w:rPr>
              <w:t xml:space="preserve"> </w:t>
            </w:r>
          </w:p>
        </w:tc>
        <w:tc>
          <w:tcPr>
            <w:tcW w:w="1353" w:type="dxa"/>
            <w:tcMar>
              <w:top w:w="80" w:type="dxa"/>
              <w:left w:w="70" w:type="dxa"/>
              <w:bottom w:w="80" w:type="dxa"/>
              <w:right w:w="70" w:type="dxa"/>
            </w:tcMar>
            <w:vAlign w:val="center"/>
          </w:tcPr>
          <w:p w14:paraId="76FCB730" w14:textId="77777777" w:rsidR="003A3F24" w:rsidRDefault="00EF4CCD">
            <w:r>
              <w:rPr>
                <w:sz w:val="17"/>
              </w:rPr>
              <w:t xml:space="preserve"> </w:t>
            </w:r>
          </w:p>
        </w:tc>
      </w:tr>
      <w:tr w:rsidR="003A3F24" w14:paraId="6643CEB3" w14:textId="77777777" w:rsidTr="00EF4CCD">
        <w:trPr>
          <w:jc w:val="center"/>
        </w:trPr>
        <w:tc>
          <w:tcPr>
            <w:tcW w:w="544" w:type="dxa"/>
            <w:tcMar>
              <w:top w:w="80" w:type="dxa"/>
              <w:left w:w="70" w:type="dxa"/>
              <w:bottom w:w="80" w:type="dxa"/>
              <w:right w:w="70" w:type="dxa"/>
            </w:tcMar>
            <w:vAlign w:val="center"/>
          </w:tcPr>
          <w:p w14:paraId="767F0165" w14:textId="77777777" w:rsidR="003A3F24" w:rsidRDefault="00EF4CCD">
            <w:pPr>
              <w:jc w:val="center"/>
            </w:pPr>
            <w:r>
              <w:rPr>
                <w:sz w:val="17"/>
              </w:rPr>
              <w:t>4</w:t>
            </w:r>
          </w:p>
        </w:tc>
        <w:tc>
          <w:tcPr>
            <w:tcW w:w="1701" w:type="dxa"/>
            <w:tcMar>
              <w:top w:w="80" w:type="dxa"/>
              <w:left w:w="70" w:type="dxa"/>
              <w:bottom w:w="80" w:type="dxa"/>
              <w:right w:w="70" w:type="dxa"/>
            </w:tcMar>
            <w:vAlign w:val="center"/>
          </w:tcPr>
          <w:p w14:paraId="016578A1" w14:textId="77777777" w:rsidR="003A3F24" w:rsidRDefault="00EF4CCD">
            <w:r>
              <w:rPr>
                <w:sz w:val="17"/>
              </w:rPr>
              <w:t xml:space="preserve"> </w:t>
            </w:r>
          </w:p>
        </w:tc>
        <w:tc>
          <w:tcPr>
            <w:tcW w:w="2551" w:type="dxa"/>
            <w:tcMar>
              <w:top w:w="80" w:type="dxa"/>
              <w:left w:w="70" w:type="dxa"/>
              <w:bottom w:w="80" w:type="dxa"/>
              <w:right w:w="70" w:type="dxa"/>
            </w:tcMar>
            <w:vAlign w:val="center"/>
          </w:tcPr>
          <w:p w14:paraId="2CD1728F" w14:textId="77777777" w:rsidR="003A3F24" w:rsidRDefault="00EF4CCD">
            <w:r>
              <w:rPr>
                <w:sz w:val="17"/>
              </w:rPr>
              <w:t xml:space="preserve"> </w:t>
            </w:r>
          </w:p>
        </w:tc>
        <w:tc>
          <w:tcPr>
            <w:tcW w:w="1020" w:type="dxa"/>
            <w:tcMar>
              <w:top w:w="80" w:type="dxa"/>
              <w:left w:w="70" w:type="dxa"/>
              <w:bottom w:w="80" w:type="dxa"/>
              <w:right w:w="70" w:type="dxa"/>
            </w:tcMar>
            <w:vAlign w:val="center"/>
          </w:tcPr>
          <w:p w14:paraId="7A24A905" w14:textId="77777777" w:rsidR="003A3F24" w:rsidRDefault="00EF4CCD">
            <w:r>
              <w:rPr>
                <w:sz w:val="17"/>
              </w:rPr>
              <w:t xml:space="preserve"> </w:t>
            </w:r>
          </w:p>
        </w:tc>
        <w:tc>
          <w:tcPr>
            <w:tcW w:w="1531" w:type="dxa"/>
            <w:tcMar>
              <w:top w:w="80" w:type="dxa"/>
              <w:left w:w="70" w:type="dxa"/>
              <w:bottom w:w="80" w:type="dxa"/>
              <w:right w:w="70" w:type="dxa"/>
            </w:tcMar>
            <w:vAlign w:val="center"/>
          </w:tcPr>
          <w:p w14:paraId="6B751EAF" w14:textId="77777777" w:rsidR="003A3F24" w:rsidRDefault="00EF4CCD">
            <w:r>
              <w:rPr>
                <w:sz w:val="17"/>
              </w:rPr>
              <w:t xml:space="preserve"> </w:t>
            </w:r>
          </w:p>
        </w:tc>
        <w:tc>
          <w:tcPr>
            <w:tcW w:w="2324" w:type="dxa"/>
            <w:tcMar>
              <w:top w:w="80" w:type="dxa"/>
              <w:left w:w="70" w:type="dxa"/>
              <w:bottom w:w="80" w:type="dxa"/>
              <w:right w:w="70" w:type="dxa"/>
            </w:tcMar>
            <w:vAlign w:val="center"/>
          </w:tcPr>
          <w:p w14:paraId="07271D88" w14:textId="77777777" w:rsidR="003A3F24" w:rsidRDefault="00EF4CCD">
            <w:r>
              <w:rPr>
                <w:sz w:val="17"/>
              </w:rPr>
              <w:t xml:space="preserve"> </w:t>
            </w:r>
          </w:p>
        </w:tc>
        <w:tc>
          <w:tcPr>
            <w:tcW w:w="680" w:type="dxa"/>
            <w:tcMar>
              <w:top w:w="80" w:type="dxa"/>
              <w:left w:w="70" w:type="dxa"/>
              <w:bottom w:w="80" w:type="dxa"/>
              <w:right w:w="70" w:type="dxa"/>
            </w:tcMar>
            <w:vAlign w:val="center"/>
          </w:tcPr>
          <w:p w14:paraId="02A4AAEC" w14:textId="77777777" w:rsidR="003A3F24" w:rsidRDefault="00EF4CCD">
            <w:pPr>
              <w:jc w:val="center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794" w:type="dxa"/>
            <w:tcMar>
              <w:top w:w="80" w:type="dxa"/>
              <w:left w:w="70" w:type="dxa"/>
              <w:bottom w:w="80" w:type="dxa"/>
              <w:right w:w="70" w:type="dxa"/>
            </w:tcMar>
            <w:vAlign w:val="center"/>
          </w:tcPr>
          <w:p w14:paraId="023DE246" w14:textId="77777777" w:rsidR="003A3F24" w:rsidRDefault="00EF4CCD">
            <w:pPr>
              <w:jc w:val="center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1814" w:type="dxa"/>
            <w:tcMar>
              <w:top w:w="80" w:type="dxa"/>
              <w:left w:w="70" w:type="dxa"/>
              <w:bottom w:w="80" w:type="dxa"/>
              <w:right w:w="70" w:type="dxa"/>
            </w:tcMar>
            <w:vAlign w:val="center"/>
          </w:tcPr>
          <w:p w14:paraId="1B1E564D" w14:textId="77777777" w:rsidR="003A3F24" w:rsidRDefault="00EF4CCD">
            <w:r>
              <w:rPr>
                <w:sz w:val="17"/>
              </w:rPr>
              <w:t xml:space="preserve"> </w:t>
            </w:r>
          </w:p>
        </w:tc>
        <w:tc>
          <w:tcPr>
            <w:tcW w:w="1353" w:type="dxa"/>
            <w:tcMar>
              <w:top w:w="80" w:type="dxa"/>
              <w:left w:w="70" w:type="dxa"/>
              <w:bottom w:w="80" w:type="dxa"/>
              <w:right w:w="70" w:type="dxa"/>
            </w:tcMar>
            <w:vAlign w:val="center"/>
          </w:tcPr>
          <w:p w14:paraId="75E17B4A" w14:textId="77777777" w:rsidR="003A3F24" w:rsidRDefault="00EF4CCD">
            <w:r>
              <w:rPr>
                <w:sz w:val="17"/>
              </w:rPr>
              <w:t xml:space="preserve"> </w:t>
            </w:r>
          </w:p>
        </w:tc>
      </w:tr>
      <w:tr w:rsidR="003A3F24" w14:paraId="61446D62" w14:textId="77777777" w:rsidTr="00EF4CCD">
        <w:trPr>
          <w:jc w:val="center"/>
        </w:trPr>
        <w:tc>
          <w:tcPr>
            <w:tcW w:w="544" w:type="dxa"/>
            <w:tcMar>
              <w:top w:w="80" w:type="dxa"/>
              <w:left w:w="70" w:type="dxa"/>
              <w:bottom w:w="80" w:type="dxa"/>
              <w:right w:w="70" w:type="dxa"/>
            </w:tcMar>
            <w:vAlign w:val="center"/>
          </w:tcPr>
          <w:p w14:paraId="525D9CF1" w14:textId="77777777" w:rsidR="003A3F24" w:rsidRDefault="00EF4CCD">
            <w:pPr>
              <w:jc w:val="center"/>
            </w:pPr>
            <w:r>
              <w:rPr>
                <w:sz w:val="17"/>
              </w:rPr>
              <w:t>5</w:t>
            </w:r>
          </w:p>
        </w:tc>
        <w:tc>
          <w:tcPr>
            <w:tcW w:w="1701" w:type="dxa"/>
            <w:tcMar>
              <w:top w:w="80" w:type="dxa"/>
              <w:left w:w="70" w:type="dxa"/>
              <w:bottom w:w="80" w:type="dxa"/>
              <w:right w:w="70" w:type="dxa"/>
            </w:tcMar>
            <w:vAlign w:val="center"/>
          </w:tcPr>
          <w:p w14:paraId="6C5AA350" w14:textId="77777777" w:rsidR="003A3F24" w:rsidRDefault="00EF4CCD">
            <w:r>
              <w:rPr>
                <w:sz w:val="17"/>
              </w:rPr>
              <w:t xml:space="preserve"> </w:t>
            </w:r>
          </w:p>
        </w:tc>
        <w:tc>
          <w:tcPr>
            <w:tcW w:w="2551" w:type="dxa"/>
            <w:tcMar>
              <w:top w:w="80" w:type="dxa"/>
              <w:left w:w="70" w:type="dxa"/>
              <w:bottom w:w="80" w:type="dxa"/>
              <w:right w:w="70" w:type="dxa"/>
            </w:tcMar>
            <w:vAlign w:val="center"/>
          </w:tcPr>
          <w:p w14:paraId="6C382520" w14:textId="77777777" w:rsidR="003A3F24" w:rsidRDefault="00EF4CCD">
            <w:r>
              <w:rPr>
                <w:sz w:val="17"/>
              </w:rPr>
              <w:t xml:space="preserve"> </w:t>
            </w:r>
          </w:p>
        </w:tc>
        <w:tc>
          <w:tcPr>
            <w:tcW w:w="1020" w:type="dxa"/>
            <w:tcMar>
              <w:top w:w="80" w:type="dxa"/>
              <w:left w:w="70" w:type="dxa"/>
              <w:bottom w:w="80" w:type="dxa"/>
              <w:right w:w="70" w:type="dxa"/>
            </w:tcMar>
            <w:vAlign w:val="center"/>
          </w:tcPr>
          <w:p w14:paraId="40F54093" w14:textId="77777777" w:rsidR="003A3F24" w:rsidRDefault="00EF4CCD">
            <w:r>
              <w:rPr>
                <w:sz w:val="17"/>
              </w:rPr>
              <w:t xml:space="preserve"> </w:t>
            </w:r>
          </w:p>
        </w:tc>
        <w:tc>
          <w:tcPr>
            <w:tcW w:w="1531" w:type="dxa"/>
            <w:tcMar>
              <w:top w:w="80" w:type="dxa"/>
              <w:left w:w="70" w:type="dxa"/>
              <w:bottom w:w="80" w:type="dxa"/>
              <w:right w:w="70" w:type="dxa"/>
            </w:tcMar>
            <w:vAlign w:val="center"/>
          </w:tcPr>
          <w:p w14:paraId="1BBB1C4C" w14:textId="77777777" w:rsidR="003A3F24" w:rsidRDefault="00EF4CCD">
            <w:r>
              <w:rPr>
                <w:sz w:val="17"/>
              </w:rPr>
              <w:t xml:space="preserve"> </w:t>
            </w:r>
          </w:p>
        </w:tc>
        <w:tc>
          <w:tcPr>
            <w:tcW w:w="2324" w:type="dxa"/>
            <w:tcMar>
              <w:top w:w="80" w:type="dxa"/>
              <w:left w:w="70" w:type="dxa"/>
              <w:bottom w:w="80" w:type="dxa"/>
              <w:right w:w="70" w:type="dxa"/>
            </w:tcMar>
            <w:vAlign w:val="center"/>
          </w:tcPr>
          <w:p w14:paraId="743961BA" w14:textId="77777777" w:rsidR="003A3F24" w:rsidRDefault="00EF4CCD">
            <w:r>
              <w:rPr>
                <w:sz w:val="17"/>
              </w:rPr>
              <w:t xml:space="preserve"> </w:t>
            </w:r>
          </w:p>
        </w:tc>
        <w:tc>
          <w:tcPr>
            <w:tcW w:w="680" w:type="dxa"/>
            <w:tcMar>
              <w:top w:w="80" w:type="dxa"/>
              <w:left w:w="70" w:type="dxa"/>
              <w:bottom w:w="80" w:type="dxa"/>
              <w:right w:w="70" w:type="dxa"/>
            </w:tcMar>
            <w:vAlign w:val="center"/>
          </w:tcPr>
          <w:p w14:paraId="58671FC5" w14:textId="77777777" w:rsidR="003A3F24" w:rsidRDefault="00EF4CCD">
            <w:pPr>
              <w:jc w:val="center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794" w:type="dxa"/>
            <w:tcMar>
              <w:top w:w="80" w:type="dxa"/>
              <w:left w:w="70" w:type="dxa"/>
              <w:bottom w:w="80" w:type="dxa"/>
              <w:right w:w="70" w:type="dxa"/>
            </w:tcMar>
            <w:vAlign w:val="center"/>
          </w:tcPr>
          <w:p w14:paraId="073AA482" w14:textId="77777777" w:rsidR="003A3F24" w:rsidRDefault="00EF4CCD">
            <w:pPr>
              <w:jc w:val="center"/>
            </w:pPr>
            <w:r>
              <w:rPr>
                <w:sz w:val="17"/>
              </w:rPr>
              <w:t xml:space="preserve"> </w:t>
            </w:r>
          </w:p>
        </w:tc>
        <w:tc>
          <w:tcPr>
            <w:tcW w:w="1814" w:type="dxa"/>
            <w:tcMar>
              <w:top w:w="80" w:type="dxa"/>
              <w:left w:w="70" w:type="dxa"/>
              <w:bottom w:w="80" w:type="dxa"/>
              <w:right w:w="70" w:type="dxa"/>
            </w:tcMar>
            <w:vAlign w:val="center"/>
          </w:tcPr>
          <w:p w14:paraId="6FC5BDD4" w14:textId="77777777" w:rsidR="003A3F24" w:rsidRDefault="00EF4CCD">
            <w:r>
              <w:rPr>
                <w:sz w:val="17"/>
              </w:rPr>
              <w:t xml:space="preserve"> </w:t>
            </w:r>
          </w:p>
        </w:tc>
        <w:tc>
          <w:tcPr>
            <w:tcW w:w="1353" w:type="dxa"/>
            <w:tcMar>
              <w:top w:w="80" w:type="dxa"/>
              <w:left w:w="70" w:type="dxa"/>
              <w:bottom w:w="80" w:type="dxa"/>
              <w:right w:w="70" w:type="dxa"/>
            </w:tcMar>
            <w:vAlign w:val="center"/>
          </w:tcPr>
          <w:p w14:paraId="10106D79" w14:textId="77777777" w:rsidR="003A3F24" w:rsidRDefault="00EF4CCD">
            <w:r>
              <w:rPr>
                <w:sz w:val="17"/>
              </w:rPr>
              <w:t xml:space="preserve"> </w:t>
            </w:r>
          </w:p>
        </w:tc>
      </w:tr>
    </w:tbl>
    <w:p w14:paraId="19252BCF" w14:textId="77777777" w:rsidR="003A3F24" w:rsidRPr="00076917" w:rsidRDefault="00EF4CCD">
      <w:pPr>
        <w:spacing w:before="80" w:after="20" w:line="240" w:lineRule="auto"/>
        <w:rPr>
          <w:lang w:val="pl-PL"/>
        </w:rPr>
      </w:pPr>
      <w:r w:rsidRPr="00076917">
        <w:rPr>
          <w:b/>
          <w:color w:val="1F4E79"/>
          <w:sz w:val="17"/>
          <w:lang w:val="pl-PL"/>
        </w:rPr>
        <w:t xml:space="preserve">Za realizację porównywalną </w:t>
      </w:r>
      <w:r w:rsidRPr="00076917">
        <w:rPr>
          <w:sz w:val="17"/>
          <w:lang w:val="pl-PL"/>
        </w:rPr>
        <w:t>uznaje się zamówienie, w ramach którego wskazana osoba pełniła funkcję kierownika wdrożenia, koordynatora wdrożenia albo specjalisty ds. wdrożeń, a zamówienie obejmowało łącznie: dostawę, montaż, konfigurację i uruchomienie systemu parkingowego albo systemu zarządzania ruchem pojazdów; centralne oprogramowanie zarządzające; urządzenia kontroli wjazdu i wyjazdu; system poboru opłat za parkowanie; co najmniej 4 szlabany; co najmniej 4 kamery LPR; co najmniej 1 automatyczną kasę parkingową albo co najmniej 1 t</w:t>
      </w:r>
      <w:r w:rsidRPr="00076917">
        <w:rPr>
          <w:sz w:val="17"/>
          <w:lang w:val="pl-PL"/>
        </w:rPr>
        <w:t>erminal wyjazdowy z obsługą płatności bezgotówkowych.</w:t>
      </w:r>
    </w:p>
    <w:p w14:paraId="420E6A8F" w14:textId="77777777" w:rsidR="003A3F24" w:rsidRPr="00076917" w:rsidRDefault="00EF4CCD">
      <w:pPr>
        <w:spacing w:after="40" w:line="240" w:lineRule="auto"/>
        <w:ind w:left="198" w:hanging="198"/>
        <w:rPr>
          <w:lang w:val="pl-PL"/>
        </w:rPr>
      </w:pPr>
      <w:r w:rsidRPr="00076917">
        <w:rPr>
          <w:b/>
          <w:color w:val="1F4E79"/>
          <w:sz w:val="17"/>
          <w:lang w:val="pl-PL"/>
        </w:rPr>
        <w:t xml:space="preserve">Do punktacji: </w:t>
      </w:r>
      <w:r w:rsidRPr="00076917">
        <w:rPr>
          <w:sz w:val="17"/>
          <w:lang w:val="pl-PL"/>
        </w:rPr>
        <w:t>brak realizacji porównywalnej - 0 pkt, 1 realizacja porównywalna - 10 pkt, 2 lub więcej realizacji porównywalnych - 20 pkt.</w:t>
      </w:r>
    </w:p>
    <w:p w14:paraId="3E1AB8EE" w14:textId="77777777" w:rsidR="003A3F24" w:rsidRPr="00076917" w:rsidRDefault="00EF4CCD">
      <w:pPr>
        <w:spacing w:after="0" w:line="240" w:lineRule="auto"/>
        <w:ind w:left="198" w:hanging="198"/>
        <w:rPr>
          <w:lang w:val="pl-PL"/>
        </w:rPr>
      </w:pPr>
      <w:r w:rsidRPr="00076917">
        <w:rPr>
          <w:b/>
          <w:color w:val="1F4E79"/>
          <w:lang w:val="pl-PL"/>
        </w:rPr>
        <w:t>Uwaga:</w:t>
      </w:r>
    </w:p>
    <w:p w14:paraId="22355928" w14:textId="77777777" w:rsidR="003A3F24" w:rsidRPr="00076917" w:rsidRDefault="00EF4CCD">
      <w:pPr>
        <w:spacing w:after="20" w:line="240" w:lineRule="auto"/>
        <w:ind w:left="198" w:hanging="198"/>
        <w:rPr>
          <w:lang w:val="pl-PL"/>
        </w:rPr>
      </w:pPr>
      <w:r w:rsidRPr="00076917">
        <w:rPr>
          <w:sz w:val="17"/>
          <w:lang w:val="pl-PL"/>
        </w:rPr>
        <w:t>1) Do każdej realizacji należy dołączyć co najmniej jeden dokument wystawiony przez podmiot, na rzecz którego wdrożenie zostało wykonane i u którego system został uruchomiony.</w:t>
      </w:r>
    </w:p>
    <w:p w14:paraId="73AA0D13" w14:textId="77777777" w:rsidR="003A3F24" w:rsidRPr="00076917" w:rsidRDefault="00EF4CCD">
      <w:pPr>
        <w:spacing w:after="20"/>
        <w:rPr>
          <w:lang w:val="pl-PL"/>
        </w:rPr>
      </w:pPr>
      <w:r w:rsidRPr="00076917">
        <w:rPr>
          <w:sz w:val="17"/>
          <w:lang w:val="pl-PL"/>
        </w:rPr>
        <w:lastRenderedPageBreak/>
        <w:t>2) Z dokumentu albo z kompletu dokumentów dotyczących danej realizacji powinno wynikać co najmniej: nazwa zadania, nazwa podmiotu, imię i nazwisko wskazanej osoby, pełniona funkcja, zakres wdrożenia oraz potwierdzenie uruchomienia, wdrożenia albo odbioru systemu.</w:t>
      </w:r>
    </w:p>
    <w:p w14:paraId="5DC47EEC" w14:textId="77777777" w:rsidR="003A3F24" w:rsidRDefault="00EF4CCD">
      <w:pPr>
        <w:spacing w:after="40"/>
        <w:rPr>
          <w:sz w:val="17"/>
          <w:lang w:val="pl-PL"/>
        </w:rPr>
      </w:pPr>
      <w:r w:rsidRPr="00076917">
        <w:rPr>
          <w:sz w:val="17"/>
          <w:lang w:val="pl-PL"/>
        </w:rPr>
        <w:t>3) Jeżeli dana realizacja jest potwierdzana więcej niż jednym dokumentem, wszystkie dokumenty muszą pochodzić od tego samego podmiotu. Dokumenty sporządzone wyłącznie przez Wykonawcę lub</w:t>
      </w:r>
      <w:r w:rsidRPr="00076917">
        <w:rPr>
          <w:sz w:val="17"/>
          <w:lang w:val="pl-PL"/>
        </w:rPr>
        <w:t xml:space="preserve"> podmioty z nim powiązane nie stanowią podstawy do przyznania punktów, jeżeli nie zostały potwierdzone przez ten podmiot.</w:t>
      </w:r>
    </w:p>
    <w:p w14:paraId="726E3AF3" w14:textId="77777777" w:rsidR="00076917" w:rsidRDefault="00076917">
      <w:pPr>
        <w:spacing w:after="40"/>
        <w:rPr>
          <w:sz w:val="17"/>
          <w:lang w:val="pl-PL"/>
        </w:rPr>
      </w:pPr>
    </w:p>
    <w:p w14:paraId="508873E0" w14:textId="77777777" w:rsidR="00076917" w:rsidRDefault="00076917">
      <w:pPr>
        <w:spacing w:after="40"/>
        <w:rPr>
          <w:sz w:val="17"/>
          <w:lang w:val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488"/>
      </w:tblGrid>
      <w:tr w:rsidR="00076917" w:rsidRPr="00076917" w14:paraId="75075BD0" w14:textId="77777777" w:rsidTr="00866164">
        <w:tc>
          <w:tcPr>
            <w:tcW w:w="10488" w:type="dxa"/>
            <w:shd w:val="clear" w:color="auto" w:fill="EDF3F9"/>
            <w:tcMar>
              <w:top w:w="80" w:type="dxa"/>
              <w:left w:w="90" w:type="dxa"/>
              <w:bottom w:w="80" w:type="dxa"/>
              <w:right w:w="90" w:type="dxa"/>
            </w:tcMar>
            <w:vAlign w:val="center"/>
          </w:tcPr>
          <w:p w14:paraId="2DBE3516" w14:textId="77777777" w:rsidR="00076917" w:rsidRPr="00E11FC9" w:rsidRDefault="00076917" w:rsidP="00866164">
            <w:pPr>
              <w:jc w:val="center"/>
              <w:rPr>
                <w:lang w:val="pl-PL"/>
              </w:rPr>
            </w:pPr>
            <w:r w:rsidRPr="00E11FC9">
              <w:rPr>
                <w:lang w:val="pl-PL"/>
              </w:rPr>
              <w:t>Data; kwalifikowany podpis elektroniczny lub podpis zaufany lub podpis osobisty</w:t>
            </w:r>
          </w:p>
        </w:tc>
      </w:tr>
    </w:tbl>
    <w:p w14:paraId="2697BA3A" w14:textId="77777777" w:rsidR="00076917" w:rsidRPr="00076917" w:rsidRDefault="00076917">
      <w:pPr>
        <w:spacing w:after="40"/>
        <w:rPr>
          <w:lang w:val="pl-PL"/>
        </w:rPr>
      </w:pPr>
    </w:p>
    <w:sectPr w:rsidR="00076917" w:rsidRPr="00076917" w:rsidSect="0003461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anumerowan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anumerowan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apunktowan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apunktowan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08311643">
    <w:abstractNumId w:val="8"/>
  </w:num>
  <w:num w:numId="2" w16cid:durableId="1680768131">
    <w:abstractNumId w:val="6"/>
  </w:num>
  <w:num w:numId="3" w16cid:durableId="746421237">
    <w:abstractNumId w:val="5"/>
  </w:num>
  <w:num w:numId="4" w16cid:durableId="1040400993">
    <w:abstractNumId w:val="4"/>
  </w:num>
  <w:num w:numId="5" w16cid:durableId="2000646625">
    <w:abstractNumId w:val="7"/>
  </w:num>
  <w:num w:numId="6" w16cid:durableId="244190630">
    <w:abstractNumId w:val="3"/>
  </w:num>
  <w:num w:numId="7" w16cid:durableId="710611248">
    <w:abstractNumId w:val="2"/>
  </w:num>
  <w:num w:numId="8" w16cid:durableId="1086193726">
    <w:abstractNumId w:val="1"/>
  </w:num>
  <w:num w:numId="9" w16cid:durableId="20708845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076917"/>
    <w:rsid w:val="0015074B"/>
    <w:rsid w:val="0029639D"/>
    <w:rsid w:val="00326F90"/>
    <w:rsid w:val="0039703B"/>
    <w:rsid w:val="003A3F24"/>
    <w:rsid w:val="00AA1D8D"/>
    <w:rsid w:val="00B47730"/>
    <w:rsid w:val="00BF1522"/>
    <w:rsid w:val="00CB0664"/>
    <w:rsid w:val="00EF4CCD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FED657A"/>
  <w14:defaultImageDpi w14:val="300"/>
  <w15:docId w15:val="{9C47AC7D-67D7-4F1C-8F31-47F12741F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C693F"/>
    <w:rPr>
      <w:rFonts w:ascii="Arial" w:eastAsia="Arial" w:hAnsi="Arial"/>
      <w:sz w:val="18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618BF"/>
  </w:style>
  <w:style w:type="paragraph" w:styleId="Stopka">
    <w:name w:val="footer"/>
    <w:basedOn w:val="Normalny"/>
    <w:link w:val="StopkaZnak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618BF"/>
  </w:style>
  <w:style w:type="paragraph" w:styleId="Bezodstpw">
    <w:name w:val="No Spacing"/>
    <w:uiPriority w:val="1"/>
    <w:qFormat/>
    <w:rsid w:val="00FC693F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kapitzlist">
    <w:name w:val="List Paragraph"/>
    <w:basedOn w:val="Normalny"/>
    <w:uiPriority w:val="34"/>
    <w:qFormat/>
    <w:rsid w:val="00FC693F"/>
    <w:pPr>
      <w:ind w:left="720"/>
      <w:contextualSpacing/>
    </w:pPr>
  </w:style>
  <w:style w:type="paragraph" w:styleId="Tekstpodstawowy">
    <w:name w:val="Body Text"/>
    <w:basedOn w:val="Normalny"/>
    <w:link w:val="TekstpodstawowyZnak"/>
    <w:uiPriority w:val="99"/>
    <w:unhideWhenUsed/>
    <w:rsid w:val="00AA1D8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A1D8D"/>
  </w:style>
  <w:style w:type="paragraph" w:styleId="Tekstpodstawowy2">
    <w:name w:val="Body Text 2"/>
    <w:basedOn w:val="Normalny"/>
    <w:link w:val="Tekstpodstawowy2Znak"/>
    <w:uiPriority w:val="99"/>
    <w:unhideWhenUsed/>
    <w:rsid w:val="00AA1D8D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A1D8D"/>
  </w:style>
  <w:style w:type="paragraph" w:styleId="Tekstpodstawowy3">
    <w:name w:val="Body Text 3"/>
    <w:basedOn w:val="Normalny"/>
    <w:link w:val="Tekstpodstawowy3Znak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AA1D8D"/>
    <w:rPr>
      <w:sz w:val="16"/>
      <w:szCs w:val="16"/>
    </w:rPr>
  </w:style>
  <w:style w:type="paragraph" w:styleId="Lista">
    <w:name w:val="List"/>
    <w:basedOn w:val="Normalny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ny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ny"/>
    <w:uiPriority w:val="99"/>
    <w:unhideWhenUsed/>
    <w:rsid w:val="00326F90"/>
    <w:pPr>
      <w:ind w:left="1080" w:hanging="360"/>
      <w:contextualSpacing/>
    </w:pPr>
  </w:style>
  <w:style w:type="paragraph" w:styleId="Listapunktowana">
    <w:name w:val="List Bullet"/>
    <w:basedOn w:val="Normalny"/>
    <w:uiPriority w:val="99"/>
    <w:unhideWhenUsed/>
    <w:rsid w:val="00326F90"/>
    <w:pPr>
      <w:numPr>
        <w:numId w:val="1"/>
      </w:numPr>
      <w:contextualSpacing/>
    </w:pPr>
  </w:style>
  <w:style w:type="paragraph" w:styleId="Listapunktowana2">
    <w:name w:val="List Bullet 2"/>
    <w:basedOn w:val="Normalny"/>
    <w:uiPriority w:val="99"/>
    <w:unhideWhenUsed/>
    <w:rsid w:val="00326F90"/>
    <w:pPr>
      <w:numPr>
        <w:numId w:val="2"/>
      </w:numPr>
      <w:contextualSpacing/>
    </w:pPr>
  </w:style>
  <w:style w:type="paragraph" w:styleId="Listapunktowana3">
    <w:name w:val="List Bullet 3"/>
    <w:basedOn w:val="Normalny"/>
    <w:uiPriority w:val="99"/>
    <w:unhideWhenUsed/>
    <w:rsid w:val="00326F90"/>
    <w:pPr>
      <w:numPr>
        <w:numId w:val="3"/>
      </w:numPr>
      <w:contextualSpacing/>
    </w:pPr>
  </w:style>
  <w:style w:type="paragraph" w:styleId="Listanumerowana">
    <w:name w:val="List Number"/>
    <w:basedOn w:val="Normalny"/>
    <w:uiPriority w:val="99"/>
    <w:unhideWhenUsed/>
    <w:rsid w:val="00326F90"/>
    <w:pPr>
      <w:numPr>
        <w:numId w:val="5"/>
      </w:numPr>
      <w:contextualSpacing/>
    </w:pPr>
  </w:style>
  <w:style w:type="paragraph" w:styleId="Listanumerowana2">
    <w:name w:val="List Number 2"/>
    <w:basedOn w:val="Normalny"/>
    <w:uiPriority w:val="99"/>
    <w:unhideWhenUsed/>
    <w:rsid w:val="0029639D"/>
    <w:pPr>
      <w:numPr>
        <w:numId w:val="6"/>
      </w:numPr>
      <w:contextualSpacing/>
    </w:pPr>
  </w:style>
  <w:style w:type="paragraph" w:styleId="Listanumerowana3">
    <w:name w:val="List Number 3"/>
    <w:basedOn w:val="Normalny"/>
    <w:uiPriority w:val="99"/>
    <w:unhideWhenUsed/>
    <w:rsid w:val="0029639D"/>
    <w:pPr>
      <w:numPr>
        <w:numId w:val="7"/>
      </w:numPr>
      <w:contextualSpacing/>
    </w:pPr>
  </w:style>
  <w:style w:type="paragraph" w:styleId="Lista-kontynuacja">
    <w:name w:val="List Continue"/>
    <w:basedOn w:val="Normalny"/>
    <w:uiPriority w:val="99"/>
    <w:unhideWhenUsed/>
    <w:rsid w:val="0029639D"/>
    <w:pPr>
      <w:spacing w:after="120"/>
      <w:ind w:left="360"/>
      <w:contextualSpacing/>
    </w:pPr>
  </w:style>
  <w:style w:type="paragraph" w:styleId="Lista-kontynuacja2">
    <w:name w:val="List Continue 2"/>
    <w:basedOn w:val="Normalny"/>
    <w:uiPriority w:val="99"/>
    <w:unhideWhenUsed/>
    <w:rsid w:val="0029639D"/>
    <w:pPr>
      <w:spacing w:after="120"/>
      <w:ind w:left="720"/>
      <w:contextualSpacing/>
    </w:pPr>
  </w:style>
  <w:style w:type="paragraph" w:styleId="Lista-kontynuacja3">
    <w:name w:val="List Continue 3"/>
    <w:basedOn w:val="Normalny"/>
    <w:uiPriority w:val="99"/>
    <w:unhideWhenUsed/>
    <w:rsid w:val="0029639D"/>
    <w:pPr>
      <w:spacing w:after="120"/>
      <w:ind w:left="1080"/>
      <w:contextualSpacing/>
    </w:pPr>
  </w:style>
  <w:style w:type="paragraph" w:styleId="Tekstmakra">
    <w:name w:val="macro"/>
    <w:link w:val="TekstmakraZnak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rsid w:val="0029639D"/>
    <w:rPr>
      <w:rFonts w:ascii="Courier" w:hAnsi="Courier"/>
      <w:sz w:val="20"/>
      <w:szCs w:val="20"/>
    </w:rPr>
  </w:style>
  <w:style w:type="paragraph" w:styleId="Cytat">
    <w:name w:val="Quote"/>
    <w:basedOn w:val="Normalny"/>
    <w:next w:val="Normalny"/>
    <w:link w:val="CytatZnak"/>
    <w:uiPriority w:val="29"/>
    <w:qFormat/>
    <w:rsid w:val="00FC693F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FC693F"/>
    <w:rPr>
      <w:i/>
      <w:i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Cs w:val="18"/>
    </w:rPr>
  </w:style>
  <w:style w:type="character" w:styleId="Pogrubienie">
    <w:name w:val="Strong"/>
    <w:basedOn w:val="Domylnaczcionkaakapitu"/>
    <w:uiPriority w:val="22"/>
    <w:qFormat/>
    <w:rsid w:val="00FC693F"/>
    <w:rPr>
      <w:b/>
      <w:bCs/>
    </w:rPr>
  </w:style>
  <w:style w:type="character" w:styleId="Uwydatnienie">
    <w:name w:val="Emphasis"/>
    <w:basedOn w:val="Domylnaczcionkaakapitu"/>
    <w:uiPriority w:val="20"/>
    <w:qFormat/>
    <w:rsid w:val="00FC693F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C693F"/>
    <w:rPr>
      <w:b/>
      <w:bCs/>
      <w:i/>
      <w:iCs/>
      <w:color w:val="4F81BD" w:themeColor="accent1"/>
    </w:rPr>
  </w:style>
  <w:style w:type="character" w:styleId="Wyrnieniedelikatne">
    <w:name w:val="Subtle Emphasis"/>
    <w:basedOn w:val="Domylnaczcionkaakapitu"/>
    <w:uiPriority w:val="19"/>
    <w:qFormat/>
    <w:rsid w:val="00FC693F"/>
    <w:rPr>
      <w:i/>
      <w:iCs/>
      <w:color w:val="808080" w:themeColor="text1" w:themeTint="7F"/>
    </w:rPr>
  </w:style>
  <w:style w:type="character" w:styleId="Wyrnienieintensywne">
    <w:name w:val="Intense Emphasis"/>
    <w:basedOn w:val="Domylnaczcionkaakapitu"/>
    <w:uiPriority w:val="21"/>
    <w:qFormat/>
    <w:rsid w:val="00FC693F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FC693F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FC693F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C693F"/>
    <w:pPr>
      <w:outlineLvl w:val="9"/>
    </w:pPr>
  </w:style>
  <w:style w:type="table" w:styleId="Tabela-Siatka">
    <w:name w:val="Table Grid"/>
    <w:basedOn w:val="Standardowy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">
    <w:name w:val="Light Shading"/>
    <w:basedOn w:val="Standardowy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Jasnecieniowanieakcent2">
    <w:name w:val="Light Shading Accent 2"/>
    <w:basedOn w:val="Standardowy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Jasnecieniowanieakcent3">
    <w:name w:val="Light Shading Accent 3"/>
    <w:basedOn w:val="Standardowy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Jasnecieniowanieakcent4">
    <w:name w:val="Light Shading Accent 4"/>
    <w:basedOn w:val="Standardowy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Jasnecieniowanieakcent5">
    <w:name w:val="Light Shading Accent 5"/>
    <w:basedOn w:val="Standardowy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Jasnecieniowanieakcent6">
    <w:name w:val="Light Shading Accent 6"/>
    <w:basedOn w:val="Standardowy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Jasnalista">
    <w:name w:val="Light List"/>
    <w:basedOn w:val="Standardowy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Jasnalistaakcent2">
    <w:name w:val="Light List Accent 2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Jasnalistaakcent3">
    <w:name w:val="Light List Accent 3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Jasnalistaakcent4">
    <w:name w:val="Light List Accent 4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Jasnalistaakcent5">
    <w:name w:val="Light List Accent 5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Jasnalistaakcent6">
    <w:name w:val="Light List Accent 6"/>
    <w:basedOn w:val="Standardowy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Jasnasiatka">
    <w:name w:val="Light Grid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Jasnasiatkaakcent2">
    <w:name w:val="Light Grid Accent 2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Jasnasiatkaakcent3">
    <w:name w:val="Light Grid Accent 3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Jasnasiatkaakcent4">
    <w:name w:val="Light Grid Accent 4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Jasnasiatkaakcent5">
    <w:name w:val="Light Grid Accent 5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Jasnasiatkaakcent6">
    <w:name w:val="Light Grid Accent 6"/>
    <w:basedOn w:val="Standardowy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redniecieniowanie1">
    <w:name w:val="Medium Shading 1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alista1">
    <w:name w:val="Medium List 1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rednialista1akcent2">
    <w:name w:val="Medium List 1 Accent 2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rednialista1akcent3">
    <w:name w:val="Medium List 1 Accent 3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rednialista1akcent4">
    <w:name w:val="Medium List 1 Accent 4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rednialista1akcent5">
    <w:name w:val="Medium List 1 Accent 5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rednialista1akcent6">
    <w:name w:val="Medium List 1 Accent 6"/>
    <w:basedOn w:val="Standardowy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rednialista2">
    <w:name w:val="Medium List 2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dniasiatka1akcent2">
    <w:name w:val="Medium Grid 1 Accent 2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dniasiatka1akcent3">
    <w:name w:val="Medium Grid 1 Accent 3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dniasiatka1akcent4">
    <w:name w:val="Medium Grid 1 Accent 4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dniasiatka1akcent5">
    <w:name w:val="Medium Grid 1 Accent 5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dniasiatka1akcent6">
    <w:name w:val="Medium Grid 1 Accent 6"/>
    <w:basedOn w:val="Standardowy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redniasiatka2">
    <w:name w:val="Medium Grid 2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redniasiatka3akcent2">
    <w:name w:val="Medium Grid 3 Accent 2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redniasiatka3akcent3">
    <w:name w:val="Medium Grid 3 Accent 3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redniasiatka3akcent4">
    <w:name w:val="Medium Grid 3 Accent 4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redniasiatka3akcent5">
    <w:name w:val="Medium Grid 3 Accent 5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redniasiatka3akcent6">
    <w:name w:val="Medium Grid 3 Accent 6"/>
    <w:basedOn w:val="Standardowy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Ciemnalista">
    <w:name w:val="Dark List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2akcent1">
    <w:name w:val="Dark List Accent 1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Ciemnalistaakcent2">
    <w:name w:val="Dark List Accent 2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Ciemnalistaakcent3">
    <w:name w:val="Dark List Accent 3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iemnalistaakcent4">
    <w:name w:val="Dark List Accent 4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Ciemnalistaakcent5">
    <w:name w:val="Dark List Accent 5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Ciemnalistaakcent6">
    <w:name w:val="Dark List Accent 6"/>
    <w:basedOn w:val="Standardowy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Kolorowecieniowanie">
    <w:name w:val="Colorful Shading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alista">
    <w:name w:val="Colorful List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olorowalistaakcent2">
    <w:name w:val="Colorful List Accent 2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olorowalistaakcent3">
    <w:name w:val="Colorful List Accent 3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olorowalistaakcent4">
    <w:name w:val="Colorful List Accent 4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olorowalistaakcent5">
    <w:name w:val="Colorful List Accent 5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olorowalistaakcent6">
    <w:name w:val="Colorful List Accent 6"/>
    <w:basedOn w:val="Standardowy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olorowasiatka">
    <w:name w:val="Colorful Grid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olorowasiatkaakcent2">
    <w:name w:val="Colorful Grid Accent 2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olorowasiatkaakcent3">
    <w:name w:val="Colorful Grid Accent 3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asiatkaakcent4">
    <w:name w:val="Colorful Grid Accent 4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olorowasiatkaakcent5">
    <w:name w:val="Colorful Grid Accent 5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olorowasiatkaakcent6">
    <w:name w:val="Colorful Grid Accent 6"/>
    <w:basedOn w:val="Standardowy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https://szpitalciechanow.com.pl/templates/pcj-jzukim-green/images/footer/logo_mazowsze_stopka.png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https://szpitalciechanow.com.pl/templates/pcj-jzukim-green/images/footer/logo_mazowsze_stopka.p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476</Words>
  <Characters>2861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3331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Wiesław Babiżewski</cp:lastModifiedBy>
  <cp:revision>4</cp:revision>
  <dcterms:created xsi:type="dcterms:W3CDTF">2026-03-26T09:58:00Z</dcterms:created>
  <dcterms:modified xsi:type="dcterms:W3CDTF">2026-03-26T10:03:00Z</dcterms:modified>
  <cp:category/>
</cp:coreProperties>
</file>