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E2426C" w14:textId="77777777" w:rsidR="001036B1" w:rsidRDefault="001036B1" w:rsidP="004808F3">
      <w:pPr>
        <w:spacing w:after="0" w:line="240" w:lineRule="auto"/>
        <w:jc w:val="center"/>
      </w:pPr>
    </w:p>
    <w:p w14:paraId="36AC36BE" w14:textId="46A69656" w:rsidR="004808F3" w:rsidRPr="004808F3" w:rsidRDefault="004808F3" w:rsidP="004808F3">
      <w:pPr>
        <w:spacing w:after="0" w:line="240" w:lineRule="auto"/>
        <w:jc w:val="center"/>
      </w:pPr>
      <w:r w:rsidRPr="004808F3"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D95CC7" wp14:editId="5EC92219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5440679" cy="723066"/>
                <wp:effectExtent l="0" t="0" r="8255" b="20320"/>
                <wp:wrapNone/>
                <wp:docPr id="874022179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79" cy="723066"/>
                          <a:chOff x="0" y="0"/>
                          <a:chExt cx="5440679" cy="723066"/>
                        </a:xfrm>
                      </wpg:grpSpPr>
                      <wpg:grpSp>
                        <wpg:cNvPr id="1473066381" name="Grupa 2"/>
                        <wpg:cNvGrpSpPr/>
                        <wpg:grpSpPr>
                          <a:xfrm>
                            <a:off x="0" y="156011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1296678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r:link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41101310" name="Łącznik prosty 1441101310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5709668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711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95C0ED" id="Grupa 3" o:spid="_x0000_s1026" style="position:absolute;margin-left:0;margin-top:.75pt;width:428.4pt;height:56.95pt;z-index:251659264;mso-position-horizontal:center;mso-position-horizontal-relative:margin" coordsize="54406,7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m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">
                <v:group id="Grupa 2" o:spid="_x0000_s1027" style="position:absolute;top:1560;width:54406;height:5670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">
                    <v:imagedata r:id="rId9" r:href="rId10"/>
                  </v:shape>
                  <v:line id="Łącznik prosty 1441101310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6067;width:11099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">
                  <v:imagedata r:id="rId11" o:title="Wygenerowany obraz"/>
                </v:shape>
                <w10:wrap anchorx="margin"/>
              </v:group>
            </w:pict>
          </mc:Fallback>
        </mc:AlternateContent>
      </w:r>
    </w:p>
    <w:p w14:paraId="07BCE567" w14:textId="77777777" w:rsidR="004808F3" w:rsidRPr="004808F3" w:rsidRDefault="004808F3" w:rsidP="004808F3">
      <w:pPr>
        <w:spacing w:after="0" w:line="240" w:lineRule="auto"/>
        <w:jc w:val="center"/>
      </w:pPr>
    </w:p>
    <w:p w14:paraId="74B953BE" w14:textId="77777777" w:rsidR="004808F3" w:rsidRPr="004808F3" w:rsidRDefault="004808F3" w:rsidP="004808F3">
      <w:pPr>
        <w:spacing w:after="0" w:line="240" w:lineRule="auto"/>
        <w:jc w:val="center"/>
        <w:rPr>
          <w:lang w:val="pl-PL"/>
        </w:rPr>
      </w:pPr>
    </w:p>
    <w:p w14:paraId="04CE8A20" w14:textId="77777777" w:rsidR="004808F3" w:rsidRPr="004808F3" w:rsidRDefault="004808F3" w:rsidP="004808F3">
      <w:pPr>
        <w:spacing w:after="0" w:line="240" w:lineRule="auto"/>
        <w:jc w:val="center"/>
        <w:rPr>
          <w:lang w:val="pl-PL"/>
        </w:rPr>
      </w:pPr>
    </w:p>
    <w:p w14:paraId="0295A8E6" w14:textId="77777777" w:rsidR="004808F3" w:rsidRPr="004808F3" w:rsidRDefault="004808F3" w:rsidP="004808F3">
      <w:pPr>
        <w:spacing w:after="0" w:line="240" w:lineRule="auto"/>
        <w:jc w:val="center"/>
        <w:rPr>
          <w:lang w:val="pl-PL"/>
        </w:rPr>
      </w:pPr>
    </w:p>
    <w:p w14:paraId="427D26AB" w14:textId="77777777" w:rsidR="004808F3" w:rsidRPr="004808F3" w:rsidRDefault="004808F3" w:rsidP="004808F3">
      <w:pPr>
        <w:spacing w:after="0" w:line="240" w:lineRule="auto"/>
        <w:jc w:val="center"/>
        <w:rPr>
          <w:lang w:val="pl-PL"/>
        </w:rPr>
      </w:pPr>
    </w:p>
    <w:p w14:paraId="564140EB" w14:textId="4ADC65FA" w:rsidR="004808F3" w:rsidRPr="004808F3" w:rsidRDefault="004808F3" w:rsidP="004808F3">
      <w:pPr>
        <w:spacing w:after="0" w:line="240" w:lineRule="auto"/>
        <w:rPr>
          <w:lang w:val="pl-PL"/>
        </w:rPr>
      </w:pPr>
      <w:r w:rsidRPr="004808F3">
        <w:rPr>
          <w:lang w:val="pl-PL"/>
        </w:rPr>
        <w:t>Załącznik nr 1</w:t>
      </w:r>
      <w:r>
        <w:rPr>
          <w:lang w:val="pl-PL"/>
        </w:rPr>
        <w:t>d</w:t>
      </w:r>
      <w:r w:rsidRPr="004808F3">
        <w:rPr>
          <w:lang w:val="pl-PL"/>
        </w:rPr>
        <w:t xml:space="preserve"> – </w:t>
      </w:r>
      <w:r>
        <w:rPr>
          <w:lang w:val="pl-PL"/>
        </w:rPr>
        <w:t>wykaz osób</w:t>
      </w:r>
      <w:r w:rsidRPr="004808F3">
        <w:rPr>
          <w:lang w:val="pl-PL"/>
        </w:rPr>
        <w:t xml:space="preserve"> </w:t>
      </w:r>
    </w:p>
    <w:p w14:paraId="20645D33" w14:textId="77777777" w:rsidR="004808F3" w:rsidRPr="004808F3" w:rsidRDefault="004808F3" w:rsidP="004808F3">
      <w:pPr>
        <w:spacing w:after="0" w:line="240" w:lineRule="auto"/>
        <w:rPr>
          <w:lang w:val="pl-PL"/>
        </w:rPr>
      </w:pPr>
      <w:r w:rsidRPr="004808F3">
        <w:rPr>
          <w:lang w:val="pl-PL"/>
        </w:rPr>
        <w:t>do postępowania o udzielenie zamówienia publicznego</w:t>
      </w:r>
    </w:p>
    <w:p w14:paraId="45584199" w14:textId="77777777" w:rsidR="004808F3" w:rsidRPr="004808F3" w:rsidRDefault="004808F3" w:rsidP="004808F3">
      <w:pPr>
        <w:spacing w:after="120" w:line="240" w:lineRule="auto"/>
        <w:rPr>
          <w:lang w:val="pl-PL"/>
        </w:rPr>
      </w:pPr>
      <w:r w:rsidRPr="004808F3">
        <w:rPr>
          <w:b/>
          <w:lang w:val="pl-PL"/>
        </w:rPr>
        <w:t>pn. „Dostawa, montaż, konfiguracja i uruchomienie systemu parkingowego na terenie Specjalistycznego Szpitala Wojewódzkiego w Ciechanowie oraz dzierżawa infrastruktury zarządzania ruchem postojowym wraz z wykonaniem niezbędnych robót budowlanych”</w:t>
      </w:r>
    </w:p>
    <w:p w14:paraId="35FB2A09" w14:textId="77777777" w:rsidR="004E45EB" w:rsidRPr="003D5017" w:rsidRDefault="002A52F9">
      <w:pPr>
        <w:spacing w:before="40" w:after="0" w:line="240" w:lineRule="auto"/>
        <w:rPr>
          <w:lang w:val="pl-PL"/>
        </w:rPr>
      </w:pPr>
      <w:r w:rsidRPr="003D5017">
        <w:rPr>
          <w:b/>
          <w:lang w:val="pl-PL"/>
        </w:rPr>
        <w:t>Pełna nazwa Wykonawcy:</w:t>
      </w:r>
    </w:p>
    <w:p w14:paraId="7F887D0C" w14:textId="77777777" w:rsidR="004E45EB" w:rsidRPr="003D5017" w:rsidRDefault="002A52F9">
      <w:pPr>
        <w:spacing w:after="60" w:line="240" w:lineRule="auto"/>
        <w:rPr>
          <w:lang w:val="pl-PL"/>
        </w:rPr>
      </w:pPr>
      <w:r w:rsidRPr="003D5017">
        <w:rPr>
          <w:lang w:val="pl-PL"/>
        </w:rPr>
        <w:t>........................................................................................................................................................................</w:t>
      </w:r>
    </w:p>
    <w:p w14:paraId="32323723" w14:textId="77777777" w:rsidR="004E45EB" w:rsidRPr="003D5017" w:rsidRDefault="002A52F9">
      <w:pPr>
        <w:spacing w:before="40" w:after="0" w:line="240" w:lineRule="auto"/>
        <w:rPr>
          <w:lang w:val="pl-PL"/>
        </w:rPr>
      </w:pPr>
      <w:r w:rsidRPr="003D5017">
        <w:rPr>
          <w:b/>
          <w:lang w:val="pl-PL"/>
        </w:rPr>
        <w:t>Adres Wykonawcy:</w:t>
      </w:r>
    </w:p>
    <w:p w14:paraId="4B7A0445" w14:textId="77777777" w:rsidR="004E45EB" w:rsidRPr="003D5017" w:rsidRDefault="002A52F9">
      <w:pPr>
        <w:spacing w:after="60" w:line="240" w:lineRule="auto"/>
        <w:rPr>
          <w:lang w:val="pl-PL"/>
        </w:rPr>
      </w:pPr>
      <w:r w:rsidRPr="003D5017">
        <w:rPr>
          <w:lang w:val="pl-PL"/>
        </w:rPr>
        <w:t>........................................................................................................................................................................</w:t>
      </w:r>
    </w:p>
    <w:p w14:paraId="23029AA4" w14:textId="77777777" w:rsidR="004E45EB" w:rsidRPr="003D5017" w:rsidRDefault="002A52F9">
      <w:pPr>
        <w:spacing w:before="80" w:after="80" w:line="240" w:lineRule="auto"/>
        <w:rPr>
          <w:lang w:val="pl-PL"/>
        </w:rPr>
      </w:pPr>
      <w:r w:rsidRPr="003D5017">
        <w:rPr>
          <w:lang w:val="pl-PL"/>
        </w:rPr>
        <w:t>Składając ofertę w postępowaniu o udzielenie zamówienia publicznego wskazanym powyżej, przedstawiam wykaz osób skierowanych do realizacji zamówienia, w celu potwierdzenia spełniania warunku udziału w postępowaniu określonego w SWZ:</w:t>
      </w:r>
    </w:p>
    <w:tbl>
      <w:tblPr>
        <w:tblStyle w:val="Tabela-Siatk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54"/>
        <w:gridCol w:w="1358"/>
        <w:gridCol w:w="1304"/>
        <w:gridCol w:w="1814"/>
        <w:gridCol w:w="2381"/>
        <w:gridCol w:w="1927"/>
      </w:tblGrid>
      <w:tr w:rsidR="004E45EB" w:rsidRPr="001036B1" w14:paraId="7AA7C1F8" w14:textId="77777777" w:rsidTr="006777B2">
        <w:trPr>
          <w:tblHeader/>
          <w:jc w:val="center"/>
        </w:trPr>
        <w:tc>
          <w:tcPr>
            <w:tcW w:w="454" w:type="dxa"/>
            <w:shd w:val="clear" w:color="auto" w:fill="D9EAF7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35F35BAC" w14:textId="77777777" w:rsidR="004E45EB" w:rsidRDefault="002A52F9">
            <w:pPr>
              <w:jc w:val="center"/>
            </w:pPr>
            <w:proofErr w:type="spellStart"/>
            <w:r>
              <w:rPr>
                <w:b/>
                <w:sz w:val="17"/>
              </w:rPr>
              <w:t>Lp</w:t>
            </w:r>
            <w:proofErr w:type="spellEnd"/>
            <w:r>
              <w:rPr>
                <w:b/>
                <w:sz w:val="17"/>
              </w:rPr>
              <w:t>.</w:t>
            </w:r>
          </w:p>
        </w:tc>
        <w:tc>
          <w:tcPr>
            <w:tcW w:w="1358" w:type="dxa"/>
            <w:shd w:val="clear" w:color="auto" w:fill="D9EAF7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410A402" w14:textId="77777777" w:rsidR="004E45EB" w:rsidRDefault="002A52F9">
            <w:pPr>
              <w:jc w:val="center"/>
            </w:pPr>
            <w:r>
              <w:rPr>
                <w:b/>
                <w:sz w:val="17"/>
              </w:rPr>
              <w:t>Stanowisko wymagane przez Zamawiającego</w:t>
            </w:r>
          </w:p>
        </w:tc>
        <w:tc>
          <w:tcPr>
            <w:tcW w:w="1304" w:type="dxa"/>
            <w:shd w:val="clear" w:color="auto" w:fill="D9EAF7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1D70C85B" w14:textId="77777777" w:rsidR="004E45EB" w:rsidRDefault="002A52F9">
            <w:pPr>
              <w:jc w:val="center"/>
            </w:pPr>
            <w:r>
              <w:rPr>
                <w:b/>
                <w:sz w:val="17"/>
              </w:rPr>
              <w:t>Imię i nazwisko osoby</w:t>
            </w:r>
          </w:p>
        </w:tc>
        <w:tc>
          <w:tcPr>
            <w:tcW w:w="1814" w:type="dxa"/>
            <w:shd w:val="clear" w:color="auto" w:fill="D9EAF7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0AC3068E" w14:textId="77777777" w:rsidR="004E45EB" w:rsidRPr="003D5017" w:rsidRDefault="002A52F9">
            <w:pPr>
              <w:jc w:val="center"/>
              <w:rPr>
                <w:lang w:val="pl-PL"/>
              </w:rPr>
            </w:pPr>
            <w:r w:rsidRPr="003D5017">
              <w:rPr>
                <w:b/>
                <w:sz w:val="17"/>
                <w:lang w:val="pl-PL"/>
              </w:rPr>
              <w:t>Kwalifikacje / uprawnienia / wykształcenie</w:t>
            </w:r>
            <w:r w:rsidRPr="003D5017">
              <w:rPr>
                <w:b/>
                <w:sz w:val="17"/>
                <w:lang w:val="pl-PL"/>
              </w:rPr>
              <w:br/>
              <w:t>(nr/zakres, data ważności)</w:t>
            </w:r>
          </w:p>
        </w:tc>
        <w:tc>
          <w:tcPr>
            <w:tcW w:w="2381" w:type="dxa"/>
            <w:shd w:val="clear" w:color="auto" w:fill="D9EAF7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76DF319A" w14:textId="77777777" w:rsidR="004E45EB" w:rsidRPr="003D5017" w:rsidRDefault="002A52F9">
            <w:pPr>
              <w:jc w:val="center"/>
              <w:rPr>
                <w:lang w:val="pl-PL"/>
              </w:rPr>
            </w:pPr>
            <w:r w:rsidRPr="003D5017">
              <w:rPr>
                <w:b/>
                <w:sz w:val="17"/>
                <w:lang w:val="pl-PL"/>
              </w:rPr>
              <w:t>Doświadczenie potwierdzające spełnienie warunku udziału</w:t>
            </w:r>
          </w:p>
        </w:tc>
        <w:tc>
          <w:tcPr>
            <w:tcW w:w="1927" w:type="dxa"/>
            <w:shd w:val="clear" w:color="auto" w:fill="D9EAF7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6B7ECDBD" w14:textId="77777777" w:rsidR="004E45EB" w:rsidRPr="003D5017" w:rsidRDefault="002A52F9">
            <w:pPr>
              <w:jc w:val="center"/>
              <w:rPr>
                <w:lang w:val="pl-PL"/>
              </w:rPr>
            </w:pPr>
            <w:r w:rsidRPr="003D5017">
              <w:rPr>
                <w:b/>
                <w:sz w:val="17"/>
                <w:lang w:val="pl-PL"/>
              </w:rPr>
              <w:t>Zakres czynności w niniejszym zamówieniu / podstawa dysponowania</w:t>
            </w:r>
          </w:p>
        </w:tc>
      </w:tr>
      <w:tr w:rsidR="004E45EB" w:rsidRPr="001036B1" w14:paraId="4CF6AE4C" w14:textId="77777777" w:rsidTr="006777B2">
        <w:trPr>
          <w:jc w:val="center"/>
        </w:trPr>
        <w:tc>
          <w:tcPr>
            <w:tcW w:w="45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10C9401B" w14:textId="77777777" w:rsidR="004E45EB" w:rsidRDefault="002A52F9">
            <w:pPr>
              <w:jc w:val="center"/>
            </w:pPr>
            <w:r>
              <w:rPr>
                <w:sz w:val="17"/>
              </w:rPr>
              <w:t>1</w:t>
            </w:r>
          </w:p>
        </w:tc>
        <w:tc>
          <w:tcPr>
            <w:tcW w:w="1358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13AD0CC6" w14:textId="77777777" w:rsidR="004E45EB" w:rsidRDefault="002A52F9">
            <w:r>
              <w:rPr>
                <w:sz w:val="17"/>
              </w:rPr>
              <w:t>Projektant branży elektrycznej / elektroenergetycznej</w:t>
            </w:r>
          </w:p>
        </w:tc>
        <w:tc>
          <w:tcPr>
            <w:tcW w:w="130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70CFCDE9" w14:textId="77777777" w:rsidR="004E45EB" w:rsidRDefault="004E45EB"/>
          <w:p w14:paraId="6F1B5682" w14:textId="77777777" w:rsidR="004E45EB" w:rsidRDefault="002A52F9">
            <w:r>
              <w:br/>
            </w:r>
          </w:p>
        </w:tc>
        <w:tc>
          <w:tcPr>
            <w:tcW w:w="181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06D2A49A" w14:textId="77777777" w:rsidR="004E45EB" w:rsidRDefault="004E45EB"/>
          <w:p w14:paraId="5A0166A9" w14:textId="77777777" w:rsidR="004E45EB" w:rsidRDefault="002A52F9">
            <w:r>
              <w:br/>
            </w:r>
          </w:p>
        </w:tc>
        <w:tc>
          <w:tcPr>
            <w:tcW w:w="238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02CC3C83" w14:textId="77777777" w:rsidR="004E45EB" w:rsidRPr="003D5017" w:rsidRDefault="002A52F9">
            <w:pPr>
              <w:rPr>
                <w:lang w:val="pl-PL"/>
              </w:rPr>
            </w:pPr>
            <w:r w:rsidRPr="003D5017">
              <w:rPr>
                <w:sz w:val="17"/>
                <w:lang w:val="pl-PL"/>
              </w:rPr>
              <w:t>Doświadczenie w pełnieniu funkcji projektanta przy co najmniej 1 zamówieniu obejmującym wykonanie instalacji i infrastruktury dla systemu parkingowego, systemu kontroli dostępu, systemu zarządzania ruchem pojazdów albo podobnego systemu teletechniczno-elektrycznego.</w:t>
            </w:r>
          </w:p>
        </w:tc>
        <w:tc>
          <w:tcPr>
            <w:tcW w:w="1927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703A1C44" w14:textId="77777777" w:rsidR="004E45EB" w:rsidRPr="003D5017" w:rsidRDefault="004E45EB">
            <w:pPr>
              <w:rPr>
                <w:lang w:val="pl-PL"/>
              </w:rPr>
            </w:pPr>
          </w:p>
          <w:p w14:paraId="005B6322" w14:textId="77777777" w:rsidR="004E45EB" w:rsidRPr="003D5017" w:rsidRDefault="002A52F9">
            <w:pPr>
              <w:rPr>
                <w:lang w:val="pl-PL"/>
              </w:rPr>
            </w:pPr>
            <w:r w:rsidRPr="003D5017">
              <w:rPr>
                <w:lang w:val="pl-PL"/>
              </w:rPr>
              <w:br/>
            </w:r>
          </w:p>
        </w:tc>
      </w:tr>
      <w:tr w:rsidR="004E45EB" w:rsidRPr="001036B1" w14:paraId="335F854B" w14:textId="77777777" w:rsidTr="006777B2">
        <w:trPr>
          <w:jc w:val="center"/>
        </w:trPr>
        <w:tc>
          <w:tcPr>
            <w:tcW w:w="45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2E897420" w14:textId="77777777" w:rsidR="004E45EB" w:rsidRDefault="002A52F9">
            <w:pPr>
              <w:jc w:val="center"/>
            </w:pPr>
            <w:r>
              <w:rPr>
                <w:sz w:val="17"/>
              </w:rPr>
              <w:t>2</w:t>
            </w:r>
          </w:p>
        </w:tc>
        <w:tc>
          <w:tcPr>
            <w:tcW w:w="1358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6A38C1AB" w14:textId="77777777" w:rsidR="004E45EB" w:rsidRPr="003D5017" w:rsidRDefault="002A52F9">
            <w:pPr>
              <w:rPr>
                <w:lang w:val="pl-PL"/>
              </w:rPr>
            </w:pPr>
            <w:r w:rsidRPr="003D5017">
              <w:rPr>
                <w:sz w:val="17"/>
                <w:lang w:val="pl-PL"/>
              </w:rPr>
              <w:t>Kierownik robót / kierownik budowy branży elektrycznej</w:t>
            </w:r>
          </w:p>
        </w:tc>
        <w:tc>
          <w:tcPr>
            <w:tcW w:w="130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1E6AB95B" w14:textId="77777777" w:rsidR="004E45EB" w:rsidRPr="003D5017" w:rsidRDefault="004E45EB">
            <w:pPr>
              <w:rPr>
                <w:lang w:val="pl-PL"/>
              </w:rPr>
            </w:pPr>
          </w:p>
          <w:p w14:paraId="7F5591AD" w14:textId="77777777" w:rsidR="004E45EB" w:rsidRPr="003D5017" w:rsidRDefault="002A52F9">
            <w:pPr>
              <w:rPr>
                <w:lang w:val="pl-PL"/>
              </w:rPr>
            </w:pPr>
            <w:r w:rsidRPr="003D5017">
              <w:rPr>
                <w:lang w:val="pl-PL"/>
              </w:rPr>
              <w:br/>
            </w:r>
          </w:p>
        </w:tc>
        <w:tc>
          <w:tcPr>
            <w:tcW w:w="181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10C28DD7" w14:textId="77777777" w:rsidR="004E45EB" w:rsidRPr="003D5017" w:rsidRDefault="004E45EB">
            <w:pPr>
              <w:rPr>
                <w:lang w:val="pl-PL"/>
              </w:rPr>
            </w:pPr>
          </w:p>
          <w:p w14:paraId="12C82B7A" w14:textId="77777777" w:rsidR="004E45EB" w:rsidRPr="003D5017" w:rsidRDefault="002A52F9">
            <w:pPr>
              <w:rPr>
                <w:lang w:val="pl-PL"/>
              </w:rPr>
            </w:pPr>
            <w:r w:rsidRPr="003D5017">
              <w:rPr>
                <w:lang w:val="pl-PL"/>
              </w:rPr>
              <w:br/>
            </w:r>
          </w:p>
        </w:tc>
        <w:tc>
          <w:tcPr>
            <w:tcW w:w="238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2438ADE8" w14:textId="77777777" w:rsidR="004E45EB" w:rsidRPr="003D5017" w:rsidRDefault="002A52F9">
            <w:pPr>
              <w:rPr>
                <w:lang w:val="pl-PL"/>
              </w:rPr>
            </w:pPr>
            <w:r w:rsidRPr="003D5017">
              <w:rPr>
                <w:sz w:val="17"/>
                <w:lang w:val="pl-PL"/>
              </w:rPr>
              <w:t>Doświadczenie przy co najmniej 1 zamówieniu obejmującym roboty instalacyjne lub budowlane związane z montażem urządzeń parkingowych, szlabanów, pętli indukcyjnych, okablowania lub infrastruktury zasilająco-sterującej.</w:t>
            </w:r>
          </w:p>
        </w:tc>
        <w:tc>
          <w:tcPr>
            <w:tcW w:w="1927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2D7454CE" w14:textId="77777777" w:rsidR="004E45EB" w:rsidRPr="003D5017" w:rsidRDefault="004E45EB">
            <w:pPr>
              <w:rPr>
                <w:lang w:val="pl-PL"/>
              </w:rPr>
            </w:pPr>
          </w:p>
          <w:p w14:paraId="62E62D2A" w14:textId="77777777" w:rsidR="004E45EB" w:rsidRPr="003D5017" w:rsidRDefault="002A52F9">
            <w:pPr>
              <w:rPr>
                <w:lang w:val="pl-PL"/>
              </w:rPr>
            </w:pPr>
            <w:r w:rsidRPr="003D5017">
              <w:rPr>
                <w:lang w:val="pl-PL"/>
              </w:rPr>
              <w:br/>
            </w:r>
          </w:p>
        </w:tc>
      </w:tr>
      <w:tr w:rsidR="004E45EB" w:rsidRPr="001036B1" w14:paraId="4FA8CB9A" w14:textId="77777777" w:rsidTr="006777B2">
        <w:trPr>
          <w:jc w:val="center"/>
        </w:trPr>
        <w:tc>
          <w:tcPr>
            <w:tcW w:w="45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72894A56" w14:textId="77777777" w:rsidR="004E45EB" w:rsidRDefault="002A52F9">
            <w:pPr>
              <w:jc w:val="center"/>
            </w:pPr>
            <w:r>
              <w:rPr>
                <w:sz w:val="17"/>
              </w:rPr>
              <w:t>3</w:t>
            </w:r>
          </w:p>
        </w:tc>
        <w:tc>
          <w:tcPr>
            <w:tcW w:w="1358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17F5B902" w14:textId="77777777" w:rsidR="004E45EB" w:rsidRPr="003D5017" w:rsidRDefault="002A52F9">
            <w:pPr>
              <w:rPr>
                <w:lang w:val="pl-PL"/>
              </w:rPr>
            </w:pPr>
            <w:r w:rsidRPr="003D5017">
              <w:rPr>
                <w:sz w:val="17"/>
                <w:lang w:val="pl-PL"/>
              </w:rPr>
              <w:t>Kierownik wdrożenia systemu parkingowego / specjalista ds. wdrożeń</w:t>
            </w:r>
          </w:p>
        </w:tc>
        <w:tc>
          <w:tcPr>
            <w:tcW w:w="130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48C74DA1" w14:textId="77777777" w:rsidR="004E45EB" w:rsidRPr="003D5017" w:rsidRDefault="004E45EB">
            <w:pPr>
              <w:rPr>
                <w:lang w:val="pl-PL"/>
              </w:rPr>
            </w:pPr>
          </w:p>
          <w:p w14:paraId="20F9F368" w14:textId="77777777" w:rsidR="004E45EB" w:rsidRPr="003D5017" w:rsidRDefault="002A52F9">
            <w:pPr>
              <w:rPr>
                <w:lang w:val="pl-PL"/>
              </w:rPr>
            </w:pPr>
            <w:r w:rsidRPr="003D5017">
              <w:rPr>
                <w:lang w:val="pl-PL"/>
              </w:rPr>
              <w:br/>
            </w:r>
          </w:p>
        </w:tc>
        <w:tc>
          <w:tcPr>
            <w:tcW w:w="181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2FFB8F0F" w14:textId="77777777" w:rsidR="004E45EB" w:rsidRPr="003D5017" w:rsidRDefault="004E45EB">
            <w:pPr>
              <w:rPr>
                <w:lang w:val="pl-PL"/>
              </w:rPr>
            </w:pPr>
          </w:p>
          <w:p w14:paraId="60AC07B7" w14:textId="77777777" w:rsidR="004E45EB" w:rsidRPr="003D5017" w:rsidRDefault="002A52F9">
            <w:pPr>
              <w:rPr>
                <w:lang w:val="pl-PL"/>
              </w:rPr>
            </w:pPr>
            <w:r w:rsidRPr="003D5017">
              <w:rPr>
                <w:lang w:val="pl-PL"/>
              </w:rPr>
              <w:br/>
            </w:r>
          </w:p>
        </w:tc>
        <w:tc>
          <w:tcPr>
            <w:tcW w:w="238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42B0EC72" w14:textId="77777777" w:rsidR="004E45EB" w:rsidRPr="003D5017" w:rsidRDefault="002A52F9">
            <w:pPr>
              <w:rPr>
                <w:lang w:val="pl-PL"/>
              </w:rPr>
            </w:pPr>
            <w:r w:rsidRPr="003D5017">
              <w:rPr>
                <w:sz w:val="17"/>
                <w:lang w:val="pl-PL"/>
              </w:rPr>
              <w:t>Doświadczenie w realizacji co najmniej 2 zamówień obejmujących wdrożenie systemu parkingowego lub systemu zarządzania ruchem pojazdów, obejmujących co najmniej centralne oprogramowanie, urządzenia kontroli wjazdu/wyjazdu oraz system poboru opłat.</w:t>
            </w:r>
          </w:p>
        </w:tc>
        <w:tc>
          <w:tcPr>
            <w:tcW w:w="1927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186B99A6" w14:textId="77777777" w:rsidR="004E45EB" w:rsidRPr="003D5017" w:rsidRDefault="004E45EB">
            <w:pPr>
              <w:rPr>
                <w:lang w:val="pl-PL"/>
              </w:rPr>
            </w:pPr>
          </w:p>
          <w:p w14:paraId="72F22CAD" w14:textId="77777777" w:rsidR="004E45EB" w:rsidRPr="003D5017" w:rsidRDefault="002A52F9">
            <w:pPr>
              <w:rPr>
                <w:lang w:val="pl-PL"/>
              </w:rPr>
            </w:pPr>
            <w:r w:rsidRPr="003D5017">
              <w:rPr>
                <w:lang w:val="pl-PL"/>
              </w:rPr>
              <w:br/>
            </w:r>
          </w:p>
        </w:tc>
      </w:tr>
    </w:tbl>
    <w:p w14:paraId="1997BC5F" w14:textId="77777777" w:rsidR="004E45EB" w:rsidRPr="003D5017" w:rsidRDefault="002A52F9">
      <w:pPr>
        <w:spacing w:before="120" w:after="40" w:line="240" w:lineRule="auto"/>
        <w:rPr>
          <w:lang w:val="pl-PL"/>
        </w:rPr>
      </w:pPr>
      <w:r w:rsidRPr="003D5017">
        <w:rPr>
          <w:b/>
          <w:color w:val="1F4E79"/>
          <w:lang w:val="pl-PL"/>
        </w:rPr>
        <w:t>Uwagi instruktażowe:</w:t>
      </w:r>
    </w:p>
    <w:p w14:paraId="6D2251CA" w14:textId="77777777" w:rsidR="004E45EB" w:rsidRPr="003D5017" w:rsidRDefault="002A52F9">
      <w:pPr>
        <w:spacing w:after="0" w:line="240" w:lineRule="auto"/>
        <w:ind w:hanging="170"/>
        <w:rPr>
          <w:lang w:val="pl-PL"/>
        </w:rPr>
      </w:pPr>
      <w:r w:rsidRPr="003D5017">
        <w:rPr>
          <w:sz w:val="17"/>
          <w:lang w:val="pl-PL"/>
        </w:rPr>
        <w:t>– Wykonawca zobowiązany jest wykazać co najmniej osoby wskazane w lp. 1–3.</w:t>
      </w:r>
    </w:p>
    <w:p w14:paraId="58A8A4F2" w14:textId="77777777" w:rsidR="004E45EB" w:rsidRPr="003D5017" w:rsidRDefault="002A52F9">
      <w:pPr>
        <w:spacing w:after="0" w:line="240" w:lineRule="auto"/>
        <w:ind w:hanging="170"/>
        <w:rPr>
          <w:lang w:val="pl-PL"/>
        </w:rPr>
      </w:pPr>
      <w:r w:rsidRPr="003D5017">
        <w:rPr>
          <w:sz w:val="17"/>
          <w:lang w:val="pl-PL"/>
        </w:rPr>
        <w:lastRenderedPageBreak/>
        <w:t>– W kolumnie „Kwalifikacje / uprawnienia / wykształcenie” należy wskazać informacje pozwalające na ocenę spełniania wymagań określonych w SWZ, w szczególności numer uprawnień, ich zakres oraz datę ważności – jeżeli dotyczy.</w:t>
      </w:r>
    </w:p>
    <w:p w14:paraId="58CCCDC6" w14:textId="77777777" w:rsidR="004E45EB" w:rsidRPr="003D5017" w:rsidRDefault="002A52F9">
      <w:pPr>
        <w:spacing w:after="0" w:line="240" w:lineRule="auto"/>
        <w:ind w:hanging="170"/>
        <w:rPr>
          <w:lang w:val="pl-PL"/>
        </w:rPr>
      </w:pPr>
      <w:r w:rsidRPr="003D5017">
        <w:rPr>
          <w:sz w:val="17"/>
          <w:lang w:val="pl-PL"/>
        </w:rPr>
        <w:t>– W kolumnie „Doświadczenie potwierdzające spełnienie warunku udziału” należy wskazać informacje potwierdzające spełnienie minimalnych wymagań określonych w SWZ dla danej osoby.</w:t>
      </w:r>
    </w:p>
    <w:p w14:paraId="43FF1A6B" w14:textId="77777777" w:rsidR="004E45EB" w:rsidRPr="003D5017" w:rsidRDefault="002A52F9">
      <w:pPr>
        <w:spacing w:after="0" w:line="240" w:lineRule="auto"/>
        <w:ind w:hanging="170"/>
        <w:rPr>
          <w:lang w:val="pl-PL"/>
        </w:rPr>
      </w:pPr>
      <w:r w:rsidRPr="003D5017">
        <w:rPr>
          <w:sz w:val="17"/>
          <w:lang w:val="pl-PL"/>
        </w:rPr>
        <w:t>– W kolumnie „Zakres czynności w niniejszym zamówieniu / podstawa dysponowania” należy wskazać planowaną rolę tej osoby przy realizacji zamówienia oraz podstawę dysponowania nią, np. umowa o pracę, umowa cywilnoprawna, B2B, oddelegowanie, zobowiązanie do współpracy.</w:t>
      </w:r>
    </w:p>
    <w:p w14:paraId="2CA54D85" w14:textId="77777777" w:rsidR="004E45EB" w:rsidRPr="003D5017" w:rsidRDefault="002A52F9">
      <w:pPr>
        <w:spacing w:after="0" w:line="240" w:lineRule="auto"/>
        <w:ind w:hanging="170"/>
        <w:rPr>
          <w:lang w:val="pl-PL"/>
        </w:rPr>
      </w:pPr>
      <w:r w:rsidRPr="003D5017">
        <w:rPr>
          <w:sz w:val="17"/>
          <w:lang w:val="pl-PL"/>
        </w:rPr>
        <w:t>– Niniejszy wykaz służy wyłącznie potwierdzeniu spełniania warunku udziału w postępowaniu. Punktacja w kryterium oceny ofert dotyczącym Kierownika wdrożenia systemu parkingowego będzie przyznawana wyłącznie na podstawie odrębnego oświadczenia / wykazu realizacji złożonego wraz z ofertą oraz dokumentów potwierdzających.</w:t>
      </w:r>
    </w:p>
    <w:p w14:paraId="0B3DE843" w14:textId="77777777" w:rsidR="003D5017" w:rsidRDefault="003D5017" w:rsidP="003D5017">
      <w:pPr>
        <w:jc w:val="right"/>
        <w:rPr>
          <w:lang w:val="pl-PL"/>
        </w:rPr>
      </w:pPr>
    </w:p>
    <w:p w14:paraId="75904FDE" w14:textId="77777777" w:rsidR="003D5017" w:rsidRDefault="003D5017" w:rsidP="003D5017">
      <w:pPr>
        <w:jc w:val="right"/>
        <w:rPr>
          <w:lang w:val="pl-PL"/>
        </w:rPr>
      </w:pPr>
    </w:p>
    <w:p w14:paraId="0F52919E" w14:textId="61041B18" w:rsidR="003D5017" w:rsidRPr="00E11FC9" w:rsidRDefault="003D5017" w:rsidP="003D5017">
      <w:pPr>
        <w:jc w:val="right"/>
        <w:rPr>
          <w:lang w:val="pl-PL"/>
        </w:rPr>
      </w:pPr>
      <w:r w:rsidRPr="00E11FC9">
        <w:rPr>
          <w:lang w:val="pl-PL"/>
        </w:rPr>
        <w:t>Data; kwalifikowany podpis elektroniczny lub podpis zaufany lub podpis osobisty</w:t>
      </w:r>
    </w:p>
    <w:p w14:paraId="5C9BA834" w14:textId="0162D74C" w:rsidR="004E45EB" w:rsidRPr="003D5017" w:rsidRDefault="004E45EB" w:rsidP="003D5017">
      <w:pPr>
        <w:spacing w:before="200" w:after="0" w:line="240" w:lineRule="auto"/>
        <w:jc w:val="right"/>
        <w:rPr>
          <w:lang w:val="pl-PL"/>
        </w:rPr>
      </w:pPr>
    </w:p>
    <w:sectPr w:rsidR="004E45EB" w:rsidRPr="003D5017" w:rsidSect="000346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74687774">
    <w:abstractNumId w:val="8"/>
  </w:num>
  <w:num w:numId="2" w16cid:durableId="1319459056">
    <w:abstractNumId w:val="6"/>
  </w:num>
  <w:num w:numId="3" w16cid:durableId="1707221003">
    <w:abstractNumId w:val="5"/>
  </w:num>
  <w:num w:numId="4" w16cid:durableId="1712925721">
    <w:abstractNumId w:val="4"/>
  </w:num>
  <w:num w:numId="5" w16cid:durableId="1182403013">
    <w:abstractNumId w:val="7"/>
  </w:num>
  <w:num w:numId="6" w16cid:durableId="1469399683">
    <w:abstractNumId w:val="3"/>
  </w:num>
  <w:num w:numId="7" w16cid:durableId="172889476">
    <w:abstractNumId w:val="2"/>
  </w:num>
  <w:num w:numId="8" w16cid:durableId="2040348351">
    <w:abstractNumId w:val="1"/>
  </w:num>
  <w:num w:numId="9" w16cid:durableId="5991447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036B1"/>
    <w:rsid w:val="0015074B"/>
    <w:rsid w:val="0029639D"/>
    <w:rsid w:val="002A19BC"/>
    <w:rsid w:val="002A52F9"/>
    <w:rsid w:val="00326F90"/>
    <w:rsid w:val="003D5017"/>
    <w:rsid w:val="004808F3"/>
    <w:rsid w:val="004E45EB"/>
    <w:rsid w:val="006777B2"/>
    <w:rsid w:val="00AA1D8D"/>
    <w:rsid w:val="00B47730"/>
    <w:rsid w:val="00B8201F"/>
    <w:rsid w:val="00CB0664"/>
    <w:rsid w:val="00EC0EE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FFBF28E"/>
  <w14:defaultImageDpi w14:val="300"/>
  <w15:docId w15:val="{7BF315DE-C19E-419B-894D-D4CAAAD71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693F"/>
    <w:rPr>
      <w:rFonts w:ascii="Arial" w:eastAsia="Arial" w:hAnsi="Arial"/>
      <w:sz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basedOn w:val="Normalny"/>
    <w:link w:val="Stopk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uiPriority w:val="1"/>
    <w:qFormat/>
    <w:rsid w:val="00FC693F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basedOn w:val="Normalny"/>
    <w:uiPriority w:val="34"/>
    <w:qFormat/>
    <w:rsid w:val="00FC693F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basedOn w:val="Normalny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basedOn w:val="Normalny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basedOn w:val="Normalny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ny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ny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basedOn w:val="Normalny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unhideWhenUsed/>
    <w:rsid w:val="00326F90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326F90"/>
    <w:pPr>
      <w:numPr>
        <w:numId w:val="3"/>
      </w:numPr>
      <w:contextualSpacing/>
    </w:pPr>
  </w:style>
  <w:style w:type="paragraph" w:styleId="Listanumerowana">
    <w:name w:val="List Number"/>
    <w:basedOn w:val="Normalny"/>
    <w:uiPriority w:val="99"/>
    <w:unhideWhenUsed/>
    <w:rsid w:val="00326F90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unhideWhenUsed/>
    <w:rsid w:val="0029639D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unhideWhenUsed/>
    <w:rsid w:val="0029639D"/>
    <w:pPr>
      <w:numPr>
        <w:numId w:val="7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C693F"/>
    <w:pPr>
      <w:outlineLvl w:val="9"/>
    </w:pPr>
  </w:style>
  <w:style w:type="table" w:styleId="Tabela-Siatka">
    <w:name w:val="Table Grid"/>
    <w:basedOn w:val="Standardowy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https://szpitalciechanow.com.pl/templates/pcj-jzukim-green/images/footer/logo_mazowsze_stopka.pn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https://szpitalciechanow.com.pl/templates/pcj-jzukim-green/images/footer/logo_mazowsze_stopka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473</Words>
  <Characters>2844</Characters>
  <Application>Microsoft Office Word</Application>
  <DocSecurity>0</DocSecurity>
  <Lines>23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3311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Wiesław Babiżewski</cp:lastModifiedBy>
  <cp:revision>3</cp:revision>
  <dcterms:created xsi:type="dcterms:W3CDTF">2026-03-26T10:45:00Z</dcterms:created>
  <dcterms:modified xsi:type="dcterms:W3CDTF">2026-03-31T13:00:00Z</dcterms:modified>
  <cp:category/>
</cp:coreProperties>
</file>