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E2D" w:rsidRDefault="005E2E2D">
      <w:pPr>
        <w:jc w:val="center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9DC5BB" wp14:editId="3DB766C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D5AF98" id="Grupa 3" o:spid="_x0000_s1026" style="position:absolute;margin-left:0;margin-top:0;width:428.4pt;height:56.95pt;z-index:251659264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p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9" r:href="rId10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1" o:title="Wygenerowany obraz"/>
                </v:shape>
                <w10:wrap anchorx="margin"/>
              </v:group>
            </w:pict>
          </mc:Fallback>
        </mc:AlternateContent>
      </w:r>
    </w:p>
    <w:p w:rsidR="005E2E2D" w:rsidRDefault="005E2E2D">
      <w:pPr>
        <w:jc w:val="center"/>
      </w:pPr>
    </w:p>
    <w:p w:rsidR="005E2E2D" w:rsidRDefault="005E2E2D">
      <w:pPr>
        <w:jc w:val="center"/>
        <w:rPr>
          <w:lang w:val="pl-PL"/>
        </w:rPr>
      </w:pPr>
    </w:p>
    <w:p w:rsidR="005E2E2D" w:rsidRDefault="005E2E2D">
      <w:pPr>
        <w:jc w:val="center"/>
        <w:rPr>
          <w:lang w:val="pl-PL"/>
        </w:rPr>
      </w:pPr>
    </w:p>
    <w:p w:rsidR="005E2E2D" w:rsidRDefault="005E2E2D">
      <w:pPr>
        <w:jc w:val="center"/>
        <w:rPr>
          <w:lang w:val="pl-PL"/>
        </w:rPr>
      </w:pPr>
    </w:p>
    <w:p w:rsidR="005E2E2D" w:rsidRDefault="005E2E2D">
      <w:pPr>
        <w:jc w:val="center"/>
        <w:rPr>
          <w:lang w:val="pl-PL"/>
        </w:rPr>
      </w:pPr>
    </w:p>
    <w:p w:rsidR="00401A23" w:rsidRPr="005E2E2D" w:rsidRDefault="007E3A4B" w:rsidP="00F7177B">
      <w:pPr>
        <w:rPr>
          <w:lang w:val="pl-PL"/>
        </w:rPr>
      </w:pPr>
      <w:r w:rsidRPr="005E2E2D">
        <w:rPr>
          <w:lang w:val="pl-PL"/>
        </w:rPr>
        <w:t>Załącznik nr 7 – projekt umowy</w:t>
      </w:r>
    </w:p>
    <w:p w:rsidR="00401A23" w:rsidRPr="005E2E2D" w:rsidRDefault="007E3A4B" w:rsidP="007E3A4B">
      <w:pPr>
        <w:rPr>
          <w:lang w:val="pl-PL"/>
        </w:rPr>
      </w:pPr>
      <w:r w:rsidRPr="005E2E2D">
        <w:rPr>
          <w:lang w:val="pl-PL"/>
        </w:rPr>
        <w:t>do postępowania o udzielenie zamówienia publicznego</w:t>
      </w:r>
    </w:p>
    <w:p w:rsidR="00401A23" w:rsidRPr="005E2E2D" w:rsidRDefault="007E3A4B" w:rsidP="007E3A4B">
      <w:pPr>
        <w:spacing w:after="120"/>
        <w:rPr>
          <w:lang w:val="pl-PL"/>
        </w:rPr>
      </w:pPr>
      <w:r w:rsidRPr="005E2E2D">
        <w:rPr>
          <w:b/>
          <w:lang w:val="pl-PL"/>
        </w:rPr>
        <w:t xml:space="preserve">pn. „Dostawa, montaż, konfiguracja i uruchomienie systemu parkingowego na terenie Specjalistycznego Szpitala Wojewódzkiego w Ciechanowie oraz dzierżawa infrastruktury </w:t>
      </w:r>
      <w:r w:rsidRPr="005E2E2D">
        <w:rPr>
          <w:b/>
          <w:lang w:val="pl-PL"/>
        </w:rPr>
        <w:t>zarządzania ruchem postojowym wraz z wykonaniem niezbędnych robót budowlanych”</w:t>
      </w:r>
    </w:p>
    <w:p w:rsidR="007E3A4B" w:rsidRPr="002A31EB" w:rsidRDefault="007E3A4B" w:rsidP="007E3A4B">
      <w:pPr>
        <w:jc w:val="center"/>
        <w:rPr>
          <w:rFonts w:cs="Arial"/>
          <w:b/>
          <w:bCs/>
          <w:noProof/>
          <w:szCs w:val="18"/>
          <w:lang w:val="pl-PL"/>
        </w:rPr>
      </w:pPr>
      <w:r w:rsidRPr="002A31EB">
        <w:rPr>
          <w:rFonts w:cs="Arial"/>
          <w:b/>
          <w:bCs/>
          <w:noProof/>
          <w:szCs w:val="18"/>
          <w:lang w:val="pl-PL"/>
        </w:rPr>
        <w:t>U M O W A</w:t>
      </w:r>
    </w:p>
    <w:p w:rsidR="007E3A4B" w:rsidRPr="002A31EB" w:rsidRDefault="007E3A4B" w:rsidP="007E3A4B">
      <w:pPr>
        <w:jc w:val="center"/>
        <w:rPr>
          <w:rFonts w:cs="Arial"/>
          <w:noProof/>
          <w:szCs w:val="18"/>
          <w:lang w:val="pl-PL"/>
        </w:rPr>
      </w:pPr>
      <w:r w:rsidRPr="002A31EB">
        <w:rPr>
          <w:rFonts w:cs="Arial"/>
          <w:b/>
          <w:bCs/>
          <w:noProof/>
          <w:szCs w:val="18"/>
          <w:lang w:val="pl-PL"/>
        </w:rPr>
        <w:t>ZP/2501/       /2</w:t>
      </w:r>
      <w:r>
        <w:rPr>
          <w:rFonts w:cs="Arial"/>
          <w:b/>
          <w:bCs/>
          <w:noProof/>
          <w:szCs w:val="18"/>
          <w:lang w:val="pl-PL"/>
        </w:rPr>
        <w:t>6</w:t>
      </w:r>
    </w:p>
    <w:p w:rsidR="007E3A4B" w:rsidRPr="002A31EB" w:rsidRDefault="007E3A4B" w:rsidP="007E3A4B">
      <w:pPr>
        <w:tabs>
          <w:tab w:val="center" w:pos="4536"/>
          <w:tab w:val="right" w:pos="9072"/>
        </w:tabs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 xml:space="preserve">zawarta pomiędzy </w:t>
      </w:r>
    </w:p>
    <w:p w:rsidR="007E3A4B" w:rsidRPr="002A31EB" w:rsidRDefault="007E3A4B" w:rsidP="007E3A4B">
      <w:pPr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>Specjalistycznym Szpitalem Wojewódzkim w Ciechanowie</w:t>
      </w:r>
    </w:p>
    <w:p w:rsidR="007E3A4B" w:rsidRPr="002A31EB" w:rsidRDefault="007E3A4B" w:rsidP="007E3A4B">
      <w:pPr>
        <w:tabs>
          <w:tab w:val="center" w:pos="4536"/>
          <w:tab w:val="right" w:pos="9072"/>
        </w:tabs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 xml:space="preserve">06-400 Ciechanów, ul. Powstańców Wielkopolskich 2 </w:t>
      </w:r>
    </w:p>
    <w:p w:rsidR="007E3A4B" w:rsidRPr="002A31EB" w:rsidRDefault="007E3A4B" w:rsidP="007E3A4B">
      <w:pPr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>zarejestrowanym w KRS pod nr 0000008892</w:t>
      </w:r>
    </w:p>
    <w:p w:rsidR="007E3A4B" w:rsidRPr="002A31EB" w:rsidRDefault="007E3A4B" w:rsidP="007E3A4B">
      <w:pPr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>NIP: 566-10-19-200, Urząd Skarbowy w Radomiu, REGON: 000311622</w:t>
      </w:r>
    </w:p>
    <w:p w:rsidR="007E3A4B" w:rsidRPr="002A31EB" w:rsidRDefault="007E3A4B" w:rsidP="007E3A4B">
      <w:pPr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>zwanym dalej Zamawiającym, w imieniu którego występuje:</w:t>
      </w:r>
    </w:p>
    <w:p w:rsidR="007E3A4B" w:rsidRPr="002A31EB" w:rsidRDefault="007E3A4B" w:rsidP="007E3A4B">
      <w:pPr>
        <w:rPr>
          <w:rFonts w:cs="Arial"/>
          <w:b/>
          <w:bCs/>
          <w:noProof/>
          <w:szCs w:val="18"/>
          <w:lang w:val="pl-PL"/>
        </w:rPr>
      </w:pPr>
      <w:r w:rsidRPr="002A31EB">
        <w:rPr>
          <w:rFonts w:cs="Arial"/>
          <w:b/>
          <w:bCs/>
          <w:noProof/>
          <w:szCs w:val="18"/>
          <w:lang w:val="pl-PL"/>
        </w:rPr>
        <w:t>Andrzej Juliusz Kamasa   - Dyrektor.</w:t>
      </w:r>
    </w:p>
    <w:p w:rsidR="007E3A4B" w:rsidRPr="002A31EB" w:rsidRDefault="007E3A4B" w:rsidP="007E3A4B">
      <w:pPr>
        <w:rPr>
          <w:rFonts w:cs="Arial"/>
          <w:b/>
          <w:bCs/>
          <w:noProof/>
          <w:szCs w:val="18"/>
          <w:lang w:val="pl-PL"/>
        </w:rPr>
      </w:pPr>
    </w:p>
    <w:p w:rsidR="007E3A4B" w:rsidRPr="002A31EB" w:rsidRDefault="007E3A4B" w:rsidP="007E3A4B">
      <w:pPr>
        <w:rPr>
          <w:rFonts w:cs="Arial"/>
          <w:b/>
          <w:bCs/>
          <w:noProof/>
          <w:szCs w:val="18"/>
          <w:lang w:val="pl-PL"/>
        </w:rPr>
      </w:pPr>
      <w:r w:rsidRPr="002A31EB">
        <w:rPr>
          <w:rFonts w:cs="Arial"/>
          <w:b/>
          <w:bCs/>
          <w:noProof/>
          <w:szCs w:val="18"/>
          <w:lang w:val="pl-PL"/>
        </w:rPr>
        <w:t>a</w:t>
      </w:r>
    </w:p>
    <w:p w:rsidR="007E3A4B" w:rsidRPr="002A31EB" w:rsidRDefault="007E3A4B" w:rsidP="007E3A4B">
      <w:pPr>
        <w:contextualSpacing/>
        <w:rPr>
          <w:rFonts w:cs="Arial"/>
          <w:noProof/>
          <w:szCs w:val="18"/>
          <w:lang w:val="pl-PL"/>
        </w:rPr>
      </w:pPr>
    </w:p>
    <w:p w:rsidR="007E3A4B" w:rsidRPr="002A31EB" w:rsidRDefault="007E3A4B" w:rsidP="007E3A4B">
      <w:pPr>
        <w:contextualSpacing/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>...................................................................................................................................................</w:t>
      </w:r>
    </w:p>
    <w:p w:rsidR="007E3A4B" w:rsidRPr="002A31EB" w:rsidRDefault="007E3A4B" w:rsidP="007E3A4B">
      <w:pPr>
        <w:contextualSpacing/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>*wpisaną/ym w dniu ...........................  do Krajowego Rejestru Sądowego prowadzonego przez Sąd Rejonowy w .................................................. Wydział Gospodarczy Krajowego Rejestru Sądowego, nr KRS ................,  z kapitałem zakładowym ........................ PLN</w:t>
      </w:r>
    </w:p>
    <w:p w:rsidR="007E3A4B" w:rsidRPr="002A31EB" w:rsidRDefault="007E3A4B" w:rsidP="007E3A4B">
      <w:pPr>
        <w:contextualSpacing/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>*wpisaną/ym w dniu .......................... do ewidencji działalności gospodarczej</w:t>
      </w:r>
    </w:p>
    <w:p w:rsidR="007E3A4B" w:rsidRPr="002A31EB" w:rsidRDefault="007E3A4B" w:rsidP="007E3A4B">
      <w:pPr>
        <w:contextualSpacing/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>w ..................................... pod nr .................................</w:t>
      </w:r>
    </w:p>
    <w:p w:rsidR="007E3A4B" w:rsidRPr="002A31EB" w:rsidRDefault="007E3A4B" w:rsidP="007E3A4B">
      <w:pPr>
        <w:contextualSpacing/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>NIP: ......................., Urząd Skarbowy w ................................, REGON: ........................</w:t>
      </w:r>
    </w:p>
    <w:p w:rsidR="007E3A4B" w:rsidRPr="002A31EB" w:rsidRDefault="007E3A4B" w:rsidP="007E3A4B">
      <w:pPr>
        <w:contextualSpacing/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>zwaną/ym dalej „Wykonawcą" reprezentowaną/ym przez:</w:t>
      </w:r>
    </w:p>
    <w:p w:rsidR="007E3A4B" w:rsidRPr="002A31EB" w:rsidRDefault="007E3A4B" w:rsidP="007E3A4B">
      <w:pPr>
        <w:contextualSpacing/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>- ........................................................................................................</w:t>
      </w:r>
    </w:p>
    <w:p w:rsidR="007E3A4B" w:rsidRPr="002A31EB" w:rsidRDefault="007E3A4B" w:rsidP="007E3A4B">
      <w:pPr>
        <w:contextualSpacing/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>- ........................................................................................................</w:t>
      </w:r>
    </w:p>
    <w:p w:rsidR="007E3A4B" w:rsidRPr="002A31EB" w:rsidRDefault="007E3A4B" w:rsidP="007E3A4B">
      <w:pPr>
        <w:contextualSpacing/>
        <w:jc w:val="both"/>
        <w:rPr>
          <w:rFonts w:cs="Arial"/>
          <w:noProof/>
          <w:szCs w:val="18"/>
          <w:lang w:val="pl-PL"/>
        </w:rPr>
      </w:pPr>
      <w:r w:rsidRPr="002A31EB">
        <w:rPr>
          <w:rFonts w:cs="Arial"/>
          <w:noProof/>
          <w:szCs w:val="18"/>
          <w:lang w:val="pl-PL"/>
        </w:rPr>
        <w:t>*w zależności od formy własnościowej</w:t>
      </w:r>
    </w:p>
    <w:p w:rsidR="00401A23" w:rsidRPr="005E2E2D" w:rsidRDefault="00401A23">
      <w:pPr>
        <w:spacing w:after="160"/>
        <w:jc w:val="center"/>
        <w:rPr>
          <w:lang w:val="pl-PL"/>
        </w:rPr>
      </w:pPr>
    </w:p>
    <w:p w:rsidR="00401A23" w:rsidRPr="005E2E2D" w:rsidRDefault="007E3A4B">
      <w:pPr>
        <w:jc w:val="center"/>
        <w:rPr>
          <w:lang w:val="pl-PL"/>
        </w:rPr>
      </w:pPr>
      <w:r w:rsidRPr="005E2E2D">
        <w:rPr>
          <w:b/>
          <w:lang w:val="pl-PL"/>
        </w:rPr>
        <w:t>Forma i data zawarcia Umowy</w:t>
      </w:r>
    </w:p>
    <w:p w:rsidR="00401A23" w:rsidRPr="005E2E2D" w:rsidRDefault="007E3A4B">
      <w:pPr>
        <w:spacing w:after="120"/>
        <w:rPr>
          <w:lang w:val="pl-PL"/>
        </w:rPr>
      </w:pPr>
      <w:r w:rsidRPr="005E2E2D">
        <w:rPr>
          <w:lang w:val="pl-PL"/>
        </w:rPr>
        <w:t>Umowa zostaje zawarta w postaci elektronicznej i podpisana przez każdą ze Stron kwalifikowanym podpisem elektronicznym. Datą zawarcia Umowy jest dzień złożenia podpisu przez ostatnią ze Stron</w:t>
      </w:r>
      <w:r w:rsidRPr="005E2E2D">
        <w:rPr>
          <w:lang w:val="pl-PL"/>
        </w:rPr>
        <w:t>.</w:t>
      </w:r>
    </w:p>
    <w:p w:rsidR="00401A23" w:rsidRPr="005E2E2D" w:rsidRDefault="007E3A4B">
      <w:pPr>
        <w:jc w:val="center"/>
        <w:rPr>
          <w:lang w:val="pl-PL"/>
        </w:rPr>
      </w:pPr>
      <w:r w:rsidRPr="005E2E2D">
        <w:rPr>
          <w:b/>
          <w:lang w:val="pl-PL"/>
        </w:rPr>
        <w:t>Podstawa zawarcia Umowy</w:t>
      </w:r>
    </w:p>
    <w:p w:rsidR="00401A23" w:rsidRPr="005E2E2D" w:rsidRDefault="007E3A4B">
      <w:pPr>
        <w:spacing w:after="120"/>
        <w:rPr>
          <w:lang w:val="pl-PL"/>
        </w:rPr>
      </w:pPr>
      <w:r w:rsidRPr="005E2E2D">
        <w:rPr>
          <w:lang w:val="pl-PL"/>
        </w:rPr>
        <w:t>W wyniku postępowania o udzielenie zamówienia publicznego prowadzonego w trybie przetargu nieograniczonego, zgodnie z ustawą z dnia 11 września 2019 r. – Prawo zamówień publicznych, Strony zawierają Umowę o następującej treści: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 xml:space="preserve">§ </w:t>
      </w:r>
      <w:r w:rsidRPr="005E2E2D">
        <w:rPr>
          <w:b/>
          <w:color w:val="1F4E79"/>
          <w:lang w:val="pl-PL"/>
        </w:rPr>
        <w:t>1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Definicje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PFU – Program Funkcjonalno-Użytkowy wraz z załącznikami, opisujący przedmiot zamówienia, stanowiący załącznik nr 1 do Umowy.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2) System parkingowy – kompletny system parkingowy będący przedmiotem Umowy, obejmujący w szczególności urządzenia k</w:t>
      </w:r>
      <w:r w:rsidRPr="005E2E2D">
        <w:rPr>
          <w:lang w:val="pl-PL"/>
        </w:rPr>
        <w:t>ontroli wjazdu i wyjazdu, kamery LPR, automatyczne kasy parkingowe, serwer centralny, oprogramowanie zarządzające, okablowanie, wysepki, słupki, pętle indukcyjne, tablice informacyjne i pozostałe elementy przewidziane PFU oraz ofertą Wykonawcy.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3) Etap I –</w:t>
      </w:r>
      <w:r w:rsidRPr="005E2E2D">
        <w:rPr>
          <w:lang w:val="pl-PL"/>
        </w:rPr>
        <w:t xml:space="preserve"> wdrożeniowy – etap obejmujący opracowanie dokumentacji projektowej i wykonawczej, wykonanie robót budowlanych i instalacyjnych, dostawę, montaż, podłączenie, konfigurację, uruchomienie i przetestowanie Systemu parkingowego, zakończony podpisaniem protokoł</w:t>
      </w:r>
      <w:r w:rsidRPr="005E2E2D">
        <w:rPr>
          <w:lang w:val="pl-PL"/>
        </w:rPr>
        <w:t>u odbioru końcowego Etapu 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4) Etap II – eksploatacyjny – etap obejmujący dzierżawę infrastruktury zarządzania ruchem postojowym, świadczenie serwisu gwarancyjnego i udzielenie gwarancji jakości przez okres 60 miesięcy od dnia podpisania protokołu odbioru</w:t>
      </w:r>
      <w:r w:rsidRPr="005E2E2D">
        <w:rPr>
          <w:lang w:val="pl-PL"/>
        </w:rPr>
        <w:t xml:space="preserve"> końcowego Etapu 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5) Awaria krytyczna – stan powodujący brak możliwości prawidłowej obsługi wjazdu albo wyjazdu z parkingu, brak działania centralnego oprogramowania albo serwera, brak możliwości poboru opłat, albo inne zakłócenie uniemożliwiające zasadn</w:t>
      </w:r>
      <w:r w:rsidRPr="005E2E2D">
        <w:rPr>
          <w:lang w:val="pl-PL"/>
        </w:rPr>
        <w:t>icze funkcjonowanie Systemu parkingowego zgodnie z Umową.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lastRenderedPageBreak/>
        <w:t>6) Awaria istotna – awaria powodująca istotne ograniczenie funkcjonalności Systemu parkingowego, niewyłączająca jednak całkowicie możliwości korzystania z parkingu lub rozliczania opłat.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7) Awaria z</w:t>
      </w:r>
      <w:r w:rsidRPr="005E2E2D">
        <w:rPr>
          <w:lang w:val="pl-PL"/>
        </w:rPr>
        <w:t>wykła – awaria inna niż Awaria krytyczna lub Awaria istotna, niewpływająca w sposób zasadniczy na bieżące funkcjonowanie Systemu parkingowego.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8) Przestój / wyłączenie – okres, w którym dany element lub funkcjonalność Systemu parkingowego nie jest dostępna</w:t>
      </w:r>
      <w:r w:rsidRPr="005E2E2D">
        <w:rPr>
          <w:lang w:val="pl-PL"/>
        </w:rPr>
        <w:t xml:space="preserve"> dla Zamawiającego z przyczyn leżących po stronie Wykonawcy, z wyjątkiem uzgodnionych z Zamawiającym planowych </w:t>
      </w:r>
      <w:proofErr w:type="spellStart"/>
      <w:r w:rsidRPr="005E2E2D">
        <w:rPr>
          <w:lang w:val="pl-PL"/>
        </w:rPr>
        <w:t>wył</w:t>
      </w:r>
      <w:r>
        <w:rPr>
          <w:lang w:val="pl-PL"/>
        </w:rPr>
        <w:t>ą</w:t>
      </w:r>
      <w:r w:rsidRPr="005E2E2D">
        <w:rPr>
          <w:lang w:val="pl-PL"/>
        </w:rPr>
        <w:t>czeń</w:t>
      </w:r>
      <w:proofErr w:type="spellEnd"/>
      <w:r w:rsidRPr="005E2E2D">
        <w:rPr>
          <w:lang w:val="pl-PL"/>
        </w:rPr>
        <w:t xml:space="preserve"> serwisowych.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9) Zestawienie składników ceny oferty – część B formularza oferty Wykonawcy, zawierająca łączną cenę poszczególnych składni</w:t>
      </w:r>
      <w:r w:rsidRPr="005E2E2D">
        <w:rPr>
          <w:lang w:val="pl-PL"/>
        </w:rPr>
        <w:t>ków ceny oferty w okresie 60 miesięcy, stanowiąca załącznik nr 3 do Umowy.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2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Przedmiot Umowy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1. Przedmiotem Umowy jest kompleksowe wykonanie przez Wykonawcę zamówienia pn. „Dostawa, montaż, konfiguracja i uruchomienie systemu parkingowego na terenie Spec</w:t>
      </w:r>
      <w:r w:rsidRPr="005E2E2D">
        <w:rPr>
          <w:lang w:val="pl-PL"/>
        </w:rPr>
        <w:t>jalistycznego Szpitala Wojewódzkiego w Ciechanowie oraz dzierżawa infrastruktury zarządzania ruchem postojowym wraz z wykonaniem niezbędnych robót budowlanych”, w formule zaprojektuj i wybuduj.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2. W ramach realizacji Umowy Wykonawca zobowiązuje się w szcze</w:t>
      </w:r>
      <w:r w:rsidRPr="005E2E2D">
        <w:rPr>
          <w:lang w:val="pl-PL"/>
        </w:rPr>
        <w:t>gólności do: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przeprowadzenia wizji lokalnej, inwentaryzacji oraz niezbędnych pomiarów;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2) opracowania projektu technicznego i dokumentacji wykonawczej dla całego zakresu prac, wraz z wymaganymi uzgodnieniami branżowymi;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3) wykonania niezbędnych robót bu</w:t>
      </w:r>
      <w:r w:rsidRPr="005E2E2D">
        <w:rPr>
          <w:lang w:val="pl-PL"/>
        </w:rPr>
        <w:t>dowlanych, instalacyjnych, okablowania oraz prac przygotowawczych dla prawidłowego funkcjonowania Systemu parkingowego;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4) dostawy, montażu, podłączenia, konfiguracji i uruchomienia kompletnego Systemu parkingowego zgodnego z PFU, ofertą Wykonawcy i złożon</w:t>
      </w:r>
      <w:r w:rsidRPr="005E2E2D">
        <w:rPr>
          <w:lang w:val="pl-PL"/>
        </w:rPr>
        <w:t>ymi przedmiotowymi środkami dowodowymi;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5) utylizacji obecnie funkcjonującego systemu parkingowego oraz przekazania Zamawiającemu dokumentu potwierdzającego jego utylizację;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6) opracowania wsp</w:t>
      </w:r>
      <w:bookmarkStart w:id="0" w:name="_GoBack"/>
      <w:bookmarkEnd w:id="0"/>
      <w:r w:rsidRPr="005E2E2D">
        <w:rPr>
          <w:lang w:val="pl-PL"/>
        </w:rPr>
        <w:t xml:space="preserve">ólnie z Zamawiającym co najmniej 20 scenariuszy testowych oraz </w:t>
      </w:r>
      <w:r w:rsidRPr="005E2E2D">
        <w:rPr>
          <w:lang w:val="pl-PL"/>
        </w:rPr>
        <w:t>przeprowadzenia testów funkcjonalnych i eksploatacyjnych;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7) przeprowadzenia szkoleń personelu Zamawiającego oraz przekazania materiałów szkoleniowych;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8) świadczenia przez 60 miesięcy dzierżawy, serwisu gwarancyjnego, przeglądów, konserwacji, aktualizacji</w:t>
      </w:r>
      <w:r w:rsidRPr="005E2E2D">
        <w:rPr>
          <w:lang w:val="pl-PL"/>
        </w:rPr>
        <w:t>, napraw i wymiany elementów Systemu parkingowego;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9) przekazania po zakończeniu Etapu I </w:t>
      </w:r>
      <w:proofErr w:type="spellStart"/>
      <w:r w:rsidRPr="005E2E2D">
        <w:rPr>
          <w:lang w:val="pl-PL"/>
        </w:rPr>
        <w:t>i</w:t>
      </w:r>
      <w:proofErr w:type="spellEnd"/>
      <w:r w:rsidRPr="005E2E2D">
        <w:rPr>
          <w:lang w:val="pl-PL"/>
        </w:rPr>
        <w:t xml:space="preserve"> Etapu II dokumentacji wymaganej Umową, w tym dokumentacji powykonawczej, protokołów odbiorów i uruchomień, instrukcji użytkowania, certyfikatów, deklaracji zgodności</w:t>
      </w:r>
      <w:r w:rsidRPr="005E2E2D">
        <w:rPr>
          <w:lang w:val="pl-PL"/>
        </w:rPr>
        <w:t>, licencji, danych dostępowych i dokumentów gwarancyjnych.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3. Wykonawca zobowiązany jest prowadzić prace etapowo, z zapewnieniem ciągłości funkcjonowania układu komunikacyjnego, dojazdu do Szpitala oraz swobodnego przejazdu pojazdów uprzywilejowanych.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4. W</w:t>
      </w:r>
      <w:r w:rsidRPr="005E2E2D">
        <w:rPr>
          <w:lang w:val="pl-PL"/>
        </w:rPr>
        <w:t>szystkie zastosowane wyroby, urządzenia i materiały muszą być fabrycznie nowe, kompletne, wolne od wad oraz dopuszczone do obrotu i stosowania zgodnie z obowiązującymi przepisami prawa.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5. Integralną część Umowy stanowią PFU, oferta Wykonawcy, formularz op</w:t>
      </w:r>
      <w:r w:rsidRPr="005E2E2D">
        <w:rPr>
          <w:lang w:val="pl-PL"/>
        </w:rPr>
        <w:t>isujący oferowany system parkingowy oraz Zestawienie składników ceny oferty.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3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Termin realizacji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Etap I – wdrożeniowy zostanie wykonany w terminie do 10 tygodni od dnia zawarcia Umowy.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2) Etap II – eksploatacyjny będzie realizowany przez okres 60 </w:t>
      </w:r>
      <w:r w:rsidRPr="005E2E2D">
        <w:rPr>
          <w:lang w:val="pl-PL"/>
        </w:rPr>
        <w:t>miesięcy, liczony od dnia podpisania protokołu odbioru końcowego Etapu 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3) W terminie 7 dni od dnia zawarcia Umowy Wykonawca przedstawi Zamawiającemu harmonogram realizacji Etapu I. Harmonogram podlega zatwierdzeniu przez Zamawiającego.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4) Za termin wyko</w:t>
      </w:r>
      <w:r w:rsidRPr="005E2E2D">
        <w:rPr>
          <w:lang w:val="pl-PL"/>
        </w:rPr>
        <w:t>nania Etapu I uznaje się dzień podpisania protokołu odbioru końcowego Etapu I bez zastrzeżeń albo z zastrzeżeniami nieistotnymi, które nie uniemożliwiają korzystania z Systemu parkingowego zgodnie z jego przeznaczeniem.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4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Personel i koordynacja realizacj</w:t>
      </w:r>
      <w:r w:rsidRPr="005E2E2D">
        <w:rPr>
          <w:b/>
          <w:color w:val="1F4E79"/>
          <w:lang w:val="pl-PL"/>
        </w:rPr>
        <w:t>i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Wykonawca skieruje do realizacji Umowy co najmniej osoby wskazane w ofercie oraz wymagane SWZ, w tym Projektanta branży elektrycznej / elektroenergetycznej, Kierownika robót / Kierownika budowy branży elektrycznej oraz Kierownika wdrożenia systemu par</w:t>
      </w:r>
      <w:r w:rsidRPr="005E2E2D">
        <w:rPr>
          <w:lang w:val="pl-PL"/>
        </w:rPr>
        <w:t>kingowego.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2) Kierownik wdrożenia systemu parkingowego wskazany w ofercie jako osoba oceniana w kryterium oceny ofert będzie faktycznie uczestniczył w realizacji Umowy. Zmiana tej osoby wymaga uprzedniej pisemnej zgody Zamawiającego.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3) Osoba zastępująca K</w:t>
      </w:r>
      <w:r w:rsidRPr="005E2E2D">
        <w:rPr>
          <w:lang w:val="pl-PL"/>
        </w:rPr>
        <w:t>ierownika wdrożenia systemu parkingowego musi posiadać doświadczenie nie mniejsze niż doświadczenie osoby zastępowanej i spełniać warunki udziału w postępowaniu.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lastRenderedPageBreak/>
        <w:t>4) Wykonawca zapewni stały kontakt roboczy z Zamawiającym, w tym możliwość zgłaszania awarii o</w:t>
      </w:r>
      <w:r w:rsidRPr="005E2E2D">
        <w:rPr>
          <w:lang w:val="pl-PL"/>
        </w:rPr>
        <w:t>raz konsultowania harmonogramu i organizacji prac.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5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Obowiązki Wykonawcy w okresie realizacji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Wykonawca wykonuje Umowę z należytą starannością wymaganą od profesjonalisty, zgodnie z PFU, ofertą, zasadami wiedzy technicznej, przepisami prawa, normami t</w:t>
      </w:r>
      <w:r w:rsidRPr="005E2E2D">
        <w:rPr>
          <w:lang w:val="pl-PL"/>
        </w:rPr>
        <w:t>echnicznymi oraz uzgodnieniami dokonanymi z Zamawiającym.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2) W okresie realizacji Etapu I Wykonawca zobowiązany jest do zabezpieczenia terenu prac, wykonania tymczasowego oznakowania i organizacji prac w sposób niezakłócający działalności Szpitala ponad ni</w:t>
      </w:r>
      <w:r w:rsidRPr="005E2E2D">
        <w:rPr>
          <w:lang w:val="pl-PL"/>
        </w:rPr>
        <w:t>ezbędny zakres.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3) Wykonawca ponosi odpowiedzialność za szkody wyrządzone Zamawiającemu lub osobom trzecim w związku z realizacją Umowy, z wyłączeniem szkód spowodowanych wyłącznie działaniem Zamawiającego albo siłą wyższą.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4) Wszelkie koszty dojazdów serw</w:t>
      </w:r>
      <w:r w:rsidRPr="005E2E2D">
        <w:rPr>
          <w:lang w:val="pl-PL"/>
        </w:rPr>
        <w:t>isowych, przeglądów, konserwacji, napraw, aktualizacji, części zamiennych, materiałów eksploatacyjnych koniecznych do prawidłowego funkcjonowania Systemu parkingowego oraz zapewnienia urządzeń zastępczych obciążają Wykonawcę i są objęte Wynagrodzeniem.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5) </w:t>
      </w:r>
      <w:r w:rsidRPr="005E2E2D">
        <w:rPr>
          <w:lang w:val="pl-PL"/>
        </w:rPr>
        <w:t xml:space="preserve">Wykonawca zobowiązany jest prowadzić ewidencję awarii, </w:t>
      </w:r>
      <w:proofErr w:type="spellStart"/>
      <w:r w:rsidRPr="005E2E2D">
        <w:rPr>
          <w:lang w:val="pl-PL"/>
        </w:rPr>
        <w:t>wyłączeń</w:t>
      </w:r>
      <w:proofErr w:type="spellEnd"/>
      <w:r w:rsidRPr="005E2E2D">
        <w:rPr>
          <w:lang w:val="pl-PL"/>
        </w:rPr>
        <w:t>, przestojów, wykonanych czynności serwisowych i wymienionych elementów oraz przekazywać Zamawiającemu miesięczne raporty serwisowe.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6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Odbiory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1) Odbiór dokumentacji projektowej następuje na </w:t>
      </w:r>
      <w:r w:rsidRPr="005E2E2D">
        <w:rPr>
          <w:lang w:val="pl-PL"/>
        </w:rPr>
        <w:t>podstawie protokołu odbioru dokumentacji projektowej podpisanego przez Strony. Odbiór dokumentacji nie wyłącza odpowiedzialności Wykonawcy za jej wady.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2) Wykonawca zgłosi gotowość do odbioru końcowego Etapu I po wykonaniu wszystkich prac, przeprowadzeniu </w:t>
      </w:r>
      <w:r w:rsidRPr="005E2E2D">
        <w:rPr>
          <w:lang w:val="pl-PL"/>
        </w:rPr>
        <w:t>szkoleń, przekazaniu wymaganej dokumentacji oraz pomyślnym przeprowadzeniu ustalonych z Zamawiającym scenariuszy testowych.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3) Pomyślne zrealizowanie scenariuszy testowych stanowi podstawę podpisania protokołu odbioru końcowego Etapu 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4) Jeżeli w toku od</w:t>
      </w:r>
      <w:r w:rsidRPr="005E2E2D">
        <w:rPr>
          <w:lang w:val="pl-PL"/>
        </w:rPr>
        <w:t>bioru zostaną stwierdzone wady istotne lub braki uniemożliwiające prawidłowe korzystanie z Systemu parkingowego, Zamawiający może odmówić odbioru do czasu ich usunięcia.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5) W przypadku stwierdzenia wad nieistotnych Zamawiający może dokonać odbioru z wyznac</w:t>
      </w:r>
      <w:r w:rsidRPr="005E2E2D">
        <w:rPr>
          <w:lang w:val="pl-PL"/>
        </w:rPr>
        <w:t>zeniem terminu ich usunięcia.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6) Po zakończeniu Etapu II Strony podpiszą protokół zakończenia dzierżawy i protokół przekazania własności, obejmujący w szczególności stan urządzeń, komplet dokumentacji, dane dostępowe, licencje oraz wykaz ewentualnych wad l</w:t>
      </w:r>
      <w:r w:rsidRPr="005E2E2D">
        <w:rPr>
          <w:lang w:val="pl-PL"/>
        </w:rPr>
        <w:t>ub usterek.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7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Dzierżawa, serwis, gwarancja i awarie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1) W okresie Etapu II Wykonawca świadczy na rzecz Zamawiającego dzierżawę kompletnego Systemu parkingowego wraz z pełnym serwisem gwarancyjnym, przeglądami, konserwacją, naprawami, aktualizacjami, </w:t>
      </w:r>
      <w:r w:rsidRPr="005E2E2D">
        <w:rPr>
          <w:lang w:val="pl-PL"/>
        </w:rPr>
        <w:t>usuwaniem awarii oraz wymianą uszkodzonych lub zużytych elementów, z zastrzeżeniem ich normalnego zużycia po przejściu własności.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2) System parkingowy ma być utrzymywany przez Wykonawcę w gotowości eksploatacyjnej 24 godziny na dobę, 7 dni w tygodniu, prze</w:t>
      </w:r>
      <w:r w:rsidRPr="005E2E2D">
        <w:rPr>
          <w:lang w:val="pl-PL"/>
        </w:rPr>
        <w:t>z cały okres Etapu II.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3) Awaria może być zgłoszona przez Zamawiającego telefonicznie, pocztą elektroniczną albo w inny uzgodniony sposób. Wykonawca niezwłocznie potwierdzi przyjęcie zgłoszenia.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4) Wykonawca zobowiązany jest do podjęcia reakcji serwisowej </w:t>
      </w:r>
      <w:r w:rsidRPr="005E2E2D">
        <w:rPr>
          <w:lang w:val="pl-PL"/>
        </w:rPr>
        <w:t>w czasie nie dłuższym niż: a) 2 godziny – w przypadku Awarii krytycznej, b) 4 godziny – w przypadku Awarii istotnej, c) 1 dzień roboczy – w przypadku Awarii zwykłej.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5) Wykonawca zobowiązany jest do usunięcia awarii albo przywrócenia funkcjonalności zastęp</w:t>
      </w:r>
      <w:r w:rsidRPr="005E2E2D">
        <w:rPr>
          <w:lang w:val="pl-PL"/>
        </w:rPr>
        <w:t>czej w czasie nie dłuższym niż: a) 12 godzin – w przypadku Awarii krytycznej, b) 24 godziny – w przypadku Awarii istotnej, c) 3 dni robocze – w przypadku Awarii zwykłej, chyba że Strony uzgodnią inny termin z uwagi na szczególny charakter naprawy.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6) Jeżel</w:t>
      </w:r>
      <w:r w:rsidRPr="005E2E2D">
        <w:rPr>
          <w:lang w:val="pl-PL"/>
        </w:rPr>
        <w:t>i usunięcie awarii w terminie określonym w pkt 5 nie jest możliwe, Wykonawca zobowiązany jest – o ile jest to technicznie możliwe – zapewnić na własny koszt rozwiązanie zastępcze albo urządzenie zastępcze umożliwiające korzystanie z danej funkcjonalności d</w:t>
      </w:r>
      <w:r w:rsidRPr="005E2E2D">
        <w:rPr>
          <w:lang w:val="pl-PL"/>
        </w:rPr>
        <w:t>o czasu wykonania naprawy.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7) Wykonawca wykonuje przeglądy i konserwację zgodnie z zaleceniami producentów oraz harmonogramem uzgodnionym z Zamawiającym. Planowe wyłączenia serwisowe wymagają wcześniejszego uzgodnienia z Zamawiającym.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8) Wykonawca udziela </w:t>
      </w:r>
      <w:r w:rsidRPr="005E2E2D">
        <w:rPr>
          <w:lang w:val="pl-PL"/>
        </w:rPr>
        <w:t>gwarancji jakości i rękojmi na roboty budowlane, instalacyjne, okablowanie, urządzenia i oprogramowanie na okres 60 miesięcy liczony od dnia podpisania protokołu odbioru końcowego Etapu 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9) Po upływie 60 miesięcy, o których mowa w pkt 8, Wykonawca będzie</w:t>
      </w:r>
      <w:r w:rsidRPr="005E2E2D">
        <w:rPr>
          <w:lang w:val="pl-PL"/>
        </w:rPr>
        <w:t xml:space="preserve"> świadczył dodatkową gwarancję jakości przez okres zaoferowany w ofercie, tj. ………… miesięcy, liczony od dnia podpisania protokołu przekazania własności, o którym mowa w § 10.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lastRenderedPageBreak/>
        <w:t>10) W przypadku wymiany całego urządzenia na nowe, okres gwarancji dla tego urząd</w:t>
      </w:r>
      <w:r w:rsidRPr="005E2E2D">
        <w:rPr>
          <w:lang w:val="pl-PL"/>
        </w:rPr>
        <w:t>zenia biegnie na nowo. W przypadku naprawy lub wymiany części składowej okres gwarancji biegnie na nowo dla wymienionej lub naprawionej części, a dla pozostałej części urządzenia ulega przedłużeniu o okres, w którym urządzenie było wyłączone z użytkowania.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11) Gwarancja obejmuje również usuwanie wad dokumentacji, konfiguracji i oprogramowania, w tym aktualizację lub rekonfigurację niezbędną dla zachowania funkcjonalności Systemu parkingowego.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8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Wyłączenia, przestoje i obniżenie wynagrodzenia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W przypadk</w:t>
      </w:r>
      <w:r w:rsidRPr="005E2E2D">
        <w:rPr>
          <w:lang w:val="pl-PL"/>
        </w:rPr>
        <w:t>u wyłączenia lub przestoju elementu Systemu parkingowego z przyczyn leżących po stronie Wykonawcy, Zamawiającemu przysługuje obniżenie miesięcznego wynagrodzenia ryczałtowego za Etap II, niezależnie od kar umownych.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2) Podstawą obniżenia wynagrodzenia jest</w:t>
      </w:r>
      <w:r w:rsidRPr="005E2E2D">
        <w:rPr>
          <w:lang w:val="pl-PL"/>
        </w:rPr>
        <w:t xml:space="preserve"> miesięczna wartość danego składnika ceny, ustalana jako iloraz łącznej ceny tego składnika w okresie 60 miesięcy, wskazanej w Zestawieniu składników ceny oferty, i liczby 60.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3) Obniżenie wynagrodzenia za dany składnik oblicza się według wzoru: miesięczna</w:t>
      </w:r>
      <w:r w:rsidRPr="005E2E2D">
        <w:rPr>
          <w:lang w:val="pl-PL"/>
        </w:rPr>
        <w:t xml:space="preserve"> wartość składnika × liczba godzin niedostępności składnika w danym miesiącu / liczba godzin w danym miesiącu.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4) Jeżeli niedostępność dotyczy kilku składników jednocześnie, obniżeniu podlega suma wartości tych składników, z </w:t>
      </w:r>
      <w:proofErr w:type="gramStart"/>
      <w:r w:rsidRPr="005E2E2D">
        <w:rPr>
          <w:lang w:val="pl-PL"/>
        </w:rPr>
        <w:t>tym</w:t>
      </w:r>
      <w:proofErr w:type="gramEnd"/>
      <w:r w:rsidRPr="005E2E2D">
        <w:rPr>
          <w:lang w:val="pl-PL"/>
        </w:rPr>
        <w:t xml:space="preserve"> że łączna kwota obniżenia w</w:t>
      </w:r>
      <w:r w:rsidRPr="005E2E2D">
        <w:rPr>
          <w:lang w:val="pl-PL"/>
        </w:rPr>
        <w:t xml:space="preserve"> danym miesiącu nie może przekroczyć miesięcznego wynagrodzenia brutto należnego za Etap II.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5) Jeżeli Wykonawca zapewni rozwiązanie zastępcze lub urządzenie zastępcze, a funkcjonalność będzie utrzymana na poziomie uzgodnionym z Zamawiającym, czas korzysta</w:t>
      </w:r>
      <w:r w:rsidRPr="005E2E2D">
        <w:rPr>
          <w:lang w:val="pl-PL"/>
        </w:rPr>
        <w:t>nia z rozwiązania zastępczego nie jest traktowany jako przestój w rozumieniu niniejszego paragrafu.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6) Obniżenie wynagrodzenia nie ma zastosowania do </w:t>
      </w:r>
      <w:proofErr w:type="spellStart"/>
      <w:r w:rsidRPr="005E2E2D">
        <w:rPr>
          <w:lang w:val="pl-PL"/>
        </w:rPr>
        <w:t>wyłączeń</w:t>
      </w:r>
      <w:proofErr w:type="spellEnd"/>
      <w:r w:rsidRPr="005E2E2D">
        <w:rPr>
          <w:lang w:val="pl-PL"/>
        </w:rPr>
        <w:t xml:space="preserve"> planowych uprzednio uzgodnionych z Zamawiającym ani do </w:t>
      </w:r>
      <w:proofErr w:type="spellStart"/>
      <w:r w:rsidRPr="005E2E2D">
        <w:rPr>
          <w:lang w:val="pl-PL"/>
        </w:rPr>
        <w:t>wyłączeń</w:t>
      </w:r>
      <w:proofErr w:type="spellEnd"/>
      <w:r w:rsidRPr="005E2E2D">
        <w:rPr>
          <w:lang w:val="pl-PL"/>
        </w:rPr>
        <w:t xml:space="preserve"> spowodowanych wyłącznie działanie</w:t>
      </w:r>
      <w:r w:rsidRPr="005E2E2D">
        <w:rPr>
          <w:lang w:val="pl-PL"/>
        </w:rPr>
        <w:t>m Zamawiającego, brakiem zasilania, łączności lub innymi okolicznościami, za które Wykonawca nie ponosi odpowiedzialności.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7) Zestawienie przestojów, </w:t>
      </w:r>
      <w:proofErr w:type="spellStart"/>
      <w:r w:rsidRPr="005E2E2D">
        <w:rPr>
          <w:lang w:val="pl-PL"/>
        </w:rPr>
        <w:t>wyłączeń</w:t>
      </w:r>
      <w:proofErr w:type="spellEnd"/>
      <w:r w:rsidRPr="005E2E2D">
        <w:rPr>
          <w:lang w:val="pl-PL"/>
        </w:rPr>
        <w:t xml:space="preserve"> oraz wynikających z nich obniżeń wynagrodzenia będzie sporządzane miesięcznie i stanowić będzie p</w:t>
      </w:r>
      <w:r w:rsidRPr="005E2E2D">
        <w:rPr>
          <w:lang w:val="pl-PL"/>
        </w:rPr>
        <w:t>odstawę odpowiedniego pomniejszenia faktury Wykonawcy albo wystawienia przez Zamawiającego noty księgowej.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9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Wynagrodzenie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Za wykonanie Przedmiotu Umowy Zamawiający zapłaci Wykonawcy wynagrodzenie całkowite w wysokości: ……………………… zł netto, tj. …………………</w:t>
      </w:r>
      <w:r w:rsidRPr="005E2E2D">
        <w:rPr>
          <w:lang w:val="pl-PL"/>
        </w:rPr>
        <w:t>…… zł brutto, w tym podatek VAT ……………………… zł.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2) Wynagrodzenie, o którym mowa w pkt 1, obejmuje wszelkie koszty realizacji Etapu I oraz Etapu II, w tym koszty opracowania dokumentacji projektowej, robót budowlanych i instalacyjnych, dostawy urządzeń, oprog</w:t>
      </w:r>
      <w:r w:rsidRPr="005E2E2D">
        <w:rPr>
          <w:lang w:val="pl-PL"/>
        </w:rPr>
        <w:t>ramowania, licencji, szkoleń, testów, serwisu, konserwacji, napraw, materiałów, części zamiennych, dojazdów, urządzeń zastępczych, utylizacji i przekazania własności po zakończeniu okresu dzierżawy, z zastrzeżeniem symbolicznej ceny odkupu określonej w § 1</w:t>
      </w:r>
      <w:r w:rsidRPr="005E2E2D">
        <w:rPr>
          <w:lang w:val="pl-PL"/>
        </w:rPr>
        <w:t>0.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3) Za świadczenia objęte Etapem II Wykonawcy przysługuje miesięczne zryczałtowane wynagrodzenie w wysokości: ……………………… zł netto, tj. ……………………… zł brutto.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4) Wynagrodzenie miesięczne, o którym mowa w pkt 3, płatne będzie z dołu, na podstawie prawidłowo w</w:t>
      </w:r>
      <w:r w:rsidRPr="005E2E2D">
        <w:rPr>
          <w:lang w:val="pl-PL"/>
        </w:rPr>
        <w:t>ystawionej faktury, w terminie 30 dni od dnia jej doręczenia Zamawiającemu.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5) Jeżeli Etap II rozpocznie się lub zakończy w trakcie miesiąca kalendarzowego, wynagrodzenie za ten miesiąc będzie obliczone proporcjonalnie do liczby dni świadczenia dzierżawy w</w:t>
      </w:r>
      <w:r w:rsidRPr="005E2E2D">
        <w:rPr>
          <w:lang w:val="pl-PL"/>
        </w:rPr>
        <w:t xml:space="preserve"> danym miesiącu.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6) Wynagrodzenie za Etap I nie podlega odrębnemu rozliczeniu jednorazowemu i jest uwzględnione w wynagrodzeniu całkowitym oraz w kalkulacji miesięcznego wynagrodzenia za Etap II.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7) W zakresie rozliczeń związanych z realizacją Umowy zastos</w:t>
      </w:r>
      <w:r w:rsidRPr="005E2E2D">
        <w:rPr>
          <w:lang w:val="pl-PL"/>
        </w:rPr>
        <w:t>owanie mają przepisy ustawy o elektronicznym fakturowaniu w zamówieniach publicznych oraz ustawy o podatku od towarów i usług dotyczące faktur ustrukturyzowanych oraz Krajowego Systemu e-Faktur (</w:t>
      </w:r>
      <w:proofErr w:type="spellStart"/>
      <w:r w:rsidRPr="005E2E2D">
        <w:rPr>
          <w:lang w:val="pl-PL"/>
        </w:rPr>
        <w:t>KSeF</w:t>
      </w:r>
      <w:proofErr w:type="spellEnd"/>
      <w:r w:rsidRPr="005E2E2D">
        <w:rPr>
          <w:lang w:val="pl-PL"/>
        </w:rPr>
        <w:t>).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8) Do czasu powstania ustawowego obowiązku wystawiania</w:t>
      </w:r>
      <w:r w:rsidRPr="005E2E2D">
        <w:rPr>
          <w:lang w:val="pl-PL"/>
        </w:rPr>
        <w:t xml:space="preserve"> faktur ustrukturyzowanych przy użyciu </w:t>
      </w:r>
      <w:proofErr w:type="spellStart"/>
      <w:r w:rsidRPr="005E2E2D">
        <w:rPr>
          <w:lang w:val="pl-PL"/>
        </w:rPr>
        <w:t>KSeF</w:t>
      </w:r>
      <w:proofErr w:type="spellEnd"/>
      <w:r w:rsidRPr="005E2E2D">
        <w:rPr>
          <w:lang w:val="pl-PL"/>
        </w:rPr>
        <w:t>, dopuszcza się składanie faktur za pośrednictwem PEF, w formie elektronicznej PDF na adres e-mail: ……………………………………… albo w formie papierowej na adres siedziby Zamawiającego.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10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Przekazanie własności po zakończen</w:t>
      </w:r>
      <w:r w:rsidRPr="005E2E2D">
        <w:rPr>
          <w:b/>
          <w:color w:val="1F4E79"/>
          <w:lang w:val="pl-PL"/>
        </w:rPr>
        <w:t>iu dzierżawy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Po upływie okresu 60 miesięcy dzierżawy oraz po należytym wykonaniu przez Wykonawcę wszystkich obowiązków wynikających z Umowy, Zamawiający odkupi wszystkie elementy Systemu parkingowego za symboliczną kwotę 1,00 zł netto, powiększoną o nal</w:t>
      </w:r>
      <w:r w:rsidRPr="005E2E2D">
        <w:rPr>
          <w:lang w:val="pl-PL"/>
        </w:rPr>
        <w:t>eżny podatek VAT.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2) Przekazanie własności nastąpi na podstawie protokołu przekazania własności podpisanego przez Strony, nie później niż w terminie 7 dni od dnia zakończenia Etapu II.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lastRenderedPageBreak/>
        <w:t>3) Najpóźniej w dniu podpisania protokołu przekazania własności Wykonaw</w:t>
      </w:r>
      <w:r w:rsidRPr="005E2E2D">
        <w:rPr>
          <w:lang w:val="pl-PL"/>
        </w:rPr>
        <w:t>ca przekaże Zamawiającemu komplet dokumentacji powykonawczej, instrukcji, licencji, haseł, danych administracyjnych, kluczy sprzętowych, kodów dostępowych, dokumentacji API oraz innych informacji niezbędnych do samodzielnej eksploatacji Systemu parkingoweg</w:t>
      </w:r>
      <w:r w:rsidRPr="005E2E2D">
        <w:rPr>
          <w:lang w:val="pl-PL"/>
        </w:rPr>
        <w:t>o.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4) Wraz z przejściem własności Wykonawca przeniesie na Zamawiającego albo zapewni Zamawiającemu skuteczne, nieograniczone czasowo uprawnienie do korzystania z oprogramowania zarządzającego Systemem parkingowym w zakresie niezbędnym do jego dalszej ekspl</w:t>
      </w:r>
      <w:r w:rsidRPr="005E2E2D">
        <w:rPr>
          <w:lang w:val="pl-PL"/>
        </w:rPr>
        <w:t>oatacji, zgodnie z wymaganiami PFU.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5) Do czasu podpisania protokołu przekazania własności Wykonawca zobowiązany jest utrzymywać System parkingowy w pełnej sprawności, z uwzględnieniem obowiązków gwarancyjnych i serwisowych.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11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Ubezpieczenie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Wykonawca</w:t>
      </w:r>
      <w:r w:rsidRPr="005E2E2D">
        <w:rPr>
          <w:lang w:val="pl-PL"/>
        </w:rPr>
        <w:t xml:space="preserve"> zobowiązany jest posiadać przez cały okres obowiązywania Umowy oraz przez okres dodatkowej gwarancji jakości umowę ubezpieczenia odpowiedzialności cywilnej w zakresie prowadzonej działalności związanej z przedmiotem Umowy, na sumę gwarancyjną nie mniejszą</w:t>
      </w:r>
      <w:r w:rsidRPr="005E2E2D">
        <w:rPr>
          <w:lang w:val="pl-PL"/>
        </w:rPr>
        <w:t xml:space="preserve"> niż 1 000 000,00 zł.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2) W terminie 7 dni od dnia zawarcia Umowy Wykonawca przedstawi Zamawiającemu polisę albo inny dokument potwierdzający zawarcie umowy ubezpieczenia wraz z dowodem opłacenia składki.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3) W przypadku wygaśnięcia ochrony ubezpieczeniowej </w:t>
      </w:r>
      <w:r w:rsidRPr="005E2E2D">
        <w:rPr>
          <w:lang w:val="pl-PL"/>
        </w:rPr>
        <w:t>w trakcie obowiązywania Umowy Wykonawca jest zobowiązany przedłożyć nowy dokument ubezpieczenia najpóźniej w ostatnim dniu obowiązywania poprzedniej ochrony.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12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Podwykonawstwo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Wykonawca wykona zamówienie samodzielnie / z udziałem podwykonawców wskazan</w:t>
      </w:r>
      <w:r w:rsidRPr="005E2E2D">
        <w:rPr>
          <w:lang w:val="pl-PL"/>
        </w:rPr>
        <w:t>ych w ofercie i zaakceptowanych zgodnie z postanowieniami Umowy.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2) Powierzenie wykonania części zamówienia podwykonawcy nie zwalnia Wykonawcy z odpowiedzialności za należyte wykonanie Umowy.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3) Umowy o podwykonawstwo oraz ich zmiany wymagają przedłożenia </w:t>
      </w:r>
      <w:r w:rsidRPr="005E2E2D">
        <w:rPr>
          <w:lang w:val="pl-PL"/>
        </w:rPr>
        <w:t xml:space="preserve">Zamawiającemu na zasadach określonych w ustawie </w:t>
      </w:r>
      <w:proofErr w:type="spellStart"/>
      <w:r w:rsidRPr="005E2E2D">
        <w:rPr>
          <w:lang w:val="pl-PL"/>
        </w:rPr>
        <w:t>Pzp</w:t>
      </w:r>
      <w:proofErr w:type="spellEnd"/>
      <w:r w:rsidRPr="005E2E2D">
        <w:rPr>
          <w:lang w:val="pl-PL"/>
        </w:rPr>
        <w:t>, jeżeli obowiązek taki wynika z charakteru powierzanych świadczeń.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4) Zmiana albo rezygnacja z podwykonawcy, na którego zasoby Wykonawca powoływał się w celu wykazania spełnienia warunków udziału w postęp</w:t>
      </w:r>
      <w:r w:rsidRPr="005E2E2D">
        <w:rPr>
          <w:lang w:val="pl-PL"/>
        </w:rPr>
        <w:t>owaniu, wymaga wykazania, że proponowany podmiot lub Wykonawca samodzielnie spełnia te warunki w stopniu nie mniejszym.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13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Zabezpieczenie należytego wykonania Umowy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Wykonawca wniósł przed zawarciem Umowy zabezpieczenie należytego wykonania Umowy w wys</w:t>
      </w:r>
      <w:r w:rsidRPr="005E2E2D">
        <w:rPr>
          <w:lang w:val="pl-PL"/>
        </w:rPr>
        <w:t>okości 10% ceny ofertowej brutto, tj. ……………………… zł, w formie ……………………</w:t>
      </w:r>
      <w:proofErr w:type="gramStart"/>
      <w:r w:rsidRPr="005E2E2D">
        <w:rPr>
          <w:lang w:val="pl-PL"/>
        </w:rPr>
        <w:t>… .</w:t>
      </w:r>
      <w:proofErr w:type="gramEnd"/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2) Zabezpieczenie służy pokryciu roszczeń z tytułu niewykonania lub nienależytego wykonania Umowy, w tym roszczeń z tytułu kar umownych, rękojmi i gwarancji jakości.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3) 70% wartości </w:t>
      </w:r>
      <w:r w:rsidRPr="005E2E2D">
        <w:rPr>
          <w:lang w:val="pl-PL"/>
        </w:rPr>
        <w:t xml:space="preserve">zabezpieczenia podlega zwrotowi w terminie 30 dni od dnia podpisania protokołu odbioru końcowego Etapu I </w:t>
      </w:r>
      <w:proofErr w:type="spellStart"/>
      <w:r w:rsidRPr="005E2E2D">
        <w:rPr>
          <w:lang w:val="pl-PL"/>
        </w:rPr>
        <w:t>i</w:t>
      </w:r>
      <w:proofErr w:type="spellEnd"/>
      <w:r w:rsidRPr="005E2E2D">
        <w:rPr>
          <w:lang w:val="pl-PL"/>
        </w:rPr>
        <w:t xml:space="preserve"> uznania przez Zamawiającego, że Etap I został wykonany należycie.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4) Pozostałe 30% wartości zabezpieczenia podlega zwrotowi nie później niż w 15. dni</w:t>
      </w:r>
      <w:r w:rsidRPr="005E2E2D">
        <w:rPr>
          <w:lang w:val="pl-PL"/>
        </w:rPr>
        <w:t>u po upływie okresu rękojmi i gwarancji jakości, obejmującego również dodatkowy okres gwarancji zaoferowany w ofercie, o ile zabezpieczenie nie zostało wcześniej wykorzystane na pokrycie roszczeń Zamawiającego.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14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Kary umowne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Wykonawca zapłaci Zamawia</w:t>
      </w:r>
      <w:r w:rsidRPr="005E2E2D">
        <w:rPr>
          <w:lang w:val="pl-PL"/>
        </w:rPr>
        <w:t>jącemu karę umowną: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za zwłokę w wykonaniu Etapu I – w wysokości 0,2% wynagrodzenia całkowitego brutto za każdy rozpoczęty dzień zwłoki;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za nieusunięcie Awarii krytycznej w terminie określonym w § 7 pkt 5 lit. a – w wysokości 2 000,00 zł za każdą rozpoc</w:t>
      </w:r>
      <w:r w:rsidRPr="005E2E2D">
        <w:rPr>
          <w:lang w:val="pl-PL"/>
        </w:rPr>
        <w:t>zętą godzinę zwłoki;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za nieusunięcie Awarii istotnej w terminie określonym w § 7 pkt 5 lit. b – w wysokości 1 000,00 zł za każdą rozpoczętą godzinę zwłoki;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 xml:space="preserve">– za nieusunięcie Awarii zwykłej w terminie określonym w § 7 pkt 5 lit. c – w wysokości 500,00 zł </w:t>
      </w:r>
      <w:r w:rsidRPr="005E2E2D">
        <w:rPr>
          <w:lang w:val="pl-PL"/>
        </w:rPr>
        <w:t>za każdy rozpoczęty dzień zwłoki;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za nieprzekazanie dokumentacji, licencji, danych dostępowych lub innych elementów wymaganych przy odbiorze albo przy przekazaniu własności – w wysokości 1 000,00 zł za każdy rozpoczęty dzień zwłoki;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za zmianę osoby wsk</w:t>
      </w:r>
      <w:r w:rsidRPr="005E2E2D">
        <w:rPr>
          <w:lang w:val="pl-PL"/>
        </w:rPr>
        <w:t>azanej do realizacji zamówienia bez wymaganej zgody Zamawiającego – w wysokości 5 000,00 zł za każdy przypadek;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za odstąpienie od Umowy albo rozwiązanie Umowy z przyczyn leżących po stronie Wykonawcy – w wysokości 10% wynagrodzenia całkowitego brutto.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lastRenderedPageBreak/>
        <w:t>2)</w:t>
      </w:r>
      <w:r w:rsidRPr="005E2E2D">
        <w:rPr>
          <w:lang w:val="pl-PL"/>
        </w:rPr>
        <w:t xml:space="preserve"> Łączna wysokość kar umownych naliczonych Wykonawcy nie może przekroczyć 30% wynagrodzenia całkowitego brutto, co nie wyłącza prawa Zamawiającego do dochodzenia odszkodowania uzupełniającego przewyższającego wysokość zastrzeżonych kar, na zasadach ogólnych</w:t>
      </w:r>
      <w:r w:rsidRPr="005E2E2D">
        <w:rPr>
          <w:lang w:val="pl-PL"/>
        </w:rPr>
        <w:t>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3) Zamawiający może potrącić należne kary umowne z wynagrodzenia Wykonawcy lub z zabezpieczenia należytego wykonania Umowy.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15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Zmiany Umowy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Zmiana Umowy wymaga formy pisemnej albo elektronicznej pod rygorem nieważności.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2) Poza przypadkami wynikając</w:t>
      </w:r>
      <w:r w:rsidRPr="005E2E2D">
        <w:rPr>
          <w:lang w:val="pl-PL"/>
        </w:rPr>
        <w:t xml:space="preserve">ymi z ustawy </w:t>
      </w:r>
      <w:proofErr w:type="spellStart"/>
      <w:r w:rsidRPr="005E2E2D">
        <w:rPr>
          <w:lang w:val="pl-PL"/>
        </w:rPr>
        <w:t>Pzp</w:t>
      </w:r>
      <w:proofErr w:type="spellEnd"/>
      <w:r w:rsidRPr="005E2E2D">
        <w:rPr>
          <w:lang w:val="pl-PL"/>
        </w:rPr>
        <w:t>, Strony dopuszczają możliwość zmian Umowy w szczególności w przypadku: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konieczności zmiany terminu realizacji Etapu I z przyczyn niezależnych od Wykonawcy, w szczególności z powodu kolizji infrastrukturalnych, warunków terenowych, koniec</w:t>
      </w:r>
      <w:r w:rsidRPr="005E2E2D">
        <w:rPr>
          <w:lang w:val="pl-PL"/>
        </w:rPr>
        <w:t>zności zachowania ciągłości ruchu lub działalności Szpitala, siły wyższej lub działań organów administracji;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konieczności zastąpienia urządzenia, elementu lub oprogramowania innym rozwiązaniem równoważnym lub lepszym, jeżeli pierwotnie oferowany model zo</w:t>
      </w:r>
      <w:r w:rsidRPr="005E2E2D">
        <w:rPr>
          <w:lang w:val="pl-PL"/>
        </w:rPr>
        <w:t>stał wycofany z produkcji, jest niedostępny albo jego zastosowanie stało się nadmiernie utrudnione, przy zachowaniu co najmniej parametrów i funkcjonalności wynikających z PFU i oferty;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 xml:space="preserve">– zmiany osób skierowanych do realizacji Umowy, z zachowaniem wymagań </w:t>
      </w:r>
      <w:r w:rsidRPr="005E2E2D">
        <w:rPr>
          <w:lang w:val="pl-PL"/>
        </w:rPr>
        <w:t>określonych w § 4;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zmiany wysokości wynagrodzenia w przypadkach i na zasadach określonych w pkt 3–8 niniejszego paragrafu.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3) W przypadku zmiany stawki podatku VAT wynagrodzenie brutto ulega odpowiedniej zmianie, przy zachowaniu niezmienionego wynagrodze</w:t>
      </w:r>
      <w:r w:rsidRPr="005E2E2D">
        <w:rPr>
          <w:lang w:val="pl-PL"/>
        </w:rPr>
        <w:t>nia netto.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4) W przypadku zmiany wysokości minimalnego wynagrodzenia za pracę, minimalnej stawki godzinowej, zasad podlegania ubezpieczeniom społecznym lub zdrowotnym albo wysokości tych składek, a także zasad gromadzenia i wysokości wpłat do pracowniczych</w:t>
      </w:r>
      <w:r w:rsidRPr="005E2E2D">
        <w:rPr>
          <w:lang w:val="pl-PL"/>
        </w:rPr>
        <w:t xml:space="preserve"> planów kapitałowych – jeżeli zmiany te będą miały wpływ na koszty wykonania Umowy – Strony dokonają odpowiedniej zmiany wynagrodzenia zgodnie z art. 436 ustawy </w:t>
      </w:r>
      <w:proofErr w:type="spellStart"/>
      <w:r w:rsidRPr="005E2E2D">
        <w:rPr>
          <w:lang w:val="pl-PL"/>
        </w:rPr>
        <w:t>Pzp</w:t>
      </w:r>
      <w:proofErr w:type="spellEnd"/>
      <w:r w:rsidRPr="005E2E2D">
        <w:rPr>
          <w:lang w:val="pl-PL"/>
        </w:rPr>
        <w:t>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5) Strony przewidują zmianę wynagrodzenia w przypadku zmiany cen materiałów lub kosztów zw</w:t>
      </w:r>
      <w:r w:rsidRPr="005E2E2D">
        <w:rPr>
          <w:lang w:val="pl-PL"/>
        </w:rPr>
        <w:t xml:space="preserve">iązanych z realizacją zamówienia zgodnie z art. 439 ustawy </w:t>
      </w:r>
      <w:proofErr w:type="spellStart"/>
      <w:r w:rsidRPr="005E2E2D">
        <w:rPr>
          <w:lang w:val="pl-PL"/>
        </w:rPr>
        <w:t>Pzp</w:t>
      </w:r>
      <w:proofErr w:type="spellEnd"/>
      <w:r w:rsidRPr="005E2E2D">
        <w:rPr>
          <w:lang w:val="pl-PL"/>
        </w:rPr>
        <w:t>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6) Zmiana wynagrodzenia, o której mowa w pkt 5, może być dokonana nie częściej niż raz na 12 miesięcy, po upływie pierwszych 6 miesięcy od dnia zawarcia Umowy, na podstawie wskaźnika cen </w:t>
      </w:r>
      <w:r w:rsidRPr="005E2E2D">
        <w:rPr>
          <w:lang w:val="pl-PL"/>
        </w:rPr>
        <w:t>towarów i usług konsumpcyjnych ogłaszanego przez Prezesa GUS.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7) Warunkiem zmiany wynagrodzenia jest wykazanie przez Stronę wnioskującą wpływu zmiany cen materiałów lub kosztów na koszty wykonania Umowy, z uwzględnieniem struktury ceny wynikającej z Zestaw</w:t>
      </w:r>
      <w:r w:rsidRPr="005E2E2D">
        <w:rPr>
          <w:lang w:val="pl-PL"/>
        </w:rPr>
        <w:t>ienia składników ceny oferty.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8) Maksymalna łączna wartość zmian wynagrodzenia dokonanych na podstawie pkt 5–7 nie może przekroczyć 15% wynagrodzenia całkowitego netto.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16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Odstąpienie od Umowy i rozwiązanie Umowy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Zamawiający może odstąpić od Umowy w c</w:t>
      </w:r>
      <w:r w:rsidRPr="005E2E2D">
        <w:rPr>
          <w:lang w:val="pl-PL"/>
        </w:rPr>
        <w:t>ałości lub części albo rozwiązać Umowę ze skutkiem natychmiastowym, jeżeli: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zwłoka Wykonawcy w wykonaniu Etapu I przekroczy 14 dni;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Wykonawca pomimo pisemnego wezwania rażąco narusza obowiązki serwisowe lub gwarancyjne, w szczególności dopuszcza do pow</w:t>
      </w:r>
      <w:r w:rsidRPr="005E2E2D">
        <w:rPr>
          <w:lang w:val="pl-PL"/>
        </w:rPr>
        <w:t>tarzających się Awarii krytycznych albo długotrwałej niedostępności Systemu parkingowego;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Wykonawca nie utrzymuje wymaganego ubezpieczenia albo nie przedłoży dokumentu potwierdzającego jego posiadanie;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nastąpi istotna zmiana osoby wskazanej do realizac</w:t>
      </w:r>
      <w:r w:rsidRPr="005E2E2D">
        <w:rPr>
          <w:lang w:val="pl-PL"/>
        </w:rPr>
        <w:t>ji Umowy bez zgody Zamawiającego;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Wykonawca zaniecha realizacji Umowy albo wykonuje ją w sposób oczywiście sprzeczny z jej celem.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2) W przypadku odstąpienia od Umowy Wykonawcy przysługuje wyłącznie wynagrodzenie za świadczenia należycie wykonane i odebra</w:t>
      </w:r>
      <w:r w:rsidRPr="005E2E2D">
        <w:rPr>
          <w:lang w:val="pl-PL"/>
        </w:rPr>
        <w:t>ne do dnia odstąpienia, z uwzględnieniem prawa Zamawiającego do potrąceń i kar umownych.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3) Odstąpienie od Umowy nie wyłącza uprawnień Zamawiającego z tytułu rękojmi, gwarancji, kar umownych ani zabezpieczenia należytego wykonania Umowy.</w:t>
      </w:r>
    </w:p>
    <w:p w:rsidR="00401A23" w:rsidRPr="005E2E2D" w:rsidRDefault="007E3A4B">
      <w:pPr>
        <w:spacing w:before="200" w:after="4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§ 17</w:t>
      </w:r>
    </w:p>
    <w:p w:rsidR="00401A23" w:rsidRPr="005E2E2D" w:rsidRDefault="007E3A4B">
      <w:pPr>
        <w:spacing w:after="120"/>
        <w:jc w:val="center"/>
        <w:rPr>
          <w:lang w:val="pl-PL"/>
        </w:rPr>
      </w:pPr>
      <w:r w:rsidRPr="005E2E2D">
        <w:rPr>
          <w:b/>
          <w:color w:val="1F4E79"/>
          <w:lang w:val="pl-PL"/>
        </w:rPr>
        <w:t>Postanowienia</w:t>
      </w:r>
      <w:r w:rsidRPr="005E2E2D">
        <w:rPr>
          <w:b/>
          <w:color w:val="1F4E79"/>
          <w:lang w:val="pl-PL"/>
        </w:rPr>
        <w:t xml:space="preserve"> końcowe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1) W sprawach nieuregulowanych Umową zastosowanie mają przepisy Kodeksu cywilnego oraz ustawy Prawo zamówień publicznych.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 xml:space="preserve">2) Wszelkie spory wynikające z Umowy Strony będą starały się rozwiązać polubownie, a w przypadku braku porozumienia poddadzą </w:t>
      </w:r>
      <w:r w:rsidRPr="005E2E2D">
        <w:rPr>
          <w:lang w:val="pl-PL"/>
        </w:rPr>
        <w:t>je pod rozstrzygnięcie sądu powszechnego właściwego miejscowo dla siedziby Zamawiającego.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3) Integralną część Umowy stanowią następujące załączniki: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lastRenderedPageBreak/>
        <w:t>– Załącznik nr 1 – PFU wraz z załącznikami;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Załącznik nr 2 – oferta Wykonawcy, w tym formularz oferty;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 xml:space="preserve">– </w:t>
      </w:r>
      <w:r w:rsidRPr="005E2E2D">
        <w:rPr>
          <w:lang w:val="pl-PL"/>
        </w:rPr>
        <w:t>Załącznik nr 3 – Zestawienie składników ceny oferty;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Załącznik nr 4 – formularz „Opis oferowanego systemu parkingowego” wraz z dokumentami złożonymi na potwierdzenie parametrów i funkcjonalności systemu;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Załącznik nr 5 – wykaz osób skierowanych do real</w:t>
      </w:r>
      <w:r w:rsidRPr="005E2E2D">
        <w:rPr>
          <w:lang w:val="pl-PL"/>
        </w:rPr>
        <w:t>izacji zamówienia;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Załącznik nr 6 – wzór protokołu odbioru końcowego Etapu I;</w:t>
      </w:r>
    </w:p>
    <w:p w:rsidR="00401A23" w:rsidRPr="005E2E2D" w:rsidRDefault="007E3A4B">
      <w:pPr>
        <w:ind w:left="312" w:hanging="142"/>
        <w:rPr>
          <w:lang w:val="pl-PL"/>
        </w:rPr>
      </w:pPr>
      <w:r w:rsidRPr="005E2E2D">
        <w:rPr>
          <w:lang w:val="pl-PL"/>
        </w:rPr>
        <w:t>– Załącznik nr 7 – wzór protokołu przekazania własności.</w:t>
      </w:r>
    </w:p>
    <w:p w:rsidR="00401A23" w:rsidRPr="005E2E2D" w:rsidRDefault="007E3A4B">
      <w:pPr>
        <w:ind w:left="255" w:hanging="255"/>
        <w:rPr>
          <w:lang w:val="pl-PL"/>
        </w:rPr>
      </w:pPr>
      <w:r w:rsidRPr="005E2E2D">
        <w:rPr>
          <w:lang w:val="pl-PL"/>
        </w:rPr>
        <w:t>4) Umowę sporządzono w postaci elektronicznej.</w:t>
      </w:r>
    </w:p>
    <w:p w:rsidR="00401A23" w:rsidRPr="005E2E2D" w:rsidRDefault="00401A23">
      <w:pPr>
        <w:spacing w:after="200"/>
        <w:rPr>
          <w:lang w:val="pl-PL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52"/>
        <w:gridCol w:w="4252"/>
      </w:tblGrid>
      <w:tr w:rsidR="00401A23">
        <w:trPr>
          <w:jc w:val="center"/>
        </w:trPr>
        <w:tc>
          <w:tcPr>
            <w:tcW w:w="4252" w:type="dxa"/>
            <w:vAlign w:val="center"/>
          </w:tcPr>
          <w:p w:rsidR="00401A23" w:rsidRDefault="007E3A4B">
            <w:pPr>
              <w:jc w:val="center"/>
            </w:pPr>
            <w:r>
              <w:rPr>
                <w:b/>
              </w:rPr>
              <w:t>ZAMAWIAJĄCY</w:t>
            </w:r>
          </w:p>
        </w:tc>
        <w:tc>
          <w:tcPr>
            <w:tcW w:w="4252" w:type="dxa"/>
            <w:vAlign w:val="center"/>
          </w:tcPr>
          <w:p w:rsidR="00401A23" w:rsidRDefault="007E3A4B">
            <w:pPr>
              <w:jc w:val="center"/>
            </w:pPr>
            <w:r>
              <w:rPr>
                <w:b/>
              </w:rPr>
              <w:t>WYKONAWCA</w:t>
            </w:r>
          </w:p>
        </w:tc>
      </w:tr>
      <w:tr w:rsidR="00401A23">
        <w:trPr>
          <w:jc w:val="center"/>
        </w:trPr>
        <w:tc>
          <w:tcPr>
            <w:tcW w:w="4252" w:type="dxa"/>
            <w:vAlign w:val="center"/>
          </w:tcPr>
          <w:p w:rsidR="00401A23" w:rsidRDefault="007E3A4B">
            <w:pPr>
              <w:jc w:val="center"/>
            </w:pPr>
            <w:r>
              <w:br/>
            </w:r>
            <w:r>
              <w:br/>
              <w:t>……………………………………</w:t>
            </w:r>
          </w:p>
        </w:tc>
        <w:tc>
          <w:tcPr>
            <w:tcW w:w="4252" w:type="dxa"/>
            <w:vAlign w:val="center"/>
          </w:tcPr>
          <w:p w:rsidR="00401A23" w:rsidRDefault="007E3A4B">
            <w:pPr>
              <w:jc w:val="center"/>
            </w:pPr>
            <w:r>
              <w:br/>
            </w:r>
            <w:r>
              <w:br/>
              <w:t>……………………………………</w:t>
            </w:r>
          </w:p>
        </w:tc>
      </w:tr>
    </w:tbl>
    <w:p w:rsidR="00000000" w:rsidRDefault="007E3A4B"/>
    <w:sectPr w:rsidR="00000000" w:rsidSect="00034616">
      <w:pgSz w:w="12240" w:h="15840"/>
      <w:pgMar w:top="1417" w:right="1134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5B43153"/>
    <w:multiLevelType w:val="hybridMultilevel"/>
    <w:tmpl w:val="DB642948"/>
    <w:lvl w:ilvl="0" w:tplc="15B2CFF0">
      <w:start w:val="1"/>
      <w:numFmt w:val="decimal"/>
      <w:lvlText w:val=" %1."/>
      <w:lvlJc w:val="left"/>
      <w:pPr>
        <w:ind w:left="578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 w15:restartNumberingAfterBreak="0">
    <w:nsid w:val="54D839BC"/>
    <w:multiLevelType w:val="hybridMultilevel"/>
    <w:tmpl w:val="AA74AE4E"/>
    <w:lvl w:ilvl="0" w:tplc="90546CE0">
      <w:start w:val="1"/>
      <w:numFmt w:val="decimal"/>
      <w:lvlText w:val=" 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01A23"/>
    <w:rsid w:val="005E2E2D"/>
    <w:rsid w:val="007E3A4B"/>
    <w:rsid w:val="00AA1D8D"/>
    <w:rsid w:val="00B47730"/>
    <w:rsid w:val="00CB0664"/>
    <w:rsid w:val="00F7177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EFDECD"/>
  <w14:defaultImageDpi w14:val="300"/>
  <w15:docId w15:val="{8FE0950D-DDA5-41A0-96D8-EE9E998D7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C693F"/>
    <w:pPr>
      <w:spacing w:after="0" w:line="240" w:lineRule="auto"/>
    </w:pPr>
    <w:rPr>
      <w:rFonts w:ascii="Arial" w:eastAsia="Arial" w:hAnsi="Arial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link w:val="AkapitzlistZnak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rPr>
      <w:b/>
      <w:bCs/>
      <w:color w:val="4F81BD" w:themeColor="accent1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AkapitzlistZnak">
    <w:name w:val="Akapit z listą Znak"/>
    <w:aliases w:val="normalny tekst Znak,Akapit z listą Znak Znak Znak,Akapit z list¹ Znak,Bullet Number Znak,Body MS Bullet Znak,lp1 Znak,ISCG Numerowanie Znak,Preambuła Znak,Kolorowa lista — akcent 11 Znak,lp11 Znak,List Paragraph11 Znak,Bullet 1 Znak"/>
    <w:link w:val="Akapitzlist"/>
    <w:uiPriority w:val="34"/>
    <w:qFormat/>
    <w:rsid w:val="007E3A4B"/>
    <w:rPr>
      <w:rFonts w:ascii="Arial" w:eastAsia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431272-BBD7-44CB-B332-806F9DF0E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3745</Words>
  <Characters>22475</Characters>
  <Application>Microsoft Office Word</Application>
  <DocSecurity>0</DocSecurity>
  <Lines>187</Lines>
  <Paragraphs>52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26168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Wiesław Babiżewski</cp:lastModifiedBy>
  <cp:revision>3</cp:revision>
  <dcterms:created xsi:type="dcterms:W3CDTF">2026-03-25T13:42:00Z</dcterms:created>
  <dcterms:modified xsi:type="dcterms:W3CDTF">2026-03-25T13:48:00Z</dcterms:modified>
  <cp:category/>
</cp:coreProperties>
</file>