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9162" w14:textId="6360C472" w:rsidR="004431BC" w:rsidRPr="00AE1609" w:rsidRDefault="004431BC">
      <w:pPr>
        <w:rPr>
          <w:b/>
          <w:noProof/>
          <w:lang w:val="pl-PL"/>
        </w:rPr>
      </w:pPr>
      <w:r w:rsidRPr="00AE1609">
        <w:rPr>
          <w:noProof/>
          <w:lang w:val="pl-PL"/>
          <w14:ligatures w14:val="standardContextual"/>
        </w:rPr>
        <mc:AlternateContent>
          <mc:Choice Requires="wpg">
            <w:drawing>
              <wp:anchor distT="0" distB="0" distL="114300" distR="114300" simplePos="0" relativeHeight="251659264" behindDoc="0" locked="0" layoutInCell="1" allowOverlap="1" wp14:anchorId="125D3BC2" wp14:editId="599B900F">
                <wp:simplePos x="0" y="0"/>
                <wp:positionH relativeFrom="column">
                  <wp:posOffset>397477</wp:posOffset>
                </wp:positionH>
                <wp:positionV relativeFrom="paragraph">
                  <wp:posOffset>91</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215C45B6" id="Grupa 2" o:spid="_x0000_s1026" style="position:absolute;margin-left:31.3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4m+CUN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43E3A83" w14:textId="77777777" w:rsidR="004431BC" w:rsidRPr="00AE1609" w:rsidRDefault="004431BC">
      <w:pPr>
        <w:rPr>
          <w:b/>
          <w:noProof/>
          <w:lang w:val="pl-PL"/>
        </w:rPr>
      </w:pPr>
    </w:p>
    <w:p w14:paraId="23554C95" w14:textId="77777777" w:rsidR="004431BC" w:rsidRPr="00AE1609" w:rsidRDefault="004431BC">
      <w:pPr>
        <w:rPr>
          <w:b/>
          <w:noProof/>
          <w:lang w:val="pl-PL"/>
        </w:rPr>
      </w:pPr>
    </w:p>
    <w:p w14:paraId="1A54856D" w14:textId="77777777" w:rsidR="004431BC" w:rsidRPr="00AE1609" w:rsidRDefault="004431BC">
      <w:pPr>
        <w:rPr>
          <w:b/>
          <w:noProof/>
          <w:lang w:val="pl-PL"/>
        </w:rPr>
      </w:pPr>
    </w:p>
    <w:p w14:paraId="53113E4B" w14:textId="77777777" w:rsidR="004431BC" w:rsidRPr="00AE1609" w:rsidRDefault="004431BC">
      <w:pPr>
        <w:rPr>
          <w:b/>
          <w:noProof/>
          <w:lang w:val="pl-PL"/>
        </w:rPr>
      </w:pPr>
    </w:p>
    <w:p w14:paraId="3D5611F9" w14:textId="77777777" w:rsidR="004431BC" w:rsidRPr="00AE1609" w:rsidRDefault="004431BC">
      <w:pPr>
        <w:rPr>
          <w:b/>
          <w:noProof/>
          <w:lang w:val="pl-PL"/>
        </w:rPr>
      </w:pPr>
    </w:p>
    <w:p w14:paraId="4F889D79" w14:textId="77777777" w:rsidR="004431BC" w:rsidRPr="00AE1609" w:rsidRDefault="004431BC">
      <w:pPr>
        <w:rPr>
          <w:b/>
          <w:noProof/>
          <w:lang w:val="pl-PL"/>
        </w:rPr>
      </w:pPr>
    </w:p>
    <w:p w14:paraId="76D0E595" w14:textId="695BC8A7" w:rsidR="00C1293B" w:rsidRPr="00AE1609" w:rsidRDefault="0018130B">
      <w:pPr>
        <w:rPr>
          <w:noProof/>
          <w:lang w:val="pl-PL"/>
        </w:rPr>
      </w:pPr>
      <w:r w:rsidRPr="00AE1609">
        <w:rPr>
          <w:b/>
          <w:noProof/>
          <w:lang w:val="pl-PL"/>
        </w:rPr>
        <w:t xml:space="preserve">Załącznik nr </w:t>
      </w:r>
      <w:r w:rsidR="003E0D22">
        <w:rPr>
          <w:b/>
          <w:noProof/>
          <w:lang w:val="pl-PL"/>
        </w:rPr>
        <w:t>4</w:t>
      </w:r>
      <w:r w:rsidRPr="00AE1609">
        <w:rPr>
          <w:b/>
          <w:noProof/>
          <w:lang w:val="pl-PL"/>
        </w:rPr>
        <w:t xml:space="preserve"> do SWZ – projekt umowy</w:t>
      </w:r>
    </w:p>
    <w:p w14:paraId="0695DA02" w14:textId="536DA668" w:rsidR="00024C2A" w:rsidRDefault="0018130B">
      <w:pPr>
        <w:rPr>
          <w:noProof/>
          <w:lang w:val="pl-PL"/>
        </w:rPr>
      </w:pPr>
      <w:r w:rsidRPr="00AE1609">
        <w:rPr>
          <w:noProof/>
          <w:lang w:val="pl-PL"/>
        </w:rPr>
        <w:t>dotyczy postępowania pn</w:t>
      </w:r>
      <w:r w:rsidR="00024C2A">
        <w:rPr>
          <w:noProof/>
          <w:lang w:val="pl-PL"/>
        </w:rPr>
        <w:t>.</w:t>
      </w:r>
      <w:r w:rsidR="00024C2A" w:rsidRPr="00E80333">
        <w:rPr>
          <w:lang w:val="pl-PL"/>
        </w:rPr>
        <w:t xml:space="preserve"> </w:t>
      </w:r>
      <w:r w:rsidR="00CC4D08" w:rsidRPr="00CC4D08">
        <w:rPr>
          <w:noProof/>
          <w:lang w:val="pl-PL"/>
        </w:rPr>
        <w:t>Zakup wyposażenia technicznego i magazynowego</w:t>
      </w:r>
      <w:r w:rsidR="00E96DDE">
        <w:rPr>
          <w:noProof/>
          <w:lang w:val="pl-PL"/>
        </w:rPr>
        <w:t xml:space="preserve">                                                                   </w:t>
      </w:r>
    </w:p>
    <w:p w14:paraId="132B6340" w14:textId="5614743D" w:rsidR="00C1293B" w:rsidRPr="00AE1609" w:rsidRDefault="00024C2A">
      <w:pPr>
        <w:rPr>
          <w:noProof/>
          <w:lang w:val="pl-PL"/>
        </w:rPr>
      </w:pPr>
      <w:r>
        <w:rPr>
          <w:noProof/>
          <w:lang w:val="pl-PL"/>
        </w:rPr>
        <w:t xml:space="preserve">cz. </w:t>
      </w:r>
      <w:r w:rsidR="0018130B" w:rsidRPr="00AE1609">
        <w:rPr>
          <w:noProof/>
          <w:lang w:val="pl-PL"/>
        </w:rPr>
        <w:t>nr … – ………………………………………………………………………………</w:t>
      </w:r>
    </w:p>
    <w:p w14:paraId="028B488C" w14:textId="77777777" w:rsidR="00C1293B" w:rsidRPr="00AE1609" w:rsidRDefault="0018130B">
      <w:pPr>
        <w:spacing w:before="120"/>
        <w:jc w:val="center"/>
        <w:rPr>
          <w:noProof/>
          <w:lang w:val="pl-PL"/>
        </w:rPr>
      </w:pPr>
      <w:r w:rsidRPr="00AE1609">
        <w:rPr>
          <w:b/>
          <w:noProof/>
          <w:color w:val="1F4E79"/>
          <w:lang w:val="pl-PL"/>
        </w:rPr>
        <w:t>U M O W A</w:t>
      </w:r>
    </w:p>
    <w:p w14:paraId="346AE279" w14:textId="16C7AA0F" w:rsidR="00C1293B" w:rsidRPr="00AE1609" w:rsidRDefault="0018130B">
      <w:pPr>
        <w:jc w:val="center"/>
        <w:rPr>
          <w:noProof/>
          <w:lang w:val="pl-PL"/>
        </w:rPr>
      </w:pPr>
      <w:r w:rsidRPr="00AE1609">
        <w:rPr>
          <w:b/>
          <w:noProof/>
          <w:lang w:val="pl-PL"/>
        </w:rPr>
        <w:t>ZP/2501/</w:t>
      </w:r>
      <w:r w:rsidR="00AE1609">
        <w:rPr>
          <w:b/>
          <w:noProof/>
          <w:lang w:val="pl-PL"/>
        </w:rPr>
        <w:t>…………..</w:t>
      </w:r>
      <w:r w:rsidRPr="00AE1609">
        <w:rPr>
          <w:b/>
          <w:noProof/>
          <w:lang w:val="pl-PL"/>
        </w:rPr>
        <w:t>/26</w:t>
      </w:r>
    </w:p>
    <w:p w14:paraId="037F1DF8" w14:textId="77777777" w:rsidR="00C1293B" w:rsidRPr="00AE1609" w:rsidRDefault="00C1293B">
      <w:pPr>
        <w:rPr>
          <w:noProof/>
          <w:lang w:val="pl-PL"/>
        </w:rPr>
      </w:pPr>
    </w:p>
    <w:p w14:paraId="3EAD6DB0" w14:textId="77777777" w:rsidR="00C1293B" w:rsidRPr="00AE1609" w:rsidRDefault="0018130B">
      <w:pPr>
        <w:rPr>
          <w:noProof/>
          <w:lang w:val="pl-PL"/>
        </w:rPr>
      </w:pPr>
      <w:r w:rsidRPr="00AE1609">
        <w:rPr>
          <w:noProof/>
          <w:lang w:val="pl-PL"/>
        </w:rPr>
        <w:t>zawarta pomiędzy</w:t>
      </w:r>
    </w:p>
    <w:p w14:paraId="1E55D46D" w14:textId="77777777" w:rsidR="00C1293B" w:rsidRPr="00AE1609" w:rsidRDefault="0018130B">
      <w:pPr>
        <w:rPr>
          <w:noProof/>
          <w:lang w:val="pl-PL"/>
        </w:rPr>
      </w:pPr>
      <w:r w:rsidRPr="00AE1609">
        <w:rPr>
          <w:noProof/>
          <w:lang w:val="pl-PL"/>
        </w:rPr>
        <w:t>Specjalistycznym Szpitalem Wojewódzkim w Ciechanowie</w:t>
      </w:r>
    </w:p>
    <w:p w14:paraId="5DC32B1E" w14:textId="77777777" w:rsidR="00C1293B" w:rsidRPr="00AE1609" w:rsidRDefault="0018130B">
      <w:pPr>
        <w:rPr>
          <w:noProof/>
          <w:lang w:val="pl-PL"/>
        </w:rPr>
      </w:pPr>
      <w:r w:rsidRPr="00AE1609">
        <w:rPr>
          <w:noProof/>
          <w:lang w:val="pl-PL"/>
        </w:rPr>
        <w:t>06-400 Ciechanów, ul. Powstańców Wielkopolskich 2</w:t>
      </w:r>
    </w:p>
    <w:p w14:paraId="235A0FB7" w14:textId="77777777" w:rsidR="00C1293B" w:rsidRPr="00AE1609" w:rsidRDefault="0018130B">
      <w:pPr>
        <w:rPr>
          <w:noProof/>
          <w:lang w:val="pl-PL"/>
        </w:rPr>
      </w:pPr>
      <w:r w:rsidRPr="00AE1609">
        <w:rPr>
          <w:noProof/>
          <w:lang w:val="pl-PL"/>
        </w:rPr>
        <w:t>zarejestrowanym w KRS pod nr 0000008892</w:t>
      </w:r>
    </w:p>
    <w:p w14:paraId="5119B5F2" w14:textId="77777777" w:rsidR="00C1293B" w:rsidRPr="00AE1609" w:rsidRDefault="0018130B">
      <w:pPr>
        <w:rPr>
          <w:noProof/>
          <w:lang w:val="pl-PL"/>
        </w:rPr>
      </w:pPr>
      <w:r w:rsidRPr="00AE1609">
        <w:rPr>
          <w:noProof/>
          <w:lang w:val="pl-PL"/>
        </w:rPr>
        <w:t>NIP: 566-10-19-200, REGON: 000311622</w:t>
      </w:r>
    </w:p>
    <w:p w14:paraId="6265F647" w14:textId="77777777" w:rsidR="00C1293B" w:rsidRPr="00AE1609" w:rsidRDefault="0018130B">
      <w:pPr>
        <w:rPr>
          <w:noProof/>
          <w:lang w:val="pl-PL"/>
        </w:rPr>
      </w:pPr>
      <w:r w:rsidRPr="00AE1609">
        <w:rPr>
          <w:noProof/>
          <w:lang w:val="pl-PL"/>
        </w:rPr>
        <w:t>zwanym dalej „Zamawiającym”, w imieniu którego występuje:</w:t>
      </w:r>
    </w:p>
    <w:p w14:paraId="7CA5FB2C" w14:textId="77777777" w:rsidR="00C1293B" w:rsidRPr="00AE1609" w:rsidRDefault="0018130B">
      <w:pPr>
        <w:rPr>
          <w:noProof/>
          <w:lang w:val="pl-PL"/>
        </w:rPr>
      </w:pPr>
      <w:r w:rsidRPr="00AE1609">
        <w:rPr>
          <w:noProof/>
          <w:lang w:val="pl-PL"/>
        </w:rPr>
        <w:t>Andrzej Juliusz Kamasa – Dyrektor,</w:t>
      </w:r>
    </w:p>
    <w:p w14:paraId="06A1D115" w14:textId="77777777" w:rsidR="00C1293B" w:rsidRPr="00AE1609" w:rsidRDefault="00C1293B">
      <w:pPr>
        <w:rPr>
          <w:noProof/>
          <w:lang w:val="pl-PL"/>
        </w:rPr>
      </w:pPr>
    </w:p>
    <w:p w14:paraId="08DEBD1E" w14:textId="77777777" w:rsidR="00C1293B" w:rsidRPr="00AE1609" w:rsidRDefault="0018130B">
      <w:pPr>
        <w:rPr>
          <w:noProof/>
          <w:lang w:val="pl-PL"/>
        </w:rPr>
      </w:pPr>
      <w:r w:rsidRPr="00AE1609">
        <w:rPr>
          <w:noProof/>
          <w:lang w:val="pl-PL"/>
        </w:rPr>
        <w:t>a</w:t>
      </w:r>
    </w:p>
    <w:p w14:paraId="6409DAFF" w14:textId="77777777" w:rsidR="00C1293B" w:rsidRPr="00AE1609" w:rsidRDefault="0018130B">
      <w:pPr>
        <w:rPr>
          <w:noProof/>
          <w:lang w:val="pl-PL"/>
        </w:rPr>
      </w:pPr>
      <w:r w:rsidRPr="00AE1609">
        <w:rPr>
          <w:noProof/>
          <w:lang w:val="pl-PL"/>
        </w:rPr>
        <w:t>…………………………………………………………………………………………………………………………</w:t>
      </w:r>
    </w:p>
    <w:p w14:paraId="69236431" w14:textId="77777777" w:rsidR="00C1293B" w:rsidRPr="00AE1609" w:rsidRDefault="0018130B">
      <w:pPr>
        <w:rPr>
          <w:noProof/>
          <w:lang w:val="pl-PL"/>
        </w:rPr>
      </w:pPr>
      <w:r w:rsidRPr="00AE1609">
        <w:rPr>
          <w:noProof/>
          <w:lang w:val="pl-PL"/>
        </w:rPr>
        <w:t>…………………………………………………………………………………………………………………………</w:t>
      </w:r>
    </w:p>
    <w:p w14:paraId="0DC799CD" w14:textId="77777777" w:rsidR="00C1293B" w:rsidRPr="00AE1609" w:rsidRDefault="0018130B">
      <w:pPr>
        <w:rPr>
          <w:noProof/>
          <w:lang w:val="pl-PL"/>
        </w:rPr>
      </w:pPr>
      <w:r w:rsidRPr="00AE1609">
        <w:rPr>
          <w:noProof/>
          <w:lang w:val="pl-PL"/>
        </w:rPr>
        <w:t>…………………………………………………………………………………………………………………………</w:t>
      </w:r>
    </w:p>
    <w:p w14:paraId="3D63F376" w14:textId="77777777" w:rsidR="00C1293B" w:rsidRPr="00AE1609" w:rsidRDefault="0018130B">
      <w:pPr>
        <w:rPr>
          <w:noProof/>
          <w:lang w:val="pl-PL"/>
        </w:rPr>
      </w:pPr>
      <w:r w:rsidRPr="00AE1609">
        <w:rPr>
          <w:noProof/>
          <w:lang w:val="pl-PL"/>
        </w:rPr>
        <w:t>zwanym dalej „Wykonawcą”,</w:t>
      </w:r>
    </w:p>
    <w:p w14:paraId="3E7FD33A" w14:textId="77777777" w:rsidR="00C1293B" w:rsidRPr="00AE1609" w:rsidRDefault="00C1293B">
      <w:pPr>
        <w:rPr>
          <w:noProof/>
          <w:lang w:val="pl-PL"/>
        </w:rPr>
      </w:pPr>
    </w:p>
    <w:p w14:paraId="48D73E59" w14:textId="77777777" w:rsidR="00C1293B" w:rsidRPr="00AE1609" w:rsidRDefault="0018130B">
      <w:pPr>
        <w:rPr>
          <w:noProof/>
          <w:lang w:val="pl-PL"/>
        </w:rPr>
      </w:pPr>
      <w:r w:rsidRPr="00AE1609">
        <w:rPr>
          <w:noProof/>
          <w:lang w:val="pl-PL"/>
        </w:rPr>
        <w:t>łącznie zwanymi dalej „Stronami”.</w:t>
      </w:r>
    </w:p>
    <w:p w14:paraId="12EE43F7" w14:textId="77777777" w:rsidR="00E56B10" w:rsidRPr="00E56B10" w:rsidRDefault="00E56B10" w:rsidP="00E56B10">
      <w:pPr>
        <w:jc w:val="center"/>
        <w:rPr>
          <w:rFonts w:eastAsiaTheme="minorEastAsia"/>
          <w:b/>
          <w:noProof/>
          <w:color w:val="1F497D" w:themeColor="text2"/>
          <w:lang w:val="pl-PL"/>
        </w:rPr>
      </w:pPr>
      <w:r w:rsidRPr="00E56B10">
        <w:rPr>
          <w:rFonts w:eastAsiaTheme="minorEastAsia"/>
          <w:b/>
          <w:noProof/>
          <w:color w:val="1F497D" w:themeColor="text2"/>
          <w:lang w:val="pl-PL"/>
        </w:rPr>
        <w:t>Forma i data zawarcia Umowy</w:t>
      </w:r>
    </w:p>
    <w:p w14:paraId="59B21CE4"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Umowa została sporządzona w postaci elektronicznej i podpisana przez każdą ze Stron kwalifikowanym podpisem elektronicznym.</w:t>
      </w:r>
    </w:p>
    <w:p w14:paraId="210B3F95"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Datą zawarcia Umowy jest data złożenia oświadczenia woli o jej zawarciu przez ostatnią ze Stron.</w:t>
      </w:r>
    </w:p>
    <w:p w14:paraId="4792E80F" w14:textId="77777777" w:rsidR="00E56B10" w:rsidRPr="00E56B10" w:rsidRDefault="00E56B10" w:rsidP="00E56B10">
      <w:pPr>
        <w:spacing w:before="120"/>
        <w:jc w:val="center"/>
        <w:rPr>
          <w:rFonts w:eastAsiaTheme="minorEastAsia"/>
          <w:b/>
          <w:noProof/>
          <w:color w:val="1F497D" w:themeColor="text2"/>
          <w:lang w:val="pl-PL"/>
        </w:rPr>
      </w:pPr>
      <w:r w:rsidRPr="00E56B10">
        <w:rPr>
          <w:rFonts w:eastAsiaTheme="minorEastAsia"/>
          <w:b/>
          <w:noProof/>
          <w:color w:val="1F497D" w:themeColor="text2"/>
          <w:lang w:val="pl-PL"/>
        </w:rPr>
        <w:t>Podstawa zawarcia Umowy</w:t>
      </w:r>
    </w:p>
    <w:p w14:paraId="69DD5260" w14:textId="77777777" w:rsidR="00E56B10" w:rsidRPr="00E56B10" w:rsidRDefault="00E56B10" w:rsidP="00E56B10">
      <w:pPr>
        <w:rPr>
          <w:rFonts w:eastAsiaTheme="minorEastAsia"/>
          <w:noProof/>
          <w:lang w:val="pl-PL"/>
        </w:rPr>
      </w:pPr>
      <w:r w:rsidRPr="00E56B10">
        <w:rPr>
          <w:rFonts w:eastAsiaTheme="minorEastAsia"/>
          <w:noProof/>
          <w:lang w:val="pl-PL"/>
        </w:rPr>
        <w:t>Umowa została zawarta w wyniku przeprowadzonego w trybie przetargu nieograniczonego postępowania o udzielenie zamówienia publicznego na podstawie ustawy z dnia 11 września 2019 r. – Prawo zamówień publicznych.</w:t>
      </w:r>
    </w:p>
    <w:p w14:paraId="154231DA" w14:textId="77777777" w:rsidR="00E56B10" w:rsidRPr="00AE1609" w:rsidRDefault="00E56B10" w:rsidP="00E56B10">
      <w:pPr>
        <w:rPr>
          <w:noProof/>
          <w:lang w:val="pl-PL"/>
        </w:rPr>
      </w:pPr>
      <w:r w:rsidRPr="00AE1609">
        <w:rPr>
          <w:noProof/>
          <w:lang w:val="pl-PL"/>
        </w:rPr>
        <w:t>pn. „Doposażenie budynku Kuchni i Pralni w Specjalistycznym Szpitalu Wojewódzkim w Ciechanowie”.</w:t>
      </w:r>
    </w:p>
    <w:p w14:paraId="047FB3DA" w14:textId="77777777" w:rsidR="00C1293B" w:rsidRPr="00AE1609" w:rsidRDefault="00C1293B">
      <w:pPr>
        <w:rPr>
          <w:noProof/>
          <w:lang w:val="pl-PL"/>
        </w:rPr>
      </w:pPr>
    </w:p>
    <w:p w14:paraId="5CE9A82E" w14:textId="77777777" w:rsidR="00C1293B" w:rsidRPr="00AE1609" w:rsidRDefault="0018130B">
      <w:pPr>
        <w:pStyle w:val="CustomHeading"/>
        <w:spacing w:before="160" w:after="0"/>
        <w:jc w:val="center"/>
        <w:rPr>
          <w:noProof/>
          <w:lang w:val="pl-PL"/>
        </w:rPr>
      </w:pPr>
      <w:r w:rsidRPr="00AE1609">
        <w:rPr>
          <w:noProof/>
          <w:lang w:val="pl-PL"/>
        </w:rPr>
        <w:t>§ 1</w:t>
      </w:r>
    </w:p>
    <w:p w14:paraId="0AE5D1A5" w14:textId="77777777" w:rsidR="00C1293B" w:rsidRPr="00AE1609" w:rsidRDefault="0018130B">
      <w:pPr>
        <w:pStyle w:val="CustomHeading"/>
        <w:spacing w:after="60"/>
        <w:jc w:val="center"/>
        <w:rPr>
          <w:noProof/>
          <w:lang w:val="pl-PL"/>
        </w:rPr>
      </w:pPr>
      <w:r w:rsidRPr="00AE1609">
        <w:rPr>
          <w:noProof/>
          <w:lang w:val="pl-PL"/>
        </w:rPr>
        <w:t>Przedmiot Umowy oraz oświadczenia Wykonawcy</w:t>
      </w:r>
    </w:p>
    <w:p w14:paraId="2DA864C2" w14:textId="77777777" w:rsidR="00C1293B" w:rsidRPr="00AE1609" w:rsidRDefault="0018130B">
      <w:pPr>
        <w:pStyle w:val="Akapitzlist"/>
        <w:numPr>
          <w:ilvl w:val="0"/>
          <w:numId w:val="2"/>
        </w:numPr>
        <w:rPr>
          <w:noProof/>
          <w:lang w:val="pl-PL"/>
        </w:rPr>
      </w:pPr>
      <w:r w:rsidRPr="00AE1609">
        <w:rPr>
          <w:noProof/>
          <w:lang w:val="pl-PL"/>
        </w:rPr>
        <w:t>Przedmiotem Umowy jest sprzedaż, dostawa, wniesienie, montaż, instalacja, uruchomienie oraz przekazanie do użytkowania wyposażenia objętego częścią nr … postępowania, zgodnie z SWZ, opisem przedmiotu zamówienia oraz ofertą Wykonawcy.</w:t>
      </w:r>
    </w:p>
    <w:p w14:paraId="302E3AB2" w14:textId="77777777" w:rsidR="00C1293B" w:rsidRPr="00AE1609" w:rsidRDefault="0018130B">
      <w:pPr>
        <w:pStyle w:val="Akapitzlist"/>
        <w:numPr>
          <w:ilvl w:val="0"/>
          <w:numId w:val="2"/>
        </w:numPr>
        <w:rPr>
          <w:noProof/>
          <w:lang w:val="pl-PL"/>
        </w:rPr>
      </w:pPr>
      <w:r w:rsidRPr="00AE1609">
        <w:rPr>
          <w:noProof/>
          <w:lang w:val="pl-PL"/>
        </w:rPr>
        <w:t>Przedmiot Umowy obejmuje ponadto w szczególności:</w:t>
      </w:r>
    </w:p>
    <w:p w14:paraId="788E9ECB" w14:textId="77777777" w:rsidR="00C1293B" w:rsidRPr="00AE1609" w:rsidRDefault="0018130B">
      <w:pPr>
        <w:pStyle w:val="Akapitzlist"/>
        <w:numPr>
          <w:ilvl w:val="1"/>
          <w:numId w:val="2"/>
        </w:numPr>
        <w:rPr>
          <w:noProof/>
          <w:lang w:val="pl-PL"/>
        </w:rPr>
      </w:pPr>
      <w:r w:rsidRPr="00AE1609">
        <w:rPr>
          <w:noProof/>
          <w:lang w:val="pl-PL"/>
        </w:rPr>
        <w:t>transport, rozładunek, wniesienie oraz ustawienie urządzeń i wyposażenia w miejscu wskazanym przez Zamawiającego;</w:t>
      </w:r>
    </w:p>
    <w:p w14:paraId="126ED3AD" w14:textId="77777777" w:rsidR="00C1293B" w:rsidRPr="00AE1609" w:rsidRDefault="0018130B">
      <w:pPr>
        <w:pStyle w:val="Akapitzlist"/>
        <w:numPr>
          <w:ilvl w:val="1"/>
          <w:numId w:val="2"/>
        </w:numPr>
        <w:rPr>
          <w:noProof/>
          <w:lang w:val="pl-PL"/>
        </w:rPr>
      </w:pPr>
      <w:r w:rsidRPr="00AE1609">
        <w:rPr>
          <w:noProof/>
          <w:lang w:val="pl-PL"/>
        </w:rPr>
        <w:t>wykonanie wszelkich czynności montażowych, instalacyjnych, regulacyjnych i uruchomieniowych niezbędnych do prawidłowego, bezpiecznego i zgodnego z przeznaczeniem korzystania z Przedmiotu Umowy;</w:t>
      </w:r>
    </w:p>
    <w:p w14:paraId="40BB4620" w14:textId="77777777" w:rsidR="00C1293B" w:rsidRPr="00AE1609" w:rsidRDefault="0018130B">
      <w:pPr>
        <w:pStyle w:val="Akapitzlist"/>
        <w:numPr>
          <w:ilvl w:val="1"/>
          <w:numId w:val="2"/>
        </w:numPr>
        <w:rPr>
          <w:noProof/>
          <w:lang w:val="pl-PL"/>
        </w:rPr>
      </w:pPr>
      <w:r w:rsidRPr="00AE1609">
        <w:rPr>
          <w:noProof/>
          <w:lang w:val="pl-PL"/>
        </w:rPr>
        <w:t>wykonanie wymaganych prób, sprawdzeń, regulacji oraz innych czynności odbiorowych przewidzianych przepisami prawa, dokumentacją producenta, SWZ albo zasadami wiedzy technicznej – jeżeli dotyczy;</w:t>
      </w:r>
    </w:p>
    <w:p w14:paraId="6B7E0EE4" w14:textId="77777777" w:rsidR="00C1293B" w:rsidRPr="00AE1609" w:rsidRDefault="0018130B">
      <w:pPr>
        <w:pStyle w:val="Akapitzlist"/>
        <w:numPr>
          <w:ilvl w:val="1"/>
          <w:numId w:val="2"/>
        </w:numPr>
        <w:rPr>
          <w:noProof/>
          <w:lang w:val="pl-PL"/>
        </w:rPr>
      </w:pPr>
      <w:r w:rsidRPr="00AE1609">
        <w:rPr>
          <w:noProof/>
          <w:lang w:val="pl-PL"/>
        </w:rPr>
        <w:t>przeprowadzenie szkolenia personelu wskazanego przez Zamawiającego w zakresie obsługi i podstawowej eksploatacji urządzeń lub wyposażenia – jeżeli jest wymagane zgodnie z SWZ, dokumentacją producenta albo charakterem danego elementu wyposażenia;</w:t>
      </w:r>
    </w:p>
    <w:p w14:paraId="5E0E35CA" w14:textId="77777777" w:rsidR="00C1293B" w:rsidRPr="00AE1609" w:rsidRDefault="0018130B">
      <w:pPr>
        <w:pStyle w:val="Akapitzlist"/>
        <w:numPr>
          <w:ilvl w:val="1"/>
          <w:numId w:val="2"/>
        </w:numPr>
        <w:rPr>
          <w:noProof/>
          <w:lang w:val="pl-PL"/>
        </w:rPr>
      </w:pPr>
      <w:r w:rsidRPr="00AE1609">
        <w:rPr>
          <w:noProof/>
          <w:lang w:val="pl-PL"/>
        </w:rPr>
        <w:t>przekazanie dokumentacji wymaganej Umową, SWZ i przepisami prawa, w szczególności instrukcji obsługi i konserwacji w języku polskim, deklaracji zgodności, kart gwarancyjnych, wykazu numerów seryjnych – jeżeli dotyczy – oraz innych dokumentów niezbędnych do odbioru i prawidłowego użytkowania Przedmiotu Umowy;</w:t>
      </w:r>
    </w:p>
    <w:p w14:paraId="6232750D" w14:textId="77777777" w:rsidR="00C1293B" w:rsidRPr="00AE1609" w:rsidRDefault="0018130B">
      <w:pPr>
        <w:pStyle w:val="Akapitzlist"/>
        <w:numPr>
          <w:ilvl w:val="1"/>
          <w:numId w:val="2"/>
        </w:numPr>
        <w:rPr>
          <w:noProof/>
          <w:lang w:val="pl-PL"/>
        </w:rPr>
      </w:pPr>
      <w:r w:rsidRPr="00AE1609">
        <w:rPr>
          <w:noProof/>
          <w:lang w:val="pl-PL"/>
        </w:rPr>
        <w:t>świadczenie serwisu gwarancyjnego na zasadach określonych w Umowie.</w:t>
      </w:r>
    </w:p>
    <w:p w14:paraId="44C1586D" w14:textId="77777777" w:rsidR="00C1293B" w:rsidRPr="00AE1609" w:rsidRDefault="0018130B">
      <w:pPr>
        <w:pStyle w:val="Akapitzlist"/>
        <w:numPr>
          <w:ilvl w:val="0"/>
          <w:numId w:val="2"/>
        </w:numPr>
        <w:rPr>
          <w:noProof/>
          <w:lang w:val="pl-PL"/>
        </w:rPr>
      </w:pPr>
      <w:r w:rsidRPr="00AE1609">
        <w:rPr>
          <w:noProof/>
          <w:lang w:val="pl-PL"/>
        </w:rPr>
        <w:lastRenderedPageBreak/>
        <w:t>Wykonawca oświadcza, że oferowany Przedmiot Umowy jest fabrycznie nowy, kompletny, nieużywany, nierekondycjonowany, wolny od wad fizycznych i prawnych oraz gotowy do użytkowania bez konieczności dokonywania dodatkowych zakupów, chyba że SWZ wyraźnie stanowi inaczej.</w:t>
      </w:r>
    </w:p>
    <w:p w14:paraId="3919556A" w14:textId="1BEE8F1D" w:rsidR="00AE1609" w:rsidRPr="00AE1609" w:rsidRDefault="00AE1609">
      <w:pPr>
        <w:pStyle w:val="Akapitzlist"/>
        <w:numPr>
          <w:ilvl w:val="0"/>
          <w:numId w:val="2"/>
        </w:numPr>
        <w:rPr>
          <w:noProof/>
          <w:lang w:val="pl-PL"/>
        </w:rPr>
      </w:pPr>
      <w:r w:rsidRPr="00AE1609">
        <w:rPr>
          <w:noProof/>
          <w:lang w:val="pl-PL"/>
        </w:rPr>
        <w:t>Wykonawca oświadcza, że Przedmiot Umowy spełnia wszystkie wymagania techniczne, funkcjonalne, jakościowe i materiałowe określone w SWZ oraz w załączniku nr 1 do Umowy, w tym także w zakresie zadeklarowanych okresów gwarancji.</w:t>
      </w:r>
    </w:p>
    <w:p w14:paraId="2C2FBD16" w14:textId="2D8DEF12" w:rsidR="00C1293B" w:rsidRPr="00AE1609" w:rsidRDefault="0018130B">
      <w:pPr>
        <w:pStyle w:val="Akapitzlist"/>
        <w:numPr>
          <w:ilvl w:val="0"/>
          <w:numId w:val="2"/>
        </w:numPr>
        <w:rPr>
          <w:noProof/>
          <w:lang w:val="pl-PL"/>
        </w:rPr>
      </w:pPr>
      <w:r w:rsidRPr="00AE1609">
        <w:rPr>
          <w:noProof/>
          <w:lang w:val="pl-PL"/>
        </w:rPr>
        <w:t>Wykonawca zobowiązuje się dostarczyć wyłącznie urządzenia i wyposażenie posiadające dokumenty wymagane przepisami prawa oraz SWZ, w szczególności deklaracje zgodności albo inne dokumenty równoważne, jeżeli ich posiadanie jest wymagane dla danego rodzaju wyrobu.</w:t>
      </w:r>
    </w:p>
    <w:p w14:paraId="3E75ACD0" w14:textId="3307DFB0" w:rsidR="00C1293B" w:rsidRPr="00AE1609" w:rsidRDefault="0018130B">
      <w:pPr>
        <w:pStyle w:val="Akapitzlist"/>
        <w:numPr>
          <w:ilvl w:val="0"/>
          <w:numId w:val="2"/>
        </w:numPr>
        <w:rPr>
          <w:noProof/>
          <w:lang w:val="pl-PL"/>
        </w:rPr>
      </w:pPr>
      <w:r w:rsidRPr="00AE1609">
        <w:rPr>
          <w:noProof/>
          <w:lang w:val="pl-PL"/>
        </w:rPr>
        <w:t xml:space="preserve">Wykonawca zapewnia, </w:t>
      </w:r>
      <w:r w:rsidR="00F2587A" w:rsidRPr="00AE1609">
        <w:rPr>
          <w:noProof/>
          <w:lang w:val="pl-PL"/>
        </w:rPr>
        <w:t xml:space="preserve">przez cały okres obowiązywania gwarancji udzielonej na dany element Przedmiotu Umowy </w:t>
      </w:r>
      <w:r w:rsidRPr="00AE1609">
        <w:rPr>
          <w:noProof/>
          <w:lang w:val="pl-PL"/>
        </w:rPr>
        <w:t>będzie dysponował zapleczem organizacyjnym i technicznym umożliwiającym należyte wykonywanie obowiązków gwarancyjnych i serwisowych.</w:t>
      </w:r>
    </w:p>
    <w:p w14:paraId="43738DC4" w14:textId="77777777" w:rsidR="00C1293B" w:rsidRPr="00AE1609" w:rsidRDefault="0018130B">
      <w:pPr>
        <w:pStyle w:val="CustomHeading"/>
        <w:spacing w:before="160" w:after="0"/>
        <w:jc w:val="center"/>
        <w:rPr>
          <w:noProof/>
          <w:lang w:val="pl-PL"/>
        </w:rPr>
      </w:pPr>
      <w:r w:rsidRPr="00AE1609">
        <w:rPr>
          <w:noProof/>
          <w:lang w:val="pl-PL"/>
        </w:rPr>
        <w:t>§ 2</w:t>
      </w:r>
    </w:p>
    <w:p w14:paraId="431268C0" w14:textId="77777777" w:rsidR="00C1293B" w:rsidRPr="00AE1609" w:rsidRDefault="0018130B">
      <w:pPr>
        <w:pStyle w:val="CustomHeading"/>
        <w:spacing w:after="60"/>
        <w:jc w:val="center"/>
        <w:rPr>
          <w:noProof/>
          <w:lang w:val="pl-PL"/>
        </w:rPr>
      </w:pPr>
      <w:bookmarkStart w:id="0" w:name="_Hlk227668477"/>
      <w:r w:rsidRPr="00AE1609">
        <w:rPr>
          <w:noProof/>
          <w:lang w:val="pl-PL"/>
        </w:rPr>
        <w:t>Termin realizacji Przedmiotu Umowy i warunki dostawy</w:t>
      </w:r>
    </w:p>
    <w:p w14:paraId="344971B5" w14:textId="5CD50102" w:rsidR="00C1293B" w:rsidRPr="00AE1609" w:rsidRDefault="0018130B">
      <w:pPr>
        <w:pStyle w:val="Akapitzlist"/>
        <w:numPr>
          <w:ilvl w:val="0"/>
          <w:numId w:val="3"/>
        </w:numPr>
        <w:rPr>
          <w:noProof/>
          <w:lang w:val="pl-PL"/>
        </w:rPr>
      </w:pPr>
      <w:r w:rsidRPr="00AE1609">
        <w:rPr>
          <w:noProof/>
          <w:lang w:val="pl-PL"/>
        </w:rPr>
        <w:t xml:space="preserve">Wykonawca zobowiązuje się zrealizować całość Przedmiotu Umowy, łącznie z montażem, uruchomieniem, przeprowadzeniem szkolenia – jeżeli dotyczy – oraz przekazaniem kompletu dokumentów odbiorowych, w terminie do dnia </w:t>
      </w:r>
      <w:r w:rsidR="000108AA">
        <w:rPr>
          <w:noProof/>
          <w:lang w:val="pl-PL"/>
        </w:rPr>
        <w:t>30.1</w:t>
      </w:r>
      <w:r w:rsidR="0067675B">
        <w:rPr>
          <w:noProof/>
          <w:lang w:val="pl-PL"/>
        </w:rPr>
        <w:t>1</w:t>
      </w:r>
      <w:r w:rsidR="00AA20A1" w:rsidRPr="00AE1609">
        <w:rPr>
          <w:noProof/>
          <w:lang w:val="pl-PL"/>
        </w:rPr>
        <w:t>.</w:t>
      </w:r>
      <w:r w:rsidRPr="00AE1609">
        <w:rPr>
          <w:noProof/>
          <w:lang w:val="pl-PL"/>
        </w:rPr>
        <w:t>2026 r.</w:t>
      </w:r>
    </w:p>
    <w:p w14:paraId="30ACF5EF" w14:textId="789AC699" w:rsidR="00AA20A1" w:rsidRPr="00AE1609" w:rsidRDefault="00AA20A1">
      <w:pPr>
        <w:pStyle w:val="Akapitzlist"/>
        <w:numPr>
          <w:ilvl w:val="0"/>
          <w:numId w:val="3"/>
        </w:numPr>
        <w:rPr>
          <w:noProof/>
          <w:lang w:val="pl-PL"/>
        </w:rPr>
      </w:pPr>
      <w:bookmarkStart w:id="1" w:name="_Hlk227669094"/>
      <w:r w:rsidRPr="00AE1609">
        <w:rPr>
          <w:noProof/>
          <w:lang w:val="pl-PL"/>
        </w:rPr>
        <w:t xml:space="preserve">Szczegółowe, przewidywane terminy realizacji poszczególnych elementów Przedmiotu Umowy zostały określone w załączniku nr </w:t>
      </w:r>
      <w:r w:rsidR="00CC4D08">
        <w:rPr>
          <w:noProof/>
          <w:lang w:val="pl-PL"/>
        </w:rPr>
        <w:t>4</w:t>
      </w:r>
      <w:r w:rsidRPr="00AE1609">
        <w:rPr>
          <w:noProof/>
          <w:lang w:val="pl-PL"/>
        </w:rPr>
        <w:t xml:space="preserve">a do SWZ pn. „Terminy realizacji” i są dla Wykonawcy wiążące w zakresie organizacji oraz kolejności realizacji dostaw, montażu, uruchomienia i pozostałych czynności objętych Umową. Wykonawca zobowiązany jest realizować Umowę w sposób zapewniający dochowanie terminów wskazanych w załączniku nr </w:t>
      </w:r>
      <w:r w:rsidR="00CC4D08">
        <w:rPr>
          <w:noProof/>
          <w:lang w:val="pl-PL"/>
        </w:rPr>
        <w:t>4</w:t>
      </w:r>
      <w:r w:rsidRPr="00AE1609">
        <w:rPr>
          <w:noProof/>
          <w:lang w:val="pl-PL"/>
        </w:rPr>
        <w:t>a, z uwzględnieniem terminu końcowego określonego w § 2 ust. 1. Jakiekolwiek odstępstwo od przewidywanych terminów realizacji wymaga uprzedniego uzgodnienia z Zamawiającym i nie może prowadzić do zagrożenia terminowej realizacji całości Przedmiotu Umowy ani do utrudnienia prawidłowego rozliczenia zadania.</w:t>
      </w:r>
    </w:p>
    <w:bookmarkEnd w:id="1"/>
    <w:p w14:paraId="009BEC13" w14:textId="5AFCD60F" w:rsidR="00C1293B" w:rsidRPr="00AE1609" w:rsidRDefault="0018130B">
      <w:pPr>
        <w:pStyle w:val="Akapitzlist"/>
        <w:numPr>
          <w:ilvl w:val="0"/>
          <w:numId w:val="3"/>
        </w:numPr>
        <w:rPr>
          <w:noProof/>
          <w:lang w:val="pl-PL"/>
        </w:rPr>
      </w:pPr>
      <w:r w:rsidRPr="00AE1609">
        <w:rPr>
          <w:noProof/>
          <w:lang w:val="pl-PL"/>
        </w:rPr>
        <w:t>Zamawiający nie dopuszcza odbiorów częściowych ani częściowych rozliczeń Umowy. Przedmiot Umowy uważa się za wykonany dopiero z chwilą podpisania protokołu odbioru końcowego bez zastrzeżeń.</w:t>
      </w:r>
    </w:p>
    <w:p w14:paraId="78BC34AB" w14:textId="77777777" w:rsidR="00C1293B" w:rsidRPr="00AE1609" w:rsidRDefault="0018130B">
      <w:pPr>
        <w:pStyle w:val="Akapitzlist"/>
        <w:numPr>
          <w:ilvl w:val="0"/>
          <w:numId w:val="3"/>
        </w:numPr>
        <w:rPr>
          <w:noProof/>
          <w:lang w:val="pl-PL"/>
        </w:rPr>
      </w:pPr>
      <w:r w:rsidRPr="00AE1609">
        <w:rPr>
          <w:noProof/>
          <w:lang w:val="pl-PL"/>
        </w:rPr>
        <w:t>Wykonawca zobowiązany jest uzgodnić dokładny termin dostawy z osobą wyznaczoną do współpracy ze strony Zamawiającego z co najmniej 3-dniowym wyprzedzeniem.</w:t>
      </w:r>
    </w:p>
    <w:p w14:paraId="673D84EC" w14:textId="4947DB41" w:rsidR="00C1293B" w:rsidRPr="00AE1609" w:rsidRDefault="0018130B">
      <w:pPr>
        <w:pStyle w:val="Akapitzlist"/>
        <w:numPr>
          <w:ilvl w:val="0"/>
          <w:numId w:val="3"/>
        </w:numPr>
        <w:rPr>
          <w:noProof/>
          <w:lang w:val="pl-PL"/>
        </w:rPr>
      </w:pPr>
      <w:r w:rsidRPr="00AE1609">
        <w:rPr>
          <w:noProof/>
          <w:lang w:val="pl-PL"/>
        </w:rPr>
        <w:t>Dostawa oraz wszelkie czynności objęte Umową będą wykonywane w dni robocze, w godzinach pracy Zamawiającego</w:t>
      </w:r>
      <w:r w:rsidR="003E4A24" w:rsidRPr="00AE1609">
        <w:rPr>
          <w:noProof/>
          <w:lang w:val="pl-PL"/>
        </w:rPr>
        <w:t xml:space="preserve"> (od 08:00 do 15:00)</w:t>
      </w:r>
      <w:r w:rsidRPr="00AE1609">
        <w:rPr>
          <w:noProof/>
          <w:lang w:val="pl-PL"/>
        </w:rPr>
        <w:t xml:space="preserve"> chyba że Strony uzgodnią inaczej.</w:t>
      </w:r>
    </w:p>
    <w:p w14:paraId="3E214067" w14:textId="77777777" w:rsidR="00C1293B" w:rsidRPr="00AE1609" w:rsidRDefault="0018130B">
      <w:pPr>
        <w:pStyle w:val="Akapitzlist"/>
        <w:numPr>
          <w:ilvl w:val="0"/>
          <w:numId w:val="3"/>
        </w:numPr>
        <w:rPr>
          <w:noProof/>
          <w:lang w:val="pl-PL"/>
        </w:rPr>
      </w:pPr>
      <w:r w:rsidRPr="00AE1609">
        <w:rPr>
          <w:noProof/>
          <w:lang w:val="pl-PL"/>
        </w:rPr>
        <w:t>Miejscem dostawy, montażu i odbioru Przedmiotu Umowy jest Specjalistyczny Szpital Wojewódzki w Ciechanowie, ul. Powstańców Wielkopolskich 2, 06-400 Ciechanów, w miejscu wskazanym przez Zamawiającego.</w:t>
      </w:r>
    </w:p>
    <w:p w14:paraId="1CB09420" w14:textId="77777777" w:rsidR="00C1293B" w:rsidRPr="00AE1609" w:rsidRDefault="0018130B">
      <w:pPr>
        <w:pStyle w:val="Akapitzlist"/>
        <w:numPr>
          <w:ilvl w:val="0"/>
          <w:numId w:val="3"/>
        </w:numPr>
        <w:rPr>
          <w:noProof/>
          <w:lang w:val="pl-PL"/>
        </w:rPr>
      </w:pPr>
      <w:r w:rsidRPr="00AE1609">
        <w:rPr>
          <w:noProof/>
          <w:lang w:val="pl-PL"/>
        </w:rPr>
        <w:t>Wykonawca ponosi na własny koszt i ryzyko wszelkie koszty związane z realizacją dostawy, w szczególności koszty transportu, ubezpieczenia, rozładunku, wniesienia, montażu, uruchomienia, szkolenia oraz odbiorów technicznych – jeżeli dotyczą Przedmiotu Umowy.</w:t>
      </w:r>
    </w:p>
    <w:p w14:paraId="3D2F47E6" w14:textId="77777777" w:rsidR="00C1293B" w:rsidRPr="00AE1609" w:rsidRDefault="0018130B">
      <w:pPr>
        <w:pStyle w:val="Akapitzlist"/>
        <w:numPr>
          <w:ilvl w:val="0"/>
          <w:numId w:val="3"/>
        </w:numPr>
        <w:rPr>
          <w:noProof/>
          <w:lang w:val="pl-PL"/>
        </w:rPr>
      </w:pPr>
      <w:r w:rsidRPr="00AE1609">
        <w:rPr>
          <w:noProof/>
          <w:lang w:val="pl-PL"/>
        </w:rPr>
        <w:t>Wcześniejsza realizacja Umowy jest dopuszczalna wyłącznie za uprzednią zgodą Zamawiającego.</w:t>
      </w:r>
    </w:p>
    <w:p w14:paraId="59E605D7" w14:textId="77777777" w:rsidR="00C1293B" w:rsidRPr="00AE1609" w:rsidRDefault="0018130B">
      <w:pPr>
        <w:pStyle w:val="Akapitzlist"/>
        <w:numPr>
          <w:ilvl w:val="0"/>
          <w:numId w:val="3"/>
        </w:numPr>
        <w:rPr>
          <w:noProof/>
          <w:lang w:val="pl-PL"/>
        </w:rPr>
      </w:pPr>
      <w:r w:rsidRPr="00AE1609">
        <w:rPr>
          <w:noProof/>
          <w:lang w:val="pl-PL"/>
        </w:rPr>
        <w:t>Wykonawca zobowiązany jest realizować Umowę w sposób zapewniający Zamawiającemu możliwość terminowego i prawidłowego rozliczenia dotacji, o której mowa w części wstępnej Umowy.</w:t>
      </w:r>
    </w:p>
    <w:p w14:paraId="687AE74A" w14:textId="77777777" w:rsidR="00C1293B" w:rsidRPr="00AE1609" w:rsidRDefault="0018130B">
      <w:pPr>
        <w:pStyle w:val="Akapitzlist"/>
        <w:numPr>
          <w:ilvl w:val="0"/>
          <w:numId w:val="3"/>
        </w:numPr>
        <w:rPr>
          <w:noProof/>
          <w:lang w:val="pl-PL"/>
        </w:rPr>
      </w:pPr>
      <w:r w:rsidRPr="00AE1609">
        <w:rPr>
          <w:noProof/>
          <w:lang w:val="pl-PL"/>
        </w:rPr>
        <w:t>Wykonawca przyjmuje do wiadomości, że terminowa realizacja Umowy, podpisanie protokołu odbioru końcowego bez zastrzeżeń oraz przekazanie kompletu dokumentów rozliczeniowych mają istotne znaczenie dla możliwości prawidłowego rozliczenia zadania przez Zamawiającego przed dotującym.</w:t>
      </w:r>
    </w:p>
    <w:p w14:paraId="4E07E816" w14:textId="77777777" w:rsidR="00C1293B" w:rsidRPr="00AE1609" w:rsidRDefault="0018130B">
      <w:pPr>
        <w:pStyle w:val="Akapitzlist"/>
        <w:numPr>
          <w:ilvl w:val="0"/>
          <w:numId w:val="3"/>
        </w:numPr>
        <w:rPr>
          <w:noProof/>
          <w:lang w:val="pl-PL"/>
        </w:rPr>
      </w:pPr>
      <w:r w:rsidRPr="00AE1609">
        <w:rPr>
          <w:noProof/>
          <w:lang w:val="pl-PL"/>
        </w:rPr>
        <w:t>Wykonawca zobowiązany jest najpóźniej w dniu zgłoszenia gotowości do odbioru końcowego przekazać Zamawiającemu wszelkie dokumenty niezbędne do odbioru oraz do rozliczenia zadania, w zakresie wynikającym z Umowy, SWZ lub uzasadnionych wymagań Zamawiającego związanych z rozliczeniem dotacji.</w:t>
      </w:r>
    </w:p>
    <w:p w14:paraId="205F648B" w14:textId="77777777" w:rsidR="00C1293B" w:rsidRPr="00AE1609" w:rsidRDefault="0018130B">
      <w:pPr>
        <w:pStyle w:val="Akapitzlist"/>
        <w:numPr>
          <w:ilvl w:val="0"/>
          <w:numId w:val="3"/>
        </w:numPr>
        <w:rPr>
          <w:noProof/>
          <w:lang w:val="pl-PL"/>
        </w:rPr>
      </w:pPr>
      <w:r w:rsidRPr="00AE1609">
        <w:rPr>
          <w:noProof/>
          <w:lang w:val="pl-PL"/>
        </w:rPr>
        <w:t>Jeżeli okoliczności dotyczące Wykonawcy wskazują, że wykonanie Umowy w terminie określonym w pkt 1) albo w terminie pozwalającym na prawidłowe rozliczenie dotacji jest zagrożone, Zamawiający może wezwać Wykonawcę do przedstawienia, w terminie 2 dni roboczych od dnia otrzymania wezwania, planu naprawczego zawierającego działania gwarantujące terminowe wykonanie Umowy. Brak przedstawienia planu naprawczego albo przedstawienie planu nierzetelnego lub niewiarygodnego stanowi istotne naruszenie Umowy.</w:t>
      </w:r>
    </w:p>
    <w:bookmarkEnd w:id="0"/>
    <w:p w14:paraId="06A0E617" w14:textId="77777777" w:rsidR="00C1293B" w:rsidRPr="00AE1609" w:rsidRDefault="0018130B">
      <w:pPr>
        <w:pStyle w:val="CustomHeading"/>
        <w:spacing w:before="160" w:after="0"/>
        <w:jc w:val="center"/>
        <w:rPr>
          <w:noProof/>
          <w:lang w:val="pl-PL"/>
        </w:rPr>
      </w:pPr>
      <w:r w:rsidRPr="00AE1609">
        <w:rPr>
          <w:noProof/>
          <w:lang w:val="pl-PL"/>
        </w:rPr>
        <w:t>§ 3</w:t>
      </w:r>
    </w:p>
    <w:p w14:paraId="65A7BFAB" w14:textId="77777777" w:rsidR="00C1293B" w:rsidRPr="00AE1609" w:rsidRDefault="0018130B">
      <w:pPr>
        <w:pStyle w:val="CustomHeading"/>
        <w:spacing w:after="60"/>
        <w:jc w:val="center"/>
        <w:rPr>
          <w:noProof/>
          <w:lang w:val="pl-PL"/>
        </w:rPr>
      </w:pPr>
      <w:r w:rsidRPr="00AE1609">
        <w:rPr>
          <w:noProof/>
          <w:lang w:val="pl-PL"/>
        </w:rPr>
        <w:t>Zasady odbioru Przedmiotu Umowy</w:t>
      </w:r>
    </w:p>
    <w:p w14:paraId="6F70EF9D" w14:textId="77777777" w:rsidR="00C1293B" w:rsidRPr="00AE1609" w:rsidRDefault="0018130B">
      <w:pPr>
        <w:pStyle w:val="Akapitzlist"/>
        <w:numPr>
          <w:ilvl w:val="0"/>
          <w:numId w:val="4"/>
        </w:numPr>
        <w:rPr>
          <w:noProof/>
          <w:lang w:val="pl-PL"/>
        </w:rPr>
      </w:pPr>
      <w:r w:rsidRPr="00AE1609">
        <w:rPr>
          <w:noProof/>
          <w:lang w:val="pl-PL"/>
        </w:rPr>
        <w:t>Odbiór Przedmiotu Umowy nastąpi na podstawie protokołu odbioru końcowego, którego wzór stanowi załącznik nr 3 do Umowy.</w:t>
      </w:r>
    </w:p>
    <w:p w14:paraId="5AA55AD6" w14:textId="77777777" w:rsidR="00C1293B" w:rsidRPr="00AE1609" w:rsidRDefault="0018130B">
      <w:pPr>
        <w:pStyle w:val="Akapitzlist"/>
        <w:numPr>
          <w:ilvl w:val="0"/>
          <w:numId w:val="4"/>
        </w:numPr>
        <w:rPr>
          <w:noProof/>
          <w:lang w:val="pl-PL"/>
        </w:rPr>
      </w:pPr>
      <w:r w:rsidRPr="00AE1609">
        <w:rPr>
          <w:noProof/>
          <w:lang w:val="pl-PL"/>
        </w:rPr>
        <w:t>Warunkiem podpisania protokołu odbioru końcowego jest łączne spełnienie następujących warunków:</w:t>
      </w:r>
    </w:p>
    <w:p w14:paraId="149AA6E0" w14:textId="77777777" w:rsidR="00C1293B" w:rsidRPr="00AE1609" w:rsidRDefault="0018130B">
      <w:pPr>
        <w:pStyle w:val="Akapitzlist"/>
        <w:numPr>
          <w:ilvl w:val="1"/>
          <w:numId w:val="4"/>
        </w:numPr>
        <w:rPr>
          <w:noProof/>
          <w:lang w:val="pl-PL"/>
        </w:rPr>
      </w:pPr>
      <w:r w:rsidRPr="00AE1609">
        <w:rPr>
          <w:noProof/>
          <w:lang w:val="pl-PL"/>
        </w:rPr>
        <w:t>dostarczenie całego Przedmiotu Umowy zgodnie z Umową, SWZ i ofertą Wykonawcy;</w:t>
      </w:r>
    </w:p>
    <w:p w14:paraId="0C009EC5" w14:textId="77777777" w:rsidR="00C1293B" w:rsidRPr="00AE1609" w:rsidRDefault="0018130B">
      <w:pPr>
        <w:pStyle w:val="Akapitzlist"/>
        <w:numPr>
          <w:ilvl w:val="1"/>
          <w:numId w:val="4"/>
        </w:numPr>
        <w:rPr>
          <w:noProof/>
          <w:lang w:val="pl-PL"/>
        </w:rPr>
      </w:pPr>
      <w:r w:rsidRPr="00AE1609">
        <w:rPr>
          <w:noProof/>
          <w:lang w:val="pl-PL"/>
        </w:rPr>
        <w:t>wykonanie wymaganych czynności montażowych, instalacyjnych, uruchomieniowych i regulacyjnych – jeżeli dotyczą Przedmiotu Umowy;</w:t>
      </w:r>
    </w:p>
    <w:p w14:paraId="0ED7924F" w14:textId="77777777" w:rsidR="00C1293B" w:rsidRPr="00AE1609" w:rsidRDefault="0018130B">
      <w:pPr>
        <w:pStyle w:val="Akapitzlist"/>
        <w:numPr>
          <w:ilvl w:val="1"/>
          <w:numId w:val="4"/>
        </w:numPr>
        <w:rPr>
          <w:noProof/>
          <w:lang w:val="pl-PL"/>
        </w:rPr>
      </w:pPr>
      <w:r w:rsidRPr="00AE1609">
        <w:rPr>
          <w:noProof/>
          <w:lang w:val="pl-PL"/>
        </w:rPr>
        <w:t>przedstawienie kompletu dokumentów wymaganych Umową, SWZ i przepisami prawa;</w:t>
      </w:r>
    </w:p>
    <w:p w14:paraId="7F1490A6" w14:textId="77777777" w:rsidR="00C1293B" w:rsidRPr="00AE1609" w:rsidRDefault="0018130B">
      <w:pPr>
        <w:pStyle w:val="Akapitzlist"/>
        <w:numPr>
          <w:ilvl w:val="1"/>
          <w:numId w:val="4"/>
        </w:numPr>
        <w:rPr>
          <w:noProof/>
          <w:lang w:val="pl-PL"/>
        </w:rPr>
      </w:pPr>
      <w:r w:rsidRPr="00AE1609">
        <w:rPr>
          <w:noProof/>
          <w:lang w:val="pl-PL"/>
        </w:rPr>
        <w:lastRenderedPageBreak/>
        <w:t>przeprowadzenie szkolenia personelu – jeżeli jest wymagane;</w:t>
      </w:r>
    </w:p>
    <w:p w14:paraId="52FE3A19" w14:textId="77777777" w:rsidR="00C1293B" w:rsidRPr="00AE1609" w:rsidRDefault="0018130B">
      <w:pPr>
        <w:pStyle w:val="Akapitzlist"/>
        <w:numPr>
          <w:ilvl w:val="1"/>
          <w:numId w:val="4"/>
        </w:numPr>
        <w:rPr>
          <w:noProof/>
          <w:lang w:val="pl-PL"/>
        </w:rPr>
      </w:pPr>
      <w:r w:rsidRPr="00AE1609">
        <w:rPr>
          <w:noProof/>
          <w:lang w:val="pl-PL"/>
        </w:rPr>
        <w:t>uzyskanie pozytywnego wyniku prób, sprawdzeń i innych czynności odbiorowych potwierdzających prawidłowe działanie Przedmiotu Umowy – jeżeli dotyczy.</w:t>
      </w:r>
    </w:p>
    <w:p w14:paraId="7E07AC6B" w14:textId="77777777" w:rsidR="00C1293B" w:rsidRPr="00AE1609" w:rsidRDefault="0018130B">
      <w:pPr>
        <w:pStyle w:val="Akapitzlist"/>
        <w:numPr>
          <w:ilvl w:val="0"/>
          <w:numId w:val="4"/>
        </w:numPr>
        <w:rPr>
          <w:noProof/>
          <w:lang w:val="pl-PL"/>
        </w:rPr>
      </w:pPr>
      <w:r w:rsidRPr="00AE1609">
        <w:rPr>
          <w:noProof/>
          <w:lang w:val="pl-PL"/>
        </w:rPr>
        <w:t>Z czynności odbioru sporządza się protokół podpisany przez upoważnionych przedstawicieli Stron.</w:t>
      </w:r>
    </w:p>
    <w:p w14:paraId="076E6ED3" w14:textId="77777777" w:rsidR="00C1293B" w:rsidRPr="00AE1609" w:rsidRDefault="0018130B">
      <w:pPr>
        <w:pStyle w:val="Akapitzlist"/>
        <w:numPr>
          <w:ilvl w:val="0"/>
          <w:numId w:val="4"/>
        </w:numPr>
        <w:rPr>
          <w:noProof/>
          <w:lang w:val="pl-PL"/>
        </w:rPr>
      </w:pPr>
      <w:r w:rsidRPr="00AE1609">
        <w:rPr>
          <w:noProof/>
          <w:lang w:val="pl-PL"/>
        </w:rPr>
        <w:t>Do chwili podpisania protokołu odbioru końcowego ryzyko przypadkowej utraty lub uszkodzenia Przedmiotu Umowy obciąża Wykonawcę.</w:t>
      </w:r>
    </w:p>
    <w:p w14:paraId="329E4223" w14:textId="77777777" w:rsidR="00C1293B" w:rsidRPr="00AE1609" w:rsidRDefault="0018130B">
      <w:pPr>
        <w:pStyle w:val="CustomHeading"/>
        <w:spacing w:before="160" w:after="0"/>
        <w:jc w:val="center"/>
        <w:rPr>
          <w:noProof/>
          <w:lang w:val="pl-PL"/>
        </w:rPr>
      </w:pPr>
      <w:r w:rsidRPr="00AE1609">
        <w:rPr>
          <w:noProof/>
          <w:lang w:val="pl-PL"/>
        </w:rPr>
        <w:t>§ 4</w:t>
      </w:r>
    </w:p>
    <w:p w14:paraId="7C5BF601" w14:textId="77777777" w:rsidR="00C1293B" w:rsidRPr="00AE1609" w:rsidRDefault="0018130B">
      <w:pPr>
        <w:pStyle w:val="CustomHeading"/>
        <w:spacing w:after="60"/>
        <w:jc w:val="center"/>
        <w:rPr>
          <w:noProof/>
          <w:lang w:val="pl-PL"/>
        </w:rPr>
      </w:pPr>
      <w:r w:rsidRPr="00AE1609">
        <w:rPr>
          <w:noProof/>
          <w:lang w:val="pl-PL"/>
        </w:rPr>
        <w:t>Wady, niezgodności oraz odmowa odbioru</w:t>
      </w:r>
    </w:p>
    <w:p w14:paraId="6EF97487" w14:textId="77777777" w:rsidR="00C1293B" w:rsidRPr="00AE1609" w:rsidRDefault="0018130B">
      <w:pPr>
        <w:pStyle w:val="Akapitzlist"/>
        <w:numPr>
          <w:ilvl w:val="0"/>
          <w:numId w:val="5"/>
        </w:numPr>
        <w:rPr>
          <w:noProof/>
          <w:lang w:val="pl-PL"/>
        </w:rPr>
      </w:pPr>
      <w:r w:rsidRPr="00AE1609">
        <w:rPr>
          <w:noProof/>
          <w:lang w:val="pl-PL"/>
        </w:rPr>
        <w:t>Zamawiający ma prawo odmówić odbioru Przedmiotu Umowy w całości lub w części, jeżeli stwierdzi w szczególności:</w:t>
      </w:r>
    </w:p>
    <w:p w14:paraId="72F85C18" w14:textId="77777777" w:rsidR="00C1293B" w:rsidRPr="00AE1609" w:rsidRDefault="0018130B">
      <w:pPr>
        <w:pStyle w:val="Akapitzlist"/>
        <w:numPr>
          <w:ilvl w:val="1"/>
          <w:numId w:val="5"/>
        </w:numPr>
        <w:rPr>
          <w:noProof/>
          <w:lang w:val="pl-PL"/>
        </w:rPr>
      </w:pPr>
      <w:r w:rsidRPr="00AE1609">
        <w:rPr>
          <w:noProof/>
          <w:lang w:val="pl-PL"/>
        </w:rPr>
        <w:t>wady fizyczne lub prawne Przedmiotu Umowy;</w:t>
      </w:r>
    </w:p>
    <w:p w14:paraId="3CF20B11" w14:textId="77777777" w:rsidR="00C1293B" w:rsidRPr="00AE1609" w:rsidRDefault="0018130B">
      <w:pPr>
        <w:pStyle w:val="Akapitzlist"/>
        <w:numPr>
          <w:ilvl w:val="1"/>
          <w:numId w:val="5"/>
        </w:numPr>
        <w:rPr>
          <w:noProof/>
          <w:lang w:val="pl-PL"/>
        </w:rPr>
      </w:pPr>
      <w:r w:rsidRPr="00AE1609">
        <w:rPr>
          <w:noProof/>
          <w:lang w:val="pl-PL"/>
        </w:rPr>
        <w:t>niekompletność dostawy lub brak wymaganego wyposażenia, akcesoriów albo dokumentów;</w:t>
      </w:r>
    </w:p>
    <w:p w14:paraId="2C9F58E1" w14:textId="77777777" w:rsidR="00C1293B" w:rsidRPr="00AE1609" w:rsidRDefault="0018130B">
      <w:pPr>
        <w:pStyle w:val="Akapitzlist"/>
        <w:numPr>
          <w:ilvl w:val="1"/>
          <w:numId w:val="5"/>
        </w:numPr>
        <w:rPr>
          <w:noProof/>
          <w:lang w:val="pl-PL"/>
        </w:rPr>
      </w:pPr>
      <w:r w:rsidRPr="00AE1609">
        <w:rPr>
          <w:noProof/>
          <w:lang w:val="pl-PL"/>
        </w:rPr>
        <w:t>niezgodność parametrów technicznych, funkcjonalnych, jakościowych, materiałowych lub wymiarowych z Umową, SWZ albo ofertą Wykonawcy;</w:t>
      </w:r>
    </w:p>
    <w:p w14:paraId="78217113" w14:textId="77777777" w:rsidR="00C1293B" w:rsidRPr="00AE1609" w:rsidRDefault="0018130B">
      <w:pPr>
        <w:pStyle w:val="Akapitzlist"/>
        <w:numPr>
          <w:ilvl w:val="1"/>
          <w:numId w:val="5"/>
        </w:numPr>
        <w:rPr>
          <w:noProof/>
          <w:lang w:val="pl-PL"/>
        </w:rPr>
      </w:pPr>
      <w:r w:rsidRPr="00AE1609">
        <w:rPr>
          <w:noProof/>
          <w:lang w:val="pl-PL"/>
        </w:rPr>
        <w:t>niewykonanie wymaganych czynności montażowych, uruchomieniowych, regulacyjnych, szkoleniowych lub odbiorowych – jeżeli były wymagane;</w:t>
      </w:r>
    </w:p>
    <w:p w14:paraId="35FBCEBA" w14:textId="77777777" w:rsidR="00C1293B" w:rsidRPr="00AE1609" w:rsidRDefault="0018130B">
      <w:pPr>
        <w:pStyle w:val="Akapitzlist"/>
        <w:numPr>
          <w:ilvl w:val="1"/>
          <w:numId w:val="5"/>
        </w:numPr>
        <w:rPr>
          <w:noProof/>
          <w:lang w:val="pl-PL"/>
        </w:rPr>
      </w:pPr>
      <w:r w:rsidRPr="00AE1609">
        <w:rPr>
          <w:noProof/>
          <w:lang w:val="pl-PL"/>
        </w:rPr>
        <w:t>inne okoliczności świadczące o tym, że Przedmiot Umowy nie nadaje się do użytkowania zgodnie z jego przeznaczeniem albo nie odpowiada wymaganiom Zamawiającego.</w:t>
      </w:r>
    </w:p>
    <w:p w14:paraId="183693E8" w14:textId="77777777" w:rsidR="00C1293B" w:rsidRPr="00AE1609" w:rsidRDefault="0018130B">
      <w:pPr>
        <w:pStyle w:val="Akapitzlist"/>
        <w:numPr>
          <w:ilvl w:val="0"/>
          <w:numId w:val="5"/>
        </w:numPr>
        <w:rPr>
          <w:noProof/>
          <w:lang w:val="pl-PL"/>
        </w:rPr>
      </w:pPr>
      <w:r w:rsidRPr="00AE1609">
        <w:rPr>
          <w:noProof/>
          <w:lang w:val="pl-PL"/>
        </w:rPr>
        <w:t>W przypadku stwierdzenia okoliczności, o których mowa w pkt 1), Zamawiający wyznaczy Wykonawcy termin na usunięcie wad lub niezgodności, nie dłuższy niż 5 dni kalendarzowych, chyba że z przyczyn technicznych usunięcie ich w tym terminie nie jest możliwe; w takim przypadku Wykonawca jest zobowiązany uzgodnić z Zamawiającym realny i możliwie najkrótszy termin usunięcia wad lub niezgodności.</w:t>
      </w:r>
    </w:p>
    <w:p w14:paraId="00D4F910" w14:textId="77777777" w:rsidR="00C1293B" w:rsidRPr="00AE1609" w:rsidRDefault="0018130B">
      <w:pPr>
        <w:pStyle w:val="Akapitzlist"/>
        <w:numPr>
          <w:ilvl w:val="0"/>
          <w:numId w:val="5"/>
        </w:numPr>
        <w:rPr>
          <w:noProof/>
          <w:lang w:val="pl-PL"/>
        </w:rPr>
      </w:pPr>
      <w:r w:rsidRPr="00AE1609">
        <w:rPr>
          <w:noProof/>
          <w:lang w:val="pl-PL"/>
        </w:rPr>
        <w:t>Po usunięciu wad lub niezgodności Wykonawca ponownie zgłosi gotowość do odbioru, a procedura odbiorowa zostanie przeprowadzona ponownie.</w:t>
      </w:r>
    </w:p>
    <w:p w14:paraId="05637CC2" w14:textId="77777777" w:rsidR="00C1293B" w:rsidRPr="00AE1609" w:rsidRDefault="0018130B">
      <w:pPr>
        <w:pStyle w:val="Akapitzlist"/>
        <w:numPr>
          <w:ilvl w:val="0"/>
          <w:numId w:val="5"/>
        </w:numPr>
        <w:rPr>
          <w:noProof/>
          <w:lang w:val="pl-PL"/>
        </w:rPr>
      </w:pPr>
      <w:r w:rsidRPr="00AE1609">
        <w:rPr>
          <w:noProof/>
          <w:lang w:val="pl-PL"/>
        </w:rPr>
        <w:t>Jeżeli Wykonawca nie usunie wad lub niezgodności w terminie, Zamawiający może według swojego wyboru odstąpić od Umowy w całości lub w części, żądać wymiany wadliwego elementu na wolny od wad albo zlecić wykonanie zastępcze na koszt i ryzyko Wykonawcy, po uprzednim wezwaniu do należytego wykonania Umowy.</w:t>
      </w:r>
    </w:p>
    <w:p w14:paraId="54B5DCD1" w14:textId="77777777" w:rsidR="00C1293B" w:rsidRPr="00AE1609" w:rsidRDefault="0018130B">
      <w:pPr>
        <w:pStyle w:val="CustomHeading"/>
        <w:spacing w:before="160" w:after="0"/>
        <w:jc w:val="center"/>
        <w:rPr>
          <w:noProof/>
          <w:lang w:val="pl-PL"/>
        </w:rPr>
      </w:pPr>
      <w:r w:rsidRPr="00AE1609">
        <w:rPr>
          <w:noProof/>
          <w:lang w:val="pl-PL"/>
        </w:rPr>
        <w:t>§ 5</w:t>
      </w:r>
    </w:p>
    <w:p w14:paraId="5FE5280E" w14:textId="77777777" w:rsidR="00C1293B" w:rsidRPr="00AE1609" w:rsidRDefault="0018130B">
      <w:pPr>
        <w:pStyle w:val="CustomHeading"/>
        <w:spacing w:after="60"/>
        <w:jc w:val="center"/>
        <w:rPr>
          <w:noProof/>
          <w:lang w:val="pl-PL"/>
        </w:rPr>
      </w:pPr>
      <w:r w:rsidRPr="00AE1609">
        <w:rPr>
          <w:noProof/>
          <w:lang w:val="pl-PL"/>
        </w:rPr>
        <w:t>Wynagrodzenie i zasady rozliczeń</w:t>
      </w:r>
    </w:p>
    <w:p w14:paraId="753E91C6" w14:textId="77777777" w:rsidR="00C1293B" w:rsidRPr="00AE1609" w:rsidRDefault="0018130B">
      <w:pPr>
        <w:pStyle w:val="Akapitzlist"/>
        <w:numPr>
          <w:ilvl w:val="0"/>
          <w:numId w:val="6"/>
        </w:numPr>
        <w:rPr>
          <w:noProof/>
          <w:lang w:val="pl-PL"/>
        </w:rPr>
      </w:pPr>
      <w:r w:rsidRPr="00AE1609">
        <w:rPr>
          <w:noProof/>
          <w:lang w:val="pl-PL"/>
        </w:rPr>
        <w:t>Z tytułu należytego wykonania Przedmiotu Umowy Zamawiający zapłaci Wykonawcy wynagrodzenie ryczałtowe w wysokości zgodnej z ofertą Wykonawcy, tj.:</w:t>
      </w:r>
    </w:p>
    <w:p w14:paraId="7C6B6052" w14:textId="77777777" w:rsidR="00C1293B" w:rsidRPr="00AE1609" w:rsidRDefault="0018130B">
      <w:pPr>
        <w:pStyle w:val="Akapitzlist"/>
        <w:numPr>
          <w:ilvl w:val="1"/>
          <w:numId w:val="6"/>
        </w:numPr>
        <w:rPr>
          <w:noProof/>
          <w:lang w:val="pl-PL"/>
        </w:rPr>
      </w:pPr>
      <w:r w:rsidRPr="00AE1609">
        <w:rPr>
          <w:noProof/>
          <w:lang w:val="pl-PL"/>
        </w:rPr>
        <w:t>netto: ……………………………… zł;</w:t>
      </w:r>
    </w:p>
    <w:p w14:paraId="3E5B32AF" w14:textId="77777777" w:rsidR="00C1293B" w:rsidRPr="00AE1609" w:rsidRDefault="0018130B">
      <w:pPr>
        <w:pStyle w:val="Akapitzlist"/>
        <w:numPr>
          <w:ilvl w:val="1"/>
          <w:numId w:val="6"/>
        </w:numPr>
        <w:rPr>
          <w:noProof/>
          <w:lang w:val="pl-PL"/>
        </w:rPr>
      </w:pPr>
      <w:r w:rsidRPr="00AE1609">
        <w:rPr>
          <w:noProof/>
          <w:lang w:val="pl-PL"/>
        </w:rPr>
        <w:t>VAT: ……………………………… zł;</w:t>
      </w:r>
    </w:p>
    <w:p w14:paraId="4BB43805" w14:textId="77777777" w:rsidR="00C1293B" w:rsidRPr="00AE1609" w:rsidRDefault="0018130B">
      <w:pPr>
        <w:pStyle w:val="Akapitzlist"/>
        <w:numPr>
          <w:ilvl w:val="1"/>
          <w:numId w:val="6"/>
        </w:numPr>
        <w:rPr>
          <w:noProof/>
          <w:lang w:val="pl-PL"/>
        </w:rPr>
      </w:pPr>
      <w:r w:rsidRPr="00AE1609">
        <w:rPr>
          <w:noProof/>
          <w:lang w:val="pl-PL"/>
        </w:rPr>
        <w:t>brutto: ……………………………… zł;</w:t>
      </w:r>
    </w:p>
    <w:p w14:paraId="5BD5E67D" w14:textId="77777777" w:rsidR="00C1293B" w:rsidRPr="00AE1609" w:rsidRDefault="0018130B">
      <w:pPr>
        <w:pStyle w:val="Akapitzlist"/>
        <w:numPr>
          <w:ilvl w:val="1"/>
          <w:numId w:val="6"/>
        </w:numPr>
        <w:rPr>
          <w:noProof/>
          <w:lang w:val="pl-PL"/>
        </w:rPr>
      </w:pPr>
      <w:r w:rsidRPr="00AE1609">
        <w:rPr>
          <w:noProof/>
          <w:lang w:val="pl-PL"/>
        </w:rPr>
        <w:t>słownie brutto: …………………………………………………………………………………………………… .</w:t>
      </w:r>
    </w:p>
    <w:p w14:paraId="37F83EF9" w14:textId="77777777" w:rsidR="00C1293B" w:rsidRPr="00AE1609" w:rsidRDefault="0018130B">
      <w:pPr>
        <w:pStyle w:val="Akapitzlist"/>
        <w:numPr>
          <w:ilvl w:val="0"/>
          <w:numId w:val="6"/>
        </w:numPr>
        <w:rPr>
          <w:noProof/>
          <w:lang w:val="pl-PL"/>
        </w:rPr>
      </w:pPr>
      <w:r w:rsidRPr="00AE1609">
        <w:rPr>
          <w:noProof/>
          <w:lang w:val="pl-PL"/>
        </w:rPr>
        <w:t>Wynagrodzenie, o którym mowa w pkt 1), obejmuje wszystkie koszty niezbędne do należytego wykonania Umowy, w szczególności koszty dostawy, transportu, rozładunku, wniesienia, montażu, uruchomienia, szkolenia, gwarancji, serwisu, wymaganych przeglądów, opłat i podatków.</w:t>
      </w:r>
    </w:p>
    <w:p w14:paraId="4994B012" w14:textId="77777777" w:rsidR="00C1293B" w:rsidRPr="00AE1609" w:rsidRDefault="0018130B">
      <w:pPr>
        <w:pStyle w:val="Akapitzlist"/>
        <w:numPr>
          <w:ilvl w:val="0"/>
          <w:numId w:val="6"/>
        </w:numPr>
        <w:rPr>
          <w:noProof/>
          <w:lang w:val="pl-PL"/>
        </w:rPr>
      </w:pPr>
      <w:r w:rsidRPr="00AE1609">
        <w:rPr>
          <w:noProof/>
          <w:lang w:val="pl-PL"/>
        </w:rPr>
        <w:t>Podstawą wystawienia faktury jest podpisany przez Strony protokół odbioru końcowego bez zastrzeżeń.</w:t>
      </w:r>
    </w:p>
    <w:p w14:paraId="1407DDC6" w14:textId="77777777" w:rsidR="00F2587A" w:rsidRPr="00AE1609" w:rsidRDefault="00F2587A" w:rsidP="00F2587A">
      <w:pPr>
        <w:pStyle w:val="Listapunktowana2"/>
        <w:numPr>
          <w:ilvl w:val="0"/>
          <w:numId w:val="6"/>
        </w:numPr>
        <w:rPr>
          <w:noProof/>
          <w:lang w:val="pl-PL"/>
        </w:rPr>
      </w:pPr>
      <w:r w:rsidRPr="00AE1609">
        <w:rPr>
          <w:noProof/>
          <w:lang w:val="pl-PL"/>
        </w:rPr>
        <w:t>Wykonawca wystawia faktury zgodnie z powszechnie obowiązującymi przepisami prawa, w tym – jeżeli wynika to z tych przepisów albo jest to dopuszczalne – przy użyciu Krajowego Systemu e-Faktur (KSeF).</w:t>
      </w:r>
    </w:p>
    <w:p w14:paraId="302121BF" w14:textId="7554FA42" w:rsidR="00F2587A" w:rsidRPr="00AE1609" w:rsidRDefault="00F2587A" w:rsidP="00F2587A">
      <w:pPr>
        <w:pStyle w:val="Listapunktowana2"/>
        <w:numPr>
          <w:ilvl w:val="0"/>
          <w:numId w:val="6"/>
        </w:numPr>
        <w:rPr>
          <w:noProof/>
          <w:lang w:val="pl-PL"/>
        </w:rPr>
      </w:pPr>
      <w:r w:rsidRPr="00AE1609">
        <w:rPr>
          <w:noProof/>
          <w:lang w:val="pl-PL"/>
        </w:rPr>
        <w:t>W przypadku wystawienia faktury ustrukturyzowanej przy użyciu KSeF Strony uznają, że została ona doręczona Zamawiającemu z dniem przydzielenia jej numeru identyfikującego w KSeF.</w:t>
      </w:r>
    </w:p>
    <w:p w14:paraId="7D31FB1F" w14:textId="73865D50" w:rsidR="00F2587A" w:rsidRPr="00AE1609" w:rsidRDefault="00F2587A" w:rsidP="00F2587A">
      <w:pPr>
        <w:pStyle w:val="Listapunktowana2"/>
        <w:numPr>
          <w:ilvl w:val="0"/>
          <w:numId w:val="6"/>
        </w:numPr>
        <w:rPr>
          <w:noProof/>
          <w:lang w:val="pl-PL"/>
        </w:rPr>
      </w:pPr>
      <w:r w:rsidRPr="00AE1609">
        <w:rPr>
          <w:noProof/>
          <w:lang w:val="pl-PL"/>
        </w:rPr>
        <w:t>W przypadku wystawienia faktury poza KSeF w przypadkach dopuszczonych przez powszechnie obowiązujące przepisy prawa, Wykonawca doręcza fakturę Zamawiającemu zgodnie z tymi przepisami.</w:t>
      </w:r>
    </w:p>
    <w:p w14:paraId="06030860" w14:textId="5C7E08B7" w:rsidR="00F2587A" w:rsidRPr="00AE1609" w:rsidRDefault="00F2587A" w:rsidP="00F2587A">
      <w:pPr>
        <w:pStyle w:val="Listapunktowana2"/>
        <w:numPr>
          <w:ilvl w:val="0"/>
          <w:numId w:val="6"/>
        </w:numPr>
        <w:rPr>
          <w:noProof/>
          <w:lang w:val="pl-PL"/>
        </w:rPr>
      </w:pPr>
      <w:r w:rsidRPr="00AE1609">
        <w:rPr>
          <w:noProof/>
          <w:lang w:val="pl-PL"/>
        </w:rPr>
        <w:t>Wykonawca zobowiązany jest wystawić i przekazać Zamawiającemu prawidłowo wystawioną fakturę nie później niż w terminie 3 dni roboczych od dnia podpisania protokołu odbioru końcowego bez zastrzeżeń.</w:t>
      </w:r>
    </w:p>
    <w:p w14:paraId="6733B7B7" w14:textId="2293C4AE" w:rsidR="00F2587A" w:rsidRPr="00AE1609" w:rsidRDefault="00F2587A" w:rsidP="00F2587A">
      <w:pPr>
        <w:pStyle w:val="Listapunktowana2"/>
        <w:numPr>
          <w:ilvl w:val="0"/>
          <w:numId w:val="6"/>
        </w:numPr>
        <w:rPr>
          <w:noProof/>
          <w:lang w:val="pl-PL"/>
        </w:rPr>
      </w:pPr>
      <w:r w:rsidRPr="00AE1609">
        <w:rPr>
          <w:noProof/>
          <w:lang w:val="pl-PL"/>
        </w:rPr>
        <w:t xml:space="preserve">Zapłata wynagrodzenia nastąpi przelewem na rachunek bankowy Wykonawcy, w terminie </w:t>
      </w:r>
      <w:r w:rsidR="00E80333">
        <w:rPr>
          <w:noProof/>
          <w:lang w:val="pl-PL"/>
        </w:rPr>
        <w:t>60</w:t>
      </w:r>
      <w:r w:rsidRPr="00AE1609">
        <w:rPr>
          <w:noProof/>
          <w:lang w:val="pl-PL"/>
        </w:rPr>
        <w:t xml:space="preserve"> dni od dnia otrzymania przez Zamawiającego prawidłowo wystawionej faktury, przy czym w przypadku faktury ustrukturyzowanej wystawionej przy użyciu KSeF za dzień jej otrzymania Strony uznają dzień przydzielenia jej numeru identyfikującego w KSeF.</w:t>
      </w:r>
    </w:p>
    <w:p w14:paraId="44F2E20E" w14:textId="20435960" w:rsidR="00F2587A" w:rsidRPr="00AE1609" w:rsidRDefault="00F2587A" w:rsidP="00F2587A">
      <w:pPr>
        <w:pStyle w:val="Listapunktowana2"/>
        <w:numPr>
          <w:ilvl w:val="0"/>
          <w:numId w:val="6"/>
        </w:numPr>
        <w:rPr>
          <w:noProof/>
          <w:lang w:val="pl-PL"/>
        </w:rPr>
      </w:pPr>
      <w:r w:rsidRPr="00AE1609">
        <w:rPr>
          <w:noProof/>
          <w:lang w:val="pl-PL"/>
        </w:rPr>
        <w:t>Za dzień zapłaty uważa się dzień obciążenia rachunku bankowego Zamawiającego.</w:t>
      </w:r>
    </w:p>
    <w:p w14:paraId="73F032A4" w14:textId="565639C3" w:rsidR="00C1293B" w:rsidRPr="00AE1609" w:rsidRDefault="0018130B" w:rsidP="00F2587A">
      <w:pPr>
        <w:pStyle w:val="Listapunktowana2"/>
        <w:numPr>
          <w:ilvl w:val="0"/>
          <w:numId w:val="6"/>
        </w:numPr>
        <w:rPr>
          <w:noProof/>
          <w:lang w:val="pl-PL"/>
        </w:rPr>
      </w:pPr>
      <w:r w:rsidRPr="00AE1609">
        <w:rPr>
          <w:noProof/>
          <w:lang w:val="pl-PL"/>
        </w:rPr>
        <w:t>Wykonawca nie może bez uprzedniej pisemnej albo elektronicznej zgody Zamawiającego przenieść na osobę trzecią wierzytelności wynikających z Umowy ani ustanowić na nich jakichkolwiek zabezpieczeń.</w:t>
      </w:r>
    </w:p>
    <w:p w14:paraId="60D3BF34" w14:textId="77777777" w:rsidR="00C1293B" w:rsidRPr="00AE1609" w:rsidRDefault="0018130B">
      <w:pPr>
        <w:pStyle w:val="CustomHeading"/>
        <w:spacing w:before="160" w:after="0"/>
        <w:jc w:val="center"/>
        <w:rPr>
          <w:noProof/>
          <w:lang w:val="pl-PL"/>
        </w:rPr>
      </w:pPr>
      <w:r w:rsidRPr="00AE1609">
        <w:rPr>
          <w:noProof/>
          <w:lang w:val="pl-PL"/>
        </w:rPr>
        <w:t>§ 6</w:t>
      </w:r>
    </w:p>
    <w:p w14:paraId="365B1106" w14:textId="77777777" w:rsidR="00C1293B" w:rsidRPr="00AE1609" w:rsidRDefault="0018130B">
      <w:pPr>
        <w:pStyle w:val="CustomHeading"/>
        <w:spacing w:after="60"/>
        <w:jc w:val="center"/>
        <w:rPr>
          <w:noProof/>
          <w:lang w:val="pl-PL"/>
        </w:rPr>
      </w:pPr>
      <w:r w:rsidRPr="00AE1609">
        <w:rPr>
          <w:noProof/>
          <w:lang w:val="pl-PL"/>
        </w:rPr>
        <w:t>Gwarancja, rękojmia i serwis</w:t>
      </w:r>
    </w:p>
    <w:p w14:paraId="45E4E94B" w14:textId="34BD54B2" w:rsidR="00D62F09" w:rsidRPr="00AE1609" w:rsidRDefault="00D62F09" w:rsidP="00D62F09">
      <w:pPr>
        <w:pStyle w:val="Listapunktowana2"/>
        <w:numPr>
          <w:ilvl w:val="0"/>
          <w:numId w:val="7"/>
        </w:numPr>
        <w:rPr>
          <w:noProof/>
          <w:lang w:val="pl-PL"/>
        </w:rPr>
      </w:pPr>
      <w:r w:rsidRPr="00AE1609">
        <w:rPr>
          <w:noProof/>
          <w:lang w:val="pl-PL"/>
        </w:rPr>
        <w:t>Wykonawca udziela Zamawiającemu gwarancji jakości na Przedmiot Umowy na okresy wskazane dla poszczególnych elementów wyposażenia w formularzu ofertowym technicznym Wykonawcy, stanowiącym załącznik nr 1 do Umowy, liczone od dnia podpisania protokołu odbioru końcowego bez zastrzeżeń.</w:t>
      </w:r>
    </w:p>
    <w:p w14:paraId="69E31A0A" w14:textId="60A77D24" w:rsidR="00D62F09" w:rsidRPr="00AE1609" w:rsidRDefault="00D62F09" w:rsidP="00D62F09">
      <w:pPr>
        <w:pStyle w:val="Listapunktowana2"/>
        <w:numPr>
          <w:ilvl w:val="0"/>
          <w:numId w:val="7"/>
        </w:numPr>
        <w:rPr>
          <w:noProof/>
          <w:lang w:val="pl-PL"/>
        </w:rPr>
      </w:pPr>
      <w:r w:rsidRPr="00AE1609">
        <w:rPr>
          <w:noProof/>
          <w:lang w:val="pl-PL"/>
        </w:rPr>
        <w:lastRenderedPageBreak/>
        <w:t>Okres rękojmi dla poszczególnych elementów Przedmiotu Umowy jest równy okresowi udzielonej na te elementy gwarancji.</w:t>
      </w:r>
    </w:p>
    <w:p w14:paraId="40165365" w14:textId="77777777" w:rsidR="00C1293B" w:rsidRPr="00AE1609" w:rsidRDefault="0018130B">
      <w:pPr>
        <w:pStyle w:val="Akapitzlist"/>
        <w:numPr>
          <w:ilvl w:val="0"/>
          <w:numId w:val="7"/>
        </w:numPr>
        <w:rPr>
          <w:noProof/>
          <w:lang w:val="pl-PL"/>
        </w:rPr>
      </w:pPr>
      <w:r w:rsidRPr="00AE1609">
        <w:rPr>
          <w:noProof/>
          <w:lang w:val="pl-PL"/>
        </w:rPr>
        <w:t>W okresie gwarancji Wykonawca zobowiązuje się do świadczenia na własny koszt serwisu gwarancyjnego obejmującego również dojazd, transport, robociznę, części zamienne oraz inne czynności niezbędne do usunięcia wad lub awarii.</w:t>
      </w:r>
    </w:p>
    <w:p w14:paraId="338A2D1F" w14:textId="77777777" w:rsidR="00C1293B" w:rsidRPr="00AE1609" w:rsidRDefault="0018130B">
      <w:pPr>
        <w:pStyle w:val="Akapitzlist"/>
        <w:numPr>
          <w:ilvl w:val="0"/>
          <w:numId w:val="7"/>
        </w:numPr>
        <w:rPr>
          <w:noProof/>
          <w:lang w:val="pl-PL"/>
        </w:rPr>
      </w:pPr>
      <w:r w:rsidRPr="00AE1609">
        <w:rPr>
          <w:noProof/>
          <w:lang w:val="pl-PL"/>
        </w:rPr>
        <w:t>Jeżeli dla zachowania uprawnień gwarancyjnych albo z dokumentacji producenta wynika konieczność wykonywania przeglądów, konserwacji lub czynności serwisowych, Wykonawca zobowiązany jest wykonywać je na własny koszt przez cały okres gwarancji, chyba że SWZ wyraźnie stanowi inaczej.</w:t>
      </w:r>
    </w:p>
    <w:p w14:paraId="56F1D986" w14:textId="77777777" w:rsidR="00C1293B" w:rsidRPr="00AE1609" w:rsidRDefault="0018130B">
      <w:pPr>
        <w:pStyle w:val="Akapitzlist"/>
        <w:numPr>
          <w:ilvl w:val="0"/>
          <w:numId w:val="7"/>
        </w:numPr>
        <w:rPr>
          <w:noProof/>
          <w:lang w:val="pl-PL"/>
        </w:rPr>
      </w:pPr>
      <w:r w:rsidRPr="00AE1609">
        <w:rPr>
          <w:noProof/>
          <w:lang w:val="pl-PL"/>
        </w:rPr>
        <w:t>Czas reakcji serwisu na zgłoszenie awarii nie może być dłuższy niż 1 dzień roboczy od chwili skutecznego zgłoszenia.</w:t>
      </w:r>
    </w:p>
    <w:p w14:paraId="1732CCAA" w14:textId="77777777" w:rsidR="00C1293B" w:rsidRPr="00AE1609" w:rsidRDefault="0018130B">
      <w:pPr>
        <w:pStyle w:val="Akapitzlist"/>
        <w:numPr>
          <w:ilvl w:val="0"/>
          <w:numId w:val="7"/>
        </w:numPr>
        <w:rPr>
          <w:noProof/>
          <w:lang w:val="pl-PL"/>
        </w:rPr>
      </w:pPr>
      <w:r w:rsidRPr="00AE1609">
        <w:rPr>
          <w:noProof/>
          <w:lang w:val="pl-PL"/>
        </w:rPr>
        <w:t>Usunięcie awarii powinno nastąpić w terminie do 5 dni roboczych od chwili zgłoszenia, a jeżeli z przyczyn technologicznych albo organizacyjnych termin ten nie może być dotrzymany – w innym terminie uprzednio uzgodnionym z Zamawiającym, nie dłuższym jednak niż 10 dni roboczych.</w:t>
      </w:r>
    </w:p>
    <w:p w14:paraId="12E24737" w14:textId="77777777" w:rsidR="00C1293B" w:rsidRPr="00AE1609" w:rsidRDefault="0018130B">
      <w:pPr>
        <w:pStyle w:val="Akapitzlist"/>
        <w:numPr>
          <w:ilvl w:val="0"/>
          <w:numId w:val="7"/>
        </w:numPr>
        <w:rPr>
          <w:noProof/>
          <w:lang w:val="pl-PL"/>
        </w:rPr>
      </w:pPr>
      <w:r w:rsidRPr="00AE1609">
        <w:rPr>
          <w:noProof/>
          <w:lang w:val="pl-PL"/>
        </w:rPr>
        <w:t>W przypadku trzech nieskutecznych napraw tego samego elementu albo podzespołu, Wykonawca zobowiązany jest do jego wymiany na nowy, wolny od wad, nie później niż w terminie 10 dni roboczych od dnia kolejnego zgłoszenia.</w:t>
      </w:r>
    </w:p>
    <w:p w14:paraId="0DD2B7F7" w14:textId="77777777" w:rsidR="00C1293B" w:rsidRPr="00AE1609" w:rsidRDefault="0018130B">
      <w:pPr>
        <w:pStyle w:val="Akapitzlist"/>
        <w:numPr>
          <w:ilvl w:val="0"/>
          <w:numId w:val="7"/>
        </w:numPr>
        <w:rPr>
          <w:noProof/>
          <w:lang w:val="pl-PL"/>
        </w:rPr>
      </w:pPr>
      <w:r w:rsidRPr="00AE1609">
        <w:rPr>
          <w:noProof/>
          <w:lang w:val="pl-PL"/>
        </w:rPr>
        <w:t>Wszelkie czynności serwisowe, naprawy, wymiany części i przeglądy będą potwierdzane protokołem serwisowym lub innym dokumentem serwisowym.</w:t>
      </w:r>
    </w:p>
    <w:p w14:paraId="67E82DEF" w14:textId="77777777" w:rsidR="00C1293B" w:rsidRPr="00AE1609" w:rsidRDefault="0018130B">
      <w:pPr>
        <w:pStyle w:val="Akapitzlist"/>
        <w:numPr>
          <w:ilvl w:val="0"/>
          <w:numId w:val="7"/>
        </w:numPr>
        <w:rPr>
          <w:noProof/>
          <w:lang w:val="pl-PL"/>
        </w:rPr>
      </w:pPr>
      <w:r w:rsidRPr="00AE1609">
        <w:rPr>
          <w:noProof/>
          <w:lang w:val="pl-PL"/>
        </w:rPr>
        <w:t>Wykonawca zapewnia dostępność serwisu oraz części zamiennych do Przedmiotu Umowy przez okres co najmniej 5 lat od dnia podpisania protokołu odbioru końcowego, o ile dotyczy danego rodzaju urządzeń lub wyposażenia.</w:t>
      </w:r>
    </w:p>
    <w:p w14:paraId="5137144C" w14:textId="77777777" w:rsidR="00C1293B" w:rsidRPr="00AE1609" w:rsidRDefault="0018130B">
      <w:pPr>
        <w:pStyle w:val="CustomHeading"/>
        <w:spacing w:before="160" w:after="0"/>
        <w:jc w:val="center"/>
        <w:rPr>
          <w:noProof/>
          <w:lang w:val="pl-PL"/>
        </w:rPr>
      </w:pPr>
      <w:r w:rsidRPr="00AE1609">
        <w:rPr>
          <w:noProof/>
          <w:lang w:val="pl-PL"/>
        </w:rPr>
        <w:t>§ 7</w:t>
      </w:r>
    </w:p>
    <w:p w14:paraId="491285B8" w14:textId="77777777" w:rsidR="00C1293B" w:rsidRPr="00AE1609" w:rsidRDefault="0018130B">
      <w:pPr>
        <w:pStyle w:val="CustomHeading"/>
        <w:spacing w:after="60"/>
        <w:jc w:val="center"/>
        <w:rPr>
          <w:noProof/>
          <w:lang w:val="pl-PL"/>
        </w:rPr>
      </w:pPr>
      <w:r w:rsidRPr="00AE1609">
        <w:rPr>
          <w:noProof/>
          <w:lang w:val="pl-PL"/>
        </w:rPr>
        <w:t>Kary umowne</w:t>
      </w:r>
    </w:p>
    <w:p w14:paraId="66A0C313"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0,5% wynagrodzenia brutto określonego w § 5 pkt 1) za każdy rozpoczęty dzień zwłoki w realizacji Przedmiotu Umowy w stosunku do terminu określonego w § 2 pkt 1).</w:t>
      </w:r>
    </w:p>
    <w:p w14:paraId="4068AAEF"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0,1% wynagrodzenia brutto określonego w § 5 pkt 1) za każdy rozpoczęty dzień zwłoki:</w:t>
      </w:r>
    </w:p>
    <w:p w14:paraId="0A727668" w14:textId="77777777" w:rsidR="00C1293B" w:rsidRPr="00AE1609" w:rsidRDefault="0018130B">
      <w:pPr>
        <w:pStyle w:val="Akapitzlist"/>
        <w:numPr>
          <w:ilvl w:val="1"/>
          <w:numId w:val="8"/>
        </w:numPr>
        <w:rPr>
          <w:noProof/>
          <w:lang w:val="pl-PL"/>
        </w:rPr>
      </w:pPr>
      <w:r w:rsidRPr="00AE1609">
        <w:rPr>
          <w:noProof/>
          <w:lang w:val="pl-PL"/>
        </w:rPr>
        <w:t>w usunięciu wad, awarii lub niezgodności w stosunku do terminów wynikających z Umowy;</w:t>
      </w:r>
    </w:p>
    <w:p w14:paraId="6435369E" w14:textId="77777777" w:rsidR="00C1293B" w:rsidRPr="00AE1609" w:rsidRDefault="0018130B">
      <w:pPr>
        <w:pStyle w:val="Akapitzlist"/>
        <w:numPr>
          <w:ilvl w:val="1"/>
          <w:numId w:val="8"/>
        </w:numPr>
        <w:rPr>
          <w:noProof/>
          <w:lang w:val="pl-PL"/>
        </w:rPr>
      </w:pPr>
      <w:r w:rsidRPr="00AE1609">
        <w:rPr>
          <w:noProof/>
          <w:lang w:val="pl-PL"/>
        </w:rPr>
        <w:t>w wykonaniu obowiązków gwarancyjnych lub serwisowych;</w:t>
      </w:r>
    </w:p>
    <w:p w14:paraId="687D2622" w14:textId="77777777" w:rsidR="00C1293B" w:rsidRPr="00AE1609" w:rsidRDefault="0018130B">
      <w:pPr>
        <w:pStyle w:val="Akapitzlist"/>
        <w:numPr>
          <w:ilvl w:val="1"/>
          <w:numId w:val="8"/>
        </w:numPr>
        <w:rPr>
          <w:noProof/>
          <w:lang w:val="pl-PL"/>
        </w:rPr>
      </w:pPr>
      <w:r w:rsidRPr="00AE1609">
        <w:rPr>
          <w:noProof/>
          <w:lang w:val="pl-PL"/>
        </w:rPr>
        <w:t>w przekazaniu kompletu dokumentów niezbędnych do odbioru końcowego albo rozliczenia zadania, licząc od dnia, w którym zgodnie z Umową dokumenty te powinny zostać przekazane.</w:t>
      </w:r>
    </w:p>
    <w:p w14:paraId="242CE548" w14:textId="77777777" w:rsidR="00C1293B" w:rsidRPr="00AE1609" w:rsidRDefault="0018130B">
      <w:pPr>
        <w:pStyle w:val="Akapitzlist"/>
        <w:numPr>
          <w:ilvl w:val="0"/>
          <w:numId w:val="8"/>
        </w:numPr>
        <w:rPr>
          <w:noProof/>
          <w:lang w:val="pl-PL"/>
        </w:rPr>
      </w:pPr>
      <w:r w:rsidRPr="00AE1609">
        <w:rPr>
          <w:noProof/>
          <w:lang w:val="pl-PL"/>
        </w:rPr>
        <w:t>Jeżeli z przyczyn leżących po stronie Wykonawcy dojdzie do utraty przez Zamawiającego całości lub części dotacji, odmowy jej wypłaty, obowiązku jej zwrotu albo pomniejszenia kwoty dofinansowania, Wykonawca zapłaci Zamawiającemu karę umowną w wysokości odpowiadającej równowartości utraconych, niewypłaconych, zwróconych albo pomniejszonych środków dotacji, w zakresie, w jakim zdarzenie to pozostaje w adekwatnym związku przyczynowym z niewykonaniem lub nienależytym wykonaniem Umowy przez Wykonawcę.</w:t>
      </w:r>
    </w:p>
    <w:p w14:paraId="6964C974"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całości z przyczyn leżących po stronie Wykonawcy, Wykonawca zapłaci Zamawiającemu karę umowną w wysokości 15% wynagrodzenia brutto określonego w § 5 pkt 1).</w:t>
      </w:r>
    </w:p>
    <w:p w14:paraId="5A916039"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części z przyczyn leżących po stronie Wykonawcy, Wykonawca zapłaci Zamawiającemu karę umowną w wysokości 20% wartości brutto niewykonanego zakresu świadczenia.</w:t>
      </w:r>
    </w:p>
    <w:p w14:paraId="162558EE" w14:textId="77777777" w:rsidR="00C1293B" w:rsidRPr="00AE1609" w:rsidRDefault="0018130B">
      <w:pPr>
        <w:pStyle w:val="Akapitzlist"/>
        <w:numPr>
          <w:ilvl w:val="0"/>
          <w:numId w:val="8"/>
        </w:numPr>
        <w:rPr>
          <w:noProof/>
          <w:lang w:val="pl-PL"/>
        </w:rPr>
      </w:pPr>
      <w:r w:rsidRPr="00AE1609">
        <w:rPr>
          <w:noProof/>
          <w:lang w:val="pl-PL"/>
        </w:rPr>
        <w:t>Zamawiający jest uprawniony do potrącenia należnych kar umownych z wynagrodzenia Wykonawcy lub z innych wierzytelności przysługujących Wykonawcy wobec Zamawiającego.</w:t>
      </w:r>
    </w:p>
    <w:p w14:paraId="31D15D5B" w14:textId="77777777" w:rsidR="00C1293B" w:rsidRPr="00AE1609" w:rsidRDefault="0018130B">
      <w:pPr>
        <w:pStyle w:val="Akapitzlist"/>
        <w:numPr>
          <w:ilvl w:val="0"/>
          <w:numId w:val="8"/>
        </w:numPr>
        <w:rPr>
          <w:noProof/>
          <w:lang w:val="pl-PL"/>
        </w:rPr>
      </w:pPr>
      <w:r w:rsidRPr="00AE1609">
        <w:rPr>
          <w:noProof/>
          <w:lang w:val="pl-PL"/>
        </w:rPr>
        <w:t>Łączna maksymalna wysokość kar umownych naliczonych na podstawie Umowy nie może przekroczyć 25% wynagrodzenia brutto określonego w § 5 pkt 1). Ograniczenie to nie dotyczy kary umownej należnej w przypadku utraty, niewypłacenia, zwrotu albo pomniejszenia dotacji z przyczyn leżących po stronie Wykonawcy.</w:t>
      </w:r>
    </w:p>
    <w:p w14:paraId="47F73D0E" w14:textId="77777777" w:rsidR="00C1293B" w:rsidRPr="00AE1609" w:rsidRDefault="0018130B">
      <w:pPr>
        <w:pStyle w:val="Akapitzlist"/>
        <w:numPr>
          <w:ilvl w:val="0"/>
          <w:numId w:val="8"/>
        </w:numPr>
        <w:rPr>
          <w:noProof/>
          <w:lang w:val="pl-PL"/>
        </w:rPr>
      </w:pPr>
      <w:r w:rsidRPr="00AE1609">
        <w:rPr>
          <w:noProof/>
          <w:lang w:val="pl-PL"/>
        </w:rPr>
        <w:t>Zamawiający zachowuje prawo dochodzenia odszkodowania uzupełniającego na zasadach ogólnych, jeżeli wysokość zastrzeżonych kar umownych nie pokrywa poniesionej szkody.</w:t>
      </w:r>
    </w:p>
    <w:p w14:paraId="72EE297C" w14:textId="77777777" w:rsidR="00C1293B" w:rsidRPr="00AE1609" w:rsidRDefault="0018130B">
      <w:pPr>
        <w:pStyle w:val="CustomHeading"/>
        <w:spacing w:before="160" w:after="0"/>
        <w:jc w:val="center"/>
        <w:rPr>
          <w:noProof/>
          <w:lang w:val="pl-PL"/>
        </w:rPr>
      </w:pPr>
      <w:r w:rsidRPr="00AE1609">
        <w:rPr>
          <w:noProof/>
          <w:lang w:val="pl-PL"/>
        </w:rPr>
        <w:t>§ 8</w:t>
      </w:r>
    </w:p>
    <w:p w14:paraId="35BA6D5D" w14:textId="77777777" w:rsidR="00C1293B" w:rsidRPr="00AE1609" w:rsidRDefault="0018130B">
      <w:pPr>
        <w:pStyle w:val="CustomHeading"/>
        <w:spacing w:after="60"/>
        <w:jc w:val="center"/>
        <w:rPr>
          <w:noProof/>
          <w:lang w:val="pl-PL"/>
        </w:rPr>
      </w:pPr>
      <w:r w:rsidRPr="00AE1609">
        <w:rPr>
          <w:noProof/>
          <w:lang w:val="pl-PL"/>
        </w:rPr>
        <w:t>Odstąpienie od Umowy i jej rozwiązanie</w:t>
      </w:r>
    </w:p>
    <w:p w14:paraId="4C02513E" w14:textId="77777777" w:rsidR="00C1293B" w:rsidRPr="00AE1609" w:rsidRDefault="0018130B">
      <w:pPr>
        <w:pStyle w:val="Akapitzlist"/>
        <w:numPr>
          <w:ilvl w:val="0"/>
          <w:numId w:val="9"/>
        </w:numPr>
        <w:rPr>
          <w:noProof/>
          <w:lang w:val="pl-PL"/>
        </w:rPr>
      </w:pPr>
      <w:r w:rsidRPr="00AE1609">
        <w:rPr>
          <w:noProof/>
          <w:lang w:val="pl-PL"/>
        </w:rPr>
        <w:t>Zamawiającemu przysługuje prawo odstąpienia od Umowy w całości lub w części albo jej rozwiązania ze skutkiem natychmiastowym, jeżeli:</w:t>
      </w:r>
    </w:p>
    <w:p w14:paraId="0FF383CE" w14:textId="77777777" w:rsidR="00C1293B" w:rsidRPr="00AE1609" w:rsidRDefault="0018130B">
      <w:pPr>
        <w:pStyle w:val="Akapitzlist"/>
        <w:numPr>
          <w:ilvl w:val="1"/>
          <w:numId w:val="9"/>
        </w:numPr>
        <w:rPr>
          <w:noProof/>
          <w:lang w:val="pl-PL"/>
        </w:rPr>
      </w:pPr>
      <w:r w:rsidRPr="00AE1609">
        <w:rPr>
          <w:noProof/>
          <w:lang w:val="pl-PL"/>
        </w:rPr>
        <w:t>Wykonawca pozostaje w zwłoce z realizacją Przedmiotu Umowy dłużej niż 14 dni;</w:t>
      </w:r>
    </w:p>
    <w:p w14:paraId="0C1425DE" w14:textId="77777777" w:rsidR="00C1293B" w:rsidRPr="00AE1609" w:rsidRDefault="0018130B">
      <w:pPr>
        <w:pStyle w:val="Akapitzlist"/>
        <w:numPr>
          <w:ilvl w:val="1"/>
          <w:numId w:val="9"/>
        </w:numPr>
        <w:rPr>
          <w:noProof/>
          <w:lang w:val="pl-PL"/>
        </w:rPr>
      </w:pPr>
      <w:r w:rsidRPr="00AE1609">
        <w:rPr>
          <w:noProof/>
          <w:lang w:val="pl-PL"/>
        </w:rPr>
        <w:t>Wykonawca, mimo wezwania, nie usuwa wad lub niezgodności stwierdzonych przy odbiorze albo w okresie gwarancji;</w:t>
      </w:r>
    </w:p>
    <w:p w14:paraId="7BFD79AE" w14:textId="77777777" w:rsidR="00C1293B" w:rsidRPr="00AE1609" w:rsidRDefault="0018130B">
      <w:pPr>
        <w:pStyle w:val="Akapitzlist"/>
        <w:numPr>
          <w:ilvl w:val="1"/>
          <w:numId w:val="9"/>
        </w:numPr>
        <w:rPr>
          <w:noProof/>
          <w:lang w:val="pl-PL"/>
        </w:rPr>
      </w:pPr>
      <w:r w:rsidRPr="00AE1609">
        <w:rPr>
          <w:noProof/>
          <w:lang w:val="pl-PL"/>
        </w:rPr>
        <w:t>Wykonawca realizuje Umowę w sposób sprzeczny z jej postanowieniami, SWZ lub przepisami prawa;</w:t>
      </w:r>
    </w:p>
    <w:p w14:paraId="463205B7" w14:textId="77777777" w:rsidR="00C1293B" w:rsidRPr="00AE1609" w:rsidRDefault="0018130B">
      <w:pPr>
        <w:pStyle w:val="Akapitzlist"/>
        <w:numPr>
          <w:ilvl w:val="1"/>
          <w:numId w:val="9"/>
        </w:numPr>
        <w:rPr>
          <w:noProof/>
          <w:lang w:val="pl-PL"/>
        </w:rPr>
      </w:pPr>
      <w:r w:rsidRPr="00AE1609">
        <w:rPr>
          <w:noProof/>
          <w:lang w:val="pl-PL"/>
        </w:rPr>
        <w:t>wobec Wykonawcy otwarto likwidację albo wystąpiły okoliczności uzasadniające obawę, że nie wykona on Umowy należycie;</w:t>
      </w:r>
    </w:p>
    <w:p w14:paraId="081220EA" w14:textId="77777777" w:rsidR="00C1293B" w:rsidRPr="00AE1609" w:rsidRDefault="0018130B">
      <w:pPr>
        <w:pStyle w:val="Akapitzlist"/>
        <w:numPr>
          <w:ilvl w:val="1"/>
          <w:numId w:val="9"/>
        </w:numPr>
        <w:rPr>
          <w:noProof/>
          <w:lang w:val="pl-PL"/>
        </w:rPr>
      </w:pPr>
      <w:r w:rsidRPr="00AE1609">
        <w:rPr>
          <w:noProof/>
          <w:lang w:val="pl-PL"/>
        </w:rPr>
        <w:lastRenderedPageBreak/>
        <w:t>Wykonawca nie przedstawił w terminie planu naprawczego, o którym mowa w § 2 pkt 11), albo mimo jego przedstawienia nie realizuje działań naprawczych gwarantujących terminowe wykonanie Umowy;</w:t>
      </w:r>
    </w:p>
    <w:p w14:paraId="3A8565E8" w14:textId="77777777" w:rsidR="00C1293B" w:rsidRPr="00AE1609" w:rsidRDefault="0018130B">
      <w:pPr>
        <w:pStyle w:val="Akapitzlist"/>
        <w:numPr>
          <w:ilvl w:val="1"/>
          <w:numId w:val="9"/>
        </w:numPr>
        <w:rPr>
          <w:noProof/>
          <w:lang w:val="pl-PL"/>
        </w:rPr>
      </w:pPr>
      <w:r w:rsidRPr="00AE1609">
        <w:rPr>
          <w:noProof/>
          <w:lang w:val="pl-PL"/>
        </w:rPr>
        <w:t>zwłoka Wykonawcy albo nieprzekazanie przez niego dokumentów niezbędnych do odbioru końcowego lub rozliczenia zadania powodują realne zagrożenie niedochowania przez Zamawiającego terminów niezbędnych do rozliczenia dotacji albo mogą skutkować utratą całości lub części dotacji.</w:t>
      </w:r>
    </w:p>
    <w:p w14:paraId="2AA35843" w14:textId="77777777" w:rsidR="00C1293B" w:rsidRPr="00AE1609" w:rsidRDefault="0018130B">
      <w:pPr>
        <w:pStyle w:val="Akapitzlist"/>
        <w:numPr>
          <w:ilvl w:val="0"/>
          <w:numId w:val="9"/>
        </w:numPr>
        <w:rPr>
          <w:noProof/>
          <w:lang w:val="pl-PL"/>
        </w:rPr>
      </w:pPr>
      <w:r w:rsidRPr="00AE1609">
        <w:rPr>
          <w:noProof/>
          <w:lang w:val="pl-PL"/>
        </w:rPr>
        <w:t>W przypadku istotnej zmiany okoliczności powodującej, że wykonanie Umowy nie leży w interesie publicznym, albo dalsze wykonywanie Umowy mogłoby zagrozić istotnemu interesowi bezpieczeństwa państwa lub bezpieczeństwu publicznemu, Zamawiający może odstąpić od Umowy na zasadach wynikających z przepisów prawa.</w:t>
      </w:r>
    </w:p>
    <w:p w14:paraId="577DDA28" w14:textId="77777777" w:rsidR="00C1293B" w:rsidRPr="00AE1609" w:rsidRDefault="0018130B">
      <w:pPr>
        <w:pStyle w:val="Akapitzlist"/>
        <w:numPr>
          <w:ilvl w:val="0"/>
          <w:numId w:val="9"/>
        </w:numPr>
        <w:rPr>
          <w:noProof/>
          <w:lang w:val="pl-PL"/>
        </w:rPr>
      </w:pPr>
      <w:r w:rsidRPr="00AE1609">
        <w:rPr>
          <w:noProof/>
          <w:lang w:val="pl-PL"/>
        </w:rPr>
        <w:t>Oświadczenie o odstąpieniu od Umowy albo o jej rozwiązaniu wymaga formy pisemnej albo formy elektronicznej z kwalifikowanym podpisem elektronicznym oraz wskazania przyczyny.</w:t>
      </w:r>
    </w:p>
    <w:p w14:paraId="122705E1" w14:textId="77777777" w:rsidR="00C1293B" w:rsidRPr="00AE1609" w:rsidRDefault="0018130B">
      <w:pPr>
        <w:pStyle w:val="Akapitzlist"/>
        <w:numPr>
          <w:ilvl w:val="0"/>
          <w:numId w:val="9"/>
        </w:numPr>
        <w:rPr>
          <w:noProof/>
          <w:lang w:val="pl-PL"/>
        </w:rPr>
      </w:pPr>
      <w:r w:rsidRPr="00AE1609">
        <w:rPr>
          <w:noProof/>
          <w:lang w:val="pl-PL"/>
        </w:rPr>
        <w:t>W razie odstąpienia od Umowy lub jej rozwiązania Wykonawcy przysługuje wyłącznie wynagrodzenie należne za część Umowy należycie wykonaną i odebraną przez Zamawiającego.</w:t>
      </w:r>
    </w:p>
    <w:p w14:paraId="7E1937F1" w14:textId="77777777" w:rsidR="00C1293B" w:rsidRPr="00AE1609" w:rsidRDefault="0018130B">
      <w:pPr>
        <w:pStyle w:val="CustomHeading"/>
        <w:spacing w:before="160" w:after="0"/>
        <w:jc w:val="center"/>
        <w:rPr>
          <w:noProof/>
          <w:lang w:val="pl-PL"/>
        </w:rPr>
      </w:pPr>
      <w:r w:rsidRPr="00AE1609">
        <w:rPr>
          <w:noProof/>
          <w:lang w:val="pl-PL"/>
        </w:rPr>
        <w:t>§ 9</w:t>
      </w:r>
    </w:p>
    <w:p w14:paraId="28840307" w14:textId="77777777" w:rsidR="00C1293B" w:rsidRPr="00AE1609" w:rsidRDefault="0018130B">
      <w:pPr>
        <w:pStyle w:val="CustomHeading"/>
        <w:spacing w:after="60"/>
        <w:jc w:val="center"/>
        <w:rPr>
          <w:noProof/>
          <w:lang w:val="pl-PL"/>
        </w:rPr>
      </w:pPr>
      <w:r w:rsidRPr="00AE1609">
        <w:rPr>
          <w:noProof/>
          <w:lang w:val="pl-PL"/>
        </w:rPr>
        <w:t>Podwykonawcy i osoby do kontaktu</w:t>
      </w:r>
    </w:p>
    <w:p w14:paraId="6B74DB5D" w14:textId="77777777" w:rsidR="00C1293B" w:rsidRPr="00AE1609" w:rsidRDefault="0018130B">
      <w:pPr>
        <w:pStyle w:val="Akapitzlist"/>
        <w:numPr>
          <w:ilvl w:val="0"/>
          <w:numId w:val="10"/>
        </w:numPr>
        <w:rPr>
          <w:noProof/>
          <w:lang w:val="pl-PL"/>
        </w:rPr>
      </w:pPr>
      <w:r w:rsidRPr="00AE1609">
        <w:rPr>
          <w:noProof/>
          <w:lang w:val="pl-PL"/>
        </w:rPr>
        <w:t>Wykonawca może powierzyć wykonanie części zamówienia podwykonawcom wyłącznie w zakresie wskazanym w ofercie albo zaakceptowanym później przez Zamawiającego.</w:t>
      </w:r>
    </w:p>
    <w:p w14:paraId="7D1064FC" w14:textId="77777777" w:rsidR="00C1293B" w:rsidRPr="00AE1609" w:rsidRDefault="0018130B">
      <w:pPr>
        <w:pStyle w:val="Akapitzlist"/>
        <w:numPr>
          <w:ilvl w:val="0"/>
          <w:numId w:val="10"/>
        </w:numPr>
        <w:rPr>
          <w:noProof/>
          <w:lang w:val="pl-PL"/>
        </w:rPr>
      </w:pPr>
      <w:r w:rsidRPr="00AE1609">
        <w:rPr>
          <w:noProof/>
          <w:lang w:val="pl-PL"/>
        </w:rPr>
        <w:t>Wykonawca ponosi pełną odpowiedzialność za działania i zaniechania podwykonawców jak za własne działania i zaniechania.</w:t>
      </w:r>
    </w:p>
    <w:p w14:paraId="78FF0E74" w14:textId="77777777" w:rsidR="00C1293B" w:rsidRPr="00AE1609" w:rsidRDefault="0018130B">
      <w:pPr>
        <w:pStyle w:val="Akapitzlist"/>
        <w:numPr>
          <w:ilvl w:val="0"/>
          <w:numId w:val="10"/>
        </w:numPr>
        <w:rPr>
          <w:noProof/>
          <w:lang w:val="pl-PL"/>
        </w:rPr>
      </w:pPr>
      <w:r w:rsidRPr="00AE1609">
        <w:rPr>
          <w:noProof/>
          <w:lang w:val="pl-PL"/>
        </w:rPr>
        <w:t>Osobami wyznaczonymi do współpracy w ramach realizacji Umowy są:</w:t>
      </w:r>
    </w:p>
    <w:p w14:paraId="6BDA8288" w14:textId="77777777" w:rsidR="00C1293B" w:rsidRPr="00AE1609" w:rsidRDefault="0018130B">
      <w:pPr>
        <w:pStyle w:val="Akapitzlist"/>
        <w:numPr>
          <w:ilvl w:val="1"/>
          <w:numId w:val="10"/>
        </w:numPr>
        <w:rPr>
          <w:noProof/>
          <w:lang w:val="pl-PL"/>
        </w:rPr>
      </w:pPr>
      <w:r w:rsidRPr="00AE1609">
        <w:rPr>
          <w:noProof/>
          <w:lang w:val="pl-PL"/>
        </w:rPr>
        <w:t>ze strony Zamawiającego: …………………………………………………………………………………………………………;</w:t>
      </w:r>
    </w:p>
    <w:p w14:paraId="38CE8821" w14:textId="77777777" w:rsidR="00C1293B" w:rsidRPr="00AE1609" w:rsidRDefault="0018130B">
      <w:pPr>
        <w:pStyle w:val="Akapitzlist"/>
        <w:numPr>
          <w:ilvl w:val="1"/>
          <w:numId w:val="10"/>
        </w:numPr>
        <w:rPr>
          <w:noProof/>
          <w:lang w:val="pl-PL"/>
        </w:rPr>
      </w:pPr>
      <w:r w:rsidRPr="00AE1609">
        <w:rPr>
          <w:noProof/>
          <w:lang w:val="pl-PL"/>
        </w:rPr>
        <w:t>ze strony Wykonawcy: ……………………………………………………………………………………………………………… .</w:t>
      </w:r>
    </w:p>
    <w:p w14:paraId="6649230B" w14:textId="77777777" w:rsidR="00C1293B" w:rsidRPr="00AE1609" w:rsidRDefault="0018130B">
      <w:pPr>
        <w:pStyle w:val="Akapitzlist"/>
        <w:numPr>
          <w:ilvl w:val="0"/>
          <w:numId w:val="10"/>
        </w:numPr>
        <w:rPr>
          <w:noProof/>
          <w:lang w:val="pl-PL"/>
        </w:rPr>
      </w:pPr>
      <w:r w:rsidRPr="00AE1609">
        <w:rPr>
          <w:noProof/>
          <w:lang w:val="pl-PL"/>
        </w:rPr>
        <w:t>Zmiana osób lub danych kontaktowych, o których mowa w pkt 3), nie stanowi zmiany Umowy i wymaga jedynie pisemnego albo elektronicznego powiadomienia drugiej Strony.</w:t>
      </w:r>
    </w:p>
    <w:p w14:paraId="1ED23AA9" w14:textId="77777777" w:rsidR="00C1293B" w:rsidRPr="00AE1609" w:rsidRDefault="0018130B">
      <w:pPr>
        <w:pStyle w:val="CustomHeading"/>
        <w:spacing w:before="160" w:after="0"/>
        <w:jc w:val="center"/>
        <w:rPr>
          <w:noProof/>
          <w:lang w:val="pl-PL"/>
        </w:rPr>
      </w:pPr>
      <w:r w:rsidRPr="00AE1609">
        <w:rPr>
          <w:noProof/>
          <w:lang w:val="pl-PL"/>
        </w:rPr>
        <w:t>§ 10</w:t>
      </w:r>
    </w:p>
    <w:p w14:paraId="02211AD3" w14:textId="77777777" w:rsidR="00C1293B" w:rsidRPr="00AE1609" w:rsidRDefault="0018130B">
      <w:pPr>
        <w:pStyle w:val="CustomHeading"/>
        <w:spacing w:after="60"/>
        <w:jc w:val="center"/>
        <w:rPr>
          <w:noProof/>
          <w:lang w:val="pl-PL"/>
        </w:rPr>
      </w:pPr>
      <w:r w:rsidRPr="00AE1609">
        <w:rPr>
          <w:noProof/>
          <w:lang w:val="pl-PL"/>
        </w:rPr>
        <w:t>Zmiany Umowy</w:t>
      </w:r>
    </w:p>
    <w:p w14:paraId="4B0EB152" w14:textId="77777777" w:rsidR="00C1293B" w:rsidRPr="00AE1609" w:rsidRDefault="0018130B">
      <w:pPr>
        <w:pStyle w:val="Akapitzlist"/>
        <w:numPr>
          <w:ilvl w:val="0"/>
          <w:numId w:val="11"/>
        </w:numPr>
        <w:rPr>
          <w:noProof/>
          <w:lang w:val="pl-PL"/>
        </w:rPr>
      </w:pPr>
      <w:r w:rsidRPr="00AE1609">
        <w:rPr>
          <w:noProof/>
          <w:lang w:val="pl-PL"/>
        </w:rPr>
        <w:t>Zmiana postanowień Umowy wymaga, pod rygorem nieważności, formy pisemnej albo formy elektronicznej z kwalifikowanymi podpisami elektronicznymi, z zastrzeżeniem przypadków wyraźnie wskazanych w Umowie.</w:t>
      </w:r>
    </w:p>
    <w:p w14:paraId="0DB57820" w14:textId="77777777" w:rsidR="00C1293B" w:rsidRPr="00AE1609" w:rsidRDefault="0018130B">
      <w:pPr>
        <w:pStyle w:val="Akapitzlist"/>
        <w:numPr>
          <w:ilvl w:val="0"/>
          <w:numId w:val="11"/>
        </w:numPr>
        <w:rPr>
          <w:noProof/>
          <w:lang w:val="pl-PL"/>
        </w:rPr>
      </w:pPr>
      <w:r w:rsidRPr="00AE1609">
        <w:rPr>
          <w:noProof/>
          <w:lang w:val="pl-PL"/>
        </w:rPr>
        <w:t>Dopuszcza się zmianę Umowy w przypadkach przewidzianych w przepisach prawa oraz w następującym zakresie:</w:t>
      </w:r>
    </w:p>
    <w:p w14:paraId="05CE2C3C" w14:textId="77777777" w:rsidR="00C1293B" w:rsidRPr="00AE1609" w:rsidRDefault="0018130B">
      <w:pPr>
        <w:pStyle w:val="Akapitzlist"/>
        <w:numPr>
          <w:ilvl w:val="1"/>
          <w:numId w:val="11"/>
        </w:numPr>
        <w:rPr>
          <w:noProof/>
          <w:lang w:val="pl-PL"/>
        </w:rPr>
      </w:pPr>
      <w:r w:rsidRPr="00AE1609">
        <w:rPr>
          <w:noProof/>
          <w:lang w:val="pl-PL"/>
        </w:rPr>
        <w:t>zmiany terminu realizacji Umowy, jeżeli jest ona spowodowana działaniem siły wyższej, działaniem organów administracji, okolicznościami leżącymi po stronie Zamawiającego albo innymi okolicznościami niezależnymi od Stron, których nie można było przewidzieć przy zachowaniu należytej staranności;</w:t>
      </w:r>
    </w:p>
    <w:p w14:paraId="5183ADA6" w14:textId="77777777" w:rsidR="00C1293B" w:rsidRPr="00AE1609" w:rsidRDefault="0018130B">
      <w:pPr>
        <w:pStyle w:val="Akapitzlist"/>
        <w:numPr>
          <w:ilvl w:val="1"/>
          <w:numId w:val="11"/>
        </w:numPr>
        <w:rPr>
          <w:noProof/>
          <w:lang w:val="pl-PL"/>
        </w:rPr>
      </w:pPr>
      <w:r w:rsidRPr="00AE1609">
        <w:rPr>
          <w:noProof/>
          <w:lang w:val="pl-PL"/>
        </w:rPr>
        <w:t>zmiany oferowanego modelu urządzenia, elementu albo wyposażenia na model równoważny lub lepszy, w szczególności w przypadku zakończenia produkcji, wycofania z obrotu albo obiektywnej niedostępności pierwotnie oferowanego rozwiązania, pod warunkiem zachowania co najmniej parametrów wymaganych przez Zamawiającego i braku zwiększenia wynagrodzenia;</w:t>
      </w:r>
    </w:p>
    <w:p w14:paraId="43A98774" w14:textId="77777777" w:rsidR="00C1293B" w:rsidRPr="00AE1609" w:rsidRDefault="0018130B">
      <w:pPr>
        <w:pStyle w:val="Akapitzlist"/>
        <w:numPr>
          <w:ilvl w:val="1"/>
          <w:numId w:val="11"/>
        </w:numPr>
        <w:rPr>
          <w:noProof/>
          <w:lang w:val="pl-PL"/>
        </w:rPr>
      </w:pPr>
      <w:r w:rsidRPr="00AE1609">
        <w:rPr>
          <w:noProof/>
          <w:lang w:val="pl-PL"/>
        </w:rPr>
        <w:t>zmiany terminu lub sposobu wykonania czynności serwisowych, jeżeli wynika to ze zmiany zaleceń producenta, przepisów prawa albo okoliczności eksploatacyjnych ujawnionych po zawarciu Umowy;</w:t>
      </w:r>
    </w:p>
    <w:p w14:paraId="59BE5849" w14:textId="77777777" w:rsidR="00C1293B" w:rsidRPr="00AE1609" w:rsidRDefault="0018130B">
      <w:pPr>
        <w:pStyle w:val="Akapitzlist"/>
        <w:numPr>
          <w:ilvl w:val="1"/>
          <w:numId w:val="11"/>
        </w:numPr>
        <w:rPr>
          <w:noProof/>
          <w:lang w:val="pl-PL"/>
        </w:rPr>
      </w:pPr>
      <w:r w:rsidRPr="00AE1609">
        <w:rPr>
          <w:noProof/>
          <w:lang w:val="pl-PL"/>
        </w:rPr>
        <w:t>zmiany stawki podatku VAT, jeżeli zmianie ulegną przepisy prawa w tym zakresie;</w:t>
      </w:r>
    </w:p>
    <w:p w14:paraId="764DDEFA" w14:textId="77777777" w:rsidR="00C1293B" w:rsidRPr="00AE1609" w:rsidRDefault="0018130B">
      <w:pPr>
        <w:pStyle w:val="Akapitzlist"/>
        <w:numPr>
          <w:ilvl w:val="1"/>
          <w:numId w:val="11"/>
        </w:numPr>
        <w:rPr>
          <w:noProof/>
          <w:lang w:val="pl-PL"/>
        </w:rPr>
      </w:pPr>
      <w:r w:rsidRPr="00AE1609">
        <w:rPr>
          <w:noProof/>
          <w:lang w:val="pl-PL"/>
        </w:rPr>
        <w:t>zmiany danych Stron, osób do kontaktu, numerów rachunków bankowych albo innych danych o charakterze organizacyjnym.</w:t>
      </w:r>
    </w:p>
    <w:p w14:paraId="247023B1" w14:textId="77777777" w:rsidR="00C1293B" w:rsidRPr="00AE1609" w:rsidRDefault="0018130B">
      <w:pPr>
        <w:pStyle w:val="Akapitzlist"/>
        <w:numPr>
          <w:ilvl w:val="0"/>
          <w:numId w:val="11"/>
        </w:numPr>
        <w:rPr>
          <w:noProof/>
          <w:lang w:val="pl-PL"/>
        </w:rPr>
      </w:pPr>
      <w:r w:rsidRPr="00AE1609">
        <w:rPr>
          <w:noProof/>
          <w:lang w:val="pl-PL"/>
        </w:rPr>
        <w:t>Zmiana terminu realizacji nie może prowadzić do naruszenia obowiązków Zamawiającego wynikających z umowy dotacyjnej, chyba że Zamawiający uzyska możliwość odpowiedniego dostosowania tych obowiązków.</w:t>
      </w:r>
    </w:p>
    <w:p w14:paraId="7D161557" w14:textId="77777777" w:rsidR="00C1293B" w:rsidRPr="00AE1609" w:rsidRDefault="0018130B">
      <w:pPr>
        <w:pStyle w:val="CustomHeading"/>
        <w:spacing w:before="160" w:after="0"/>
        <w:jc w:val="center"/>
        <w:rPr>
          <w:noProof/>
          <w:lang w:val="pl-PL"/>
        </w:rPr>
      </w:pPr>
      <w:r w:rsidRPr="00AE1609">
        <w:rPr>
          <w:noProof/>
          <w:lang w:val="pl-PL"/>
        </w:rPr>
        <w:t>§ 11</w:t>
      </w:r>
    </w:p>
    <w:p w14:paraId="533D94DA" w14:textId="77777777" w:rsidR="00C1293B" w:rsidRPr="00AE1609" w:rsidRDefault="0018130B">
      <w:pPr>
        <w:pStyle w:val="CustomHeading"/>
        <w:spacing w:after="60"/>
        <w:jc w:val="center"/>
        <w:rPr>
          <w:noProof/>
          <w:lang w:val="pl-PL"/>
        </w:rPr>
      </w:pPr>
      <w:r w:rsidRPr="00AE1609">
        <w:rPr>
          <w:noProof/>
          <w:lang w:val="pl-PL"/>
        </w:rPr>
        <w:t>Postanowienia końcowe</w:t>
      </w:r>
    </w:p>
    <w:p w14:paraId="7C845EE9" w14:textId="77777777" w:rsidR="00C1293B" w:rsidRPr="00AE1609" w:rsidRDefault="0018130B">
      <w:pPr>
        <w:pStyle w:val="Akapitzlist"/>
        <w:numPr>
          <w:ilvl w:val="0"/>
          <w:numId w:val="12"/>
        </w:numPr>
        <w:rPr>
          <w:noProof/>
          <w:lang w:val="pl-PL"/>
        </w:rPr>
      </w:pPr>
      <w:r w:rsidRPr="00AE1609">
        <w:rPr>
          <w:noProof/>
          <w:lang w:val="pl-PL"/>
        </w:rPr>
        <w:t>W sprawach nieuregulowanych Umową zastosowanie mają przepisy Kodeksu cywilnego, ustawy – Prawo zamówień publicznych oraz inne właściwe przepisy prawa związane z przedmiotem zamówienia.</w:t>
      </w:r>
    </w:p>
    <w:p w14:paraId="7D3A0A2D" w14:textId="77777777" w:rsidR="00C1293B" w:rsidRPr="00AE1609" w:rsidRDefault="0018130B">
      <w:pPr>
        <w:pStyle w:val="Akapitzlist"/>
        <w:numPr>
          <w:ilvl w:val="0"/>
          <w:numId w:val="12"/>
        </w:numPr>
        <w:rPr>
          <w:noProof/>
          <w:lang w:val="pl-PL"/>
        </w:rPr>
      </w:pPr>
      <w:r w:rsidRPr="00AE1609">
        <w:rPr>
          <w:noProof/>
          <w:lang w:val="pl-PL"/>
        </w:rPr>
        <w:t>Czynność prawna Wykonawcy mająca na celu zmianę wierzyciela Zamawiającego wymaga zgody podmiotu, który utworzył Zamawiającego, w rozumieniu przepisów o działalności leczniczej. Przyjęcie poręczenia za zobowiązania Zamawiającego wymaga dodatkowo, pod rygorem nieważności, zgody tego podmiotu.</w:t>
      </w:r>
    </w:p>
    <w:p w14:paraId="36A5522A" w14:textId="77777777" w:rsidR="00C1293B" w:rsidRPr="00AE1609" w:rsidRDefault="0018130B">
      <w:pPr>
        <w:pStyle w:val="Akapitzlist"/>
        <w:numPr>
          <w:ilvl w:val="0"/>
          <w:numId w:val="12"/>
        </w:numPr>
        <w:rPr>
          <w:noProof/>
          <w:lang w:val="pl-PL"/>
        </w:rPr>
      </w:pPr>
      <w:r w:rsidRPr="00AE1609">
        <w:rPr>
          <w:noProof/>
          <w:lang w:val="pl-PL"/>
        </w:rPr>
        <w:t>Wykonawca przyjmuje do wiadomości, że treść Umowy oraz informacje o jej realizacji mogą stanowić informację publiczną podlegającą udostępnieniu na zasadach określonych w przepisach prawa.</w:t>
      </w:r>
    </w:p>
    <w:p w14:paraId="7F4DEBCC" w14:textId="77777777" w:rsidR="00C1293B" w:rsidRPr="00AE1609" w:rsidRDefault="0018130B">
      <w:pPr>
        <w:pStyle w:val="Akapitzlist"/>
        <w:numPr>
          <w:ilvl w:val="0"/>
          <w:numId w:val="12"/>
        </w:numPr>
        <w:rPr>
          <w:noProof/>
          <w:lang w:val="pl-PL"/>
        </w:rPr>
      </w:pPr>
      <w:r w:rsidRPr="00AE1609">
        <w:rPr>
          <w:noProof/>
          <w:lang w:val="pl-PL"/>
        </w:rPr>
        <w:t>Wykonawca zobowiązuje się do niezwłocznego informowania Zamawiającego o zmianie formy prawnej, firmy, adresu siedziby lub innych danych ujawnionych w Umowie i mających znaczenie dla jej wykonywania.</w:t>
      </w:r>
    </w:p>
    <w:p w14:paraId="6B5BE971" w14:textId="77777777" w:rsidR="00C1293B" w:rsidRPr="00AE1609" w:rsidRDefault="0018130B">
      <w:pPr>
        <w:pStyle w:val="Akapitzlist"/>
        <w:numPr>
          <w:ilvl w:val="0"/>
          <w:numId w:val="12"/>
        </w:numPr>
        <w:rPr>
          <w:noProof/>
          <w:lang w:val="pl-PL"/>
        </w:rPr>
      </w:pPr>
      <w:r w:rsidRPr="00AE1609">
        <w:rPr>
          <w:noProof/>
          <w:lang w:val="pl-PL"/>
        </w:rPr>
        <w:t>Ewentualne spory wynikłe na tle zawarcia lub wykonania Umowy będą rozstrzygane przez sąd powszechny właściwy miejscowo dla siedziby Zamawiającego.</w:t>
      </w:r>
    </w:p>
    <w:p w14:paraId="40178977" w14:textId="77777777" w:rsidR="00C1293B" w:rsidRPr="00AE1609" w:rsidRDefault="0018130B">
      <w:pPr>
        <w:pStyle w:val="Akapitzlist"/>
        <w:numPr>
          <w:ilvl w:val="0"/>
          <w:numId w:val="12"/>
        </w:numPr>
        <w:rPr>
          <w:noProof/>
          <w:lang w:val="pl-PL"/>
        </w:rPr>
      </w:pPr>
      <w:r w:rsidRPr="00AE1609">
        <w:rPr>
          <w:noProof/>
          <w:lang w:val="pl-PL"/>
        </w:rPr>
        <w:lastRenderedPageBreak/>
        <w:t>Datą zawarcia Umowy jest data złożenia oświadczenia woli o jej zawarciu przez ostatnią ze Stron.</w:t>
      </w:r>
    </w:p>
    <w:p w14:paraId="620165FB" w14:textId="77777777" w:rsidR="00C1293B" w:rsidRPr="00AE1609" w:rsidRDefault="0018130B">
      <w:pPr>
        <w:pStyle w:val="Akapitzlist"/>
        <w:numPr>
          <w:ilvl w:val="0"/>
          <w:numId w:val="12"/>
        </w:numPr>
        <w:rPr>
          <w:noProof/>
          <w:lang w:val="pl-PL"/>
        </w:rPr>
      </w:pPr>
      <w:r w:rsidRPr="00AE1609">
        <w:rPr>
          <w:noProof/>
          <w:lang w:val="pl-PL"/>
        </w:rPr>
        <w:t>Umowa została sporządzona w postaci elektronicznej i podpisana przez każdą ze Stron kwalifikowanym podpisem elektronicznym.</w:t>
      </w:r>
    </w:p>
    <w:p w14:paraId="6AB24086" w14:textId="77777777" w:rsidR="00C1293B" w:rsidRPr="00AE1609" w:rsidRDefault="0018130B">
      <w:pPr>
        <w:pStyle w:val="Akapitzlist"/>
        <w:numPr>
          <w:ilvl w:val="0"/>
          <w:numId w:val="12"/>
        </w:numPr>
        <w:rPr>
          <w:noProof/>
          <w:lang w:val="pl-PL"/>
        </w:rPr>
      </w:pPr>
      <w:r w:rsidRPr="00AE1609">
        <w:rPr>
          <w:noProof/>
          <w:lang w:val="pl-PL"/>
        </w:rPr>
        <w:t>Integralną część Umowy stanowią:</w:t>
      </w:r>
    </w:p>
    <w:p w14:paraId="5A9CAEFB" w14:textId="77777777" w:rsidR="00AE1609" w:rsidRPr="00AE1609" w:rsidRDefault="00AE1609">
      <w:pPr>
        <w:pStyle w:val="Akapitzlist"/>
        <w:numPr>
          <w:ilvl w:val="1"/>
          <w:numId w:val="12"/>
        </w:numPr>
        <w:rPr>
          <w:noProof/>
          <w:lang w:val="pl-PL"/>
        </w:rPr>
      </w:pPr>
      <w:r w:rsidRPr="00AE1609">
        <w:rPr>
          <w:noProof/>
          <w:lang w:val="pl-PL"/>
        </w:rPr>
        <w:t>załącznik nr 1 – formularz ofertowy techniczny Wykonawcy / opis przedmiotu zamówienia dla części nr …, zawierający także okresy gwarancji dla poszczególnych elementów Przedmiotu Umowy;</w:t>
      </w:r>
    </w:p>
    <w:p w14:paraId="79ADA9D4" w14:textId="378750CB" w:rsidR="00C1293B" w:rsidRPr="00AE1609" w:rsidRDefault="00AE1609">
      <w:pPr>
        <w:pStyle w:val="Akapitzlist"/>
        <w:numPr>
          <w:ilvl w:val="1"/>
          <w:numId w:val="12"/>
        </w:numPr>
        <w:rPr>
          <w:noProof/>
          <w:lang w:val="pl-PL"/>
        </w:rPr>
      </w:pPr>
      <w:r w:rsidRPr="00AE1609">
        <w:rPr>
          <w:noProof/>
          <w:lang w:val="pl-PL"/>
        </w:rPr>
        <w:t>z</w:t>
      </w:r>
      <w:r w:rsidR="0018130B" w:rsidRPr="00AE1609">
        <w:rPr>
          <w:noProof/>
          <w:lang w:val="pl-PL"/>
        </w:rPr>
        <w:t>ałącznik nr 2 – kopia formularza ofertowego Wykonawcy;</w:t>
      </w:r>
    </w:p>
    <w:p w14:paraId="16592606" w14:textId="77777777" w:rsidR="00C1293B" w:rsidRPr="00AE1609" w:rsidRDefault="0018130B">
      <w:pPr>
        <w:pStyle w:val="Akapitzlist"/>
        <w:numPr>
          <w:ilvl w:val="1"/>
          <w:numId w:val="12"/>
        </w:numPr>
        <w:rPr>
          <w:noProof/>
          <w:lang w:val="pl-PL"/>
        </w:rPr>
      </w:pPr>
      <w:r w:rsidRPr="00AE1609">
        <w:rPr>
          <w:noProof/>
          <w:lang w:val="pl-PL"/>
        </w:rPr>
        <w:t>załącznik nr 3 – wzór protokołu odbioru końcowego.</w:t>
      </w:r>
    </w:p>
    <w:p w14:paraId="75147F54"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723F41B2" w14:textId="77777777">
        <w:trPr>
          <w:jc w:val="center"/>
        </w:trPr>
        <w:tc>
          <w:tcPr>
            <w:tcW w:w="4680" w:type="dxa"/>
            <w:vAlign w:val="center"/>
          </w:tcPr>
          <w:p w14:paraId="2E65C0D6" w14:textId="77777777" w:rsidR="00C1293B" w:rsidRPr="00AE1609" w:rsidRDefault="0018130B">
            <w:pPr>
              <w:jc w:val="center"/>
              <w:rPr>
                <w:noProof/>
                <w:lang w:val="pl-PL"/>
              </w:rPr>
            </w:pPr>
            <w:r w:rsidRPr="00AE1609">
              <w:rPr>
                <w:b/>
                <w:noProof/>
                <w:lang w:val="pl-PL"/>
              </w:rPr>
              <w:t>ZAMAWIAJĄCY</w:t>
            </w:r>
          </w:p>
        </w:tc>
        <w:tc>
          <w:tcPr>
            <w:tcW w:w="4680" w:type="dxa"/>
            <w:vAlign w:val="center"/>
          </w:tcPr>
          <w:p w14:paraId="10A3AD62" w14:textId="77777777" w:rsidR="00C1293B" w:rsidRPr="00AE1609" w:rsidRDefault="0018130B">
            <w:pPr>
              <w:jc w:val="center"/>
              <w:rPr>
                <w:noProof/>
                <w:lang w:val="pl-PL"/>
              </w:rPr>
            </w:pPr>
            <w:r w:rsidRPr="00AE1609">
              <w:rPr>
                <w:b/>
                <w:noProof/>
                <w:lang w:val="pl-PL"/>
              </w:rPr>
              <w:t>WYKONAWCA</w:t>
            </w:r>
          </w:p>
        </w:tc>
      </w:tr>
      <w:tr w:rsidR="00C1293B" w:rsidRPr="00AE1609" w14:paraId="64336724" w14:textId="77777777">
        <w:trPr>
          <w:jc w:val="center"/>
        </w:trPr>
        <w:tc>
          <w:tcPr>
            <w:tcW w:w="4680" w:type="dxa"/>
            <w:vAlign w:val="center"/>
          </w:tcPr>
          <w:p w14:paraId="7FC8333C"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3E628274"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2308C977" w14:textId="77777777" w:rsidR="00C1293B" w:rsidRPr="00AE1609" w:rsidRDefault="0018130B">
      <w:pPr>
        <w:rPr>
          <w:noProof/>
          <w:lang w:val="pl-PL"/>
        </w:rPr>
      </w:pPr>
      <w:r w:rsidRPr="00AE1609">
        <w:rPr>
          <w:noProof/>
          <w:lang w:val="pl-PL"/>
        </w:rPr>
        <w:br w:type="page"/>
      </w:r>
    </w:p>
    <w:p w14:paraId="23259799" w14:textId="77777777" w:rsidR="00C1293B" w:rsidRPr="00AE1609" w:rsidRDefault="0018130B">
      <w:pPr>
        <w:rPr>
          <w:noProof/>
          <w:lang w:val="pl-PL"/>
        </w:rPr>
      </w:pPr>
      <w:r w:rsidRPr="00AE1609">
        <w:rPr>
          <w:b/>
          <w:noProof/>
          <w:lang w:val="pl-PL"/>
        </w:rPr>
        <w:lastRenderedPageBreak/>
        <w:t>Załącznik nr 3 do Umowy</w:t>
      </w:r>
    </w:p>
    <w:p w14:paraId="7435995A" w14:textId="77777777" w:rsidR="00C1293B" w:rsidRPr="00AE1609" w:rsidRDefault="0018130B">
      <w:pPr>
        <w:rPr>
          <w:noProof/>
          <w:lang w:val="pl-PL"/>
        </w:rPr>
      </w:pPr>
      <w:r w:rsidRPr="00AE1609">
        <w:rPr>
          <w:b/>
          <w:noProof/>
          <w:lang w:val="pl-PL"/>
        </w:rPr>
        <w:t>WZÓR PROTOKOŁU ODBIORU KOŃCOWEGO</w:t>
      </w:r>
    </w:p>
    <w:p w14:paraId="47490A8E" w14:textId="77777777" w:rsidR="00C1293B" w:rsidRPr="00AE1609" w:rsidRDefault="0018130B">
      <w:pPr>
        <w:rPr>
          <w:noProof/>
          <w:lang w:val="pl-PL"/>
        </w:rPr>
      </w:pPr>
      <w:r w:rsidRPr="00AE1609">
        <w:rPr>
          <w:b/>
          <w:noProof/>
          <w:lang w:val="pl-PL"/>
        </w:rPr>
        <w:t>PROTOKÓŁ DOSTAWY, MONTAŻU, URUCHOMIENIA, SZKOLENIA PERSONELU I ODBIORU KOŃCOWEGO</w:t>
      </w:r>
    </w:p>
    <w:p w14:paraId="5826C2F9" w14:textId="77777777" w:rsidR="00C1293B" w:rsidRPr="00AE1609" w:rsidRDefault="00C1293B">
      <w:pPr>
        <w:rPr>
          <w:noProof/>
          <w:lang w:val="pl-PL"/>
        </w:rPr>
      </w:pPr>
    </w:p>
    <w:p w14:paraId="6212BF0B" w14:textId="77777777" w:rsidR="00C1293B" w:rsidRPr="00AE1609" w:rsidRDefault="0018130B">
      <w:pPr>
        <w:rPr>
          <w:noProof/>
          <w:lang w:val="pl-PL"/>
        </w:rPr>
      </w:pPr>
      <w:r w:rsidRPr="00AE1609">
        <w:rPr>
          <w:noProof/>
          <w:lang w:val="pl-PL"/>
        </w:rPr>
        <w:t>dotyczy Umowy nr ………………………………………… z dnia …………………………………………</w:t>
      </w:r>
    </w:p>
    <w:p w14:paraId="0437FB1E" w14:textId="77777777" w:rsidR="00C1293B" w:rsidRPr="00AE1609" w:rsidRDefault="0018130B">
      <w:pPr>
        <w:rPr>
          <w:noProof/>
          <w:lang w:val="pl-PL"/>
        </w:rPr>
      </w:pPr>
      <w:r w:rsidRPr="00AE1609">
        <w:rPr>
          <w:noProof/>
          <w:lang w:val="pl-PL"/>
        </w:rPr>
        <w:t>część nr … – ………………………………………………………………………………</w:t>
      </w:r>
    </w:p>
    <w:p w14:paraId="72A95382" w14:textId="77777777" w:rsidR="00C1293B" w:rsidRPr="00AE1609" w:rsidRDefault="0018130B">
      <w:pPr>
        <w:rPr>
          <w:noProof/>
          <w:lang w:val="pl-PL"/>
        </w:rPr>
      </w:pPr>
      <w:r w:rsidRPr="00AE1609">
        <w:rPr>
          <w:noProof/>
          <w:lang w:val="pl-PL"/>
        </w:rPr>
        <w:t>Miejsce odbioru: …………………………………………………………………………………………………………………</w:t>
      </w:r>
    </w:p>
    <w:p w14:paraId="64F5A978" w14:textId="77777777" w:rsidR="00C1293B" w:rsidRPr="00AE1609" w:rsidRDefault="0018130B">
      <w:pPr>
        <w:rPr>
          <w:noProof/>
          <w:lang w:val="pl-PL"/>
        </w:rPr>
      </w:pPr>
      <w:r w:rsidRPr="00AE1609">
        <w:rPr>
          <w:noProof/>
          <w:lang w:val="pl-PL"/>
        </w:rPr>
        <w:t>Data odbioru: ……………………………………………………………………………………………………………………</w:t>
      </w:r>
    </w:p>
    <w:p w14:paraId="3F735B8D" w14:textId="77777777" w:rsidR="00C1293B" w:rsidRPr="00AE1609" w:rsidRDefault="0018130B">
      <w:pPr>
        <w:rPr>
          <w:noProof/>
          <w:lang w:val="pl-PL"/>
        </w:rPr>
      </w:pPr>
      <w:r w:rsidRPr="00AE1609">
        <w:rPr>
          <w:b/>
          <w:noProof/>
          <w:lang w:val="pl-PL"/>
        </w:rPr>
        <w:t>CZĘŚĆ A – DOSTAWA</w:t>
      </w:r>
    </w:p>
    <w:tbl>
      <w:tblPr>
        <w:tblStyle w:val="Tabela-Siatka"/>
        <w:tblW w:w="0" w:type="auto"/>
        <w:jc w:val="center"/>
        <w:tblLook w:val="04A0" w:firstRow="1" w:lastRow="0" w:firstColumn="1" w:lastColumn="0" w:noHBand="0" w:noVBand="1"/>
      </w:tblPr>
      <w:tblGrid>
        <w:gridCol w:w="2338"/>
        <w:gridCol w:w="2338"/>
        <w:gridCol w:w="2337"/>
        <w:gridCol w:w="2337"/>
      </w:tblGrid>
      <w:tr w:rsidR="00C1293B" w:rsidRPr="00AE1609" w14:paraId="20F4166A" w14:textId="77777777">
        <w:trPr>
          <w:jc w:val="center"/>
        </w:trPr>
        <w:tc>
          <w:tcPr>
            <w:tcW w:w="2340" w:type="dxa"/>
            <w:vAlign w:val="center"/>
          </w:tcPr>
          <w:p w14:paraId="478C0CD5" w14:textId="77777777" w:rsidR="00C1293B" w:rsidRPr="00AE1609" w:rsidRDefault="0018130B">
            <w:pPr>
              <w:jc w:val="center"/>
              <w:rPr>
                <w:noProof/>
                <w:lang w:val="pl-PL"/>
              </w:rPr>
            </w:pPr>
            <w:r w:rsidRPr="00AE1609">
              <w:rPr>
                <w:b/>
                <w:noProof/>
                <w:lang w:val="pl-PL"/>
              </w:rPr>
              <w:t>Nazwa wyrobu / elementu wyposażenia</w:t>
            </w:r>
          </w:p>
        </w:tc>
        <w:tc>
          <w:tcPr>
            <w:tcW w:w="2340" w:type="dxa"/>
            <w:vAlign w:val="center"/>
          </w:tcPr>
          <w:p w14:paraId="62D534B3" w14:textId="77777777" w:rsidR="00C1293B" w:rsidRPr="00AE1609" w:rsidRDefault="0018130B">
            <w:pPr>
              <w:jc w:val="center"/>
              <w:rPr>
                <w:noProof/>
                <w:lang w:val="pl-PL"/>
              </w:rPr>
            </w:pPr>
            <w:r w:rsidRPr="00AE1609">
              <w:rPr>
                <w:b/>
                <w:noProof/>
                <w:lang w:val="pl-PL"/>
              </w:rPr>
              <w:t>Dostarczona ilość</w:t>
            </w:r>
          </w:p>
        </w:tc>
        <w:tc>
          <w:tcPr>
            <w:tcW w:w="2340" w:type="dxa"/>
            <w:vAlign w:val="center"/>
          </w:tcPr>
          <w:p w14:paraId="28539165" w14:textId="77777777" w:rsidR="00C1293B" w:rsidRPr="00AE1609" w:rsidRDefault="0018130B">
            <w:pPr>
              <w:jc w:val="center"/>
              <w:rPr>
                <w:noProof/>
                <w:lang w:val="pl-PL"/>
              </w:rPr>
            </w:pPr>
            <w:r w:rsidRPr="00AE1609">
              <w:rPr>
                <w:b/>
                <w:noProof/>
                <w:lang w:val="pl-PL"/>
              </w:rPr>
              <w:t>Numer seryjny (jeżeli dotyczy)</w:t>
            </w:r>
          </w:p>
        </w:tc>
        <w:tc>
          <w:tcPr>
            <w:tcW w:w="2340" w:type="dxa"/>
            <w:vAlign w:val="center"/>
          </w:tcPr>
          <w:p w14:paraId="28FD856B" w14:textId="77777777" w:rsidR="00C1293B" w:rsidRPr="00AE1609" w:rsidRDefault="0018130B">
            <w:pPr>
              <w:jc w:val="center"/>
              <w:rPr>
                <w:noProof/>
                <w:lang w:val="pl-PL"/>
              </w:rPr>
            </w:pPr>
            <w:r w:rsidRPr="00AE1609">
              <w:rPr>
                <w:b/>
                <w:noProof/>
                <w:lang w:val="pl-PL"/>
              </w:rPr>
              <w:t>Uwagi</w:t>
            </w:r>
          </w:p>
        </w:tc>
      </w:tr>
      <w:tr w:rsidR="00C1293B" w:rsidRPr="00AE1609" w14:paraId="7CED4C13" w14:textId="77777777">
        <w:trPr>
          <w:jc w:val="center"/>
        </w:trPr>
        <w:tc>
          <w:tcPr>
            <w:tcW w:w="2340" w:type="dxa"/>
            <w:vAlign w:val="center"/>
          </w:tcPr>
          <w:p w14:paraId="4F0CB15B" w14:textId="77777777" w:rsidR="00C1293B" w:rsidRPr="00AE1609" w:rsidRDefault="0018130B">
            <w:pPr>
              <w:rPr>
                <w:noProof/>
                <w:lang w:val="pl-PL"/>
              </w:rPr>
            </w:pPr>
            <w:r w:rsidRPr="00AE1609">
              <w:rPr>
                <w:noProof/>
                <w:lang w:val="pl-PL"/>
              </w:rPr>
              <w:t xml:space="preserve"> </w:t>
            </w:r>
          </w:p>
        </w:tc>
        <w:tc>
          <w:tcPr>
            <w:tcW w:w="2340" w:type="dxa"/>
            <w:vAlign w:val="center"/>
          </w:tcPr>
          <w:p w14:paraId="34FCC986" w14:textId="77777777" w:rsidR="00C1293B" w:rsidRPr="00AE1609" w:rsidRDefault="0018130B">
            <w:pPr>
              <w:rPr>
                <w:noProof/>
                <w:lang w:val="pl-PL"/>
              </w:rPr>
            </w:pPr>
            <w:r w:rsidRPr="00AE1609">
              <w:rPr>
                <w:noProof/>
                <w:lang w:val="pl-PL"/>
              </w:rPr>
              <w:t xml:space="preserve"> </w:t>
            </w:r>
          </w:p>
        </w:tc>
        <w:tc>
          <w:tcPr>
            <w:tcW w:w="2340" w:type="dxa"/>
            <w:vAlign w:val="center"/>
          </w:tcPr>
          <w:p w14:paraId="60CBEEDF" w14:textId="77777777" w:rsidR="00C1293B" w:rsidRPr="00AE1609" w:rsidRDefault="0018130B">
            <w:pPr>
              <w:rPr>
                <w:noProof/>
                <w:lang w:val="pl-PL"/>
              </w:rPr>
            </w:pPr>
            <w:r w:rsidRPr="00AE1609">
              <w:rPr>
                <w:noProof/>
                <w:lang w:val="pl-PL"/>
              </w:rPr>
              <w:t xml:space="preserve"> </w:t>
            </w:r>
          </w:p>
        </w:tc>
        <w:tc>
          <w:tcPr>
            <w:tcW w:w="2340" w:type="dxa"/>
            <w:vAlign w:val="center"/>
          </w:tcPr>
          <w:p w14:paraId="0A97CF03" w14:textId="77777777" w:rsidR="00C1293B" w:rsidRPr="00AE1609" w:rsidRDefault="0018130B">
            <w:pPr>
              <w:rPr>
                <w:noProof/>
                <w:lang w:val="pl-PL"/>
              </w:rPr>
            </w:pPr>
            <w:r w:rsidRPr="00AE1609">
              <w:rPr>
                <w:noProof/>
                <w:lang w:val="pl-PL"/>
              </w:rPr>
              <w:t xml:space="preserve"> </w:t>
            </w:r>
          </w:p>
        </w:tc>
      </w:tr>
    </w:tbl>
    <w:p w14:paraId="368C78A1" w14:textId="77777777" w:rsidR="00C1293B" w:rsidRPr="00AE1609" w:rsidRDefault="00C1293B">
      <w:pPr>
        <w:rPr>
          <w:noProof/>
          <w:lang w:val="pl-PL"/>
        </w:rPr>
      </w:pPr>
    </w:p>
    <w:p w14:paraId="45FC788D" w14:textId="77777777" w:rsidR="00C1293B" w:rsidRPr="00AE1609" w:rsidRDefault="0018130B">
      <w:pPr>
        <w:rPr>
          <w:noProof/>
          <w:lang w:val="pl-PL"/>
        </w:rPr>
      </w:pPr>
      <w:r w:rsidRPr="00AE1609">
        <w:rPr>
          <w:b/>
          <w:noProof/>
          <w:lang w:val="pl-PL"/>
        </w:rPr>
        <w:t>CZĘŚĆ B – MONTAŻ I URUCHOMIENIE</w:t>
      </w:r>
    </w:p>
    <w:p w14:paraId="01A99EAE" w14:textId="77777777" w:rsidR="00C1293B" w:rsidRPr="00AE1609" w:rsidRDefault="0018130B">
      <w:pPr>
        <w:rPr>
          <w:noProof/>
          <w:lang w:val="pl-PL"/>
        </w:rPr>
      </w:pPr>
      <w:r w:rsidRPr="00AE1609">
        <w:rPr>
          <w:noProof/>
          <w:lang w:val="pl-PL"/>
        </w:rPr>
        <w:t>Opisane w części A wyroby wymagały / nie wymagały montażu.</w:t>
      </w:r>
    </w:p>
    <w:p w14:paraId="63392A70" w14:textId="77777777" w:rsidR="00C1293B" w:rsidRPr="00AE1609" w:rsidRDefault="0018130B">
      <w:pPr>
        <w:rPr>
          <w:noProof/>
          <w:lang w:val="pl-PL"/>
        </w:rPr>
      </w:pPr>
      <w:r w:rsidRPr="00AE1609">
        <w:rPr>
          <w:noProof/>
          <w:lang w:val="pl-PL"/>
        </w:rPr>
        <w:t>Stwierdza się, że dokonano prawidłowego montażu i uruchomienia dostarczonych wyrobów / elementów wyposażenia zgodnie z postanowieniami Umowy.</w:t>
      </w:r>
    </w:p>
    <w:p w14:paraId="231DF17E" w14:textId="77777777" w:rsidR="00C1293B" w:rsidRPr="00AE1609" w:rsidRDefault="0018130B">
      <w:pPr>
        <w:rPr>
          <w:noProof/>
          <w:lang w:val="pl-PL"/>
        </w:rPr>
      </w:pPr>
      <w:r w:rsidRPr="00AE1609">
        <w:rPr>
          <w:noProof/>
          <w:lang w:val="pl-PL"/>
        </w:rPr>
        <w:t>Uwagi dotyczące montażu, uruchomienia lub prób odbiorowych: ………………………………………………………………………………………………………………………………</w:t>
      </w:r>
    </w:p>
    <w:p w14:paraId="4EC635CE" w14:textId="77777777" w:rsidR="00C1293B" w:rsidRPr="00AE1609" w:rsidRDefault="0018130B">
      <w:pPr>
        <w:rPr>
          <w:noProof/>
          <w:lang w:val="pl-PL"/>
        </w:rPr>
      </w:pPr>
      <w:r w:rsidRPr="00AE1609">
        <w:rPr>
          <w:noProof/>
          <w:lang w:val="pl-PL"/>
        </w:rPr>
        <w:t>………………………………………………………………………………………………………………………………………………………………</w:t>
      </w:r>
    </w:p>
    <w:p w14:paraId="250B012B" w14:textId="77777777" w:rsidR="00C1293B" w:rsidRPr="00AE1609" w:rsidRDefault="00C1293B">
      <w:pPr>
        <w:rPr>
          <w:noProof/>
          <w:lang w:val="pl-PL"/>
        </w:rPr>
      </w:pPr>
    </w:p>
    <w:p w14:paraId="3238A697" w14:textId="77777777" w:rsidR="00C1293B" w:rsidRPr="00AE1609" w:rsidRDefault="0018130B">
      <w:pPr>
        <w:rPr>
          <w:noProof/>
          <w:lang w:val="pl-PL"/>
        </w:rPr>
      </w:pPr>
      <w:r w:rsidRPr="00AE1609">
        <w:rPr>
          <w:b/>
          <w:noProof/>
          <w:lang w:val="pl-PL"/>
        </w:rPr>
        <w:t>CZĘŚĆ C – SZKOLENIE PERSONELU</w:t>
      </w:r>
    </w:p>
    <w:p w14:paraId="425BABC6" w14:textId="77777777" w:rsidR="00C1293B" w:rsidRPr="00AE1609" w:rsidRDefault="0018130B">
      <w:pPr>
        <w:rPr>
          <w:noProof/>
          <w:lang w:val="pl-PL"/>
        </w:rPr>
      </w:pPr>
      <w:r w:rsidRPr="00AE1609">
        <w:rPr>
          <w:noProof/>
          <w:lang w:val="pl-PL"/>
        </w:rPr>
        <w:t>Opisane w części A wyroby wymagały / nie wymagały przeprowadzenia szkolenia personelu.</w:t>
      </w:r>
    </w:p>
    <w:tbl>
      <w:tblPr>
        <w:tblStyle w:val="Tabela-Siatka"/>
        <w:tblW w:w="0" w:type="auto"/>
        <w:jc w:val="center"/>
        <w:tblLook w:val="04A0" w:firstRow="1" w:lastRow="0" w:firstColumn="1" w:lastColumn="0" w:noHBand="0" w:noVBand="1"/>
      </w:tblPr>
      <w:tblGrid>
        <w:gridCol w:w="4675"/>
        <w:gridCol w:w="4675"/>
      </w:tblGrid>
      <w:tr w:rsidR="00C1293B" w:rsidRPr="00AE1609" w14:paraId="206848D0" w14:textId="77777777">
        <w:trPr>
          <w:jc w:val="center"/>
        </w:trPr>
        <w:tc>
          <w:tcPr>
            <w:tcW w:w="4680" w:type="dxa"/>
            <w:vAlign w:val="center"/>
          </w:tcPr>
          <w:p w14:paraId="51D99841" w14:textId="77777777" w:rsidR="00C1293B" w:rsidRPr="00AE1609" w:rsidRDefault="0018130B">
            <w:pPr>
              <w:jc w:val="center"/>
              <w:rPr>
                <w:noProof/>
                <w:lang w:val="pl-PL"/>
              </w:rPr>
            </w:pPr>
            <w:r w:rsidRPr="00AE1609">
              <w:rPr>
                <w:b/>
                <w:noProof/>
                <w:lang w:val="pl-PL"/>
              </w:rPr>
              <w:t>Przedmiot szkolenia</w:t>
            </w:r>
          </w:p>
        </w:tc>
        <w:tc>
          <w:tcPr>
            <w:tcW w:w="4680" w:type="dxa"/>
            <w:vAlign w:val="center"/>
          </w:tcPr>
          <w:p w14:paraId="23B2E0D6" w14:textId="77777777" w:rsidR="00C1293B" w:rsidRPr="00AE1609" w:rsidRDefault="0018130B">
            <w:pPr>
              <w:jc w:val="center"/>
              <w:rPr>
                <w:noProof/>
                <w:lang w:val="pl-PL"/>
              </w:rPr>
            </w:pPr>
            <w:r w:rsidRPr="00AE1609">
              <w:rPr>
                <w:b/>
                <w:noProof/>
                <w:lang w:val="pl-PL"/>
              </w:rPr>
              <w:t>Liczba przeszkolonych osób</w:t>
            </w:r>
          </w:p>
        </w:tc>
      </w:tr>
      <w:tr w:rsidR="00C1293B" w:rsidRPr="00AE1609" w14:paraId="410A8602" w14:textId="77777777">
        <w:trPr>
          <w:jc w:val="center"/>
        </w:trPr>
        <w:tc>
          <w:tcPr>
            <w:tcW w:w="4680" w:type="dxa"/>
            <w:vAlign w:val="center"/>
          </w:tcPr>
          <w:p w14:paraId="5BBE0996" w14:textId="77777777" w:rsidR="00C1293B" w:rsidRPr="00AE1609" w:rsidRDefault="0018130B">
            <w:pPr>
              <w:rPr>
                <w:noProof/>
                <w:lang w:val="pl-PL"/>
              </w:rPr>
            </w:pPr>
            <w:r w:rsidRPr="00AE1609">
              <w:rPr>
                <w:noProof/>
                <w:lang w:val="pl-PL"/>
              </w:rPr>
              <w:t xml:space="preserve"> </w:t>
            </w:r>
          </w:p>
        </w:tc>
        <w:tc>
          <w:tcPr>
            <w:tcW w:w="4680" w:type="dxa"/>
            <w:vAlign w:val="center"/>
          </w:tcPr>
          <w:p w14:paraId="248297E9" w14:textId="77777777" w:rsidR="00C1293B" w:rsidRPr="00AE1609" w:rsidRDefault="0018130B">
            <w:pPr>
              <w:rPr>
                <w:noProof/>
                <w:lang w:val="pl-PL"/>
              </w:rPr>
            </w:pPr>
            <w:r w:rsidRPr="00AE1609">
              <w:rPr>
                <w:noProof/>
                <w:lang w:val="pl-PL"/>
              </w:rPr>
              <w:t xml:space="preserve"> </w:t>
            </w:r>
          </w:p>
        </w:tc>
      </w:tr>
    </w:tbl>
    <w:p w14:paraId="4BC3D5B0" w14:textId="77777777" w:rsidR="00C1293B" w:rsidRPr="00AE1609" w:rsidRDefault="00C1293B">
      <w:pPr>
        <w:rPr>
          <w:noProof/>
          <w:lang w:val="pl-PL"/>
        </w:rPr>
      </w:pPr>
    </w:p>
    <w:p w14:paraId="32E9AE69" w14:textId="77777777" w:rsidR="00C1293B" w:rsidRPr="00AE1609" w:rsidRDefault="0018130B">
      <w:pPr>
        <w:rPr>
          <w:noProof/>
          <w:lang w:val="pl-PL"/>
        </w:rPr>
      </w:pPr>
      <w:r w:rsidRPr="00AE1609">
        <w:rPr>
          <w:b/>
          <w:noProof/>
          <w:lang w:val="pl-PL"/>
        </w:rPr>
        <w:t>CZĘŚĆ D – ODBIÓR KOŃCOWY</w:t>
      </w:r>
    </w:p>
    <w:p w14:paraId="49D4B415" w14:textId="77777777" w:rsidR="00C1293B" w:rsidRPr="00AE1609" w:rsidRDefault="0018130B">
      <w:pPr>
        <w:rPr>
          <w:noProof/>
          <w:lang w:val="pl-PL"/>
        </w:rPr>
      </w:pPr>
      <w:r w:rsidRPr="00AE1609">
        <w:rPr>
          <w:noProof/>
          <w:lang w:val="pl-PL"/>
        </w:rPr>
        <w:t>Stwierdza się terminowe / nieterminowe wywiązanie się Wykonawcy z postanowień Umowy w zakresie dostawy, montażu i uruchomienia wyrobów opisanych w części A.</w:t>
      </w:r>
    </w:p>
    <w:p w14:paraId="000D5D7A" w14:textId="77777777" w:rsidR="00C1293B" w:rsidRPr="00AE1609" w:rsidRDefault="0018130B">
      <w:pPr>
        <w:rPr>
          <w:noProof/>
          <w:lang w:val="pl-PL"/>
        </w:rPr>
      </w:pPr>
      <w:r w:rsidRPr="00AE1609">
        <w:rPr>
          <w:noProof/>
          <w:lang w:val="pl-PL"/>
        </w:rPr>
        <w:t>Opóźnienie podlegające naliczeniu kar umownych wynosi: ……………………………… dni.</w:t>
      </w:r>
    </w:p>
    <w:p w14:paraId="1BC7CE9D" w14:textId="77777777" w:rsidR="00C1293B" w:rsidRPr="00AE1609" w:rsidRDefault="0018130B">
      <w:pPr>
        <w:rPr>
          <w:noProof/>
          <w:lang w:val="pl-PL"/>
        </w:rPr>
      </w:pPr>
      <w:r w:rsidRPr="00AE1609">
        <w:rPr>
          <w:noProof/>
          <w:lang w:val="pl-PL"/>
        </w:rPr>
        <w:t>Uwagi Zamawiającego: …………………………………………………………………………………………………………………………………………</w:t>
      </w:r>
    </w:p>
    <w:p w14:paraId="5B4E26D7" w14:textId="77777777" w:rsidR="00C1293B" w:rsidRPr="00AE1609" w:rsidRDefault="0018130B">
      <w:pPr>
        <w:rPr>
          <w:noProof/>
          <w:lang w:val="pl-PL"/>
        </w:rPr>
      </w:pPr>
      <w:r w:rsidRPr="00AE1609">
        <w:rPr>
          <w:noProof/>
          <w:lang w:val="pl-PL"/>
        </w:rPr>
        <w:t>………………………………………………………………………………………………………………………………………………………………</w:t>
      </w:r>
    </w:p>
    <w:p w14:paraId="6034EA5C" w14:textId="77777777" w:rsidR="00C1293B" w:rsidRPr="00AE1609" w:rsidRDefault="0018130B">
      <w:pPr>
        <w:pStyle w:val="Akapitzlist"/>
        <w:numPr>
          <w:ilvl w:val="0"/>
          <w:numId w:val="13"/>
        </w:numPr>
        <w:rPr>
          <w:noProof/>
          <w:lang w:val="pl-PL"/>
        </w:rPr>
      </w:pPr>
      <w:r w:rsidRPr="00AE1609">
        <w:rPr>
          <w:noProof/>
          <w:lang w:val="pl-PL"/>
        </w:rPr>
        <w:t>Niepotrzebne skreślić.</w:t>
      </w:r>
    </w:p>
    <w:p w14:paraId="690FA69C" w14:textId="77777777" w:rsidR="00C1293B" w:rsidRPr="00AE1609" w:rsidRDefault="0018130B">
      <w:pPr>
        <w:pStyle w:val="Akapitzlist"/>
        <w:numPr>
          <w:ilvl w:val="0"/>
          <w:numId w:val="13"/>
        </w:numPr>
        <w:rPr>
          <w:noProof/>
          <w:lang w:val="pl-PL"/>
        </w:rPr>
      </w:pPr>
      <w:r w:rsidRPr="00AE1609">
        <w:rPr>
          <w:noProof/>
          <w:lang w:val="pl-PL"/>
        </w:rPr>
        <w:t>W razie stwierdzenia zastrzeżeń należy je szczegółowo opisać w części D protokołu.</w:t>
      </w:r>
    </w:p>
    <w:p w14:paraId="18778AB0"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3AC7540A" w14:textId="77777777">
        <w:trPr>
          <w:jc w:val="center"/>
        </w:trPr>
        <w:tc>
          <w:tcPr>
            <w:tcW w:w="4680" w:type="dxa"/>
            <w:vAlign w:val="center"/>
          </w:tcPr>
          <w:p w14:paraId="3D103783" w14:textId="77777777" w:rsidR="00C1293B" w:rsidRPr="00AE1609" w:rsidRDefault="0018130B">
            <w:pPr>
              <w:jc w:val="center"/>
              <w:rPr>
                <w:noProof/>
                <w:lang w:val="pl-PL"/>
              </w:rPr>
            </w:pPr>
            <w:r w:rsidRPr="00AE1609">
              <w:rPr>
                <w:b/>
                <w:noProof/>
                <w:lang w:val="pl-PL"/>
              </w:rPr>
              <w:t>WYKONAWCA</w:t>
            </w:r>
          </w:p>
        </w:tc>
        <w:tc>
          <w:tcPr>
            <w:tcW w:w="4680" w:type="dxa"/>
            <w:vAlign w:val="center"/>
          </w:tcPr>
          <w:p w14:paraId="322E718F" w14:textId="77777777" w:rsidR="00C1293B" w:rsidRPr="00AE1609" w:rsidRDefault="0018130B">
            <w:pPr>
              <w:jc w:val="center"/>
              <w:rPr>
                <w:noProof/>
                <w:lang w:val="pl-PL"/>
              </w:rPr>
            </w:pPr>
            <w:r w:rsidRPr="00AE1609">
              <w:rPr>
                <w:b/>
                <w:noProof/>
                <w:lang w:val="pl-PL"/>
              </w:rPr>
              <w:t>ZAMAWIAJĄCY</w:t>
            </w:r>
          </w:p>
        </w:tc>
      </w:tr>
      <w:tr w:rsidR="00C1293B" w:rsidRPr="00AE1609" w14:paraId="6FD29184" w14:textId="77777777">
        <w:trPr>
          <w:jc w:val="center"/>
        </w:trPr>
        <w:tc>
          <w:tcPr>
            <w:tcW w:w="4680" w:type="dxa"/>
            <w:vAlign w:val="center"/>
          </w:tcPr>
          <w:p w14:paraId="0BEFDC5A"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0BE51E92"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7C2563EB" w14:textId="77777777" w:rsidR="00D15DD9" w:rsidRPr="00AE1609" w:rsidRDefault="00D15DD9">
      <w:pPr>
        <w:rPr>
          <w:noProof/>
          <w:lang w:val="pl-PL"/>
        </w:rPr>
      </w:pPr>
    </w:p>
    <w:sectPr w:rsidR="00D15DD9" w:rsidRPr="00AE1609"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B"/>
    <w:multiLevelType w:val="multilevel"/>
    <w:tmpl w:val="0014B8C0"/>
    <w:lvl w:ilvl="0">
      <w:start w:val="1"/>
      <w:numFmt w:val="decimal"/>
      <w:pStyle w:val="Listapunktowana2"/>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rPr>
        <w:rFonts w:ascii="Arial" w:hAnsi="Aria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C"/>
    <w:multiLevelType w:val="multilevel"/>
    <w:tmpl w:val="00169B00"/>
    <w:lvl w:ilvl="0">
      <w:start w:val="1"/>
      <w:numFmt w:val="bullet"/>
      <w:pStyle w:val="Listapunktowana"/>
      <w:lvlText w:val="-"/>
      <w:lvlJc w:val="left"/>
      <w:pPr>
        <w:tabs>
          <w:tab w:val="num" w:pos="360"/>
        </w:tabs>
        <w:ind w:left="360" w:hanging="360"/>
      </w:pPr>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8A389B"/>
    <w:multiLevelType w:val="hybridMultilevel"/>
    <w:tmpl w:val="8CAE5660"/>
    <w:lvl w:ilvl="0" w:tplc="0415000F">
      <w:start w:val="1"/>
      <w:numFmt w:val="decimal"/>
      <w:lvlText w:val="%1."/>
      <w:lvlJc w:val="left"/>
      <w:pPr>
        <w:ind w:left="720" w:hanging="360"/>
      </w:pPr>
    </w:lvl>
    <w:lvl w:ilvl="1" w:tplc="2D2C5A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CE810F7"/>
    <w:multiLevelType w:val="hybridMultilevel"/>
    <w:tmpl w:val="BA86596E"/>
    <w:lvl w:ilvl="0" w:tplc="03D09DB8">
      <w:start w:val="1"/>
      <w:numFmt w:val="decimal"/>
      <w:lvlText w:val="%1."/>
      <w:lvlJc w:val="left"/>
      <w:pPr>
        <w:ind w:left="720" w:hanging="360"/>
      </w:pPr>
      <w:rPr>
        <w:rFonts w:hint="default"/>
        <w:b/>
      </w:rPr>
    </w:lvl>
    <w:lvl w:ilvl="1" w:tplc="91A61A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1208303">
    <w:abstractNumId w:val="10"/>
  </w:num>
  <w:num w:numId="2" w16cid:durableId="755828449">
    <w:abstractNumId w:val="9"/>
    <w:lvlOverride w:ilvl="0">
      <w:startOverride w:val="1"/>
    </w:lvlOverride>
  </w:num>
  <w:num w:numId="3" w16cid:durableId="563637532">
    <w:abstractNumId w:val="9"/>
    <w:lvlOverride w:ilvl="0">
      <w:startOverride w:val="1"/>
    </w:lvlOverride>
  </w:num>
  <w:num w:numId="4" w16cid:durableId="40788621">
    <w:abstractNumId w:val="9"/>
    <w:lvlOverride w:ilvl="0">
      <w:startOverride w:val="1"/>
    </w:lvlOverride>
  </w:num>
  <w:num w:numId="5" w16cid:durableId="1797991789">
    <w:abstractNumId w:val="9"/>
    <w:lvlOverride w:ilvl="0">
      <w:startOverride w:val="1"/>
    </w:lvlOverride>
  </w:num>
  <w:num w:numId="6" w16cid:durableId="67115952">
    <w:abstractNumId w:val="9"/>
    <w:lvlOverride w:ilvl="0">
      <w:startOverride w:val="1"/>
    </w:lvlOverride>
  </w:num>
  <w:num w:numId="7" w16cid:durableId="840509363">
    <w:abstractNumId w:val="9"/>
    <w:lvlOverride w:ilvl="0">
      <w:startOverride w:val="1"/>
    </w:lvlOverride>
  </w:num>
  <w:num w:numId="8" w16cid:durableId="1988045287">
    <w:abstractNumId w:val="9"/>
    <w:lvlOverride w:ilvl="0">
      <w:startOverride w:val="1"/>
    </w:lvlOverride>
  </w:num>
  <w:num w:numId="9" w16cid:durableId="1474636464">
    <w:abstractNumId w:val="9"/>
    <w:lvlOverride w:ilvl="0">
      <w:startOverride w:val="1"/>
    </w:lvlOverride>
  </w:num>
  <w:num w:numId="10" w16cid:durableId="1252930985">
    <w:abstractNumId w:val="9"/>
    <w:lvlOverride w:ilvl="0">
      <w:startOverride w:val="1"/>
    </w:lvlOverride>
  </w:num>
  <w:num w:numId="11" w16cid:durableId="1554731975">
    <w:abstractNumId w:val="9"/>
    <w:lvlOverride w:ilvl="0">
      <w:startOverride w:val="1"/>
    </w:lvlOverride>
  </w:num>
  <w:num w:numId="12" w16cid:durableId="1574510724">
    <w:abstractNumId w:val="9"/>
    <w:lvlOverride w:ilvl="0">
      <w:startOverride w:val="1"/>
    </w:lvlOverride>
  </w:num>
  <w:num w:numId="13" w16cid:durableId="2111974965">
    <w:abstractNumId w:val="10"/>
    <w:lvlOverride w:ilvl="0">
      <w:startOverride w:val="1"/>
    </w:lvlOverride>
  </w:num>
  <w:num w:numId="14" w16cid:durableId="1510218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AA"/>
    <w:rsid w:val="00024C2A"/>
    <w:rsid w:val="00034616"/>
    <w:rsid w:val="0006063C"/>
    <w:rsid w:val="0015074B"/>
    <w:rsid w:val="0018130B"/>
    <w:rsid w:val="0029639D"/>
    <w:rsid w:val="00326F90"/>
    <w:rsid w:val="003E0D22"/>
    <w:rsid w:val="003E4A24"/>
    <w:rsid w:val="004431BC"/>
    <w:rsid w:val="00463188"/>
    <w:rsid w:val="00532E3E"/>
    <w:rsid w:val="005D7FB9"/>
    <w:rsid w:val="0067675B"/>
    <w:rsid w:val="006E3DEA"/>
    <w:rsid w:val="007F0618"/>
    <w:rsid w:val="008968F6"/>
    <w:rsid w:val="00AA1D8D"/>
    <w:rsid w:val="00AA20A1"/>
    <w:rsid w:val="00AE1609"/>
    <w:rsid w:val="00B47730"/>
    <w:rsid w:val="00C1293B"/>
    <w:rsid w:val="00C23ED0"/>
    <w:rsid w:val="00C3540E"/>
    <w:rsid w:val="00C875DB"/>
    <w:rsid w:val="00CB0664"/>
    <w:rsid w:val="00CC4D08"/>
    <w:rsid w:val="00D15DD9"/>
    <w:rsid w:val="00D62F09"/>
    <w:rsid w:val="00DA6646"/>
    <w:rsid w:val="00E3786B"/>
    <w:rsid w:val="00E56B10"/>
    <w:rsid w:val="00E80333"/>
    <w:rsid w:val="00E96DDE"/>
    <w:rsid w:val="00ED222B"/>
    <w:rsid w:val="00F2587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D4795"/>
  <w14:defaultImageDpi w14:val="300"/>
  <w15:docId w15:val="{39C5E5B0-45AA-4786-BB6F-BE5CC9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tabs>
        <w:tab w:val="num" w:pos="360"/>
      </w:tabs>
      <w:ind w:left="360" w:hanging="360"/>
      <w:contextualSpacing/>
    </w:pPr>
  </w:style>
  <w:style w:type="paragraph" w:styleId="Listanumerowana">
    <w:name w:val="List Number"/>
    <w:basedOn w:val="Normalny"/>
    <w:uiPriority w:val="99"/>
    <w:unhideWhenUsed/>
    <w:rsid w:val="00326F90"/>
    <w:pPr>
      <w:tabs>
        <w:tab w:val="num" w:pos="360"/>
      </w:tabs>
      <w:ind w:left="360" w:hanging="360"/>
      <w:contextualSpacing/>
    </w:pPr>
  </w:style>
  <w:style w:type="paragraph" w:styleId="Listanumerowana2">
    <w:name w:val="List Number 2"/>
    <w:basedOn w:val="Normalny"/>
    <w:uiPriority w:val="99"/>
    <w:unhideWhenUsed/>
    <w:rsid w:val="0029639D"/>
    <w:pPr>
      <w:tabs>
        <w:tab w:val="num" w:pos="360"/>
      </w:tabs>
      <w:ind w:left="360" w:hanging="360"/>
      <w:contextualSpacing/>
    </w:pPr>
  </w:style>
  <w:style w:type="paragraph" w:styleId="Listanumerowana3">
    <w:name w:val="List Number 3"/>
    <w:basedOn w:val="Normalny"/>
    <w:uiPriority w:val="99"/>
    <w:unhideWhenUsed/>
    <w:rsid w:val="0029639D"/>
    <w:pPr>
      <w:tabs>
        <w:tab w:val="num" w:pos="360"/>
      </w:tabs>
      <w:ind w:left="360"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stomHeading">
    <w:name w:val="CustomHeading"/>
    <w:basedOn w:val="Normalny"/>
    <w:pPr>
      <w:spacing w:after="120"/>
    </w:pPr>
    <w:rPr>
      <w:b/>
      <w:color w:val="1F4E7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3306</Words>
  <Characters>19837</Characters>
  <Application>Microsoft Office Word</Application>
  <DocSecurity>0</DocSecurity>
  <Lines>165</Lines>
  <Paragraphs>46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23097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Paulina Witkowska</cp:lastModifiedBy>
  <cp:revision>19</cp:revision>
  <dcterms:created xsi:type="dcterms:W3CDTF">2026-04-21T06:08:00Z</dcterms:created>
  <dcterms:modified xsi:type="dcterms:W3CDTF">2026-04-27T07:20:00Z</dcterms:modified>
  <cp:category/>
</cp:coreProperties>
</file>