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AE9D6" w14:textId="77777777" w:rsidR="00FB381B" w:rsidRPr="00AE1609" w:rsidRDefault="00FB381B" w:rsidP="00FB381B">
      <w:pPr>
        <w:rPr>
          <w:b/>
          <w:noProof/>
          <w:lang w:val="pl-PL"/>
        </w:rPr>
      </w:pPr>
      <w:r w:rsidRPr="00AE1609">
        <w:rPr>
          <w:noProof/>
          <w:lang w:val="pl-PL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86D69C" wp14:editId="56E3F1EB">
                <wp:simplePos x="0" y="0"/>
                <wp:positionH relativeFrom="column">
                  <wp:posOffset>397477</wp:posOffset>
                </wp:positionH>
                <wp:positionV relativeFrom="paragraph">
                  <wp:posOffset>91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1071C" id="Grupa 2" o:spid="_x0000_s1026" style="position:absolute;margin-left:31.3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4m+CUN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0DC9B47A" w14:textId="77777777" w:rsidR="00FB381B" w:rsidRPr="00AE1609" w:rsidRDefault="00FB381B" w:rsidP="00FB381B">
      <w:pPr>
        <w:rPr>
          <w:b/>
          <w:noProof/>
          <w:lang w:val="pl-PL"/>
        </w:rPr>
      </w:pPr>
    </w:p>
    <w:p w14:paraId="0E1D5802" w14:textId="77777777" w:rsidR="00FB381B" w:rsidRPr="00AE1609" w:rsidRDefault="00FB381B" w:rsidP="00FB381B">
      <w:pPr>
        <w:rPr>
          <w:b/>
          <w:noProof/>
          <w:lang w:val="pl-PL"/>
        </w:rPr>
      </w:pPr>
    </w:p>
    <w:p w14:paraId="16C5F43C" w14:textId="77777777" w:rsidR="00FB381B" w:rsidRPr="00AE1609" w:rsidRDefault="00FB381B" w:rsidP="00FB381B">
      <w:pPr>
        <w:rPr>
          <w:b/>
          <w:noProof/>
          <w:lang w:val="pl-PL"/>
        </w:rPr>
      </w:pPr>
    </w:p>
    <w:p w14:paraId="43375B6B" w14:textId="77777777" w:rsidR="00FB381B" w:rsidRPr="00AE1609" w:rsidRDefault="00FB381B" w:rsidP="00FB381B">
      <w:pPr>
        <w:rPr>
          <w:b/>
          <w:noProof/>
          <w:lang w:val="pl-PL"/>
        </w:rPr>
      </w:pPr>
    </w:p>
    <w:p w14:paraId="3DBAE57F" w14:textId="77777777" w:rsidR="00FB381B" w:rsidRPr="00AE1609" w:rsidRDefault="00FB381B" w:rsidP="00FB381B">
      <w:pPr>
        <w:rPr>
          <w:b/>
          <w:noProof/>
          <w:lang w:val="pl-PL"/>
        </w:rPr>
      </w:pPr>
    </w:p>
    <w:p w14:paraId="460319DE" w14:textId="77777777" w:rsidR="00FB381B" w:rsidRPr="00AE1609" w:rsidRDefault="00FB381B" w:rsidP="00FB381B">
      <w:pPr>
        <w:rPr>
          <w:b/>
          <w:noProof/>
          <w:lang w:val="pl-PL"/>
        </w:rPr>
      </w:pPr>
    </w:p>
    <w:p w14:paraId="00044699" w14:textId="3A8670CC" w:rsidR="00FB381B" w:rsidRPr="00AE1609" w:rsidRDefault="00FB381B" w:rsidP="00FB381B">
      <w:pPr>
        <w:rPr>
          <w:noProof/>
          <w:lang w:val="pl-PL"/>
        </w:rPr>
      </w:pPr>
      <w:r w:rsidRPr="00AE1609">
        <w:rPr>
          <w:b/>
          <w:noProof/>
          <w:lang w:val="pl-PL"/>
        </w:rPr>
        <w:t xml:space="preserve">Załącznik nr </w:t>
      </w:r>
      <w:r>
        <w:rPr>
          <w:b/>
          <w:noProof/>
          <w:lang w:val="pl-PL"/>
        </w:rPr>
        <w:t>1b</w:t>
      </w:r>
      <w:r w:rsidRPr="00AE1609">
        <w:rPr>
          <w:b/>
          <w:noProof/>
          <w:lang w:val="pl-PL"/>
        </w:rPr>
        <w:t xml:space="preserve"> do SWZ </w:t>
      </w:r>
    </w:p>
    <w:p w14:paraId="7F3668C1" w14:textId="77777777" w:rsidR="005F61E1" w:rsidRDefault="005A3925" w:rsidP="00FB381B">
      <w:proofErr w:type="spellStart"/>
      <w:r>
        <w:t>dotyczy</w:t>
      </w:r>
      <w:proofErr w:type="spellEnd"/>
      <w:r>
        <w:t xml:space="preserve"> </w:t>
      </w:r>
      <w:proofErr w:type="spellStart"/>
      <w:r>
        <w:t>postępowania</w:t>
      </w:r>
      <w:proofErr w:type="spellEnd"/>
      <w:r>
        <w:t xml:space="preserve"> </w:t>
      </w:r>
      <w:proofErr w:type="spellStart"/>
      <w:r>
        <w:t>znak</w:t>
      </w:r>
      <w:proofErr w:type="spellEnd"/>
      <w:r>
        <w:t>: ZP/2501/41/26 – „Zakup urządzeń i technologicznego wyposażenia kuchni”</w:t>
      </w:r>
    </w:p>
    <w:p w14:paraId="655DC193" w14:textId="77777777" w:rsidR="005F61E1" w:rsidRDefault="005A3925" w:rsidP="005A3925">
      <w:pPr>
        <w:spacing w:after="240"/>
      </w:pPr>
      <w:r>
        <w:rPr>
          <w:b/>
        </w:rPr>
        <w:t>część nr 2 – „Komory chłodnicze i agregaty”</w:t>
      </w:r>
    </w:p>
    <w:p w14:paraId="58D82235" w14:textId="77777777" w:rsidR="005F61E1" w:rsidRDefault="005A3925">
      <w:pPr>
        <w:spacing w:after="160"/>
      </w:pPr>
      <w:r>
        <w:rPr>
          <w:b/>
        </w:rPr>
        <w:t>Protokół dotyczy wyłącznie wykonawców składających ofertę na część nr 2 zamówienia.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6803"/>
      </w:tblGrid>
      <w:tr w:rsidR="005F61E1" w14:paraId="75360436" w14:textId="77777777" w:rsidTr="00FB381B">
        <w:tc>
          <w:tcPr>
            <w:tcW w:w="2551" w:type="dxa"/>
          </w:tcPr>
          <w:p w14:paraId="76A5241E" w14:textId="77777777" w:rsidR="005F61E1" w:rsidRDefault="005A3925">
            <w:r>
              <w:rPr>
                <w:b/>
              </w:rPr>
              <w:t>Pełna nazwa Wykonawcy:</w:t>
            </w:r>
          </w:p>
        </w:tc>
        <w:tc>
          <w:tcPr>
            <w:tcW w:w="6803" w:type="dxa"/>
          </w:tcPr>
          <w:p w14:paraId="38677D13" w14:textId="04A97668" w:rsidR="005F61E1" w:rsidRDefault="005F61E1"/>
        </w:tc>
      </w:tr>
      <w:tr w:rsidR="005F61E1" w14:paraId="1FE7D6A5" w14:textId="77777777" w:rsidTr="00FB381B">
        <w:tc>
          <w:tcPr>
            <w:tcW w:w="2551" w:type="dxa"/>
          </w:tcPr>
          <w:p w14:paraId="344C824E" w14:textId="77777777" w:rsidR="005F61E1" w:rsidRDefault="005F61E1"/>
        </w:tc>
        <w:tc>
          <w:tcPr>
            <w:tcW w:w="6803" w:type="dxa"/>
          </w:tcPr>
          <w:p w14:paraId="762FB962" w14:textId="74302DFF" w:rsidR="005F61E1" w:rsidRDefault="005F61E1"/>
        </w:tc>
      </w:tr>
      <w:tr w:rsidR="005F61E1" w14:paraId="4B754115" w14:textId="77777777" w:rsidTr="00FB381B">
        <w:tc>
          <w:tcPr>
            <w:tcW w:w="2551" w:type="dxa"/>
          </w:tcPr>
          <w:p w14:paraId="1C223D1A" w14:textId="77777777" w:rsidR="005F61E1" w:rsidRDefault="005A3925">
            <w:r>
              <w:rPr>
                <w:b/>
              </w:rPr>
              <w:t>Adres Wykonawcy:</w:t>
            </w:r>
          </w:p>
        </w:tc>
        <w:tc>
          <w:tcPr>
            <w:tcW w:w="6803" w:type="dxa"/>
          </w:tcPr>
          <w:p w14:paraId="688EDB05" w14:textId="77619502" w:rsidR="005F61E1" w:rsidRDefault="005F61E1"/>
        </w:tc>
      </w:tr>
      <w:tr w:rsidR="005F61E1" w14:paraId="6CE0690E" w14:textId="77777777" w:rsidTr="00FB381B">
        <w:tc>
          <w:tcPr>
            <w:tcW w:w="2551" w:type="dxa"/>
          </w:tcPr>
          <w:p w14:paraId="6C4E9C8A" w14:textId="77777777" w:rsidR="005F61E1" w:rsidRDefault="005F61E1"/>
        </w:tc>
        <w:tc>
          <w:tcPr>
            <w:tcW w:w="6803" w:type="dxa"/>
          </w:tcPr>
          <w:p w14:paraId="1ED85923" w14:textId="759E53DA" w:rsidR="005F61E1" w:rsidRDefault="005F61E1"/>
        </w:tc>
      </w:tr>
      <w:tr w:rsidR="005F61E1" w14:paraId="7A534305" w14:textId="77777777" w:rsidTr="00FB381B">
        <w:tc>
          <w:tcPr>
            <w:tcW w:w="2551" w:type="dxa"/>
          </w:tcPr>
          <w:p w14:paraId="782B3A04" w14:textId="77777777" w:rsidR="005F61E1" w:rsidRDefault="005F61E1"/>
        </w:tc>
        <w:tc>
          <w:tcPr>
            <w:tcW w:w="6803" w:type="dxa"/>
          </w:tcPr>
          <w:p w14:paraId="2D5D9614" w14:textId="5603C236" w:rsidR="005F61E1" w:rsidRDefault="005F61E1"/>
        </w:tc>
      </w:tr>
    </w:tbl>
    <w:p w14:paraId="673F1B23" w14:textId="77777777" w:rsidR="005F61E1" w:rsidRDefault="005F61E1">
      <w:pPr>
        <w:spacing w:after="120"/>
      </w:pPr>
    </w:p>
    <w:p w14:paraId="7B010586" w14:textId="6FE3CBA7" w:rsidR="005F61E1" w:rsidRDefault="005A3925">
      <w:pPr>
        <w:spacing w:after="120"/>
      </w:pPr>
      <w:r>
        <w:t xml:space="preserve">Niniejszym potwierdzamy, że Pan/Pani ....................................................... jako osoba upoważniona z ramienia Wykonawcy </w:t>
      </w:r>
      <w:r>
        <w:t xml:space="preserve">....................................................... z siedzibą ....................................................... </w:t>
      </w:r>
      <w:proofErr w:type="spellStart"/>
      <w:r>
        <w:t>odbył</w:t>
      </w:r>
      <w:proofErr w:type="spellEnd"/>
      <w:r>
        <w:t>/</w:t>
      </w:r>
      <w:proofErr w:type="spellStart"/>
      <w:r>
        <w:t>odbyła</w:t>
      </w:r>
      <w:proofErr w:type="spellEnd"/>
      <w:r>
        <w:t xml:space="preserve"> w </w:t>
      </w:r>
      <w:proofErr w:type="spellStart"/>
      <w:r>
        <w:t>dniu</w:t>
      </w:r>
      <w:proofErr w:type="spellEnd"/>
      <w:r>
        <w:t xml:space="preserve"> </w:t>
      </w:r>
      <w:r w:rsidR="00FB381B">
        <w:rPr>
          <w:b/>
        </w:rPr>
        <w:t>………</w:t>
      </w:r>
      <w:proofErr w:type="gramStart"/>
      <w:r w:rsidR="00FB381B">
        <w:rPr>
          <w:b/>
        </w:rPr>
        <w:t>….</w:t>
      </w:r>
      <w:r>
        <w:rPr>
          <w:b/>
        </w:rPr>
        <w:t>.</w:t>
      </w:r>
      <w:proofErr w:type="gramEnd"/>
      <w:r>
        <w:rPr>
          <w:b/>
        </w:rPr>
        <w:t>2026 r.</w:t>
      </w:r>
      <w:r>
        <w:t xml:space="preserve"> wizję lokalną miejsca realizacji zamówienia w zakresie części nr 2 – „Komory chłodnicze i agregaty”, w celu zapoznania się z warunkami technicznymi, organizacyjnymi i lokalizacyjnymi niezbędnymi do prawidłowego przygotowania oferty oraz realizacji zamówienia.</w:t>
      </w:r>
    </w:p>
    <w:p w14:paraId="713DD086" w14:textId="454527E4" w:rsidR="005F61E1" w:rsidRDefault="005A3925">
      <w:pPr>
        <w:spacing w:after="200"/>
      </w:pPr>
      <w:r>
        <w:t xml:space="preserve">Wizja lokalna została </w:t>
      </w:r>
      <w:proofErr w:type="spellStart"/>
      <w:r>
        <w:t>przeprowadzona</w:t>
      </w:r>
      <w:proofErr w:type="spellEnd"/>
      <w:r>
        <w:t xml:space="preserve"> w </w:t>
      </w:r>
      <w:proofErr w:type="spellStart"/>
      <w:r>
        <w:t>dniu</w:t>
      </w:r>
      <w:proofErr w:type="spellEnd"/>
      <w:r>
        <w:t xml:space="preserve"> </w:t>
      </w:r>
      <w:r w:rsidR="00FB381B">
        <w:rPr>
          <w:b/>
        </w:rPr>
        <w:t>………..</w:t>
      </w:r>
      <w:r>
        <w:rPr>
          <w:b/>
        </w:rPr>
        <w:t>.2026 r.</w:t>
      </w:r>
      <w:r>
        <w:t xml:space="preserve"> o godz. </w:t>
      </w:r>
      <w:r w:rsidR="00FB381B">
        <w:rPr>
          <w:b/>
        </w:rPr>
        <w:t>……………</w:t>
      </w:r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Specjalistycznego</w:t>
      </w:r>
      <w:proofErr w:type="spellEnd"/>
      <w:r>
        <w:t xml:space="preserve"> Szpitala Wojewódzkiego w Ciechanowie, ul. Powstańców Wielkopolskich 2, 06-400 Ciechanów.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386"/>
      </w:tblGrid>
      <w:tr w:rsidR="005F61E1" w14:paraId="29DBB2F4" w14:textId="77777777">
        <w:trPr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B75A5C7" w14:textId="77777777" w:rsidR="005F61E1" w:rsidRDefault="005A3925">
            <w:r>
              <w:rPr>
                <w:b/>
              </w:rPr>
              <w:t>Miejscowość: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1B65C24D" w14:textId="77777777" w:rsidR="005F61E1" w:rsidRDefault="005A3925">
            <w:r>
              <w:t>Ciechanów</w:t>
            </w:r>
          </w:p>
        </w:tc>
      </w:tr>
      <w:tr w:rsidR="005F61E1" w14:paraId="20AFDCC2" w14:textId="77777777">
        <w:trPr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6D1035" w14:textId="77777777" w:rsidR="005F61E1" w:rsidRDefault="005A3925">
            <w:r>
              <w:rPr>
                <w:b/>
              </w:rPr>
              <w:t>Data: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2F13ABBA" w14:textId="12FF4F86" w:rsidR="005F61E1" w:rsidRDefault="00FB381B">
            <w:r>
              <w:t>…………</w:t>
            </w:r>
            <w:proofErr w:type="gramStart"/>
            <w:r>
              <w:t>….</w:t>
            </w:r>
            <w:r w:rsidR="005A3925">
              <w:t>.</w:t>
            </w:r>
            <w:proofErr w:type="gramEnd"/>
            <w:r w:rsidR="005A3925">
              <w:t>2026 r.</w:t>
            </w:r>
          </w:p>
        </w:tc>
      </w:tr>
      <w:tr w:rsidR="005F61E1" w14:paraId="6483A969" w14:textId="77777777">
        <w:trPr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5B4BE52" w14:textId="77777777" w:rsidR="005F61E1" w:rsidRDefault="005A3925">
            <w:r>
              <w:rPr>
                <w:b/>
              </w:rPr>
              <w:t>Podpis Zamawiającego: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51F5F9F9" w14:textId="77777777" w:rsidR="005F61E1" w:rsidRDefault="005A3925">
            <w:r>
              <w:t>.................................................................</w:t>
            </w:r>
          </w:p>
        </w:tc>
      </w:tr>
    </w:tbl>
    <w:p w14:paraId="2A0706D3" w14:textId="77777777" w:rsidR="005F61E1" w:rsidRDefault="005A3925">
      <w:pPr>
        <w:spacing w:after="240"/>
        <w:jc w:val="right"/>
      </w:pPr>
      <w:r>
        <w:t>(podpis i pieczątka imienna osoby upoważnionej w imieniu Zamawiającego)</w:t>
      </w:r>
    </w:p>
    <w:p w14:paraId="6A9D92C8" w14:textId="77777777" w:rsidR="005F61E1" w:rsidRDefault="005A3925">
      <w:pPr>
        <w:spacing w:before="80" w:after="160"/>
        <w:jc w:val="center"/>
      </w:pPr>
      <w:r>
        <w:rPr>
          <w:b/>
        </w:rPr>
        <w:t>OŚWIADCZENIE WYKONAWCY</w:t>
      </w:r>
    </w:p>
    <w:p w14:paraId="3A150375" w14:textId="77777777" w:rsidR="005F61E1" w:rsidRDefault="005A3925">
      <w:pPr>
        <w:spacing w:after="40"/>
      </w:pPr>
      <w:r>
        <w:t>Działając w imieniu i na rzecz .......................................................</w:t>
      </w:r>
    </w:p>
    <w:p w14:paraId="5332828F" w14:textId="77777777" w:rsidR="005F61E1" w:rsidRDefault="005A3925">
      <w:pPr>
        <w:spacing w:after="40"/>
      </w:pPr>
      <w:r>
        <w:t>(nazwa/firma, dokładny adres Wykonawcy)</w:t>
      </w:r>
    </w:p>
    <w:p w14:paraId="53C786BC" w14:textId="77777777" w:rsidR="005F61E1" w:rsidRDefault="005A3925">
      <w:pPr>
        <w:spacing w:after="40"/>
      </w:pPr>
      <w:r>
        <w:t>........................................................................................</w:t>
      </w:r>
    </w:p>
    <w:p w14:paraId="2888AB85" w14:textId="77777777" w:rsidR="005F61E1" w:rsidRDefault="005A3925">
      <w:pPr>
        <w:spacing w:after="120"/>
      </w:pPr>
      <w:r>
        <w:t>........................................................................................</w:t>
      </w:r>
    </w:p>
    <w:p w14:paraId="1E28E343" w14:textId="77777777" w:rsidR="005F61E1" w:rsidRDefault="005A3925">
      <w:pPr>
        <w:spacing w:after="200"/>
      </w:pPr>
      <w:r>
        <w:t>oświadczamy, że dokonaliśmy wizji lokalnej miejsca realizacji zamówienia w zakresie części nr 2 – „Komory chłodnicze i agregaty”, zapoznaliśmy się z warunkami realizacji przedmiotu zamówienia w tej części, w tym z uwarunkowaniami technicznymi, przestrzennymi, instalacyjnymi i organizacyjnymi, oraz uwzględniliśmy je przy przygotowaniu oferty.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1"/>
      </w:tblGrid>
      <w:tr w:rsidR="005F61E1" w14:paraId="0F2510F8" w14:textId="77777777">
        <w:trPr>
          <w:jc w:val="center"/>
        </w:trPr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41EE" w14:textId="77777777" w:rsidR="005F61E1" w:rsidRDefault="005A3925">
            <w:pPr>
              <w:jc w:val="center"/>
            </w:pPr>
            <w:r>
              <w:rPr>
                <w:b/>
              </w:rPr>
              <w:t>Data; kwalifikowany podpis elektroniczny lub podpis zaufany lub podpis osobisty</w:t>
            </w:r>
          </w:p>
        </w:tc>
      </w:tr>
    </w:tbl>
    <w:p w14:paraId="1C08B4D7" w14:textId="77777777" w:rsidR="005A3925" w:rsidRDefault="005A3925"/>
    <w:sectPr w:rsidR="00000000" w:rsidSect="00034616">
      <w:pgSz w:w="12240" w:h="15840"/>
      <w:pgMar w:top="1247" w:right="1417" w:bottom="124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45718769">
    <w:abstractNumId w:val="8"/>
  </w:num>
  <w:num w:numId="2" w16cid:durableId="653801653">
    <w:abstractNumId w:val="6"/>
  </w:num>
  <w:num w:numId="3" w16cid:durableId="1466924123">
    <w:abstractNumId w:val="5"/>
  </w:num>
  <w:num w:numId="4" w16cid:durableId="600381874">
    <w:abstractNumId w:val="4"/>
  </w:num>
  <w:num w:numId="5" w16cid:durableId="863784373">
    <w:abstractNumId w:val="7"/>
  </w:num>
  <w:num w:numId="6" w16cid:durableId="1929340858">
    <w:abstractNumId w:val="3"/>
  </w:num>
  <w:num w:numId="7" w16cid:durableId="982655707">
    <w:abstractNumId w:val="2"/>
  </w:num>
  <w:num w:numId="8" w16cid:durableId="1764913089">
    <w:abstractNumId w:val="1"/>
  </w:num>
  <w:num w:numId="9" w16cid:durableId="7871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D6B43"/>
    <w:rsid w:val="0015074B"/>
    <w:rsid w:val="0029639D"/>
    <w:rsid w:val="00326F90"/>
    <w:rsid w:val="005A3925"/>
    <w:rsid w:val="005F61E1"/>
    <w:rsid w:val="00AA1D8D"/>
    <w:rsid w:val="00B47730"/>
    <w:rsid w:val="00CB0664"/>
    <w:rsid w:val="00D90521"/>
    <w:rsid w:val="00FB381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715BB0"/>
  <w14:defaultImageDpi w14:val="300"/>
  <w15:docId w15:val="{A04D76CB-24CA-4FE4-B93D-36EC701E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pPr>
      <w:spacing w:after="0" w:line="240" w:lineRule="auto"/>
    </w:pPr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3</cp:revision>
  <dcterms:created xsi:type="dcterms:W3CDTF">2026-04-28T11:06:00Z</dcterms:created>
  <dcterms:modified xsi:type="dcterms:W3CDTF">2026-04-28T11:06:00Z</dcterms:modified>
  <cp:category/>
</cp:coreProperties>
</file>