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2A0A1" w14:textId="03019CA2" w:rsidR="00AB0990" w:rsidRPr="006A6250" w:rsidRDefault="00406048" w:rsidP="00610B7D">
      <w:pPr>
        <w:rPr>
          <w:rFonts w:cs="Arial"/>
          <w:noProof/>
          <w:szCs w:val="18"/>
          <w:lang w:val="pl-PL"/>
        </w:rPr>
      </w:pPr>
      <w:r w:rsidRPr="006A6250">
        <w:rPr>
          <w:noProof/>
          <w14:ligatures w14:val="standardContextual"/>
        </w:rPr>
        <mc:AlternateContent>
          <mc:Choice Requires="wpg">
            <w:drawing>
              <wp:anchor distT="0" distB="0" distL="114300" distR="114300" simplePos="0" relativeHeight="251659264" behindDoc="0" locked="0" layoutInCell="1" allowOverlap="1" wp14:anchorId="13C65AD4" wp14:editId="406330AA">
                <wp:simplePos x="0" y="0"/>
                <wp:positionH relativeFrom="column">
                  <wp:posOffset>391886</wp:posOffset>
                </wp:positionH>
                <wp:positionV relativeFrom="paragraph">
                  <wp:posOffset>280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169E3CDA" id="Grupa 2" o:spid="_x0000_s1026" style="position:absolute;margin-left:30.85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zkdUzd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6D691288" w14:textId="18229D84" w:rsidR="00AB0990" w:rsidRPr="006A6250" w:rsidRDefault="00AB0990" w:rsidP="00610B7D">
      <w:pPr>
        <w:rPr>
          <w:rFonts w:cs="Arial"/>
          <w:noProof/>
          <w:szCs w:val="18"/>
          <w:lang w:val="pl-PL"/>
        </w:rPr>
      </w:pPr>
    </w:p>
    <w:p w14:paraId="72F8E7A2" w14:textId="77777777" w:rsidR="00AB0990" w:rsidRPr="006A6250" w:rsidRDefault="00AB0990" w:rsidP="00610B7D">
      <w:pPr>
        <w:rPr>
          <w:rFonts w:cs="Arial"/>
          <w:noProof/>
          <w:szCs w:val="18"/>
          <w:lang w:val="pl-PL"/>
        </w:rPr>
      </w:pPr>
    </w:p>
    <w:p w14:paraId="51DB3859" w14:textId="77777777" w:rsidR="00AB0990" w:rsidRPr="006A6250" w:rsidRDefault="00AB0990" w:rsidP="00610B7D">
      <w:pPr>
        <w:rPr>
          <w:rFonts w:cs="Arial"/>
          <w:noProof/>
          <w:szCs w:val="18"/>
          <w:lang w:val="pl-PL"/>
        </w:rPr>
      </w:pPr>
    </w:p>
    <w:p w14:paraId="620D89F8" w14:textId="77777777" w:rsidR="00AB0990" w:rsidRPr="006A6250" w:rsidRDefault="00AB0990" w:rsidP="00610B7D">
      <w:pPr>
        <w:rPr>
          <w:rFonts w:cs="Arial"/>
          <w:noProof/>
          <w:szCs w:val="18"/>
          <w:lang w:val="pl-PL"/>
        </w:rPr>
      </w:pPr>
    </w:p>
    <w:p w14:paraId="3C72CE8E" w14:textId="77777777" w:rsidR="00AB0990" w:rsidRPr="006A6250" w:rsidRDefault="00AB0990" w:rsidP="00610B7D">
      <w:pPr>
        <w:rPr>
          <w:rFonts w:cs="Arial"/>
          <w:noProof/>
          <w:szCs w:val="18"/>
          <w:lang w:val="pl-PL"/>
        </w:rPr>
      </w:pPr>
    </w:p>
    <w:p w14:paraId="1B6AE0CD" w14:textId="77777777" w:rsidR="00AB0990" w:rsidRPr="006A6250" w:rsidRDefault="00AB0990" w:rsidP="00610B7D">
      <w:pPr>
        <w:rPr>
          <w:rFonts w:cs="Arial"/>
          <w:noProof/>
          <w:szCs w:val="18"/>
          <w:lang w:val="pl-PL"/>
        </w:rPr>
      </w:pPr>
      <w:r w:rsidRPr="006A6250">
        <w:rPr>
          <w:rFonts w:cs="Arial"/>
          <w:noProof/>
          <w:szCs w:val="18"/>
          <w:lang w:val="pl-PL"/>
        </w:rPr>
        <w:t xml:space="preserve">Załącznik nr 7 – projekt umowy </w:t>
      </w:r>
    </w:p>
    <w:p w14:paraId="6E3EC953" w14:textId="77777777" w:rsidR="00AB0990" w:rsidRPr="006A6250" w:rsidRDefault="00AB0990" w:rsidP="00610B7D">
      <w:pPr>
        <w:rPr>
          <w:rFonts w:cs="Arial"/>
          <w:noProof/>
          <w:szCs w:val="18"/>
          <w:lang w:val="pl-PL"/>
        </w:rPr>
      </w:pPr>
    </w:p>
    <w:p w14:paraId="79BE5F79" w14:textId="2379D691" w:rsidR="00AB0990" w:rsidRPr="006A6250" w:rsidRDefault="00AB0990" w:rsidP="00610B7D">
      <w:pPr>
        <w:rPr>
          <w:rFonts w:cs="Arial"/>
          <w:bCs/>
          <w:iCs/>
          <w:noProof/>
          <w:szCs w:val="18"/>
          <w:lang w:val="pl-PL"/>
        </w:rPr>
      </w:pPr>
      <w:r w:rsidRPr="006A6250">
        <w:rPr>
          <w:rFonts w:cs="Arial"/>
          <w:bCs/>
          <w:iCs/>
          <w:noProof/>
          <w:szCs w:val="18"/>
          <w:lang w:val="pl-PL"/>
        </w:rPr>
        <w:t>dotyczy postępowania znak. ZP/2501/14</w:t>
      </w:r>
      <w:r w:rsidR="00406048" w:rsidRPr="006A6250">
        <w:rPr>
          <w:rFonts w:cs="Arial"/>
          <w:bCs/>
          <w:iCs/>
          <w:noProof/>
          <w:szCs w:val="18"/>
          <w:lang w:val="pl-PL"/>
        </w:rPr>
        <w:t>.1</w:t>
      </w:r>
      <w:r w:rsidRPr="006A6250">
        <w:rPr>
          <w:rFonts w:cs="Arial"/>
          <w:bCs/>
          <w:iCs/>
          <w:noProof/>
          <w:szCs w:val="18"/>
          <w:lang w:val="pl-PL"/>
        </w:rPr>
        <w:t xml:space="preserve">/26 – Przebudowa lądowiska sanitarnego dla śmigłowców na terenie Specjalistycznego Szpitala Wojewódzkiego w Ciechanowie </w:t>
      </w:r>
    </w:p>
    <w:p w14:paraId="17619B92" w14:textId="77777777" w:rsidR="00AB0990" w:rsidRPr="006A6250" w:rsidRDefault="00AB0990" w:rsidP="00610B7D">
      <w:pPr>
        <w:jc w:val="center"/>
        <w:rPr>
          <w:rFonts w:cs="Arial"/>
          <w:b/>
          <w:bCs/>
          <w:noProof/>
          <w:szCs w:val="18"/>
          <w:lang w:val="pl-PL"/>
        </w:rPr>
      </w:pPr>
    </w:p>
    <w:p w14:paraId="1699F833" w14:textId="77777777" w:rsidR="00AB0990" w:rsidRPr="006A6250" w:rsidRDefault="00AB0990" w:rsidP="00610B7D">
      <w:pPr>
        <w:jc w:val="center"/>
        <w:rPr>
          <w:rFonts w:cs="Arial"/>
          <w:b/>
          <w:bCs/>
          <w:noProof/>
          <w:szCs w:val="18"/>
          <w:lang w:val="pl-PL"/>
        </w:rPr>
      </w:pPr>
      <w:r w:rsidRPr="006A6250">
        <w:rPr>
          <w:rFonts w:cs="Arial"/>
          <w:b/>
          <w:bCs/>
          <w:noProof/>
          <w:szCs w:val="18"/>
          <w:lang w:val="pl-PL"/>
        </w:rPr>
        <w:t>U M O W A</w:t>
      </w:r>
    </w:p>
    <w:p w14:paraId="2BD36CEF" w14:textId="77777777" w:rsidR="00AB0990" w:rsidRPr="006A6250" w:rsidRDefault="00AB0990" w:rsidP="00610B7D">
      <w:pPr>
        <w:jc w:val="center"/>
        <w:rPr>
          <w:rFonts w:cs="Arial"/>
          <w:noProof/>
          <w:szCs w:val="18"/>
          <w:lang w:val="pl-PL"/>
        </w:rPr>
      </w:pPr>
      <w:r w:rsidRPr="006A6250">
        <w:rPr>
          <w:rFonts w:cs="Arial"/>
          <w:b/>
          <w:bCs/>
          <w:noProof/>
          <w:szCs w:val="18"/>
          <w:lang w:val="pl-PL"/>
        </w:rPr>
        <w:t>ZP/2501/       /25</w:t>
      </w:r>
    </w:p>
    <w:p w14:paraId="6906CD56" w14:textId="77777777" w:rsidR="00AB0990" w:rsidRPr="006A6250" w:rsidRDefault="00AB0990" w:rsidP="00610B7D">
      <w:pPr>
        <w:tabs>
          <w:tab w:val="center" w:pos="4536"/>
          <w:tab w:val="right" w:pos="9072"/>
        </w:tabs>
        <w:rPr>
          <w:rFonts w:cs="Arial"/>
          <w:noProof/>
          <w:szCs w:val="18"/>
          <w:lang w:val="pl-PL"/>
        </w:rPr>
      </w:pPr>
      <w:r w:rsidRPr="006A6250">
        <w:rPr>
          <w:rFonts w:cs="Arial"/>
          <w:noProof/>
          <w:szCs w:val="18"/>
          <w:lang w:val="pl-PL"/>
        </w:rPr>
        <w:t xml:space="preserve">zawarta pomiędzy </w:t>
      </w:r>
    </w:p>
    <w:p w14:paraId="45004524" w14:textId="77777777" w:rsidR="00AB0990" w:rsidRPr="006A6250" w:rsidRDefault="00AB0990" w:rsidP="00610B7D">
      <w:pPr>
        <w:rPr>
          <w:rFonts w:cs="Arial"/>
          <w:noProof/>
          <w:szCs w:val="18"/>
          <w:lang w:val="pl-PL"/>
        </w:rPr>
      </w:pPr>
      <w:r w:rsidRPr="006A6250">
        <w:rPr>
          <w:rFonts w:cs="Arial"/>
          <w:noProof/>
          <w:szCs w:val="18"/>
          <w:lang w:val="pl-PL"/>
        </w:rPr>
        <w:t>Specjalistycznym Szpitalem Wojewódzkim w Ciechanowie</w:t>
      </w:r>
    </w:p>
    <w:p w14:paraId="36695B4F" w14:textId="77777777" w:rsidR="00AB0990" w:rsidRPr="006A6250" w:rsidRDefault="00AB0990" w:rsidP="00610B7D">
      <w:pPr>
        <w:tabs>
          <w:tab w:val="center" w:pos="4536"/>
          <w:tab w:val="right" w:pos="9072"/>
        </w:tabs>
        <w:rPr>
          <w:rFonts w:cs="Arial"/>
          <w:noProof/>
          <w:szCs w:val="18"/>
          <w:lang w:val="pl-PL"/>
        </w:rPr>
      </w:pPr>
      <w:r w:rsidRPr="006A6250">
        <w:rPr>
          <w:rFonts w:cs="Arial"/>
          <w:noProof/>
          <w:szCs w:val="18"/>
          <w:lang w:val="pl-PL"/>
        </w:rPr>
        <w:t xml:space="preserve">06-400 Ciechanów, ul. Powstańców Wielkopolskich 2 </w:t>
      </w:r>
    </w:p>
    <w:p w14:paraId="02E0A864" w14:textId="77777777" w:rsidR="00AB0990" w:rsidRPr="006A6250" w:rsidRDefault="00AB0990" w:rsidP="00610B7D">
      <w:pPr>
        <w:rPr>
          <w:rFonts w:cs="Arial"/>
          <w:noProof/>
          <w:szCs w:val="18"/>
          <w:lang w:val="pl-PL"/>
        </w:rPr>
      </w:pPr>
      <w:r w:rsidRPr="006A6250">
        <w:rPr>
          <w:rFonts w:cs="Arial"/>
          <w:noProof/>
          <w:szCs w:val="18"/>
          <w:lang w:val="pl-PL"/>
        </w:rPr>
        <w:t>zarejestrowanym w KRS pod nr 0000008892</w:t>
      </w:r>
    </w:p>
    <w:p w14:paraId="7FA8AAC3" w14:textId="77777777" w:rsidR="00AB0990" w:rsidRPr="006A6250" w:rsidRDefault="00AB0990" w:rsidP="00610B7D">
      <w:pPr>
        <w:rPr>
          <w:rFonts w:cs="Arial"/>
          <w:noProof/>
          <w:szCs w:val="18"/>
          <w:lang w:val="pl-PL"/>
        </w:rPr>
      </w:pPr>
      <w:r w:rsidRPr="006A6250">
        <w:rPr>
          <w:rFonts w:cs="Arial"/>
          <w:noProof/>
          <w:szCs w:val="18"/>
          <w:lang w:val="pl-PL"/>
        </w:rPr>
        <w:t>NIP: 566-10-19-200, Urząd Skarbowy w Radomiu, REGON: 000311622</w:t>
      </w:r>
    </w:p>
    <w:p w14:paraId="04AC0204" w14:textId="77777777" w:rsidR="00AB0990" w:rsidRPr="006A6250" w:rsidRDefault="00AB0990" w:rsidP="00610B7D">
      <w:pPr>
        <w:rPr>
          <w:rFonts w:cs="Arial"/>
          <w:noProof/>
          <w:szCs w:val="18"/>
          <w:lang w:val="pl-PL"/>
        </w:rPr>
      </w:pPr>
      <w:r w:rsidRPr="006A6250">
        <w:rPr>
          <w:rFonts w:cs="Arial"/>
          <w:noProof/>
          <w:szCs w:val="18"/>
          <w:lang w:val="pl-PL"/>
        </w:rPr>
        <w:t>zwanym dalej Zamawiającym, w imieniu którego występuje:</w:t>
      </w:r>
    </w:p>
    <w:p w14:paraId="55D611B8" w14:textId="77777777" w:rsidR="00AB0990" w:rsidRPr="006A6250" w:rsidRDefault="00AB0990" w:rsidP="00610B7D">
      <w:pPr>
        <w:rPr>
          <w:rFonts w:cs="Arial"/>
          <w:b/>
          <w:bCs/>
          <w:noProof/>
          <w:szCs w:val="18"/>
          <w:lang w:val="pl-PL"/>
        </w:rPr>
      </w:pPr>
      <w:r w:rsidRPr="006A6250">
        <w:rPr>
          <w:rFonts w:cs="Arial"/>
          <w:b/>
          <w:bCs/>
          <w:noProof/>
          <w:szCs w:val="18"/>
          <w:lang w:val="pl-PL"/>
        </w:rPr>
        <w:t>Andrzej Juliusz Kamasa   - Dyrektor.</w:t>
      </w:r>
    </w:p>
    <w:p w14:paraId="10729783" w14:textId="77777777" w:rsidR="00AB0990" w:rsidRPr="006A6250" w:rsidRDefault="00AB0990" w:rsidP="00610B7D">
      <w:pPr>
        <w:rPr>
          <w:rFonts w:cs="Arial"/>
          <w:b/>
          <w:bCs/>
          <w:noProof/>
          <w:szCs w:val="18"/>
          <w:lang w:val="pl-PL"/>
        </w:rPr>
      </w:pPr>
    </w:p>
    <w:p w14:paraId="172B4400" w14:textId="77777777" w:rsidR="00AB0990" w:rsidRPr="006A6250" w:rsidRDefault="00AB0990" w:rsidP="00610B7D">
      <w:pPr>
        <w:rPr>
          <w:rFonts w:cs="Arial"/>
          <w:b/>
          <w:bCs/>
          <w:noProof/>
          <w:szCs w:val="18"/>
          <w:lang w:val="pl-PL"/>
        </w:rPr>
      </w:pPr>
      <w:r w:rsidRPr="006A6250">
        <w:rPr>
          <w:rFonts w:cs="Arial"/>
          <w:b/>
          <w:bCs/>
          <w:noProof/>
          <w:szCs w:val="18"/>
          <w:lang w:val="pl-PL"/>
        </w:rPr>
        <w:t>a</w:t>
      </w:r>
    </w:p>
    <w:p w14:paraId="71DC6B72" w14:textId="77777777" w:rsidR="00AB0990" w:rsidRPr="006A6250" w:rsidRDefault="00AB0990" w:rsidP="00610B7D">
      <w:pPr>
        <w:contextualSpacing/>
        <w:rPr>
          <w:rFonts w:cs="Arial"/>
          <w:noProof/>
          <w:szCs w:val="18"/>
          <w:lang w:val="pl-PL"/>
        </w:rPr>
      </w:pPr>
    </w:p>
    <w:p w14:paraId="3012DE24" w14:textId="77777777" w:rsidR="00AB0990" w:rsidRPr="006A6250" w:rsidRDefault="00AB0990" w:rsidP="00610B7D">
      <w:pPr>
        <w:contextualSpacing/>
        <w:rPr>
          <w:rFonts w:cs="Arial"/>
          <w:noProof/>
          <w:szCs w:val="18"/>
          <w:lang w:val="pl-PL"/>
        </w:rPr>
      </w:pPr>
      <w:r w:rsidRPr="006A6250">
        <w:rPr>
          <w:rFonts w:cs="Arial"/>
          <w:noProof/>
          <w:szCs w:val="18"/>
          <w:lang w:val="pl-PL"/>
        </w:rPr>
        <w:t>...................................................................................................................................................</w:t>
      </w:r>
    </w:p>
    <w:p w14:paraId="5EE0C9F1" w14:textId="77777777" w:rsidR="00AB0990" w:rsidRPr="006A6250" w:rsidRDefault="00AB0990" w:rsidP="00610B7D">
      <w:pPr>
        <w:contextualSpacing/>
        <w:rPr>
          <w:rFonts w:cs="Arial"/>
          <w:noProof/>
          <w:szCs w:val="18"/>
          <w:lang w:val="pl-PL"/>
        </w:rPr>
      </w:pPr>
      <w:r w:rsidRPr="006A6250">
        <w:rPr>
          <w:rFonts w:cs="Arial"/>
          <w:noProof/>
          <w:szCs w:val="18"/>
          <w:lang w:val="pl-PL"/>
        </w:rPr>
        <w:t>*wpisaną/ym w dniu ...........................  do Krajowego Rejestru Sądowego prowadzonego przez Sąd Rejonowy w .................................................. Wydział Gospodarczy Krajowego Rejestru Sądowego, nr KRS ................,  z kapitałem zakładowym ........................ PLN</w:t>
      </w:r>
    </w:p>
    <w:p w14:paraId="70B00B99" w14:textId="77777777" w:rsidR="00AB0990" w:rsidRPr="006A6250" w:rsidRDefault="00AB0990" w:rsidP="00610B7D">
      <w:pPr>
        <w:contextualSpacing/>
        <w:rPr>
          <w:rFonts w:cs="Arial"/>
          <w:noProof/>
          <w:szCs w:val="18"/>
          <w:lang w:val="pl-PL"/>
        </w:rPr>
      </w:pPr>
      <w:r w:rsidRPr="006A6250">
        <w:rPr>
          <w:rFonts w:cs="Arial"/>
          <w:noProof/>
          <w:szCs w:val="18"/>
          <w:lang w:val="pl-PL"/>
        </w:rPr>
        <w:t>*wpisaną/ym w dniu .......................... do ewidencji działalności gospodarczej</w:t>
      </w:r>
    </w:p>
    <w:p w14:paraId="2CB9DFC0" w14:textId="77777777" w:rsidR="00AB0990" w:rsidRPr="006A6250" w:rsidRDefault="00AB0990" w:rsidP="00610B7D">
      <w:pPr>
        <w:contextualSpacing/>
        <w:rPr>
          <w:rFonts w:cs="Arial"/>
          <w:noProof/>
          <w:szCs w:val="18"/>
          <w:lang w:val="pl-PL"/>
        </w:rPr>
      </w:pPr>
      <w:r w:rsidRPr="006A6250">
        <w:rPr>
          <w:rFonts w:cs="Arial"/>
          <w:noProof/>
          <w:szCs w:val="18"/>
          <w:lang w:val="pl-PL"/>
        </w:rPr>
        <w:t>w ..................................... pod nr .................................</w:t>
      </w:r>
    </w:p>
    <w:p w14:paraId="71C98344" w14:textId="77777777" w:rsidR="00AB0990" w:rsidRPr="006A6250" w:rsidRDefault="00AB0990" w:rsidP="00610B7D">
      <w:pPr>
        <w:contextualSpacing/>
        <w:rPr>
          <w:rFonts w:cs="Arial"/>
          <w:noProof/>
          <w:szCs w:val="18"/>
          <w:lang w:val="pl-PL"/>
        </w:rPr>
      </w:pPr>
      <w:r w:rsidRPr="006A6250">
        <w:rPr>
          <w:rFonts w:cs="Arial"/>
          <w:noProof/>
          <w:szCs w:val="18"/>
          <w:lang w:val="pl-PL"/>
        </w:rPr>
        <w:t>NIP: ......................., Urząd Skarbowy w ................................, REGON: ........................</w:t>
      </w:r>
    </w:p>
    <w:p w14:paraId="5ABDC296" w14:textId="77777777" w:rsidR="00AB0990" w:rsidRPr="006A6250" w:rsidRDefault="00AB0990" w:rsidP="00610B7D">
      <w:pPr>
        <w:contextualSpacing/>
        <w:rPr>
          <w:rFonts w:cs="Arial"/>
          <w:noProof/>
          <w:szCs w:val="18"/>
          <w:lang w:val="pl-PL"/>
        </w:rPr>
      </w:pPr>
      <w:r w:rsidRPr="006A6250">
        <w:rPr>
          <w:rFonts w:cs="Arial"/>
          <w:noProof/>
          <w:szCs w:val="18"/>
          <w:lang w:val="pl-PL"/>
        </w:rPr>
        <w:t>zwaną/ym dalej „Wykonawcą" reprezentowaną/ym przez:</w:t>
      </w:r>
    </w:p>
    <w:p w14:paraId="3CDECA23" w14:textId="77777777" w:rsidR="00AB0990" w:rsidRPr="006A6250" w:rsidRDefault="00AB0990" w:rsidP="00610B7D">
      <w:pPr>
        <w:contextualSpacing/>
        <w:rPr>
          <w:rFonts w:cs="Arial"/>
          <w:noProof/>
          <w:szCs w:val="18"/>
          <w:lang w:val="pl-PL"/>
        </w:rPr>
      </w:pPr>
      <w:r w:rsidRPr="006A6250">
        <w:rPr>
          <w:rFonts w:cs="Arial"/>
          <w:noProof/>
          <w:szCs w:val="18"/>
          <w:lang w:val="pl-PL"/>
        </w:rPr>
        <w:t>- ........................................................................................................</w:t>
      </w:r>
    </w:p>
    <w:p w14:paraId="49FD6BCB" w14:textId="77777777" w:rsidR="00AB0990" w:rsidRPr="006A6250" w:rsidRDefault="00AB0990" w:rsidP="00610B7D">
      <w:pPr>
        <w:contextualSpacing/>
        <w:rPr>
          <w:rFonts w:cs="Arial"/>
          <w:noProof/>
          <w:szCs w:val="18"/>
          <w:lang w:val="pl-PL"/>
        </w:rPr>
      </w:pPr>
      <w:r w:rsidRPr="006A6250">
        <w:rPr>
          <w:rFonts w:cs="Arial"/>
          <w:noProof/>
          <w:szCs w:val="18"/>
          <w:lang w:val="pl-PL"/>
        </w:rPr>
        <w:t>- ........................................................................................................</w:t>
      </w:r>
    </w:p>
    <w:p w14:paraId="1A1D24BD" w14:textId="77777777" w:rsidR="00AB0990" w:rsidRPr="006A6250" w:rsidRDefault="00AB0990" w:rsidP="00610B7D">
      <w:pPr>
        <w:contextualSpacing/>
        <w:jc w:val="both"/>
        <w:rPr>
          <w:rFonts w:cs="Arial"/>
          <w:noProof/>
          <w:szCs w:val="18"/>
          <w:lang w:val="pl-PL"/>
        </w:rPr>
      </w:pPr>
      <w:r w:rsidRPr="006A6250">
        <w:rPr>
          <w:rFonts w:cs="Arial"/>
          <w:noProof/>
          <w:szCs w:val="18"/>
          <w:lang w:val="pl-PL"/>
        </w:rPr>
        <w:t>*w zależności od formy własnościowej</w:t>
      </w:r>
    </w:p>
    <w:p w14:paraId="6B171FE7" w14:textId="77777777" w:rsidR="00AB0990" w:rsidRPr="006A6250" w:rsidRDefault="00AB0990" w:rsidP="00610B7D">
      <w:pPr>
        <w:tabs>
          <w:tab w:val="center" w:pos="4536"/>
          <w:tab w:val="right" w:pos="9072"/>
        </w:tabs>
        <w:ind w:left="426" w:hanging="426"/>
        <w:jc w:val="center"/>
        <w:rPr>
          <w:rFonts w:cs="Arial"/>
          <w:b/>
          <w:bCs/>
          <w:noProof/>
          <w:szCs w:val="18"/>
          <w:u w:val="single"/>
          <w:lang w:val="pl-PL" w:eastAsia="zh-CN"/>
        </w:rPr>
      </w:pPr>
      <w:r w:rsidRPr="006A6250">
        <w:rPr>
          <w:rFonts w:cs="Arial"/>
          <w:b/>
          <w:bCs/>
          <w:noProof/>
          <w:szCs w:val="18"/>
          <w:u w:val="single"/>
          <w:lang w:val="pl-PL"/>
        </w:rPr>
        <w:t>Forma i data zawartej Umowy</w:t>
      </w:r>
    </w:p>
    <w:p w14:paraId="712FD86D" w14:textId="77777777" w:rsidR="00AB0990" w:rsidRPr="006A6250" w:rsidRDefault="00AB0990" w:rsidP="00610B7D">
      <w:pPr>
        <w:pStyle w:val="Akapitzlist"/>
        <w:numPr>
          <w:ilvl w:val="0"/>
          <w:numId w:val="23"/>
        </w:numPr>
        <w:tabs>
          <w:tab w:val="left" w:pos="426"/>
        </w:tabs>
        <w:ind w:left="426" w:hanging="426"/>
        <w:rPr>
          <w:rFonts w:cs="Arial"/>
          <w:noProof/>
          <w:szCs w:val="18"/>
          <w:lang w:val="pl-PL" w:eastAsia="zh-CN"/>
        </w:rPr>
      </w:pPr>
      <w:r w:rsidRPr="006A6250">
        <w:rPr>
          <w:rFonts w:cs="Arial"/>
          <w:noProof/>
          <w:szCs w:val="18"/>
          <w:lang w:val="pl-PL" w:eastAsia="zh-CN"/>
        </w:rPr>
        <w:t>Umowa została sporządzona w postaci elektronicznej i podpisana przez każdą ze Stron kwalifikowanym podpisem elektronicznym.</w:t>
      </w:r>
    </w:p>
    <w:p w14:paraId="538EC302" w14:textId="77777777" w:rsidR="00AB0990" w:rsidRPr="006A6250" w:rsidRDefault="00AB0990" w:rsidP="00610B7D">
      <w:pPr>
        <w:pStyle w:val="Akapitzlist"/>
        <w:numPr>
          <w:ilvl w:val="0"/>
          <w:numId w:val="23"/>
        </w:numPr>
        <w:tabs>
          <w:tab w:val="left" w:pos="426"/>
        </w:tabs>
        <w:ind w:left="426" w:hanging="426"/>
        <w:rPr>
          <w:rFonts w:cs="Arial"/>
          <w:noProof/>
          <w:szCs w:val="18"/>
          <w:lang w:val="pl-PL" w:eastAsia="zh-CN"/>
        </w:rPr>
      </w:pPr>
      <w:r w:rsidRPr="006A6250">
        <w:rPr>
          <w:rFonts w:cs="Arial"/>
          <w:noProof/>
          <w:szCs w:val="18"/>
          <w:lang w:val="pl-PL" w:eastAsia="zh-CN"/>
        </w:rPr>
        <w:t>Datą zawarcia Umowy jest data złożenia oświadczenia woli o jej zawarciu przez ostatnią ze Stron.</w:t>
      </w:r>
    </w:p>
    <w:p w14:paraId="26DC15D8" w14:textId="77777777" w:rsidR="00AB0990" w:rsidRPr="006A6250" w:rsidRDefault="00AB0990" w:rsidP="00610B7D">
      <w:pPr>
        <w:autoSpaceDE w:val="0"/>
        <w:autoSpaceDN w:val="0"/>
        <w:jc w:val="center"/>
        <w:rPr>
          <w:rFonts w:cs="Arial"/>
          <w:b/>
          <w:bCs/>
          <w:noProof/>
          <w:szCs w:val="18"/>
          <w:u w:val="single"/>
          <w:lang w:val="pl-PL"/>
        </w:rPr>
      </w:pPr>
      <w:r w:rsidRPr="006A6250">
        <w:rPr>
          <w:rFonts w:cs="Arial"/>
          <w:b/>
          <w:bCs/>
          <w:noProof/>
          <w:szCs w:val="18"/>
          <w:u w:val="single"/>
          <w:lang w:val="pl-PL"/>
        </w:rPr>
        <w:t>Podstawa zawarcia Umowy</w:t>
      </w:r>
    </w:p>
    <w:p w14:paraId="643ECB72" w14:textId="77777777" w:rsidR="00AB0990" w:rsidRPr="006A6250" w:rsidRDefault="00AB0990" w:rsidP="00610B7D">
      <w:pPr>
        <w:pStyle w:val="Akapitzlist"/>
        <w:numPr>
          <w:ilvl w:val="0"/>
          <w:numId w:val="22"/>
        </w:numPr>
        <w:ind w:left="426" w:hanging="426"/>
        <w:rPr>
          <w:rFonts w:cs="Arial"/>
          <w:noProof/>
          <w:snapToGrid w:val="0"/>
          <w:szCs w:val="18"/>
          <w:lang w:val="pl-PL"/>
        </w:rPr>
      </w:pPr>
      <w:r w:rsidRPr="006A6250">
        <w:rPr>
          <w:rFonts w:cs="Arial"/>
          <w:noProof/>
          <w:snapToGrid w:val="0"/>
          <w:szCs w:val="18"/>
          <w:lang w:val="pl-PL"/>
        </w:rPr>
        <w:t xml:space="preserve">Umowa została zawarta w związku z realizacją zadania inwestycyjnego współfinansowanego ze środków FUNDUSZU MEDYCZNEGO, Subfunduszu modernizacji podmiotów leczniczych (SMPL). </w:t>
      </w:r>
    </w:p>
    <w:p w14:paraId="580FB54C" w14:textId="77777777" w:rsidR="00AB0990" w:rsidRPr="006A6250" w:rsidRDefault="00AB0990" w:rsidP="00610B7D">
      <w:pPr>
        <w:pStyle w:val="Akapitzlist"/>
        <w:numPr>
          <w:ilvl w:val="0"/>
          <w:numId w:val="22"/>
        </w:numPr>
        <w:ind w:left="426" w:hanging="426"/>
        <w:rPr>
          <w:rFonts w:cs="Arial"/>
          <w:noProof/>
          <w:snapToGrid w:val="0"/>
          <w:szCs w:val="18"/>
          <w:lang w:val="pl-PL"/>
        </w:rPr>
      </w:pPr>
      <w:r w:rsidRPr="006A6250">
        <w:rPr>
          <w:rFonts w:cs="Arial"/>
          <w:noProof/>
          <w:snapToGrid w:val="0"/>
          <w:szCs w:val="18"/>
          <w:lang w:val="pl-PL"/>
        </w:rPr>
        <w:t xml:space="preserve">Umowa została zawarta w wyniku postępowania o udzielenie zamówienia publicznego przeprowadzonego w trybie podstawowym bez przeprowadzenie negocjacji , na podstawie art. 275 pkt 1 ustawy Prawo zamówień publicznych z dnia 11 września 2019 r., zwanej dalej Pzp, (t.j. </w:t>
      </w:r>
      <w:hyperlink r:id="rId10" w:history="1">
        <w:r w:rsidRPr="006A6250">
          <w:rPr>
            <w:rFonts w:cs="Arial"/>
            <w:noProof/>
            <w:snapToGrid w:val="0"/>
            <w:szCs w:val="18"/>
            <w:u w:val="single"/>
            <w:lang w:val="pl-PL"/>
          </w:rPr>
          <w:t>Dz.U. 2024 poz. 1</w:t>
        </w:r>
      </w:hyperlink>
      <w:r w:rsidRPr="006A6250">
        <w:rPr>
          <w:rFonts w:cs="Arial"/>
          <w:noProof/>
          <w:snapToGrid w:val="0"/>
          <w:szCs w:val="18"/>
          <w:u w:val="single"/>
          <w:lang w:val="pl-PL"/>
        </w:rPr>
        <w:t>320</w:t>
      </w:r>
      <w:r w:rsidRPr="006A6250">
        <w:rPr>
          <w:rFonts w:cs="Arial"/>
          <w:noProof/>
          <w:snapToGrid w:val="0"/>
          <w:szCs w:val="18"/>
          <w:lang w:val="pl-PL"/>
        </w:rPr>
        <w:t xml:space="preserve"> ze zmian.) </w:t>
      </w:r>
    </w:p>
    <w:p w14:paraId="5FE7FD87" w14:textId="77777777" w:rsidR="00DB1D0E" w:rsidRPr="006A6250" w:rsidRDefault="00CF1206" w:rsidP="00610B7D">
      <w:pPr>
        <w:jc w:val="center"/>
        <w:rPr>
          <w:noProof/>
          <w:lang w:val="pl-PL"/>
        </w:rPr>
      </w:pPr>
      <w:r w:rsidRPr="006A6250">
        <w:rPr>
          <w:b/>
          <w:noProof/>
          <w:lang w:val="pl-PL"/>
        </w:rPr>
        <w:t>§ 1</w:t>
      </w:r>
    </w:p>
    <w:p w14:paraId="61F605BF" w14:textId="77777777" w:rsidR="00DB1D0E" w:rsidRPr="006A6250" w:rsidRDefault="00CF1206" w:rsidP="00610B7D">
      <w:pPr>
        <w:jc w:val="center"/>
        <w:rPr>
          <w:noProof/>
          <w:lang w:val="pl-PL"/>
        </w:rPr>
      </w:pPr>
      <w:r w:rsidRPr="006A6250">
        <w:rPr>
          <w:b/>
          <w:noProof/>
          <w:lang w:val="pl-PL"/>
        </w:rPr>
        <w:t>Przedmiot umowy</w:t>
      </w:r>
    </w:p>
    <w:p w14:paraId="36476B32" w14:textId="5A17C5F6"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Przedmiotem umowy jest realizacja zadania pn. „Przebudowa lądowiska sanitarnego dla śmigłowców na terenie Specjalistycznego Szpitala Wojewódzkiego w Ciechanowie</w:t>
      </w:r>
      <w:r w:rsidR="00F80EEE">
        <w:rPr>
          <w:noProof/>
          <w:lang w:val="pl-PL"/>
        </w:rPr>
        <w:t>”</w:t>
      </w:r>
      <w:r w:rsidRPr="006A6250">
        <w:rPr>
          <w:noProof/>
          <w:lang w:val="pl-PL"/>
        </w:rPr>
        <w:t xml:space="preserve"> oraz dostosowanie go do obowiązujących przepisów prawa, wymogów technicznych i norm budowlanych w zakresie lądowisk ratownictwa medycznego i cywilnego”, w formule „zaprojektuj i wybuduj”.</w:t>
      </w:r>
    </w:p>
    <w:p w14:paraId="6CE82BD6"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Przedmiot umowy obejmuje w szczególności:</w:t>
      </w:r>
    </w:p>
    <w:p w14:paraId="21E6A64F"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opracowanie kompletnej dokumentacji projektowej niezbędnej do realizacji inwestycji,</w:t>
      </w:r>
    </w:p>
    <w:p w14:paraId="2886D807"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uzyskanie wszelkich wymaganych uzgodnień, opinii, decyzji, zgód i pozwoleń niezbędnych do wykonania przedmiotu umowy i dopuszczenia obiektu do użytkowania, o ile są wymagane przepisami prawa lub dokumentami zamówienia,</w:t>
      </w:r>
    </w:p>
    <w:p w14:paraId="581A4847"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wykonanie wszelkich robót budowlanych, instalacyjnych, montażowych, dostaw i czynności towarzyszących niezbędnych do prawidłowego wykonania przedmiotu umowy,</w:t>
      </w:r>
    </w:p>
    <w:p w14:paraId="0353AD6E"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dostawę i montaż urządzeń oraz wyposażenia przewidzianych dokumentami zamówienia,</w:t>
      </w:r>
    </w:p>
    <w:p w14:paraId="3C30FC13"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przeprowadzenie prób, badań, pomiarów, uruchomień i sprawdzeń,</w:t>
      </w:r>
    </w:p>
    <w:p w14:paraId="3E4337B3" w14:textId="77777777" w:rsidR="00DB1D0E" w:rsidRPr="006A6250" w:rsidRDefault="00CF1206" w:rsidP="00A11682">
      <w:pPr>
        <w:numPr>
          <w:ilvl w:val="1"/>
          <w:numId w:val="1"/>
        </w:numPr>
        <w:tabs>
          <w:tab w:val="clear" w:pos="360"/>
        </w:tabs>
        <w:ind w:left="567" w:hanging="283"/>
        <w:rPr>
          <w:noProof/>
          <w:lang w:val="pl-PL"/>
        </w:rPr>
      </w:pPr>
      <w:r w:rsidRPr="006A6250">
        <w:rPr>
          <w:noProof/>
          <w:lang w:val="pl-PL"/>
        </w:rPr>
        <w:t>sporządzenie dokumentacji powykonawczej,</w:t>
      </w:r>
    </w:p>
    <w:p w14:paraId="33BCB3DB"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udział w czynnościach odbiorowych oraz usunięcie stwierdzonych wad.</w:t>
      </w:r>
    </w:p>
    <w:p w14:paraId="694CACA0"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lastRenderedPageBreak/>
        <w:t>Szczegółowy zakres przedmiotu umowy określają w szczególności: SWZ wraz z wyjaśnieniami i zmianami, Program Funkcjonalno-Użytkowy, oferta Wykonawcy wraz z załącznikami, harmonogram rzeczowo-finansowy oraz dokumentacja projektowa opracowana przez Wykonawcę i zaakceptowana przez Zamawiającego w zakresie wymaganym umową.</w:t>
      </w:r>
    </w:p>
    <w:p w14:paraId="3D876EAF"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Dokumenty, o których mowa w ust. 3, należy traktować jako wzajemnie się uzupełniające. W przypadku rozbieżności pierwszeństwo interpretacyjne mają: umowa, SWZ wraz z wyjaśnieniami i zmianami, PFU, oferta Wykonawcy, a następnie dokumenty o charakterze pomocniczym.</w:t>
      </w:r>
    </w:p>
    <w:p w14:paraId="0FAE1362"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Wykonawca oświadcza, że zapoznał się z dokumentami zamówienia, warunkami realizacji inwestycji oraz że uwzględnił wszystkie okoliczności mające wpływ na należyte wykonanie umowy.</w:t>
      </w:r>
    </w:p>
    <w:p w14:paraId="242A47FB" w14:textId="77777777" w:rsidR="00DB1D0E" w:rsidRPr="006A6250" w:rsidRDefault="00DB1D0E" w:rsidP="006D44D9">
      <w:pPr>
        <w:tabs>
          <w:tab w:val="left" w:pos="142"/>
          <w:tab w:val="left" w:pos="284"/>
        </w:tabs>
        <w:ind w:left="284" w:hanging="284"/>
        <w:rPr>
          <w:noProof/>
          <w:lang w:val="pl-PL"/>
        </w:rPr>
      </w:pPr>
    </w:p>
    <w:p w14:paraId="05183690" w14:textId="77777777" w:rsidR="00DB1D0E" w:rsidRPr="006A6250" w:rsidRDefault="00CF1206" w:rsidP="00610B7D">
      <w:pPr>
        <w:jc w:val="center"/>
        <w:rPr>
          <w:noProof/>
          <w:lang w:val="pl-PL"/>
        </w:rPr>
      </w:pPr>
      <w:r w:rsidRPr="006A6250">
        <w:rPr>
          <w:b/>
          <w:noProof/>
          <w:lang w:val="pl-PL"/>
        </w:rPr>
        <w:t>§ 2</w:t>
      </w:r>
    </w:p>
    <w:p w14:paraId="0CF1E5A4" w14:textId="77777777" w:rsidR="00DB1D0E" w:rsidRPr="006A6250" w:rsidRDefault="00CF1206" w:rsidP="00610B7D">
      <w:pPr>
        <w:jc w:val="center"/>
        <w:rPr>
          <w:noProof/>
          <w:lang w:val="pl-PL"/>
        </w:rPr>
      </w:pPr>
      <w:r w:rsidRPr="006A6250">
        <w:rPr>
          <w:b/>
          <w:noProof/>
          <w:lang w:val="pl-PL"/>
        </w:rPr>
        <w:t>Charakter wynagrodzenia i zakres zobowiązania Wykonawcy</w:t>
      </w:r>
    </w:p>
    <w:p w14:paraId="37038850"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Wynagrodzenie Wykonawcy ma charakter ryczałtowy.</w:t>
      </w:r>
    </w:p>
    <w:p w14:paraId="1D9146B2"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Wynagrodzenie ryczałtowe obejmuje całość świadczeń niezbędnych do należytego wykonania przedmiotu umowy zgodnie z jej treścią, dokumentami zamówienia, zasadami wiedzy technicznej, obowiązującymi normami oraz przepisami prawa, nawet jeżeli nie zostały one wprost wyszczególnione w dokumentach pomocniczych, przedmiarach lub kosztorysach.</w:t>
      </w:r>
    </w:p>
    <w:p w14:paraId="6951E823"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Kosztorysy ofertowe branży budowlanej i branży elektrycznej, składane wraz z ofertą oraz przedkładane przed zawarciem umowy, mają wyłącznie charakter pomocniczy, informacyjny i porządkujący. Nie ograniczają zakresu zobowiązania Wykonawcy ani nie stanowią samodzielnej podstawy ustalenia zakresu robót.</w:t>
      </w:r>
    </w:p>
    <w:p w14:paraId="06437FE1"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Brak wyodrębnienia określonego elementu w kosztorysie nie oznacza, że element ten nie jest objęty przedmiotem umowy. Przyjmuje się, że koszt jego wykonania został uwzględniony w wynagrodzeniu ryczałtowym, jeżeli obowiązek jego wykonania wynika z dokumentów zamówienia, dokumentacji projektowej, przepisów prawa lub zasad wiedzy technicznej.</w:t>
      </w:r>
    </w:p>
    <w:p w14:paraId="668D8333" w14:textId="77777777" w:rsidR="00DB1D0E" w:rsidRDefault="00CF1206" w:rsidP="00A11682">
      <w:pPr>
        <w:numPr>
          <w:ilvl w:val="0"/>
          <w:numId w:val="2"/>
        </w:numPr>
        <w:tabs>
          <w:tab w:val="clear" w:pos="0"/>
        </w:tabs>
        <w:ind w:left="284" w:hanging="284"/>
        <w:rPr>
          <w:noProof/>
          <w:lang w:val="pl-PL"/>
        </w:rPr>
      </w:pPr>
      <w:r w:rsidRPr="006A6250">
        <w:rPr>
          <w:noProof/>
          <w:lang w:val="pl-PL"/>
        </w:rPr>
        <w:t>Wykonawca nie może powoływać się na niekompletność przedmiarów, kosztorysów pomocniczych lub innych dokumentów o charakterze informacyjnym w celu uchylenia się od wykonania robót, dostaw lub czynności objętych przedmiotem umowy.</w:t>
      </w:r>
    </w:p>
    <w:p w14:paraId="35FAB909" w14:textId="22302073" w:rsidR="00E648A5" w:rsidRPr="00E53FC0" w:rsidRDefault="00E53FC0" w:rsidP="00A11682">
      <w:pPr>
        <w:numPr>
          <w:ilvl w:val="0"/>
          <w:numId w:val="2"/>
        </w:numPr>
        <w:tabs>
          <w:tab w:val="clear" w:pos="0"/>
        </w:tabs>
        <w:ind w:left="284" w:hanging="284"/>
        <w:rPr>
          <w:noProof/>
          <w:color w:val="365F91" w:themeColor="accent1" w:themeShade="BF"/>
          <w:lang w:val="pl-PL"/>
        </w:rPr>
      </w:pPr>
      <w:r w:rsidRPr="00E53FC0">
        <w:rPr>
          <w:noProof/>
          <w:color w:val="365F91" w:themeColor="accent1" w:themeShade="BF"/>
          <w:lang w:val="pl-PL"/>
        </w:rPr>
        <w:t>Wynagrodzenie ryczałtowe obejmuje również koszty wykonywania obowiązków Wykonawcy w okresie gwarancji jakości i rękojmi, w tym koszty usuwania wad, usterek i awarii oraz koszty zapewnienia i wymiany części, podzespołów, elementów oraz materiałów, jeżeli obowiązek ich poniesienia wynika z Umowy, dokumentów zamówienia, gwarancji jakości, rękojmi, gwarancji producenta albo konieczności utrzymania wymaganych parametrów technicznych, użytkowych i bezpieczeństwa przedmiotu umowy.</w:t>
      </w:r>
    </w:p>
    <w:p w14:paraId="5DEF18A9" w14:textId="77777777" w:rsidR="00DB1D0E" w:rsidRPr="006A6250" w:rsidRDefault="00DB1D0E" w:rsidP="00610B7D">
      <w:pPr>
        <w:rPr>
          <w:noProof/>
          <w:lang w:val="pl-PL"/>
        </w:rPr>
      </w:pPr>
    </w:p>
    <w:p w14:paraId="38920321" w14:textId="77777777" w:rsidR="00DB1D0E" w:rsidRPr="006A6250" w:rsidRDefault="00CF1206" w:rsidP="00610B7D">
      <w:pPr>
        <w:jc w:val="center"/>
        <w:rPr>
          <w:noProof/>
          <w:lang w:val="pl-PL"/>
        </w:rPr>
      </w:pPr>
      <w:r w:rsidRPr="006A6250">
        <w:rPr>
          <w:b/>
          <w:noProof/>
          <w:lang w:val="pl-PL"/>
        </w:rPr>
        <w:t>§ 3</w:t>
      </w:r>
    </w:p>
    <w:p w14:paraId="548EECDE" w14:textId="77777777" w:rsidR="00DB1D0E" w:rsidRPr="006A6250" w:rsidRDefault="00CF1206" w:rsidP="00610B7D">
      <w:pPr>
        <w:jc w:val="center"/>
        <w:rPr>
          <w:noProof/>
          <w:lang w:val="pl-PL"/>
        </w:rPr>
      </w:pPr>
      <w:r w:rsidRPr="006A6250">
        <w:rPr>
          <w:b/>
          <w:noProof/>
          <w:lang w:val="pl-PL"/>
        </w:rPr>
        <w:t>Termin realizacji</w:t>
      </w:r>
    </w:p>
    <w:p w14:paraId="0A21DF5D" w14:textId="77777777" w:rsidR="00DB1D0E" w:rsidRPr="006A6250" w:rsidRDefault="00CF1206" w:rsidP="00A11682">
      <w:pPr>
        <w:numPr>
          <w:ilvl w:val="0"/>
          <w:numId w:val="3"/>
        </w:numPr>
        <w:tabs>
          <w:tab w:val="left" w:pos="284"/>
        </w:tabs>
        <w:ind w:firstLine="0"/>
        <w:rPr>
          <w:noProof/>
          <w:lang w:val="pl-PL"/>
        </w:rPr>
      </w:pPr>
      <w:r w:rsidRPr="006A6250">
        <w:rPr>
          <w:noProof/>
          <w:lang w:val="pl-PL"/>
        </w:rPr>
        <w:t>Termin wykonania przedmiotu umowy ustala się do dnia 30 listopada 2026 r.</w:t>
      </w:r>
    </w:p>
    <w:p w14:paraId="508296AD" w14:textId="77777777" w:rsidR="00DB1D0E" w:rsidRPr="006A6250" w:rsidRDefault="00CF1206" w:rsidP="00A11682">
      <w:pPr>
        <w:numPr>
          <w:ilvl w:val="0"/>
          <w:numId w:val="3"/>
        </w:numPr>
        <w:tabs>
          <w:tab w:val="left" w:pos="284"/>
        </w:tabs>
        <w:ind w:firstLine="0"/>
        <w:rPr>
          <w:noProof/>
          <w:lang w:val="pl-PL"/>
        </w:rPr>
      </w:pPr>
      <w:r w:rsidRPr="006A6250">
        <w:rPr>
          <w:noProof/>
          <w:lang w:val="pl-PL"/>
        </w:rPr>
        <w:t>Za wykonanie przedmiotu umowy uważa się łączne spełnienie następujących warunków:</w:t>
      </w:r>
    </w:p>
    <w:p w14:paraId="3CDB44E9"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opracowanie dokumentacji projektowej i uzyskanie wymaganych uzgodnień oraz decyzji,</w:t>
      </w:r>
    </w:p>
    <w:p w14:paraId="42EF8539"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wykonanie wszystkich robót, dostaw i montaży objętych umową,</w:t>
      </w:r>
    </w:p>
    <w:p w14:paraId="79D6A8BB"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przeprowadzenie wymaganych prób, badań, uruchomień, pomiarów i sprawdzeń,</w:t>
      </w:r>
    </w:p>
    <w:p w14:paraId="3B1403A6"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przekazanie kompletnej dokumentacji powykonawczej,</w:t>
      </w:r>
    </w:p>
    <w:p w14:paraId="09DCB892"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dokonanie odbioru końcowego bez wad istotnych.</w:t>
      </w:r>
    </w:p>
    <w:p w14:paraId="73A17488" w14:textId="77777777" w:rsidR="00DB1D0E" w:rsidRPr="006A6250" w:rsidRDefault="00DB1D0E" w:rsidP="00610B7D">
      <w:pPr>
        <w:rPr>
          <w:noProof/>
          <w:lang w:val="pl-PL"/>
        </w:rPr>
      </w:pPr>
    </w:p>
    <w:p w14:paraId="140067CA" w14:textId="77777777" w:rsidR="00DB1D0E" w:rsidRPr="006A6250" w:rsidRDefault="00CF1206" w:rsidP="00610B7D">
      <w:pPr>
        <w:jc w:val="center"/>
        <w:rPr>
          <w:noProof/>
          <w:lang w:val="pl-PL"/>
        </w:rPr>
      </w:pPr>
      <w:r w:rsidRPr="006A6250">
        <w:rPr>
          <w:b/>
          <w:noProof/>
          <w:lang w:val="pl-PL"/>
        </w:rPr>
        <w:t>§ 4</w:t>
      </w:r>
    </w:p>
    <w:p w14:paraId="6E9A76E3" w14:textId="77777777" w:rsidR="00DB1D0E" w:rsidRPr="006A6250" w:rsidRDefault="00CF1206" w:rsidP="00610B7D">
      <w:pPr>
        <w:jc w:val="center"/>
        <w:rPr>
          <w:noProof/>
          <w:lang w:val="pl-PL"/>
        </w:rPr>
      </w:pPr>
      <w:r w:rsidRPr="006A6250">
        <w:rPr>
          <w:b/>
          <w:noProof/>
          <w:lang w:val="pl-PL"/>
        </w:rPr>
        <w:t>Harmonogram rzeczowo-finansowy i etapy rozliczenia</w:t>
      </w:r>
    </w:p>
    <w:p w14:paraId="7429731B" w14:textId="77777777" w:rsidR="001D2EEE" w:rsidRPr="006A6250" w:rsidRDefault="001D2EEE" w:rsidP="001D2EEE">
      <w:pPr>
        <w:numPr>
          <w:ilvl w:val="0"/>
          <w:numId w:val="4"/>
        </w:numPr>
        <w:tabs>
          <w:tab w:val="clear" w:pos="0"/>
          <w:tab w:val="num" w:pos="142"/>
        </w:tabs>
        <w:ind w:left="284" w:hanging="284"/>
        <w:rPr>
          <w:noProof/>
          <w:lang w:val="pl-PL"/>
        </w:rPr>
      </w:pPr>
      <w:r w:rsidRPr="006A6250">
        <w:rPr>
          <w:lang w:val="pl-PL"/>
        </w:rPr>
        <w:t>W terminie 7 dni od dnia zawarcia umowy Wykonawca przedłoży Zamawiającemu do akceptacji szczegółowy harmonogram rzeczowo-finansowy realizacji umowy. Zamawiający zgłosi do harmonogramu uwagi lub zastrzeżenia w terminie 5 dni roboczych od dnia jego otrzymania.</w:t>
      </w:r>
    </w:p>
    <w:p w14:paraId="5FC770D6" w14:textId="77777777" w:rsidR="00DB1D0E" w:rsidRPr="006A6250" w:rsidRDefault="00CF1206" w:rsidP="00A11682">
      <w:pPr>
        <w:numPr>
          <w:ilvl w:val="0"/>
          <w:numId w:val="4"/>
        </w:numPr>
        <w:tabs>
          <w:tab w:val="clear" w:pos="0"/>
          <w:tab w:val="num" w:pos="142"/>
        </w:tabs>
        <w:ind w:left="284" w:hanging="284"/>
        <w:rPr>
          <w:noProof/>
          <w:lang w:val="pl-PL"/>
        </w:rPr>
      </w:pPr>
      <w:r w:rsidRPr="006A6250">
        <w:rPr>
          <w:noProof/>
          <w:lang w:val="pl-PL"/>
        </w:rPr>
        <w:t>Harmonogram powinien obejmować co najmniej: etap projektowy, uzgodnienia i czynności formalnoprawne, roboty budowlane, roboty elektryczne i teletechniczne, dostawy urządzeń i wyposażenia oraz próby, pomiary i odbiory.</w:t>
      </w:r>
    </w:p>
    <w:p w14:paraId="0140A267" w14:textId="77777777" w:rsidR="00DB1D0E" w:rsidRPr="006A6250" w:rsidRDefault="00CF1206" w:rsidP="00A11682">
      <w:pPr>
        <w:numPr>
          <w:ilvl w:val="0"/>
          <w:numId w:val="4"/>
        </w:numPr>
        <w:tabs>
          <w:tab w:val="clear" w:pos="0"/>
          <w:tab w:val="num" w:pos="142"/>
        </w:tabs>
        <w:ind w:left="284" w:hanging="284"/>
        <w:rPr>
          <w:noProof/>
          <w:lang w:val="pl-PL"/>
        </w:rPr>
      </w:pPr>
      <w:r w:rsidRPr="006A6250">
        <w:rPr>
          <w:noProof/>
          <w:lang w:val="pl-PL"/>
        </w:rPr>
        <w:t>Strony ustalają etapowy sposób rozliczenia przedmiotu umowy według następujących etapów:</w:t>
      </w:r>
    </w:p>
    <w:p w14:paraId="27A30909"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 – dokumentacja i uzgodnienia – 10% wynagrodzenia brutto; etap obejmuje opracowanie kompletnej dokumentacji projektowej, uzyskanie wymaganych uzgodnień, opinii i decyzji oraz przekazanie dokumentacji zaakceptowanej przez Zamawiającego,</w:t>
      </w:r>
    </w:p>
    <w:p w14:paraId="349E59EA"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II – roboty przygotowawcze i infrastruktura podstawowa – 25% wynagrodzenia brutto; etap obejmuje roboty rozbiórkowe i przygotowawcze, roboty ziemne i fundamentowe oraz wykonanie podstawowych elementów infrastruktury towarzyszącej, w tym ogrodzenia, kanalizacji kablowej i tras kablowych,</w:t>
      </w:r>
    </w:p>
    <w:p w14:paraId="39EC3B77"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III – zasadnicze roboty budowlane oraz dostawy – 45% wynagrodzenia brutto; etap obejmuje wykonanie zasadniczych robót budowlanych, robót elektrycznych i teletechnicznych, dostawę i montaż urządzeń oraz wyposażenia, a także wykonanie oznakowania i oświetlenia lądowiska,</w:t>
      </w:r>
    </w:p>
    <w:p w14:paraId="36B21112"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lastRenderedPageBreak/>
        <w:t>Etap IV – uruchomienie, dokumentacja powykonawcza i odbiór końcowy – 20% wynagrodzenia brutto; etap obejmuje próby, pomiary, uruchomienia i sprawdzenia, usunięcie wad stwierdzonych przy odbiorach częściowych, przekazanie kompletnej dokumentacji powykonawczej oraz dokonanie odbioru końcowego.</w:t>
      </w:r>
    </w:p>
    <w:p w14:paraId="6845B09C" w14:textId="77777777" w:rsidR="00DB1D0E" w:rsidRPr="006A6250" w:rsidRDefault="00CF1206" w:rsidP="00A11682">
      <w:pPr>
        <w:numPr>
          <w:ilvl w:val="0"/>
          <w:numId w:val="4"/>
        </w:numPr>
        <w:tabs>
          <w:tab w:val="clear" w:pos="0"/>
          <w:tab w:val="num" w:pos="567"/>
        </w:tabs>
        <w:ind w:left="567" w:hanging="425"/>
        <w:rPr>
          <w:noProof/>
          <w:lang w:val="pl-PL"/>
        </w:rPr>
      </w:pPr>
      <w:r w:rsidRPr="006A6250">
        <w:rPr>
          <w:noProof/>
          <w:lang w:val="pl-PL"/>
        </w:rPr>
        <w:t>Akceptacja harmonogramu przez Zamawiającego nie zwalnia Wykonawcy z odpowiedzialności za dochowanie terminu wykonania umowy.</w:t>
      </w:r>
    </w:p>
    <w:p w14:paraId="54953F0A" w14:textId="77777777" w:rsidR="00DB1D0E" w:rsidRPr="006A6250" w:rsidRDefault="00CF1206" w:rsidP="00A11682">
      <w:pPr>
        <w:numPr>
          <w:ilvl w:val="0"/>
          <w:numId w:val="4"/>
        </w:numPr>
        <w:tabs>
          <w:tab w:val="clear" w:pos="0"/>
          <w:tab w:val="num" w:pos="567"/>
        </w:tabs>
        <w:ind w:left="567" w:hanging="425"/>
        <w:rPr>
          <w:noProof/>
          <w:lang w:val="pl-PL"/>
        </w:rPr>
      </w:pPr>
      <w:r w:rsidRPr="006A6250">
        <w:rPr>
          <w:noProof/>
          <w:lang w:val="pl-PL"/>
        </w:rPr>
        <w:t>Aktualizacja harmonogramu wymaga akceptacji Zamawiającego i nie stanowi zmiany umowy, o ile nie prowadzi do zmiany terminu końcowego lub innych istotnych postanowień umowy.</w:t>
      </w:r>
    </w:p>
    <w:p w14:paraId="7CA051D3" w14:textId="77777777" w:rsidR="00DB1D0E" w:rsidRPr="006A6250" w:rsidRDefault="00DB1D0E" w:rsidP="00610B7D">
      <w:pPr>
        <w:rPr>
          <w:noProof/>
          <w:lang w:val="pl-PL"/>
        </w:rPr>
      </w:pPr>
    </w:p>
    <w:p w14:paraId="2D6FFAC6" w14:textId="77777777" w:rsidR="00DB1D0E" w:rsidRPr="006A6250" w:rsidRDefault="00CF1206" w:rsidP="00610B7D">
      <w:pPr>
        <w:jc w:val="center"/>
        <w:rPr>
          <w:noProof/>
          <w:lang w:val="pl-PL"/>
        </w:rPr>
      </w:pPr>
      <w:r w:rsidRPr="006A6250">
        <w:rPr>
          <w:b/>
          <w:noProof/>
          <w:lang w:val="pl-PL"/>
        </w:rPr>
        <w:t>§ 5</w:t>
      </w:r>
    </w:p>
    <w:p w14:paraId="3BF43FCB" w14:textId="0178D513" w:rsidR="00DB1D0E" w:rsidRPr="006A6250" w:rsidRDefault="00CF1206" w:rsidP="00610B7D">
      <w:pPr>
        <w:jc w:val="center"/>
        <w:rPr>
          <w:noProof/>
          <w:lang w:val="pl-PL"/>
        </w:rPr>
      </w:pPr>
      <w:r w:rsidRPr="006A6250">
        <w:rPr>
          <w:b/>
          <w:noProof/>
          <w:lang w:val="pl-PL"/>
        </w:rPr>
        <w:t xml:space="preserve">Obowiązki </w:t>
      </w:r>
      <w:r w:rsidR="00693587">
        <w:rPr>
          <w:b/>
          <w:noProof/>
          <w:lang w:val="pl-PL"/>
        </w:rPr>
        <w:t xml:space="preserve">i uprawnienia </w:t>
      </w:r>
      <w:r w:rsidRPr="006A6250">
        <w:rPr>
          <w:b/>
          <w:noProof/>
          <w:lang w:val="pl-PL"/>
        </w:rPr>
        <w:t>Wykonawcy</w:t>
      </w:r>
    </w:p>
    <w:p w14:paraId="24401BA0" w14:textId="77777777" w:rsidR="00DB1D0E" w:rsidRPr="006A6250" w:rsidRDefault="00CF1206" w:rsidP="00A11682">
      <w:pPr>
        <w:pStyle w:val="Listapunktowana"/>
        <w:numPr>
          <w:ilvl w:val="0"/>
          <w:numId w:val="24"/>
        </w:numPr>
        <w:tabs>
          <w:tab w:val="left" w:pos="284"/>
          <w:tab w:val="left" w:pos="426"/>
        </w:tabs>
        <w:ind w:firstLine="0"/>
        <w:rPr>
          <w:noProof/>
          <w:lang w:val="pl-PL"/>
        </w:rPr>
      </w:pPr>
      <w:r w:rsidRPr="006A6250">
        <w:rPr>
          <w:noProof/>
          <w:lang w:val="pl-PL"/>
        </w:rPr>
        <w:t>Do obowiązków Wykonawcy należy w szczególności:</w:t>
      </w:r>
    </w:p>
    <w:p w14:paraId="4A708A89"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wykonanie przedmiotu umowy z należytą starannością, zgodnie z dokumentami zamówienia, przepisami prawa, zasadami wiedzy technicznej i sztuki budowlanej,</w:t>
      </w:r>
    </w:p>
    <w:p w14:paraId="5A7F9990"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zapewnienie osób posiadających wymagane kwalifikacje, uprawnienia i doświadczenie,</w:t>
      </w:r>
    </w:p>
    <w:p w14:paraId="6C330373"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ustanowienie kierownika budowy oraz innych osób wymaganych przepisami prawa lub dokumentami zamówienia,</w:t>
      </w:r>
    </w:p>
    <w:p w14:paraId="7C184052"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prowadzenie robót w sposób niezagrażający bezpieczeństwu oraz możliwie najmniej uciążliwy dla funkcjonowania Szpitala,</w:t>
      </w:r>
    </w:p>
    <w:p w14:paraId="49687935"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zabezpieczenie terenu robót oraz zapewnienie bezpieczeństwa ludzi i mienia,</w:t>
      </w:r>
    </w:p>
    <w:p w14:paraId="47FEC3FD"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utrzymanie porządku na terenie realizacji inwestycji,</w:t>
      </w:r>
    </w:p>
    <w:p w14:paraId="13B1A3AB"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gospodarowanie odpadami zgodnie z przepisami prawa,</w:t>
      </w:r>
    </w:p>
    <w:p w14:paraId="20E09A09"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stosowanie wyrobów i urządzeń dopuszczonych do obrotu i stosowania zgodnie z obowiązującymi przepisami,</w:t>
      </w:r>
    </w:p>
    <w:p w14:paraId="6382069C" w14:textId="77777777" w:rsidR="00DB1D0E" w:rsidRDefault="00CF1206" w:rsidP="00A11682">
      <w:pPr>
        <w:numPr>
          <w:ilvl w:val="1"/>
          <w:numId w:val="5"/>
        </w:numPr>
        <w:tabs>
          <w:tab w:val="clear" w:pos="360"/>
          <w:tab w:val="num" w:pos="567"/>
        </w:tabs>
        <w:ind w:left="567" w:hanging="283"/>
        <w:rPr>
          <w:noProof/>
          <w:lang w:val="pl-PL"/>
        </w:rPr>
      </w:pPr>
      <w:r w:rsidRPr="006A6250">
        <w:rPr>
          <w:noProof/>
          <w:lang w:val="pl-PL"/>
        </w:rPr>
        <w:t>zapewnienie dostępności części zamiennych, materiałów eksploatacyjnych oraz wsparcia technicznego dla dostarczonych urządzeń przez okres co najmniej 10 lat od dnia odbioru końcowego albo przez okres dłuższy, jeżeli wynika on z oferty Wykonawcy lub dokumentów producenta.</w:t>
      </w:r>
    </w:p>
    <w:p w14:paraId="6C8479C4" w14:textId="04451C48" w:rsidR="00760E92" w:rsidRPr="00760E92" w:rsidRDefault="00760E92" w:rsidP="00A11682">
      <w:pPr>
        <w:numPr>
          <w:ilvl w:val="1"/>
          <w:numId w:val="5"/>
        </w:numPr>
        <w:tabs>
          <w:tab w:val="clear" w:pos="360"/>
          <w:tab w:val="num" w:pos="567"/>
        </w:tabs>
        <w:ind w:left="567" w:hanging="283"/>
        <w:rPr>
          <w:noProof/>
          <w:color w:val="365F91" w:themeColor="accent1" w:themeShade="BF"/>
          <w:lang w:val="pl-PL"/>
        </w:rPr>
      </w:pPr>
      <w:r w:rsidRPr="00760E92">
        <w:rPr>
          <w:noProof/>
          <w:color w:val="365F91" w:themeColor="accent1" w:themeShade="BF"/>
          <w:lang w:val="pl-PL"/>
        </w:rPr>
        <w:t>przekazanie najpóźniej w dniu odbioru końcowego instrukcji eksploatacji, dokumentów gwarancyjnych producentów oraz wykazu elementów, części i materiałów przewidzianych do okresowej wymiany, konserwacji lub przeglądów, wraz ze wskazaniem zalecanej częstotliwości tych czynności. Przekazanie takiego wykazu nie może ograniczać odpowiedzialności Wykonawcy z tytułu gwarancji jakości lub rękojmi ani przerzucać na Zamawiającego kosztów usunięcia wad, usterek lub awarii powstałych w okresie gwarancji lub rękojmi</w:t>
      </w:r>
    </w:p>
    <w:p w14:paraId="0E44897C" w14:textId="77777777" w:rsidR="00DB1D0E" w:rsidRPr="006A6250" w:rsidRDefault="00CF1206" w:rsidP="00A11682">
      <w:pPr>
        <w:numPr>
          <w:ilvl w:val="0"/>
          <w:numId w:val="5"/>
        </w:numPr>
        <w:tabs>
          <w:tab w:val="clear" w:pos="0"/>
        </w:tabs>
        <w:ind w:left="284" w:hanging="284"/>
        <w:rPr>
          <w:noProof/>
          <w:lang w:val="pl-PL"/>
        </w:rPr>
      </w:pPr>
      <w:r w:rsidRPr="006A6250">
        <w:rPr>
          <w:noProof/>
          <w:lang w:val="pl-PL"/>
        </w:rPr>
        <w:t>Wykonawca ponosi pełną odpowiedzialność za koordynację wszystkich branż oraz zgodność realizacji robót i dostaw z dokumentacją projektową, PFU, przepisami prawa i wymaganiami Zamawiającego.</w:t>
      </w:r>
    </w:p>
    <w:p w14:paraId="5A4033AE" w14:textId="77777777" w:rsidR="00AA7FA8" w:rsidRPr="006A6250" w:rsidRDefault="00AA7FA8" w:rsidP="00A11682">
      <w:pPr>
        <w:pStyle w:val="Listapunktowana"/>
        <w:tabs>
          <w:tab w:val="clear" w:pos="0"/>
        </w:tabs>
        <w:ind w:left="284" w:hanging="284"/>
        <w:rPr>
          <w:noProof/>
          <w:lang w:val="pl-PL"/>
        </w:rPr>
      </w:pPr>
      <w:r w:rsidRPr="006A6250">
        <w:rPr>
          <w:noProof/>
          <w:lang w:val="pl-PL"/>
        </w:rPr>
        <w:t>Zamawiający, stosownie do art. 95 ustawy Prawo zamówień publicznych, wymaga zatrudnienia przez Wykonawcę lub podwykonawcę na podstawie umowy o pracę osób wykonujących czynności w zakresie realizacji przedmiotu umowy, jeżeli wykonanie tych czynności polega na wykonywaniu pracy w sposób określony w art. 22 § 1 Kodeksu pracy.</w:t>
      </w:r>
    </w:p>
    <w:p w14:paraId="5A0745F9" w14:textId="77777777" w:rsidR="00AA7FA8" w:rsidRPr="006A6250" w:rsidRDefault="00AA7FA8" w:rsidP="00A11682">
      <w:pPr>
        <w:pStyle w:val="Listapunktowana"/>
        <w:tabs>
          <w:tab w:val="clear" w:pos="0"/>
        </w:tabs>
        <w:ind w:left="284" w:hanging="284"/>
        <w:rPr>
          <w:noProof/>
          <w:lang w:val="pl-PL"/>
        </w:rPr>
      </w:pPr>
      <w:r w:rsidRPr="006A6250">
        <w:rPr>
          <w:noProof/>
          <w:lang w:val="pl-PL"/>
        </w:rPr>
        <w:t>Wymóg, o którym mowa w ust. 1, dotyczy w szczególności osób wykonujących czynności:</w:t>
      </w:r>
      <w:r w:rsidRPr="006A6250">
        <w:rPr>
          <w:noProof/>
          <w:lang w:val="pl-PL"/>
        </w:rPr>
        <w:br/>
        <w:t>a) ogólnobudowlane,</w:t>
      </w:r>
      <w:r w:rsidRPr="006A6250">
        <w:rPr>
          <w:noProof/>
          <w:lang w:val="pl-PL"/>
        </w:rPr>
        <w:br/>
        <w:t>b) ziemne, rozbiórkowe i montażowe,</w:t>
      </w:r>
      <w:r w:rsidRPr="006A6250">
        <w:rPr>
          <w:noProof/>
          <w:lang w:val="pl-PL"/>
        </w:rPr>
        <w:br/>
        <w:t>c) instalacyjne i elektryczne,</w:t>
      </w:r>
      <w:r w:rsidRPr="006A6250">
        <w:rPr>
          <w:noProof/>
          <w:lang w:val="pl-PL"/>
        </w:rPr>
        <w:br/>
        <w:t>d) związane z obsługą sprzętu i urządzeń budowlanych,</w:t>
      </w:r>
      <w:r w:rsidRPr="006A6250">
        <w:rPr>
          <w:noProof/>
          <w:lang w:val="pl-PL"/>
        </w:rPr>
        <w:br/>
        <w:t>e) fizyczne prace wykonawcze bezpośrednio związane z realizacją robót objętych umową.</w:t>
      </w:r>
    </w:p>
    <w:p w14:paraId="06CFF650" w14:textId="77777777" w:rsidR="00AA7FA8" w:rsidRPr="006A6250" w:rsidRDefault="00AA7FA8" w:rsidP="00A11682">
      <w:pPr>
        <w:pStyle w:val="Listapunktowana"/>
        <w:tabs>
          <w:tab w:val="clear" w:pos="0"/>
        </w:tabs>
        <w:ind w:left="284" w:hanging="284"/>
        <w:rPr>
          <w:noProof/>
          <w:lang w:val="pl-PL"/>
        </w:rPr>
      </w:pPr>
      <w:r w:rsidRPr="006A6250">
        <w:rPr>
          <w:noProof/>
          <w:lang w:val="pl-PL"/>
        </w:rPr>
        <w:t>Wymóg zatrudnienia na podstawie umowy o pracę nie dotyczy:</w:t>
      </w:r>
      <w:r w:rsidRPr="006A6250">
        <w:rPr>
          <w:noProof/>
          <w:lang w:val="pl-PL"/>
        </w:rPr>
        <w:br/>
        <w:t>a) projektantów,</w:t>
      </w:r>
      <w:r w:rsidRPr="006A6250">
        <w:rPr>
          <w:noProof/>
          <w:lang w:val="pl-PL"/>
        </w:rPr>
        <w:br/>
        <w:t>b) kierownika budowy,</w:t>
      </w:r>
      <w:r w:rsidRPr="006A6250">
        <w:rPr>
          <w:noProof/>
          <w:lang w:val="pl-PL"/>
        </w:rPr>
        <w:br/>
        <w:t>c) kierowników robót,</w:t>
      </w:r>
      <w:r w:rsidRPr="006A6250">
        <w:rPr>
          <w:noProof/>
          <w:lang w:val="pl-PL"/>
        </w:rPr>
        <w:br/>
        <w:t>d) osób pełniących samodzielne funkcje techniczne w budownictwie,</w:t>
      </w:r>
      <w:r w:rsidRPr="006A6250">
        <w:rPr>
          <w:noProof/>
          <w:lang w:val="pl-PL"/>
        </w:rPr>
        <w:br/>
        <w:t>e) osób wykonujących czynności o charakterze incydentalnym, doradczym albo eksperckim, jeżeli nie zachodzą przesłanki stosunku pracy.</w:t>
      </w:r>
    </w:p>
    <w:p w14:paraId="354FFA60" w14:textId="231105D4" w:rsidR="00AA7FA8" w:rsidRPr="006A6250" w:rsidRDefault="00AA7FA8" w:rsidP="00A11682">
      <w:pPr>
        <w:pStyle w:val="Listapunktowana"/>
        <w:tabs>
          <w:tab w:val="clear" w:pos="0"/>
        </w:tabs>
        <w:ind w:left="284" w:hanging="284"/>
        <w:rPr>
          <w:noProof/>
          <w:lang w:val="pl-PL"/>
        </w:rPr>
      </w:pPr>
      <w:r w:rsidRPr="006A6250">
        <w:rPr>
          <w:noProof/>
          <w:lang w:val="pl-PL"/>
        </w:rPr>
        <w:t>W celu weryfikacji spełniania wymogu, o którym mowa w ust. 3, Zamawiający ma prawo żądać od Wykonawcy lub podwykonawcy w szczególności:</w:t>
      </w:r>
      <w:r w:rsidRPr="006A6250">
        <w:rPr>
          <w:noProof/>
          <w:lang w:val="pl-PL"/>
        </w:rPr>
        <w:br/>
        <w:t>a) oświadczenia o zatrudnieniu na podstawie umowy o pracę osób wykonujących czynności wskazane w ust. 4,</w:t>
      </w:r>
      <w:r w:rsidRPr="006A6250">
        <w:rPr>
          <w:noProof/>
          <w:lang w:val="pl-PL"/>
        </w:rPr>
        <w:br/>
        <w:t>b) poświadczonej za zgodność z oryginałem kopii umowy o pracę – zanonimizowanej w zakresie danych osobowych, z wyjątkiem informacji niezbędnych do weryfikacji spełnienia wymogu,</w:t>
      </w:r>
      <w:r w:rsidRPr="006A6250">
        <w:rPr>
          <w:noProof/>
          <w:lang w:val="pl-PL"/>
        </w:rPr>
        <w:br/>
        <w:t>c) dokumentów potwierdzających zgłoszenie pracownika do ubezpieczeń społecznych,</w:t>
      </w:r>
      <w:r w:rsidRPr="006A6250">
        <w:rPr>
          <w:noProof/>
          <w:lang w:val="pl-PL"/>
        </w:rPr>
        <w:br/>
        <w:t>d) innych dokumentów lub oświadczeń niezbędnych do potwierdzenia spełnienia wymogu zatrudnienia.</w:t>
      </w:r>
    </w:p>
    <w:p w14:paraId="441595A7" w14:textId="77777777" w:rsidR="00AA7FA8" w:rsidRPr="006A6250" w:rsidRDefault="00AA7FA8" w:rsidP="00A11682">
      <w:pPr>
        <w:pStyle w:val="Listapunktowana"/>
        <w:tabs>
          <w:tab w:val="clear" w:pos="0"/>
        </w:tabs>
        <w:ind w:left="284" w:hanging="284"/>
        <w:rPr>
          <w:noProof/>
          <w:lang w:val="pl-PL"/>
        </w:rPr>
      </w:pPr>
      <w:r w:rsidRPr="006A6250">
        <w:rPr>
          <w:noProof/>
          <w:lang w:val="pl-PL"/>
        </w:rPr>
        <w:t>Wykonawca jest zobowiązany do przedłożenia dokumentów, o których mowa w ust. 6, w terminie 5 dni roboczych od dnia wezwania przez Zamawiającego.</w:t>
      </w:r>
    </w:p>
    <w:p w14:paraId="6148B35F" w14:textId="69DFE487" w:rsidR="00AA7FA8" w:rsidRPr="006A6250" w:rsidRDefault="00AA7FA8" w:rsidP="00A11682">
      <w:pPr>
        <w:pStyle w:val="Listapunktowana"/>
        <w:tabs>
          <w:tab w:val="clear" w:pos="0"/>
        </w:tabs>
        <w:ind w:left="284" w:hanging="284"/>
        <w:rPr>
          <w:noProof/>
          <w:lang w:val="pl-PL"/>
        </w:rPr>
      </w:pPr>
      <w:r w:rsidRPr="006A6250">
        <w:rPr>
          <w:noProof/>
          <w:lang w:val="pl-PL"/>
        </w:rPr>
        <w:lastRenderedPageBreak/>
        <w:t>Nieprzedłożenie w terminie dokumentów, o których mowa w ust. 6, albo stwierdzenie naruszenia obowiązku zatrudnienia na podstawie umowy o pracę, stanowi podstawę do naliczenia kary umownej w wysokości określonej w paragrafie dotyczącym kar umownych.</w:t>
      </w:r>
    </w:p>
    <w:p w14:paraId="75084847" w14:textId="5EECEE91" w:rsidR="00AA7FA8" w:rsidRDefault="00AA7FA8" w:rsidP="00A11682">
      <w:pPr>
        <w:pStyle w:val="Listapunktowana"/>
        <w:tabs>
          <w:tab w:val="clear" w:pos="0"/>
        </w:tabs>
        <w:ind w:left="284" w:hanging="284"/>
        <w:rPr>
          <w:noProof/>
          <w:lang w:val="pl-PL"/>
        </w:rPr>
      </w:pPr>
      <w:r w:rsidRPr="006A6250">
        <w:rPr>
          <w:noProof/>
          <w:lang w:val="pl-PL"/>
        </w:rPr>
        <w:t>W przypadku powzięcia uzasadnionych wątpliwości co do przestrzegania prawa pracy przez Wykonawcę lub podwykonawcę, Zamawiający może zwrócić się o przeprowadzenie kontroli przez Państwową Inspekcję Pracy.</w:t>
      </w:r>
    </w:p>
    <w:p w14:paraId="05F73BEF" w14:textId="0B9B2C67" w:rsidR="00693587" w:rsidRPr="006A6250" w:rsidRDefault="00693587" w:rsidP="00A11682">
      <w:pPr>
        <w:pStyle w:val="Listapunktowana"/>
        <w:tabs>
          <w:tab w:val="clear" w:pos="0"/>
        </w:tabs>
        <w:ind w:left="284" w:hanging="284"/>
        <w:rPr>
          <w:noProof/>
          <w:lang w:val="pl-PL"/>
        </w:rPr>
      </w:pPr>
      <w:r w:rsidRPr="00693587">
        <w:rPr>
          <w:noProof/>
          <w:lang w:val="pl-PL"/>
        </w:rPr>
        <w:t>Wykonawca jest uprawniony do wnioskowania o zwołanie narady koordynacyjnej, jeżeli jest to uzasadnione potrzebą rozstrzygnięcia kwestii technicznych, organizacyjnych lub projektowych mających wpływ na realizację Umowy.</w:t>
      </w:r>
    </w:p>
    <w:p w14:paraId="765B025B" w14:textId="77777777" w:rsidR="00DB1D0E" w:rsidRPr="006A6250" w:rsidRDefault="00DB1D0E" w:rsidP="00610B7D">
      <w:pPr>
        <w:rPr>
          <w:noProof/>
          <w:lang w:val="pl-PL"/>
        </w:rPr>
      </w:pPr>
    </w:p>
    <w:p w14:paraId="1C7652A0" w14:textId="77777777" w:rsidR="00DB1D0E" w:rsidRPr="006A6250" w:rsidRDefault="00CF1206" w:rsidP="00610B7D">
      <w:pPr>
        <w:jc w:val="center"/>
        <w:rPr>
          <w:noProof/>
          <w:lang w:val="pl-PL"/>
        </w:rPr>
      </w:pPr>
      <w:r w:rsidRPr="006A6250">
        <w:rPr>
          <w:b/>
          <w:noProof/>
          <w:lang w:val="pl-PL"/>
        </w:rPr>
        <w:t>§ 6</w:t>
      </w:r>
    </w:p>
    <w:p w14:paraId="024C7774" w14:textId="19B58623" w:rsidR="00DB1D0E" w:rsidRPr="006A6250" w:rsidRDefault="00CF1206" w:rsidP="00610B7D">
      <w:pPr>
        <w:jc w:val="center"/>
        <w:rPr>
          <w:noProof/>
          <w:lang w:val="pl-PL"/>
        </w:rPr>
      </w:pPr>
      <w:r w:rsidRPr="006A6250">
        <w:rPr>
          <w:b/>
          <w:noProof/>
          <w:lang w:val="pl-PL"/>
        </w:rPr>
        <w:t xml:space="preserve">Obowiązki </w:t>
      </w:r>
      <w:r w:rsidR="004D0A82">
        <w:rPr>
          <w:b/>
          <w:noProof/>
          <w:lang w:val="pl-PL"/>
        </w:rPr>
        <w:t xml:space="preserve">i uprawnienia </w:t>
      </w:r>
      <w:r w:rsidRPr="006A6250">
        <w:rPr>
          <w:b/>
          <w:noProof/>
          <w:lang w:val="pl-PL"/>
        </w:rPr>
        <w:t>Zamawiającego</w:t>
      </w:r>
    </w:p>
    <w:p w14:paraId="2F4C2E07" w14:textId="77777777" w:rsidR="00B913FC" w:rsidRPr="004D0A82" w:rsidRDefault="00B913FC" w:rsidP="004D0A82">
      <w:pPr>
        <w:pStyle w:val="Akapitzlist"/>
        <w:numPr>
          <w:ilvl w:val="0"/>
          <w:numId w:val="42"/>
        </w:numPr>
        <w:ind w:left="284" w:hanging="284"/>
        <w:jc w:val="both"/>
        <w:rPr>
          <w:rFonts w:cs="Arial"/>
          <w:noProof/>
          <w:szCs w:val="18"/>
          <w:lang w:val="pl-PL"/>
        </w:rPr>
      </w:pPr>
      <w:r w:rsidRPr="004D0A82">
        <w:rPr>
          <w:rFonts w:cs="Arial"/>
          <w:noProof/>
          <w:szCs w:val="18"/>
          <w:lang w:val="pl-PL"/>
        </w:rPr>
        <w:t>Zamawiający zobowiązany jest do:</w:t>
      </w:r>
    </w:p>
    <w:p w14:paraId="466B5E4F" w14:textId="77777777" w:rsidR="001D2EEE" w:rsidRPr="006A6250" w:rsidRDefault="001D2EEE" w:rsidP="004D0A82">
      <w:pPr>
        <w:numPr>
          <w:ilvl w:val="1"/>
          <w:numId w:val="36"/>
        </w:numPr>
        <w:ind w:left="709" w:hanging="425"/>
        <w:jc w:val="both"/>
        <w:rPr>
          <w:rFonts w:cs="Arial"/>
          <w:noProof/>
          <w:szCs w:val="18"/>
          <w:lang w:val="pl-PL"/>
        </w:rPr>
      </w:pPr>
      <w:r w:rsidRPr="006A6250">
        <w:rPr>
          <w:lang w:val="pl-PL"/>
        </w:rPr>
        <w:t>protokolarnego przekazania Wykonawcy terenu budowy w terminie 7 dni od dnia zawarcia umowy, chyba że wystąpią przeszkody formalne lub organizacyjne niezależne od Zamawiającego;</w:t>
      </w:r>
    </w:p>
    <w:p w14:paraId="2E3B1981"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w miarę posiadania technicznych możliwości, do zapewnienia odpłatnie Wykonawcy źródła poboru wody i energii elektrycznej w obrębie terenu budowy, jeżeli Wykonawca nie ma możliwości indywidualnego poboru z instalacji zasilających, będących w gestii właściwych terenowo Zakładu Wodociągów i Zakładu Energetycznego;</w:t>
      </w:r>
    </w:p>
    <w:p w14:paraId="2C4E3937"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zabezpieczenia nadzoru inwestorskiego dla robót będących przedmiotem umowy;</w:t>
      </w:r>
    </w:p>
    <w:p w14:paraId="4FF5B42B"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uczestniczenia  w  koordynacjach,  które  okażą  się  niezbędne  dla  zapewnienia  właściwego wykonania umowy;</w:t>
      </w:r>
    </w:p>
    <w:p w14:paraId="200DB083"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odbioru robót zgodnie z postanowieniami niniejszej umowy;</w:t>
      </w:r>
    </w:p>
    <w:p w14:paraId="483951BA"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terminowego regulowania zobowiązań finansowych w stosunku do Wykonawcy, wynikających z umowy.</w:t>
      </w:r>
    </w:p>
    <w:p w14:paraId="79845301" w14:textId="377EB998" w:rsidR="00DB1D0E" w:rsidRPr="004D0A82" w:rsidRDefault="004D0A82" w:rsidP="004D0A82">
      <w:pPr>
        <w:pStyle w:val="Akapitzlist"/>
        <w:numPr>
          <w:ilvl w:val="0"/>
          <w:numId w:val="42"/>
        </w:numPr>
        <w:ind w:left="284" w:hanging="284"/>
        <w:rPr>
          <w:noProof/>
          <w:lang w:val="pl-PL"/>
        </w:rPr>
      </w:pPr>
      <w:r>
        <w:rPr>
          <w:noProof/>
          <w:lang w:val="pl-PL"/>
        </w:rPr>
        <w:t>Z</w:t>
      </w:r>
      <w:r w:rsidRPr="004D0A82">
        <w:rPr>
          <w:noProof/>
          <w:lang w:val="pl-PL"/>
        </w:rPr>
        <w:t>amawiający jest uprawniony do zwoływania narad koordynacyjnych, rad budowy lub innych spotkań roboczych niezbędnych dla prawidłowej realizacji Umowy. O terminie narady Zamawiający zawiadamia Wykonawcę co najmniej z 2-dniowym wyprzedzeniem, chyba że pilny charakter sprawy uzasadnia krótszy termin. Wykonawca zobowiązany jest zapewnić udział w naradzie osób właściwych ze względu na przedmiot narady, w szczególności kierownika budowy, kierowników robót, projektanta lub przedstawicieli podwykonawców, jeżeli ich udział jest niezbędny. Z narady może zostać sporządzona notatka lub protokół, a ustalenia w niej zawarte są wiążące dla Wykonawcy w zakresie, w jakim mieszczą się w granicach Umowy i dokumentów zamówienia.</w:t>
      </w:r>
    </w:p>
    <w:p w14:paraId="6845B744" w14:textId="77777777" w:rsidR="004D0A82" w:rsidRDefault="004D0A82" w:rsidP="00610B7D">
      <w:pPr>
        <w:jc w:val="center"/>
        <w:rPr>
          <w:b/>
          <w:noProof/>
          <w:lang w:val="pl-PL"/>
        </w:rPr>
      </w:pPr>
    </w:p>
    <w:p w14:paraId="64715834" w14:textId="13A2D157" w:rsidR="00DB1D0E" w:rsidRPr="006A6250" w:rsidRDefault="00CF1206" w:rsidP="00610B7D">
      <w:pPr>
        <w:jc w:val="center"/>
        <w:rPr>
          <w:noProof/>
          <w:lang w:val="pl-PL"/>
        </w:rPr>
      </w:pPr>
      <w:r w:rsidRPr="006A6250">
        <w:rPr>
          <w:b/>
          <w:noProof/>
          <w:lang w:val="pl-PL"/>
        </w:rPr>
        <w:t>§ 7</w:t>
      </w:r>
    </w:p>
    <w:p w14:paraId="6B51B30E" w14:textId="77777777" w:rsidR="00DB1D0E" w:rsidRPr="006A6250" w:rsidRDefault="00CF1206" w:rsidP="00610B7D">
      <w:pPr>
        <w:jc w:val="center"/>
        <w:rPr>
          <w:noProof/>
          <w:lang w:val="pl-PL"/>
        </w:rPr>
      </w:pPr>
      <w:r w:rsidRPr="006A6250">
        <w:rPr>
          <w:b/>
          <w:noProof/>
          <w:lang w:val="pl-PL"/>
        </w:rPr>
        <w:t>Dokumentacja projektowa, obowiązki projektanta i procedura akceptacji</w:t>
      </w:r>
    </w:p>
    <w:p w14:paraId="384F1D11"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Wykonawca opracuje dokumentację projektową w zakresie niezbędnym do realizacji przedmiotu umowy, zgodną z PFU, wymaganiami Zamawiającego, przepisami prawa oraz zasadami wiedzy technicznej.</w:t>
      </w:r>
    </w:p>
    <w:p w14:paraId="4E1AEE1D"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 ramach obowiązków projektanta Wykonawca zapewni w szczególności:</w:t>
      </w:r>
    </w:p>
    <w:p w14:paraId="7A2DBFAC"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opracowanie dokumentacji projektowej kompletnej, skoordynowanej międzybranżowo i nadającej się do realizacji robót,</w:t>
      </w:r>
    </w:p>
    <w:p w14:paraId="481F3454"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uzyskanie wymaganych uzgodnień, opinii i decyzji administracyjnych,</w:t>
      </w:r>
    </w:p>
    <w:p w14:paraId="70274451"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udział projektanta w naradach koordynacyjnych oraz w czynnościach odbiorowych, jeżeli Zamawiający tego zażąda,</w:t>
      </w:r>
    </w:p>
    <w:p w14:paraId="2D74D468"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wyjaśnianie wątpliwości dotyczących dokumentacji projektowej oraz niezwłoczne wprowadzanie koniecznych korekt i uzupełnień.</w:t>
      </w:r>
    </w:p>
    <w:p w14:paraId="760572B8"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Wykonawca przedłoży Zamawiającemu dokumentację projektową do akceptacji przed rozpoczęciem robót budowlanych.</w:t>
      </w:r>
    </w:p>
    <w:p w14:paraId="44BAA431" w14:textId="77777777" w:rsidR="001D2EEE" w:rsidRPr="006A6250" w:rsidRDefault="001D2EEE" w:rsidP="001D2EEE">
      <w:pPr>
        <w:numPr>
          <w:ilvl w:val="0"/>
          <w:numId w:val="7"/>
        </w:numPr>
        <w:tabs>
          <w:tab w:val="clear" w:pos="0"/>
        </w:tabs>
        <w:ind w:left="284" w:hanging="284"/>
        <w:rPr>
          <w:noProof/>
          <w:lang w:val="pl-PL"/>
        </w:rPr>
      </w:pPr>
      <w:r w:rsidRPr="006A6250">
        <w:rPr>
          <w:lang w:val="pl-PL"/>
        </w:rPr>
        <w:t>Zamawiający dokona weryfikacji dokumentacji projektowej w terminie 7 dni roboczych od dnia przekazania kompletnej dokumentacji. Oczywiste omyłki redakcyjne lub edytorskie, niewpływające na kompletność, zgodność i przydatność dokumentacji projektowej, nie stanowią samoistnej podstawy odmowy jej akceptacji. Jeżeli dokumentacja jest niekompletna, zawiera istotne braki albo wymaga istotnych uzupełnień, termin ten biegnie od dnia przekazania dokumentacji uzupełnionej.</w:t>
      </w:r>
    </w:p>
    <w:p w14:paraId="39CCC12D"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Zamawiający może zgłosić uwagi, zastrzeżenia albo żądać uzupełnień dokumentacji projektowej. Wykonawca zobowiązany jest usunąć wskazane braki i uwzględnić uwagi w terminie 5 dni roboczych, chyba że Strony uzgodnią inny termin odpowiedni do zakresu koniecznych zmian.</w:t>
      </w:r>
    </w:p>
    <w:p w14:paraId="7F1BB303"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Akceptacja dokumentacji projektowej przez Zamawiającego nie zwalnia Wykonawcy z odpowiedzialności za prawidłowość rozwiązań projektowych, ich zgodność z PFU, przepisami prawa oraz możliwość prawidłowej realizacji inwestycji.</w:t>
      </w:r>
    </w:p>
    <w:p w14:paraId="64AF67DC"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Z chwilą zapłaty wynagrodzenia za dany zakres dokumentacji projektowej Wykonawca przenosi na Zamawiającego autorskie prawa majątkowe do dokumentacji projektowej oraz prawo zezwalania na wykonywanie praw zależnych, bez ograniczeń terytorialnych, na wszystkich polach eksploatacji niezbędnych do realizacji, eksploatacji, przebudowy, modernizacji i utrzymania inwestycji.</w:t>
      </w:r>
    </w:p>
    <w:p w14:paraId="383040CF" w14:textId="77777777" w:rsidR="00DB1D0E" w:rsidRPr="006A6250" w:rsidRDefault="00DB1D0E" w:rsidP="00610B7D">
      <w:pPr>
        <w:rPr>
          <w:noProof/>
          <w:lang w:val="pl-PL"/>
        </w:rPr>
      </w:pPr>
    </w:p>
    <w:p w14:paraId="2E330F88" w14:textId="77777777" w:rsidR="00DB1D0E" w:rsidRPr="006A6250" w:rsidRDefault="00CF1206" w:rsidP="00610B7D">
      <w:pPr>
        <w:jc w:val="center"/>
        <w:rPr>
          <w:noProof/>
          <w:lang w:val="pl-PL"/>
        </w:rPr>
      </w:pPr>
      <w:r w:rsidRPr="006A6250">
        <w:rPr>
          <w:b/>
          <w:noProof/>
          <w:lang w:val="pl-PL"/>
        </w:rPr>
        <w:t>§ 8</w:t>
      </w:r>
    </w:p>
    <w:p w14:paraId="77E78F12" w14:textId="77777777" w:rsidR="00DB1D0E" w:rsidRPr="006A6250" w:rsidRDefault="00CF1206" w:rsidP="00610B7D">
      <w:pPr>
        <w:jc w:val="center"/>
        <w:rPr>
          <w:noProof/>
          <w:lang w:val="pl-PL"/>
        </w:rPr>
      </w:pPr>
      <w:r w:rsidRPr="006A6250">
        <w:rPr>
          <w:b/>
          <w:noProof/>
          <w:lang w:val="pl-PL"/>
        </w:rPr>
        <w:lastRenderedPageBreak/>
        <w:t>Podwykonawcy</w:t>
      </w:r>
    </w:p>
    <w:p w14:paraId="57651AB1"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 zgodnie z oświadczeniem zawartym w ofercie - wykona zamówienie przy udziale Podwykonawcy, zawierając z nimi stosowną umowę w formie pisemnej, pod rygorem nieważności, którym powierza następujący zakres robót:</w:t>
      </w:r>
    </w:p>
    <w:p w14:paraId="5CBDE4B8" w14:textId="77777777" w:rsidR="00B913FC" w:rsidRPr="006A6250" w:rsidRDefault="00B913FC" w:rsidP="00B913FC">
      <w:pPr>
        <w:pStyle w:val="Standard"/>
        <w:numPr>
          <w:ilvl w:val="0"/>
          <w:numId w:val="41"/>
        </w:numPr>
        <w:suppressAutoHyphens/>
        <w:ind w:left="284" w:firstLine="0"/>
        <w:jc w:val="both"/>
        <w:textAlignment w:val="baseline"/>
        <w:rPr>
          <w:rFonts w:ascii="Arial" w:hAnsi="Arial" w:cs="Arial"/>
          <w:noProof/>
          <w:sz w:val="18"/>
          <w:szCs w:val="18"/>
        </w:rPr>
      </w:pPr>
      <w:r w:rsidRPr="006A6250">
        <w:rPr>
          <w:rFonts w:ascii="Arial" w:hAnsi="Arial" w:cs="Arial"/>
          <w:noProof/>
          <w:sz w:val="18"/>
          <w:szCs w:val="18"/>
        </w:rPr>
        <w:t>…………………………………………………………………………………………………………………………</w:t>
      </w:r>
    </w:p>
    <w:p w14:paraId="7BFC60AC"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Powierzenie podwykonawcom określonym w ust. 1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C15B40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jest zobowiązany do terminowego regulowania wszelkich zobowiązań wobec podwykonawców, z którymi współpracuje w związku z realizacją Umowy.</w:t>
      </w:r>
    </w:p>
    <w:p w14:paraId="07A828A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zobowiązany jest do koordynacji prac realizowanych przez podwykonawców/ dalszych podwykonawców.</w:t>
      </w:r>
    </w:p>
    <w:p w14:paraId="592CDD7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podwykonawca lub dalszy podwykonawca zamierzający zawrzeć umowę o podwykonawstwo, której przedmiotem są roboty budowlane, jest obowiązany w trakcie realizacji Umowy, do przedłożenia Zamawiającemu, w terminie do 7 dni, przed wprowadzeniem na budowę podwykonawcy lub dalszego podwykonawcy projektu tej umowy.</w:t>
      </w:r>
    </w:p>
    <w:p w14:paraId="29392B06"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Każdy projekt umowy lub umowa o podwykonawstwo powinna zawierać co najmniej:</w:t>
      </w:r>
    </w:p>
    <w:p w14:paraId="11344446" w14:textId="77777777" w:rsidR="00B913FC" w:rsidRPr="006A6250"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szczegółowy zakres robót przewidzianych do wykonania;</w:t>
      </w:r>
    </w:p>
    <w:p w14:paraId="1D2BE2A9" w14:textId="77777777" w:rsidR="00B913FC" w:rsidRPr="006A6250"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wysokość wynagrodzenia należną podwykonawcy, która nie może być wyższa od wynagrodzenia określonego w Kosztorysie ofertowym - za tą cześć zamówienia;</w:t>
      </w:r>
    </w:p>
    <w:p w14:paraId="37A32DD5"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termin zapłaty wynagrodzenia podwykonawcy, który nie może być dłuższy niż 30 dni, licząc od daty doręczenia Wykonawcy, podwykonawcy lub dalszemu podwykonawcy prawidłowo wystawionej faktury lub rachunku, potwierdzających wykonanie zleconej podwykonawcy lub dalszemu podwykonawcy dostawy/usługi/roboty budowlanej;</w:t>
      </w:r>
    </w:p>
    <w:p w14:paraId="0A222650"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termin wykonania zleconej podwykonawcy lub dalszemu podwykonawcy dostawy/ usługi/ roboty budowlanej;</w:t>
      </w:r>
    </w:p>
    <w:p w14:paraId="5B248E0C"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możliwość wypowiedzenia umowy w przypadku, gdy podwykonawca lub dalszy podwykonawca nie dochowa terminu, o którym mowa w pkt 4;</w:t>
      </w:r>
    </w:p>
    <w:p w14:paraId="246A4B09"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oświadczenie, że podwykonawca zapoznał się z treścią umowy zawartej między Zamawiającym a Wykonawcą.</w:t>
      </w:r>
    </w:p>
    <w:p w14:paraId="1CCD68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projekt umowy o podwykonawstwo, której przedmiotem są roboty budowlane:</w:t>
      </w:r>
    </w:p>
    <w:p w14:paraId="0F325E45" w14:textId="77777777" w:rsidR="00B913FC" w:rsidRPr="006A6250"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nie spełnia wymagań określonych w specyfikacji istotnych warunków zamówienia, w szczególności nie spełnia ona wymagań określonych w ust. 6,</w:t>
      </w:r>
    </w:p>
    <w:p w14:paraId="1A5748BF" w14:textId="77777777" w:rsidR="00B913FC" w:rsidRPr="006A6250"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71DA9970" w14:textId="5EC385A2" w:rsidR="00B913FC" w:rsidRPr="006A6250" w:rsidRDefault="00B913FC" w:rsidP="00B913FC">
      <w:pPr>
        <w:pStyle w:val="Standard"/>
        <w:suppressAutoHyphens/>
        <w:ind w:left="284"/>
        <w:jc w:val="both"/>
        <w:textAlignment w:val="baseline"/>
        <w:rPr>
          <w:rFonts w:ascii="Arial" w:hAnsi="Arial" w:cs="Arial"/>
          <w:noProof/>
          <w:sz w:val="18"/>
          <w:szCs w:val="18"/>
        </w:rPr>
      </w:pPr>
      <w:r w:rsidRPr="006A6250">
        <w:rPr>
          <w:rFonts w:ascii="Arial" w:hAnsi="Arial" w:cs="Arial"/>
          <w:noProof/>
          <w:sz w:val="18"/>
          <w:szCs w:val="18"/>
        </w:rPr>
        <w:t>Zamawiający zgłosi w terminie do 7 dni, licząc od daty otrzymania projektu umowy o podwykonawstwo, w formie pisemnej zastrzeżenia. Niezgłoszenie w formie pisemnej zastrzeżeń do projektu umowy o podwykonawstwo, której             przedmiotem są roboty budowlane do upływu terminu wskazanego w zdaniu pierwszym uważa się za akceptację              przez Zamawiającego tego projektu.</w:t>
      </w:r>
    </w:p>
    <w:p w14:paraId="6A3D4456"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podwykonawca lub dalszy podwykonawca zamówienia na roboty budowlane zobowiązany jest do przedłożenia Zamawiającemu poświadczonej za zgodność z oryginałem kopii umowy o podwykonawstwo, której przedmiotem są roboty budowlane w terminie nieprzekraczającym 7 dni, licząc od daty jej zawarcia.</w:t>
      </w:r>
    </w:p>
    <w:p w14:paraId="4B7391C0"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2BAB4BE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zawarcia umów o podwykonawstwo, których przedmiotem są dostawy lub usługi Wykonawca, podwykonawca lub dalszy podwykonawca zobowiązany jest dostarczyć do akceptacji Zamawiającemu poświadczoną za zgodność z oryginałem kopię umowy o podwykonawstwo w terminie 7 dni, licząc od daty jej zawarcia. Brak zgłoszenia sprzeciwu, w terminie, o którym mowa w zdaniu pierwszym, uważa się za akceptację przez Zamawiającego umowy.</w:t>
      </w:r>
    </w:p>
    <w:p w14:paraId="658C2FB0" w14:textId="44256DC1"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w umowie, o której mowa w ust. 10 termin zapłaty wynagrodzenia będzie dłuższy niż określony w ust. 6 pkt 3 Zamawiający poinformuje o tym Wykonawcę w terminie 7 dni, licząc od daty otrzymania umowy i wezwie Wykonawcę do dokonania zmiany tej umowy. Brak zmiany umowy w terminie 7 dni, licząc od daty przesłania wezwania będzie skutkowało naliczeniem kary, o której mowa w § 1</w:t>
      </w:r>
      <w:r w:rsidR="003F2351" w:rsidRPr="006A6250">
        <w:rPr>
          <w:rFonts w:ascii="Arial" w:hAnsi="Arial" w:cs="Arial"/>
          <w:noProof/>
          <w:sz w:val="18"/>
          <w:szCs w:val="18"/>
        </w:rPr>
        <w:t>3</w:t>
      </w:r>
      <w:r w:rsidRPr="006A6250">
        <w:rPr>
          <w:rFonts w:ascii="Arial" w:hAnsi="Arial" w:cs="Arial"/>
          <w:noProof/>
          <w:sz w:val="18"/>
          <w:szCs w:val="18"/>
        </w:rPr>
        <w:t xml:space="preserve"> ust. 1 pkt </w:t>
      </w:r>
      <w:r w:rsidR="003F2351" w:rsidRPr="006A6250">
        <w:rPr>
          <w:rFonts w:ascii="Arial" w:hAnsi="Arial" w:cs="Arial"/>
          <w:noProof/>
          <w:sz w:val="18"/>
          <w:szCs w:val="18"/>
        </w:rPr>
        <w:t>f.</w:t>
      </w:r>
      <w:r w:rsidRPr="006A6250">
        <w:rPr>
          <w:rFonts w:ascii="Arial" w:hAnsi="Arial" w:cs="Arial"/>
          <w:noProof/>
          <w:sz w:val="18"/>
          <w:szCs w:val="18"/>
        </w:rPr>
        <w:t>.</w:t>
      </w:r>
    </w:p>
    <w:p w14:paraId="4E0E716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Zapisy ust. 5-11 stosuje się odpowiednio do zmian umowy o podwykonawstwo.</w:t>
      </w:r>
    </w:p>
    <w:p w14:paraId="1B21E0B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Przedkładający może sam poświadczyć kopię umów, o których mowa w ust. 8 i ust. 10.</w:t>
      </w:r>
    </w:p>
    <w:p w14:paraId="7DB704A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w trakcie obowiązywania umowy dopuszcza, zmianę podwykonawcy wskazanego w ust. 1 lub wprowadzenie nowego podwykonawcy dla zakresu innego niż wskazany w ust. 1.</w:t>
      </w:r>
    </w:p>
    <w:p w14:paraId="713A66A3"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Jeżeli zmiana albo rezygnacja z podwykonawcy dotyczy podmiotu, na którego zasoby Wykonawca powoływał się, na zasadach określonych w art. 118 ust. 1 ustawy Prawo zamówień publicznych w celu wykazania spełnienia warunków udziału w postępowaniu, Wykonawca jest zobowiązany wykazać Zamawiającemu, że proponowany inny </w:t>
      </w:r>
      <w:r w:rsidRPr="006A6250">
        <w:rPr>
          <w:rFonts w:ascii="Arial" w:hAnsi="Arial" w:cs="Arial"/>
          <w:noProof/>
          <w:sz w:val="18"/>
          <w:szCs w:val="18"/>
        </w:rPr>
        <w:lastRenderedPageBreak/>
        <w:t>podwykonawca lub Wykonawca samodzielnie, spełnia je w stopniu nie mniejszym, niż podwykonawca, na którego zasoby Wykonawca powoływał się w trakcie postępowania o udzielenia zamówienia.</w:t>
      </w:r>
    </w:p>
    <w:p w14:paraId="688071AD"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 sytuacji, o której mowa w ust. 15 Wykonawca zobowiązany jest wraz z projektem umowy o podwykonawstwo/kopią umowy o podwykonawstwo przedstawić dla podwykonawcy: </w:t>
      </w:r>
    </w:p>
    <w:p w14:paraId="2295DA6F"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1) </w:t>
      </w:r>
      <w:r w:rsidRPr="006A6250">
        <w:rPr>
          <w:rFonts w:ascii="Arial" w:hAnsi="Arial" w:cs="Arial"/>
          <w:noProof/>
          <w:sz w:val="18"/>
          <w:szCs w:val="18"/>
        </w:rPr>
        <w:tab/>
        <w:t>aktualny odpis z właściwego rejestru, jeżeli odrębne przepisy wymagają wpisu do rejestru;</w:t>
      </w:r>
    </w:p>
    <w:p w14:paraId="69E98CF8"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2) </w:t>
      </w:r>
      <w:r w:rsidRPr="006A6250">
        <w:rPr>
          <w:rFonts w:ascii="Arial" w:hAnsi="Arial" w:cs="Arial"/>
          <w:noProof/>
          <w:sz w:val="18"/>
          <w:szCs w:val="18"/>
        </w:rPr>
        <w:tab/>
        <w:t>oświadczenie o braku podstaw do wykluczenia;</w:t>
      </w:r>
    </w:p>
    <w:p w14:paraId="3FD1EC39"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3) </w:t>
      </w:r>
      <w:r w:rsidRPr="006A6250">
        <w:rPr>
          <w:rFonts w:ascii="Arial" w:hAnsi="Arial" w:cs="Arial"/>
          <w:noProof/>
          <w:sz w:val="18"/>
          <w:szCs w:val="18"/>
        </w:rPr>
        <w:tab/>
        <w:t xml:space="preserve">dokument potwierdzający, że podwykonawca spełnia wymagane przez Zamawiającego warunki udziału w postępowaniu o udzielenie niniejszego zamówienia wskazane w Załączniku nr 5 do SWZ powołanego postępowania przetargowego. </w:t>
      </w:r>
    </w:p>
    <w:p w14:paraId="73601049"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Uprawnienie Zamawiającego ograniczone jest do wysokości równowartości nieprzedłożonych dowodów potwierdzających zapłatę wymagalnego wynagrodzenia podwykonawcom lub dalszym podwykonawcom.</w:t>
      </w:r>
    </w:p>
    <w:p w14:paraId="475DA8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Zapis ust. 17 stosuje się odpowiednio do dalszych podwykonawców.</w:t>
      </w:r>
    </w:p>
    <w:p w14:paraId="6F19B4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48322234"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są dostawy lub usługi. </w:t>
      </w:r>
    </w:p>
    <w:p w14:paraId="46570FD0"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1506801F"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Bezpośrednia zapłata obejmuje wyłącznie należne wynagrodzenie, bez odsetek należnych podwykonawcy lub dalszemu podwykonawcy i zostanie dokonana w terminie 30 dni, licząc od daty otrzymania przez Zamawiającego prawidłowo wystawionej faktury z zastrzeżeniem ust. 19 - 21 i ust. 23 i ust. 24. </w:t>
      </w:r>
    </w:p>
    <w:p w14:paraId="356DEBC5"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7 dni, licząc od daty otrzymania wezwania.</w:t>
      </w:r>
    </w:p>
    <w:p w14:paraId="54FABB7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zgłoszenia uwag w terminie wskazanym w ust. 23, Zamawiający będzie uprawniony do:</w:t>
      </w:r>
    </w:p>
    <w:p w14:paraId="31F7527F"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odmowy dokonania bezpośredniej zapłaty wynagrodzenia podwykonawcy lub dalszemu podwykonawcy, jeżeli Wykonawca wykaże niezasadność zapłaty, albo</w:t>
      </w:r>
    </w:p>
    <w:p w14:paraId="7824B2CB"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32EBFBBA"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dokonania bezpośredniej zapłaty wynagrodzenia, w przypadku wykazania przez podwykonawcę lub dalszego podwykonawcę zasadności zapłaty.</w:t>
      </w:r>
    </w:p>
    <w:p w14:paraId="2224CA4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dokonania bezpośredniej zapłaty podwykonawcy lub dalszemu podwykonawcy, o których mowa w ust. 19, Zamawiający potrąca kwotę wypłaconego wynagrodzenia z wynagrodzenia należnego wykonawcy.</w:t>
      </w:r>
    </w:p>
    <w:p w14:paraId="787149CD" w14:textId="5E61416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Maksymalna suma wynagrodzeń przysługująca podwykonawcom i dalszym podwykonawcom nie może przekroczyć kwoty wynagrodzenia przysługującego Wykonawcy za realizację przedmiotu umowy, określonego w § </w:t>
      </w:r>
      <w:r w:rsidR="003F2351" w:rsidRPr="006A6250">
        <w:rPr>
          <w:rFonts w:ascii="Arial" w:hAnsi="Arial" w:cs="Arial"/>
          <w:noProof/>
          <w:sz w:val="18"/>
          <w:szCs w:val="18"/>
        </w:rPr>
        <w:t>9</w:t>
      </w:r>
      <w:r w:rsidRPr="006A6250">
        <w:rPr>
          <w:rFonts w:ascii="Arial" w:hAnsi="Arial" w:cs="Arial"/>
          <w:noProof/>
          <w:sz w:val="18"/>
          <w:szCs w:val="18"/>
        </w:rPr>
        <w:t xml:space="preserve"> ust. 1.</w:t>
      </w:r>
    </w:p>
    <w:p w14:paraId="2D294445"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232CDC3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2223C36A" w14:textId="77777777" w:rsidR="00DB1D0E" w:rsidRPr="006A6250" w:rsidRDefault="00DB1D0E" w:rsidP="00B913FC">
      <w:pPr>
        <w:ind w:left="284" w:hanging="284"/>
        <w:rPr>
          <w:noProof/>
          <w:lang w:val="pl-PL"/>
        </w:rPr>
      </w:pPr>
    </w:p>
    <w:p w14:paraId="510C70A8" w14:textId="77777777" w:rsidR="00DB1D0E" w:rsidRPr="006A6250" w:rsidRDefault="00CF1206" w:rsidP="00610B7D">
      <w:pPr>
        <w:jc w:val="center"/>
        <w:rPr>
          <w:noProof/>
          <w:lang w:val="pl-PL"/>
        </w:rPr>
      </w:pPr>
      <w:r w:rsidRPr="006A6250">
        <w:rPr>
          <w:b/>
          <w:noProof/>
          <w:lang w:val="pl-PL"/>
        </w:rPr>
        <w:t>§ 9</w:t>
      </w:r>
    </w:p>
    <w:p w14:paraId="654AAAE1" w14:textId="77777777" w:rsidR="00DB1D0E" w:rsidRPr="006A6250" w:rsidRDefault="00CF1206" w:rsidP="00A11682">
      <w:pPr>
        <w:ind w:left="284" w:hanging="284"/>
        <w:jc w:val="center"/>
        <w:rPr>
          <w:noProof/>
          <w:lang w:val="pl-PL"/>
        </w:rPr>
      </w:pPr>
      <w:r w:rsidRPr="006A6250">
        <w:rPr>
          <w:b/>
          <w:noProof/>
          <w:lang w:val="pl-PL"/>
        </w:rPr>
        <w:t>Wynagrodzenie</w:t>
      </w:r>
    </w:p>
    <w:p w14:paraId="7C8A6F5F" w14:textId="77777777" w:rsidR="00DB1D0E" w:rsidRPr="006A6250" w:rsidRDefault="00CF1206" w:rsidP="00A11682">
      <w:pPr>
        <w:numPr>
          <w:ilvl w:val="0"/>
          <w:numId w:val="9"/>
        </w:numPr>
        <w:ind w:left="284" w:hanging="284"/>
        <w:rPr>
          <w:noProof/>
          <w:lang w:val="pl-PL"/>
        </w:rPr>
      </w:pPr>
      <w:r w:rsidRPr="006A6250">
        <w:rPr>
          <w:noProof/>
          <w:lang w:val="pl-PL"/>
        </w:rPr>
        <w:lastRenderedPageBreak/>
        <w:t>Wynagrodzenie ryczałtowe za wykonanie przedmiotu umowy wynosi: netto ………………… zł, plus podatek VAT ……… %, tj. ………………… zł, co stanowi łącznie brutto ………………… zł (słownie: ………………………………………………………………………………).</w:t>
      </w:r>
    </w:p>
    <w:p w14:paraId="65DF9675" w14:textId="77777777" w:rsidR="00DB1D0E" w:rsidRPr="006A6250" w:rsidRDefault="00CF1206" w:rsidP="00A11682">
      <w:pPr>
        <w:numPr>
          <w:ilvl w:val="0"/>
          <w:numId w:val="9"/>
        </w:numPr>
        <w:ind w:left="284" w:hanging="284"/>
        <w:rPr>
          <w:noProof/>
          <w:lang w:val="pl-PL"/>
        </w:rPr>
      </w:pPr>
      <w:r w:rsidRPr="006A6250">
        <w:rPr>
          <w:noProof/>
          <w:lang w:val="pl-PL"/>
        </w:rPr>
        <w:t>Wynagrodzenie obejmuje wszystkie koszty niezbędne do prawidłowego wykonania przedmiotu umowy.</w:t>
      </w:r>
    </w:p>
    <w:p w14:paraId="4D9BE596" w14:textId="77777777" w:rsidR="00DB1D0E" w:rsidRPr="006A6250" w:rsidRDefault="00CF1206" w:rsidP="00A11682">
      <w:pPr>
        <w:numPr>
          <w:ilvl w:val="0"/>
          <w:numId w:val="9"/>
        </w:numPr>
        <w:ind w:left="284" w:hanging="284"/>
        <w:rPr>
          <w:noProof/>
          <w:lang w:val="pl-PL"/>
        </w:rPr>
      </w:pPr>
      <w:r w:rsidRPr="006A6250">
        <w:rPr>
          <w:noProof/>
          <w:lang w:val="pl-PL"/>
        </w:rPr>
        <w:t>Niedoszacowanie, pominięcie lub brak rozpoznania zakresu prac nie może stanowić podstawy do żądania podwyższenia wynagrodzenia, z zastrzeżeniem przypadków wyraźnie przewidzianych ustawą oraz umową.</w:t>
      </w:r>
    </w:p>
    <w:p w14:paraId="70C39896" w14:textId="77777777" w:rsidR="00DB1D0E" w:rsidRPr="006A6250" w:rsidRDefault="00DB1D0E" w:rsidP="00610B7D">
      <w:pPr>
        <w:rPr>
          <w:noProof/>
          <w:lang w:val="pl-PL"/>
        </w:rPr>
      </w:pPr>
    </w:p>
    <w:p w14:paraId="1AC19E51" w14:textId="77777777" w:rsidR="00DB1D0E" w:rsidRPr="006A6250" w:rsidRDefault="00CF1206" w:rsidP="00610B7D">
      <w:pPr>
        <w:jc w:val="center"/>
        <w:rPr>
          <w:noProof/>
          <w:lang w:val="pl-PL"/>
        </w:rPr>
      </w:pPr>
      <w:r w:rsidRPr="006A6250">
        <w:rPr>
          <w:b/>
          <w:noProof/>
          <w:lang w:val="pl-PL"/>
        </w:rPr>
        <w:t>§ 10</w:t>
      </w:r>
    </w:p>
    <w:p w14:paraId="10E34B97" w14:textId="77777777" w:rsidR="00DB1D0E" w:rsidRPr="006A6250" w:rsidRDefault="00CF1206" w:rsidP="00610B7D">
      <w:pPr>
        <w:jc w:val="center"/>
        <w:rPr>
          <w:noProof/>
          <w:lang w:val="pl-PL"/>
        </w:rPr>
      </w:pPr>
      <w:r w:rsidRPr="006A6250">
        <w:rPr>
          <w:b/>
          <w:noProof/>
          <w:lang w:val="pl-PL"/>
        </w:rPr>
        <w:t>Zasady płatności</w:t>
      </w:r>
    </w:p>
    <w:p w14:paraId="7AD7A23D" w14:textId="77777777" w:rsidR="00DB1D0E" w:rsidRPr="006A6250" w:rsidRDefault="00CF1206" w:rsidP="00A11682">
      <w:pPr>
        <w:pStyle w:val="Listapunktowana"/>
        <w:numPr>
          <w:ilvl w:val="0"/>
          <w:numId w:val="29"/>
        </w:numPr>
        <w:tabs>
          <w:tab w:val="clear" w:pos="0"/>
          <w:tab w:val="num" w:pos="284"/>
        </w:tabs>
        <w:ind w:left="284" w:hanging="284"/>
        <w:rPr>
          <w:noProof/>
          <w:lang w:val="pl-PL"/>
        </w:rPr>
      </w:pPr>
      <w:r w:rsidRPr="006A6250">
        <w:rPr>
          <w:noProof/>
          <w:lang w:val="pl-PL"/>
        </w:rPr>
        <w:t>Rozliczenie przedmiotu umowy następuje etapowo, zgodnie z § 4 ust. 3, na podstawie faktur częściowych wystawianych po wykonaniu i odbiorze poszczególnych etapów oraz jednej faktury końcowej obejmującej Etap IV.</w:t>
      </w:r>
    </w:p>
    <w:p w14:paraId="3D77FBD1"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Podstawą wystawienia faktury częściowej lub końcowej jest podpisany przez Zamawiającego protokół odbioru odpowiedniego etapu albo protokół odbioru końcowego.</w:t>
      </w:r>
    </w:p>
    <w:p w14:paraId="3F044BEE"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Termin płatności faktury wynosi 30 dni od dnia jej doręczenia Zamawiającemu wraz z kompletem wymaganych dokumentów.</w:t>
      </w:r>
    </w:p>
    <w:p w14:paraId="6EB48CFA" w14:textId="77777777" w:rsidR="00E07A1B" w:rsidRPr="006A6250" w:rsidRDefault="00E07A1B" w:rsidP="00A11682">
      <w:pPr>
        <w:pStyle w:val="Listapunktowana"/>
        <w:tabs>
          <w:tab w:val="clear" w:pos="0"/>
          <w:tab w:val="num" w:pos="284"/>
        </w:tabs>
        <w:ind w:left="284" w:hanging="284"/>
        <w:rPr>
          <w:noProof/>
          <w:lang w:val="pl-PL"/>
        </w:rPr>
      </w:pPr>
      <w:r w:rsidRPr="006A6250">
        <w:rPr>
          <w:noProof/>
          <w:lang w:val="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0" w:name="_Hlk216374010"/>
      <w:r w:rsidRPr="006A6250">
        <w:rPr>
          <w:noProof/>
          <w:lang w:val="pl-PL"/>
        </w:rPr>
        <w:t>Krajowego Systemu e-Faktur (KSeF).</w:t>
      </w:r>
      <w:bookmarkEnd w:id="0"/>
    </w:p>
    <w:p w14:paraId="1F913461"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209333E6"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A3ABD0B"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Do czasu powstania po stronie Wykonawcy ustawowego obowiązku wystawiania faktur ustrukturyzowanych przy użyciu KSeF dopuszcza się złożenie faktury Zamawiającemu w jednej z następujących form:</w:t>
      </w:r>
    </w:p>
    <w:p w14:paraId="4A733B91" w14:textId="77777777" w:rsidR="00E07A1B" w:rsidRPr="006A6250" w:rsidRDefault="00E07A1B" w:rsidP="00A11682">
      <w:pPr>
        <w:numPr>
          <w:ilvl w:val="0"/>
          <w:numId w:val="27"/>
        </w:numPr>
        <w:tabs>
          <w:tab w:val="clear" w:pos="720"/>
          <w:tab w:val="num" w:pos="567"/>
          <w:tab w:val="num" w:pos="851"/>
        </w:tabs>
        <w:ind w:left="567" w:hanging="283"/>
        <w:rPr>
          <w:rFonts w:eastAsia="Calibri" w:cs="Arial"/>
          <w:noProof/>
          <w:szCs w:val="18"/>
          <w:lang w:val="pl-PL" w:eastAsia="pl-PL"/>
        </w:rPr>
      </w:pPr>
      <w:r w:rsidRPr="006A6250">
        <w:rPr>
          <w:rFonts w:eastAsia="Calibri" w:cs="Arial"/>
          <w:noProof/>
          <w:szCs w:val="18"/>
          <w:lang w:val="pl-PL" w:eastAsia="pl-PL"/>
        </w:rPr>
        <w:t>w formie faktury ustrukturyzowanej przesłanej za pośrednictwem Platformy Elektronicznego Fakturowania (PEF),</w:t>
      </w:r>
    </w:p>
    <w:p w14:paraId="41C10B15" w14:textId="77777777" w:rsidR="00E07A1B" w:rsidRPr="006A6250" w:rsidRDefault="00E07A1B" w:rsidP="00A11682">
      <w:pPr>
        <w:numPr>
          <w:ilvl w:val="0"/>
          <w:numId w:val="28"/>
        </w:numPr>
        <w:tabs>
          <w:tab w:val="clear" w:pos="720"/>
          <w:tab w:val="num" w:pos="567"/>
        </w:tabs>
        <w:ind w:left="567" w:hanging="283"/>
        <w:rPr>
          <w:rFonts w:eastAsia="Calibri" w:cs="Arial"/>
          <w:noProof/>
          <w:szCs w:val="18"/>
          <w:lang w:val="pl-PL" w:eastAsia="pl-PL"/>
        </w:rPr>
      </w:pPr>
      <w:r w:rsidRPr="006A6250">
        <w:rPr>
          <w:rFonts w:eastAsia="Calibri" w:cs="Arial"/>
          <w:noProof/>
          <w:szCs w:val="18"/>
          <w:lang w:val="pl-PL" w:eastAsia="pl-PL"/>
        </w:rPr>
        <w:t xml:space="preserve">w formie elektronicznej w postaci pliku PDF, przesłanego na adres poczty e-mail: </w:t>
      </w:r>
      <w:hyperlink r:id="rId11" w:history="1">
        <w:r w:rsidRPr="006A6250">
          <w:rPr>
            <w:rFonts w:eastAsia="Calibri" w:cs="Arial"/>
            <w:noProof/>
            <w:szCs w:val="18"/>
            <w:u w:val="single"/>
            <w:lang w:val="pl-PL" w:eastAsia="pl-PL"/>
          </w:rPr>
          <w:t>faktury@szpitalciechanow.com.pl</w:t>
        </w:r>
      </w:hyperlink>
    </w:p>
    <w:p w14:paraId="25D30391" w14:textId="77777777" w:rsidR="00E07A1B" w:rsidRPr="006A6250" w:rsidRDefault="00E07A1B" w:rsidP="00A11682">
      <w:pPr>
        <w:numPr>
          <w:ilvl w:val="0"/>
          <w:numId w:val="28"/>
        </w:numPr>
        <w:tabs>
          <w:tab w:val="clear" w:pos="720"/>
          <w:tab w:val="num" w:pos="567"/>
          <w:tab w:val="num" w:pos="851"/>
        </w:tabs>
        <w:ind w:left="567" w:hanging="283"/>
        <w:rPr>
          <w:rFonts w:eastAsia="Calibri" w:cs="Arial"/>
          <w:noProof/>
          <w:szCs w:val="18"/>
          <w:lang w:val="pl-PL" w:eastAsia="pl-PL"/>
        </w:rPr>
      </w:pPr>
      <w:r w:rsidRPr="006A6250">
        <w:rPr>
          <w:rFonts w:eastAsia="Calibri" w:cs="Arial"/>
          <w:noProof/>
          <w:szCs w:val="18"/>
          <w:lang w:val="pl-PL" w:eastAsia="pl-PL"/>
        </w:rPr>
        <w:t>w formie papierowej, przesłanej pocztą tradycyjną na adres siedziby Odbiorcy/Płatnika faktury wskazany w niniejszej Umowie.</w:t>
      </w:r>
    </w:p>
    <w:p w14:paraId="2B3C8A79" w14:textId="77777777" w:rsidR="00E07A1B" w:rsidRPr="006A6250" w:rsidRDefault="00E07A1B" w:rsidP="00A11682">
      <w:pPr>
        <w:tabs>
          <w:tab w:val="num" w:pos="284"/>
        </w:tabs>
        <w:ind w:left="284"/>
        <w:rPr>
          <w:rFonts w:eastAsia="Calibri" w:cs="Arial"/>
          <w:noProof/>
          <w:szCs w:val="18"/>
          <w:lang w:val="pl-PL" w:eastAsia="pl-PL"/>
        </w:rPr>
      </w:pPr>
      <w:r w:rsidRPr="006A6250">
        <w:rPr>
          <w:rFonts w:eastAsia="Calibri" w:cs="Arial"/>
          <w:noProof/>
          <w:szCs w:val="18"/>
          <w:lang w:val="pl-PL"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22E1BC7C"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W przypadku udziału podwykonawców wypłata wynagrodzenia może zostać uzależniona od przedstawienia dowodów zapłaty wymagalnych należności podwykonawcom, zgodnie z ustawą oraz postanowieniami umowy.</w:t>
      </w:r>
    </w:p>
    <w:p w14:paraId="49089E6A"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Za dzień zapłaty uważa się dzień obciążenia rachunku bankowego Zamawiającego.</w:t>
      </w:r>
    </w:p>
    <w:p w14:paraId="6AB21947" w14:textId="77777777" w:rsidR="00DB1D0E" w:rsidRPr="006A6250" w:rsidRDefault="00DB1D0E" w:rsidP="00610B7D">
      <w:pPr>
        <w:rPr>
          <w:noProof/>
          <w:lang w:val="pl-PL"/>
        </w:rPr>
      </w:pPr>
    </w:p>
    <w:p w14:paraId="4D80B1A7" w14:textId="77777777" w:rsidR="00DB1D0E" w:rsidRPr="006A6250" w:rsidRDefault="00CF1206" w:rsidP="00610B7D">
      <w:pPr>
        <w:jc w:val="center"/>
        <w:rPr>
          <w:noProof/>
          <w:lang w:val="pl-PL"/>
        </w:rPr>
      </w:pPr>
      <w:r w:rsidRPr="006A6250">
        <w:rPr>
          <w:b/>
          <w:noProof/>
          <w:lang w:val="pl-PL"/>
        </w:rPr>
        <w:t>§ 11</w:t>
      </w:r>
    </w:p>
    <w:p w14:paraId="5D2C2CFB" w14:textId="77777777" w:rsidR="00DB1D0E" w:rsidRPr="006A6250" w:rsidRDefault="00CF1206" w:rsidP="00610B7D">
      <w:pPr>
        <w:jc w:val="center"/>
        <w:rPr>
          <w:noProof/>
          <w:lang w:val="pl-PL"/>
        </w:rPr>
      </w:pPr>
      <w:r w:rsidRPr="006A6250">
        <w:rPr>
          <w:b/>
          <w:noProof/>
          <w:lang w:val="pl-PL"/>
        </w:rPr>
        <w:t>Odbiory, wady i zasady ich usuwania</w:t>
      </w:r>
    </w:p>
    <w:p w14:paraId="02C686CF"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Strony ustalają następujące rodzaje odbiorów: odbiór dokumentacji projektowej, odbiór robót zanikających i ulegających zakryciu, odbiory częściowe, odbiór końcowy oraz odbiór gwarancyjny.</w:t>
      </w:r>
    </w:p>
    <w:p w14:paraId="152E5CB6"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Wykonawca zgłasza gotowość do odbioru na piśmie lub drogą elektroniczną. Zgłoszenie powinno wskazywać zakres zgłaszanego do odbioru etapu oraz zawierać informację o kompletności dokumentów wymaganych dla danego rodzaju odbioru.</w:t>
      </w:r>
    </w:p>
    <w:p w14:paraId="2EA77DB9"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robót zanikających i ulegających zakryciu w terminie 3 dni roboczych od dnia zgłoszenia gotowości do odbioru.</w:t>
      </w:r>
    </w:p>
    <w:p w14:paraId="6A8EF740"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dokona weryfikacji i odbioru dokumentacji projektowej albo etapu projektowego w terminie 7 dni roboczych od dnia przekazania kompletnej dokumentacji.</w:t>
      </w:r>
    </w:p>
    <w:p w14:paraId="09B03250"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częściowego w terminie 7 dni roboczych od dnia skutecznego zgłoszenia gotowości do odbioru.</w:t>
      </w:r>
    </w:p>
    <w:p w14:paraId="4786D54B"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końcowego w terminie 14 dni roboczych od dnia skutecznego zgłoszenia gotowości do odbioru końcowego wraz z kompletem dokumentów wymaganych umową.</w:t>
      </w:r>
    </w:p>
    <w:p w14:paraId="1AB17ADC"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Jeżeli zgłoszenie do odbioru jest przedwczesne, niekompletne albo nie zostały przekazane wszystkie dokumenty wymagane dla danego rodzaju odbioru, Zamawiający jest uprawniony odmówić rozpoczęcia czynności odbiorowych. W takim przypadku terminy odbiorowe biegną od dnia skutecznego, kompletnego zgłoszenia.</w:t>
      </w:r>
    </w:p>
    <w:p w14:paraId="25C310E2"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lastRenderedPageBreak/>
        <w:t>Jeżeli w toku odbioru zostaną stwierdzone wady istotne, Zamawiający może odmówić odbioru do czasu ich usunięcia. Za wadę istotną uważa się w szczególności wadę uniemożliwiającą użytkowanie przedmiotu umowy zgodnie z przeznaczeniem, zagrażającą bezpieczeństwu, powodującą niezgodność z PFU, przepisami prawa lub wymaganiami właściwych organów albo instytucji.</w:t>
      </w:r>
    </w:p>
    <w:p w14:paraId="476B621A" w14:textId="1178E829"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 xml:space="preserve">Jeżeli w toku odbioru zostaną stwierdzone </w:t>
      </w:r>
      <w:r w:rsidR="001D2EEE" w:rsidRPr="006A6250">
        <w:rPr>
          <w:lang w:val="pl-PL"/>
        </w:rPr>
        <w:t xml:space="preserve">wyłącznie </w:t>
      </w:r>
      <w:r w:rsidRPr="006A6250">
        <w:rPr>
          <w:noProof/>
          <w:lang w:val="pl-PL"/>
        </w:rPr>
        <w:t>wady nieistotne, Zamawiający</w:t>
      </w:r>
      <w:r w:rsidR="001D2EEE" w:rsidRPr="006A6250">
        <w:rPr>
          <w:lang w:val="pl-PL"/>
        </w:rPr>
        <w:t xml:space="preserve"> dokonuje</w:t>
      </w:r>
      <w:r w:rsidRPr="006A6250">
        <w:rPr>
          <w:noProof/>
          <w:lang w:val="pl-PL"/>
        </w:rPr>
        <w:t xml:space="preserve"> odbioru z wyznaczeniem terminu ich usunięcia, wskazując je w protokole odbioru.</w:t>
      </w:r>
    </w:p>
    <w:p w14:paraId="7D9F5B87"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Termin usunięcia wad nieistotnych wynosi co do zasady 14 dni, a w przypadku wad istotnych termin wyznacza Zamawiający odpowiednio do rodzaju wady, zasadniczo nie dłuższy niż 21 dni, chyba że technologia wykonania robót wymaga dłuższego terminu.</w:t>
      </w:r>
    </w:p>
    <w:p w14:paraId="6587534F"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 datę wykonania przedmiotu umowy przyjmuje się dzień podpisania protokołu odbioru końcowego bez wad istotnych, nie później jednak niż 30 listopada 2026 r.</w:t>
      </w:r>
    </w:p>
    <w:p w14:paraId="1393F4EA"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Brak zastrzeżeń Zamawiającego zgłoszonych w toku odbioru nie może być interpretowany jako potwierdzenie braku wad ukrytych ani jako zwolnienie Wykonawcy z odpowiedzialności za wady ujawnione po odbiorze.</w:t>
      </w:r>
    </w:p>
    <w:p w14:paraId="2E27681C"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Dokonanie odbioru częściowego albo końcowego nie ogranicza uprawnień Zamawiającego do dochodzenia roszczeń z tytułu wad, rękojmi, gwarancji, odszkodowania albo kar umownych.</w:t>
      </w:r>
    </w:p>
    <w:p w14:paraId="38D1CF5E" w14:textId="77777777" w:rsidR="00DB1D0E" w:rsidRPr="006A6250" w:rsidRDefault="00DB1D0E" w:rsidP="00610B7D">
      <w:pPr>
        <w:rPr>
          <w:noProof/>
          <w:lang w:val="pl-PL"/>
        </w:rPr>
      </w:pPr>
    </w:p>
    <w:p w14:paraId="640D10C7" w14:textId="77777777" w:rsidR="00DB1D0E" w:rsidRPr="006A6250" w:rsidRDefault="00CF1206" w:rsidP="00610B7D">
      <w:pPr>
        <w:jc w:val="center"/>
        <w:rPr>
          <w:noProof/>
          <w:lang w:val="pl-PL"/>
        </w:rPr>
      </w:pPr>
      <w:r w:rsidRPr="006A6250">
        <w:rPr>
          <w:b/>
          <w:noProof/>
          <w:lang w:val="pl-PL"/>
        </w:rPr>
        <w:t>§ 12</w:t>
      </w:r>
    </w:p>
    <w:p w14:paraId="64499502" w14:textId="77777777" w:rsidR="00DB1D0E" w:rsidRPr="006A6250" w:rsidRDefault="00CF1206" w:rsidP="00610B7D">
      <w:pPr>
        <w:jc w:val="center"/>
        <w:rPr>
          <w:noProof/>
          <w:lang w:val="pl-PL"/>
        </w:rPr>
      </w:pPr>
      <w:r w:rsidRPr="006A6250">
        <w:rPr>
          <w:b/>
          <w:noProof/>
          <w:lang w:val="pl-PL"/>
        </w:rPr>
        <w:t>Gwarancja jakości i rękojmia</w:t>
      </w:r>
    </w:p>
    <w:p w14:paraId="75E64B16"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Wykonawca udziela Zamawiającemu gwarancji jakości liczonej od dnia podpisania protokołu odbioru końcowego bez wad istotnych albo od dnia usunięcia wszystkich wad stwierdzonych przy odbiorze, jeżeli ich usunięcie nastąpiło po podpisaniu protokołu.</w:t>
      </w:r>
    </w:p>
    <w:p w14:paraId="1EDB7146"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Okres gwarancji wynosi:</w:t>
      </w:r>
    </w:p>
    <w:p w14:paraId="63953BA8" w14:textId="77777777" w:rsidR="00DB1D0E" w:rsidRPr="006A6250" w:rsidRDefault="00CF1206" w:rsidP="00A11682">
      <w:pPr>
        <w:numPr>
          <w:ilvl w:val="1"/>
          <w:numId w:val="12"/>
        </w:numPr>
        <w:ind w:left="284" w:firstLine="0"/>
        <w:rPr>
          <w:noProof/>
          <w:lang w:val="pl-PL"/>
        </w:rPr>
      </w:pPr>
      <w:r w:rsidRPr="006A6250">
        <w:rPr>
          <w:noProof/>
          <w:lang w:val="pl-PL"/>
        </w:rPr>
        <w:t>…… miesięcy, nie mniej niż 60 miesięcy – dla robót budowlanych,</w:t>
      </w:r>
    </w:p>
    <w:p w14:paraId="6F1E82D5" w14:textId="77777777" w:rsidR="00DB1D0E" w:rsidRPr="006A6250" w:rsidRDefault="00CF1206" w:rsidP="00A11682">
      <w:pPr>
        <w:numPr>
          <w:ilvl w:val="1"/>
          <w:numId w:val="12"/>
        </w:numPr>
        <w:ind w:left="284" w:firstLine="0"/>
        <w:rPr>
          <w:noProof/>
          <w:lang w:val="pl-PL"/>
        </w:rPr>
      </w:pPr>
      <w:r w:rsidRPr="006A6250">
        <w:rPr>
          <w:noProof/>
          <w:lang w:val="pl-PL"/>
        </w:rPr>
        <w:t>…… miesięcy, nie mniej niż 36 miesięcy – dla dostarczonych i zamontowanych urządzeń oraz wyposażenia.</w:t>
      </w:r>
    </w:p>
    <w:p w14:paraId="008E0750"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Przez roboty budowlane rozumie się również elementy instalacyjne trwale związane z obiektem lub gruntem, w szczególności instalacje kablowe, fundamenty, konstrukcje wsporcze, ogrodzenie, schody, pochylnie, kanalizację kablową i inne elementy infrastruktury.</w:t>
      </w:r>
    </w:p>
    <w:p w14:paraId="63BB4B1F"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Przez urządzenia i wyposażenie rozumie się w szczególności oprawy oświetlenia nawigacyjnego, urządzenia sterujące, aparaturę zabezpieczającą, elementy rozdzielnic, urządzenia elektryczne i teletechniczne oraz inne dostarczone i zamontowane urządzenia, które nie stanowią robót budowlanych w rozumieniu ust. 3.</w:t>
      </w:r>
    </w:p>
    <w:p w14:paraId="233DD3E8"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 razie wątpliwości, czy dany element podlega gwarancji właściwej dla robót budowlanych czy dla urządzeń i wyposażenia, przyjmuje się okres gwarancji właściwy dla robót budowlanych, jeżeli element jest trwale związany z obiektem lub gruntem.</w:t>
      </w:r>
    </w:p>
    <w:p w14:paraId="15F742F3"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 okresie gwarancji Wykonawca zobowiązany jest potwierdzić przyjęcie zgłoszenia wady w terminie 1 dnia roboczego, przystąpić do usuwania wady w terminie nie dłuższym niż 3 dni robocze oraz usunąć wadę w terminie uzgodnionym z Zamawiającym, nie dłuższym niż 14 dni, chyba że z przyczyn technicznych lub technologicznych jest to niemożliwe.</w:t>
      </w:r>
    </w:p>
    <w:p w14:paraId="2E8E833B" w14:textId="77777777" w:rsidR="004E07F2" w:rsidRPr="006A6250" w:rsidRDefault="004E07F2" w:rsidP="004E07F2">
      <w:pPr>
        <w:numPr>
          <w:ilvl w:val="0"/>
          <w:numId w:val="12"/>
        </w:numPr>
        <w:tabs>
          <w:tab w:val="clear" w:pos="0"/>
        </w:tabs>
        <w:ind w:left="284" w:hanging="284"/>
        <w:rPr>
          <w:noProof/>
          <w:lang w:val="pl-PL"/>
        </w:rPr>
      </w:pPr>
      <w:r w:rsidRPr="006A6250">
        <w:rPr>
          <w:lang w:val="pl-PL"/>
        </w:rPr>
        <w:t>W przypadku nieusunięcia wady w terminie Zamawiający, po uprzednim wezwaniu Wykonawcy do jej usunięcia i wyznaczeniu dodatkowego odpowiedniego terminu, może zlecić jej usunięcie osobie trzeciej na koszt i ryzyko Wykonawcy, bez utraty uprawnień z gwarancji i rękojmi. Powyższe nie dotyczy sytuacji wymagających niezwłocznego działania ze względu na bezpieczeństwo ludzi, mienia lub możliwość bezpiecznego użytkowania lądowiska.</w:t>
      </w:r>
    </w:p>
    <w:p w14:paraId="5228B662" w14:textId="77777777" w:rsidR="00DB1D0E" w:rsidRDefault="00CF1206" w:rsidP="00A11682">
      <w:pPr>
        <w:numPr>
          <w:ilvl w:val="0"/>
          <w:numId w:val="12"/>
        </w:numPr>
        <w:tabs>
          <w:tab w:val="clear" w:pos="0"/>
        </w:tabs>
        <w:ind w:left="284" w:hanging="284"/>
        <w:rPr>
          <w:strike/>
          <w:noProof/>
          <w:lang w:val="pl-PL"/>
        </w:rPr>
      </w:pPr>
      <w:r w:rsidRPr="00E53FC0">
        <w:rPr>
          <w:strike/>
          <w:noProof/>
          <w:lang w:val="pl-PL"/>
        </w:rPr>
        <w:t>W przypadku awarii elementów wpływających na możliwość bezpiecznego użytkowania lądowiska Wykonawca zobowiązany jest podjąć działania zabezpieczające niezwłocznie, nie później jednak niż w ciągu 24 godzin od zgłoszenia, a rozpocząć usuwanie awarii nie później niż w ciągu 48 godzin.</w:t>
      </w:r>
    </w:p>
    <w:p w14:paraId="49E819EC" w14:textId="2AB95C85" w:rsidR="00E53FC0" w:rsidRPr="00E53FC0" w:rsidRDefault="00E53FC0" w:rsidP="00E53FC0">
      <w:pPr>
        <w:pStyle w:val="Akapitzlist"/>
        <w:numPr>
          <w:ilvl w:val="0"/>
          <w:numId w:val="44"/>
        </w:numPr>
        <w:ind w:left="284" w:hanging="284"/>
        <w:rPr>
          <w:color w:val="365F91" w:themeColor="accent1" w:themeShade="BF"/>
        </w:rPr>
      </w:pPr>
      <w:r w:rsidRPr="00E53FC0">
        <w:rPr>
          <w:color w:val="365F91" w:themeColor="accent1" w:themeShade="BF"/>
          <w:lang w:val="pl-PL"/>
        </w:rPr>
        <w:t>W przypadku awarii, usterki lub niesprawności elementów wpływających na możliwość bezpiecznego użytkowania lądowiska, w tym elementów oświetlenia lądowiska lub oświetlenia nawigacyjnego, Wykonawca zobowiązany jest podjąć działania zabezpieczające niezwłocznie, nie później jednak niż w terminie 24 godzin od zgłoszenia, rozpocząć usuwanie awarii nie później niż w terminie 48 godzin od zgłoszenia oraz usunąć awarię w terminie nie dłuższym niż 72 godziny od zgłoszenia, chyba że z przyczyn obiektywnych, niezależnych od Wykonawcy, dochowanie tego terminu nie jest możliwe. W takim przypadku Wykonawca zobowiązany jest niezwłocznie przedstawić Zamawiającemu przyczynę opóźnienia oraz najkrótszy możliwy termin usunięcia awarii.</w:t>
      </w:r>
    </w:p>
    <w:p w14:paraId="6B42D219" w14:textId="6BE2DB2A" w:rsidR="00E53FC0" w:rsidRPr="00E53FC0" w:rsidRDefault="00E53FC0" w:rsidP="00E53FC0">
      <w:pPr>
        <w:pStyle w:val="Listapunktowana"/>
        <w:numPr>
          <w:ilvl w:val="0"/>
          <w:numId w:val="12"/>
        </w:numPr>
        <w:tabs>
          <w:tab w:val="clear" w:pos="0"/>
        </w:tabs>
        <w:ind w:left="284" w:hanging="284"/>
        <w:rPr>
          <w:noProof/>
          <w:color w:val="365F91" w:themeColor="accent1" w:themeShade="BF"/>
          <w:lang w:val="pl-PL"/>
        </w:rPr>
      </w:pPr>
      <w:r w:rsidRPr="00E53FC0">
        <w:rPr>
          <w:noProof/>
          <w:color w:val="365F91" w:themeColor="accent1" w:themeShade="BF"/>
          <w:lang w:val="pl-PL"/>
        </w:rPr>
        <w:t>W okresie gwarancji jakości i rękojmi Wykonawca zobowiązany jest, w ramach wynagrodzenia ryczałtowego, do zapewnienia i wymiany na własny koszt i ryzyko części, podzespołów, elementów oraz materiałów niezbędnych do usunięcia wad, usterek lub awarii przedmiotu umowy, a także do utrzymania jego sprawności technicznej, parametrów użytkowych, parametrów świetlnych, bezpieczeństwa użytkowania oraz ważności gwarancji producenta dostarczonych urządzeń i wyposażenia.</w:t>
      </w:r>
    </w:p>
    <w:p w14:paraId="7D830A1B" w14:textId="3B585A87" w:rsidR="00E53FC0" w:rsidRPr="00E53FC0" w:rsidRDefault="00E53FC0" w:rsidP="00E53FC0">
      <w:pPr>
        <w:pStyle w:val="Listapunktowana"/>
        <w:numPr>
          <w:ilvl w:val="0"/>
          <w:numId w:val="12"/>
        </w:numPr>
        <w:ind w:left="284" w:hanging="284"/>
        <w:rPr>
          <w:noProof/>
          <w:color w:val="365F91" w:themeColor="accent1" w:themeShade="BF"/>
          <w:lang w:val="pl-PL"/>
        </w:rPr>
      </w:pPr>
      <w:r w:rsidRPr="00E53FC0">
        <w:rPr>
          <w:noProof/>
          <w:color w:val="365F91" w:themeColor="accent1" w:themeShade="BF"/>
          <w:lang w:val="pl-PL"/>
        </w:rPr>
        <w:t xml:space="preserve">Obowiązek, o którym mowa w ust. </w:t>
      </w:r>
      <w:r>
        <w:rPr>
          <w:noProof/>
          <w:color w:val="365F91" w:themeColor="accent1" w:themeShade="BF"/>
          <w:lang w:val="pl-PL"/>
        </w:rPr>
        <w:t>9</w:t>
      </w:r>
      <w:r w:rsidRPr="00E53FC0">
        <w:rPr>
          <w:noProof/>
          <w:color w:val="365F91" w:themeColor="accent1" w:themeShade="BF"/>
          <w:lang w:val="pl-PL"/>
        </w:rPr>
        <w:t>, obejmuje w szczególności źródła światła, moduły LED, elementy opraw oświetleniowych, zasilacze, elementy sterowania, aparaturę zabezpieczającą, przewody, złącza, osprzęt oraz inne elementy systemu oświetlenia lądowiska, jeżeli ich wymiana jest konieczna wskutek awarii, przepalenia, niesprawności, utraty wymaganych parametrów technicznych lub świetlnych albo innej nieprawidłowości działania ujawnionej w okresie gwarancji jakości lub rękojmi.</w:t>
      </w:r>
    </w:p>
    <w:p w14:paraId="2727A5EC" w14:textId="4EABB90E" w:rsidR="00E53FC0" w:rsidRPr="00E53FC0" w:rsidRDefault="00E53FC0" w:rsidP="00E53FC0">
      <w:pPr>
        <w:pStyle w:val="Listapunktowana"/>
        <w:numPr>
          <w:ilvl w:val="0"/>
          <w:numId w:val="12"/>
        </w:numPr>
        <w:ind w:left="284" w:hanging="284"/>
        <w:rPr>
          <w:noProof/>
          <w:color w:val="365F91" w:themeColor="accent1" w:themeShade="BF"/>
          <w:lang w:val="pl-PL"/>
        </w:rPr>
      </w:pPr>
      <w:r w:rsidRPr="00E53FC0">
        <w:rPr>
          <w:noProof/>
          <w:color w:val="365F91" w:themeColor="accent1" w:themeShade="BF"/>
          <w:lang w:val="pl-PL"/>
        </w:rPr>
        <w:lastRenderedPageBreak/>
        <w:t xml:space="preserve">Koszty, o których mowa w ust. </w:t>
      </w:r>
      <w:r>
        <w:rPr>
          <w:noProof/>
          <w:color w:val="365F91" w:themeColor="accent1" w:themeShade="BF"/>
          <w:lang w:val="pl-PL"/>
        </w:rPr>
        <w:t>9</w:t>
      </w:r>
      <w:r w:rsidRPr="00E53FC0">
        <w:rPr>
          <w:noProof/>
          <w:color w:val="365F91" w:themeColor="accent1" w:themeShade="BF"/>
          <w:lang w:val="pl-PL"/>
        </w:rPr>
        <w:t xml:space="preserve"> i ust. </w:t>
      </w:r>
      <w:r>
        <w:rPr>
          <w:noProof/>
          <w:color w:val="365F91" w:themeColor="accent1" w:themeShade="BF"/>
          <w:lang w:val="pl-PL"/>
        </w:rPr>
        <w:t>10</w:t>
      </w:r>
      <w:r w:rsidRPr="00E53FC0">
        <w:rPr>
          <w:noProof/>
          <w:color w:val="365F91" w:themeColor="accent1" w:themeShade="BF"/>
          <w:lang w:val="pl-PL"/>
        </w:rPr>
        <w:t>, obejmują w szczególności koszt części, materiałów, robocizny, dojazdu, transportu, demontażu, montażu, uruchomienia, konfiguracji, sprawdzeń, prób, badań i pomiarów wymaganych po dokonaniu naprawy lub wymiany. Wykonawcy nie przysługuje z tego tytułu odrębne wynagrodzenie.</w:t>
      </w:r>
    </w:p>
    <w:p w14:paraId="7EE9B752" w14:textId="6F65C73A" w:rsidR="00DB1D0E" w:rsidRDefault="00E53FC0" w:rsidP="00E53FC0">
      <w:pPr>
        <w:pStyle w:val="Listapunktowana"/>
        <w:numPr>
          <w:ilvl w:val="0"/>
          <w:numId w:val="12"/>
        </w:numPr>
        <w:ind w:left="284" w:hanging="284"/>
        <w:rPr>
          <w:noProof/>
          <w:color w:val="365F91" w:themeColor="accent1" w:themeShade="BF"/>
          <w:lang w:val="pl-PL"/>
        </w:rPr>
      </w:pPr>
      <w:r w:rsidRPr="00E53FC0">
        <w:rPr>
          <w:noProof/>
          <w:color w:val="365F91" w:themeColor="accent1" w:themeShade="BF"/>
          <w:lang w:val="pl-PL"/>
        </w:rPr>
        <w:t>Obowiązek ponoszenia kosztów wymiany nie obejmuje przypadków, w których konieczność wymiany powstała wyłącznie wskutek niewłaściwej eksploatacji przedmiotu umowy przez Zamawiającego niezgodnej z przekazanymi instrukcjami, uszkodzenia mechanicznego spowodowanego przez Zamawiającego lub osoby trzecie, aktu wandalizmu, kradzieży, zdarzenia losowego albo siły wyższej, o ile Wykonawca wykaże, że przyczyna wymiany nie pozostaje w związku z wadą przedmiotu umowy, nienależytym wykonaniem umowy, wadliwym doborem urządzeń, wadliwością zastosowanych materiałów, niewłaściwym montażem ani niewykonaniem lub nienależytym wykonaniem obowiązków gwarancyjnych.</w:t>
      </w:r>
      <w:r w:rsidR="00CF1206" w:rsidRPr="00E53FC0">
        <w:rPr>
          <w:noProof/>
          <w:color w:val="365F91" w:themeColor="accent1" w:themeShade="BF"/>
          <w:lang w:val="pl-PL"/>
        </w:rPr>
        <w:t>res rękojmi jest równy okresowi gwarancji odpowiednio dla robót budowlanych oraz urządzeń i wyposażenia.</w:t>
      </w:r>
    </w:p>
    <w:p w14:paraId="293F8F33" w14:textId="77777777" w:rsidR="00E53FC0" w:rsidRPr="006A6250" w:rsidRDefault="00E53FC0" w:rsidP="00E53FC0">
      <w:pPr>
        <w:ind w:left="284"/>
        <w:rPr>
          <w:noProof/>
          <w:lang w:val="pl-PL"/>
        </w:rPr>
      </w:pPr>
    </w:p>
    <w:p w14:paraId="70862290" w14:textId="77777777" w:rsidR="00DB1D0E" w:rsidRPr="006A6250" w:rsidRDefault="00CF1206" w:rsidP="00610B7D">
      <w:pPr>
        <w:jc w:val="center"/>
        <w:rPr>
          <w:noProof/>
          <w:lang w:val="pl-PL"/>
        </w:rPr>
      </w:pPr>
      <w:r w:rsidRPr="006A6250">
        <w:rPr>
          <w:b/>
          <w:noProof/>
          <w:lang w:val="pl-PL"/>
        </w:rPr>
        <w:t>§ 13</w:t>
      </w:r>
    </w:p>
    <w:p w14:paraId="64E8F388" w14:textId="77777777" w:rsidR="00DB1D0E" w:rsidRPr="006A6250" w:rsidRDefault="00CF1206" w:rsidP="00610B7D">
      <w:pPr>
        <w:jc w:val="center"/>
        <w:rPr>
          <w:noProof/>
          <w:lang w:val="pl-PL"/>
        </w:rPr>
      </w:pPr>
      <w:r w:rsidRPr="006A6250">
        <w:rPr>
          <w:b/>
          <w:noProof/>
          <w:lang w:val="pl-PL"/>
        </w:rPr>
        <w:t>Kary umowne</w:t>
      </w:r>
    </w:p>
    <w:p w14:paraId="57D3A71C" w14:textId="77777777" w:rsidR="00DB1D0E" w:rsidRPr="006A6250" w:rsidRDefault="00CF1206" w:rsidP="00A11682">
      <w:pPr>
        <w:numPr>
          <w:ilvl w:val="0"/>
          <w:numId w:val="13"/>
        </w:numPr>
        <w:tabs>
          <w:tab w:val="left" w:pos="284"/>
        </w:tabs>
        <w:ind w:firstLine="0"/>
        <w:rPr>
          <w:noProof/>
          <w:lang w:val="pl-PL"/>
        </w:rPr>
      </w:pPr>
      <w:r w:rsidRPr="006A6250">
        <w:rPr>
          <w:noProof/>
          <w:lang w:val="pl-PL"/>
        </w:rPr>
        <w:t>Wykonawca zapłaci Zamawiającemu kary umowne:</w:t>
      </w:r>
    </w:p>
    <w:p w14:paraId="6DBEBCEE"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zwłokę w wykonaniu przedmiotu umowy – w wysokości 0,1% wynagrodzenia brutto, o którym mowa w § 9 ust. 1, za każdy dzień zwłoki,</w:t>
      </w:r>
    </w:p>
    <w:p w14:paraId="4962D58B"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zwłokę w usunięciu wad stwierdzonych przy odbiorze lub w okresie gwarancji – w wysokości 0,05% wynagrodzenia brutto za każdy dzień zwłoki,</w:t>
      </w:r>
    </w:p>
    <w:p w14:paraId="6FA722AA"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odstąpienie od umowy przez Zamawiającego z przyczyn leżących po stronie Wykonawcy – w wysokości 10% wynagrodzenia brutto,</w:t>
      </w:r>
    </w:p>
    <w:p w14:paraId="79E9C68B" w14:textId="1961593F"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brak zapłaty lub nieterminową zapłatę wymagalnego wynagrodzenia należnego podwykonawcy lub dalszemu podwykonawcy – w wysokości </w:t>
      </w:r>
      <w:r w:rsidR="00DF38B7" w:rsidRPr="006A6250">
        <w:rPr>
          <w:noProof/>
          <w:lang w:val="pl-PL"/>
        </w:rPr>
        <w:t>5</w:t>
      </w:r>
      <w:r w:rsidRPr="006A6250">
        <w:rPr>
          <w:noProof/>
          <w:lang w:val="pl-PL"/>
        </w:rPr>
        <w:t xml:space="preserve"> 000,00 zł za każdy stwierdzony przypadek,</w:t>
      </w:r>
    </w:p>
    <w:p w14:paraId="1872CD31" w14:textId="1EEC2CEE"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nieprzedłożenie do akceptacji projektu umowy o podwykonawstwo, której przedmiotem są roboty budowlane</w:t>
      </w:r>
      <w:r w:rsidR="00DF38B7" w:rsidRPr="006A6250">
        <w:rPr>
          <w:noProof/>
          <w:lang w:val="pl-PL"/>
        </w:rPr>
        <w:t>, usługi lub dostawy</w:t>
      </w:r>
      <w:r w:rsidRPr="006A6250">
        <w:rPr>
          <w:noProof/>
          <w:lang w:val="pl-PL"/>
        </w:rPr>
        <w:t xml:space="preserve"> lub projektu jej zmiany – w wysokości </w:t>
      </w:r>
      <w:r w:rsidR="00DF38B7" w:rsidRPr="006A6250">
        <w:rPr>
          <w:noProof/>
          <w:lang w:val="pl-PL"/>
        </w:rPr>
        <w:t>1</w:t>
      </w:r>
      <w:r w:rsidRPr="006A6250">
        <w:rPr>
          <w:noProof/>
          <w:lang w:val="pl-PL"/>
        </w:rPr>
        <w:t xml:space="preserve"> 000,00 zł za każdy przypadek,</w:t>
      </w:r>
    </w:p>
    <w:p w14:paraId="07368CAC" w14:textId="2460BC7F"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nieprzedłożenie poświadczonej za zgodność z oryginałem kopii umowy o podwykonawstwo lub jej zmiany – w wysokości </w:t>
      </w:r>
      <w:r w:rsidR="00DF38B7" w:rsidRPr="006A6250">
        <w:rPr>
          <w:noProof/>
          <w:lang w:val="pl-PL"/>
        </w:rPr>
        <w:t>1</w:t>
      </w:r>
      <w:r w:rsidRPr="006A6250">
        <w:rPr>
          <w:noProof/>
          <w:lang w:val="pl-PL"/>
        </w:rPr>
        <w:t xml:space="preserve"> 000,00 zł za każdy przypadek,</w:t>
      </w:r>
    </w:p>
    <w:p w14:paraId="52BF5AFB" w14:textId="6BBF5199"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brak zmiany umowy o podwykonawstwo w zakresie terminu zapłaty, pomimo wezwania Zamawiającego – w wysokości </w:t>
      </w:r>
      <w:r w:rsidR="00DF38B7" w:rsidRPr="006A6250">
        <w:rPr>
          <w:noProof/>
          <w:lang w:val="pl-PL"/>
        </w:rPr>
        <w:t>1</w:t>
      </w:r>
      <w:r w:rsidRPr="006A6250">
        <w:rPr>
          <w:noProof/>
          <w:lang w:val="pl-PL"/>
        </w:rPr>
        <w:t xml:space="preserve"> 000,00 zł za każdy przypadek,</w:t>
      </w:r>
    </w:p>
    <w:p w14:paraId="5A35D47A" w14:textId="1CD03FB2" w:rsidR="005C180C" w:rsidRPr="006A6250" w:rsidRDefault="005C180C" w:rsidP="00A11682">
      <w:pPr>
        <w:numPr>
          <w:ilvl w:val="1"/>
          <w:numId w:val="13"/>
        </w:numPr>
        <w:tabs>
          <w:tab w:val="clear" w:pos="360"/>
          <w:tab w:val="num" w:pos="709"/>
        </w:tabs>
        <w:ind w:left="567" w:hanging="283"/>
        <w:rPr>
          <w:noProof/>
          <w:lang w:val="pl-PL"/>
        </w:rPr>
      </w:pPr>
      <w:r w:rsidRPr="006A6250">
        <w:rPr>
          <w:noProof/>
          <w:lang w:val="pl-PL"/>
        </w:rPr>
        <w:t xml:space="preserve">za nieusprawiedliwioną nieobecność </w:t>
      </w:r>
      <w:r w:rsidR="009A4F64">
        <w:rPr>
          <w:noProof/>
          <w:lang w:val="pl-PL"/>
        </w:rPr>
        <w:t xml:space="preserve">projektanta, </w:t>
      </w:r>
      <w:r w:rsidRPr="006A6250">
        <w:rPr>
          <w:noProof/>
          <w:lang w:val="pl-PL"/>
        </w:rPr>
        <w:t>kierownika budowy albo właściwego kierownika robót na komisji odbiorowej, naradzie koordynacyjnej, radzie budowy albo innym spotkaniu wymagającym jego obecności, o którym Wykonawca został powiadomiony z co najmniej 2-dniowym wyprzedzeniem – w wysokości 2 000,00 zł za każdy przypadek;</w:t>
      </w:r>
    </w:p>
    <w:p w14:paraId="5649359F" w14:textId="131EE622" w:rsidR="005C180C" w:rsidRPr="006A6250" w:rsidRDefault="005C180C" w:rsidP="00A11682">
      <w:pPr>
        <w:numPr>
          <w:ilvl w:val="1"/>
          <w:numId w:val="13"/>
        </w:numPr>
        <w:tabs>
          <w:tab w:val="clear" w:pos="360"/>
          <w:tab w:val="num" w:pos="709"/>
        </w:tabs>
        <w:ind w:left="567" w:hanging="283"/>
        <w:rPr>
          <w:noProof/>
          <w:lang w:val="pl-PL"/>
        </w:rPr>
      </w:pPr>
      <w:r w:rsidRPr="006A6250">
        <w:rPr>
          <w:noProof/>
          <w:lang w:val="pl-PL"/>
        </w:rPr>
        <w:t xml:space="preserve">za powierzenie wykonywania funkcji kierownika budowy albo kierownika robót innej osobie bez uprzedniej zgody Zamawiającego – w wysokości </w:t>
      </w:r>
      <w:r w:rsidR="00DF38B7" w:rsidRPr="006A6250">
        <w:rPr>
          <w:noProof/>
          <w:lang w:val="pl-PL"/>
        </w:rPr>
        <w:t>1</w:t>
      </w:r>
      <w:r w:rsidRPr="006A6250">
        <w:rPr>
          <w:noProof/>
          <w:lang w:val="pl-PL"/>
        </w:rPr>
        <w:t xml:space="preserve"> 000,00 zł za każdy przypadek.</w:t>
      </w:r>
    </w:p>
    <w:p w14:paraId="3830C4B9" w14:textId="30272F9F" w:rsidR="00C62D47" w:rsidRPr="006A6250" w:rsidRDefault="00C62D47" w:rsidP="003E208E">
      <w:pPr>
        <w:numPr>
          <w:ilvl w:val="1"/>
          <w:numId w:val="13"/>
        </w:numPr>
        <w:tabs>
          <w:tab w:val="clear" w:pos="360"/>
          <w:tab w:val="num" w:pos="709"/>
        </w:tabs>
        <w:ind w:left="567" w:hanging="283"/>
        <w:rPr>
          <w:noProof/>
          <w:lang w:val="pl-PL"/>
        </w:rPr>
      </w:pPr>
      <w:r w:rsidRPr="006A6250">
        <w:rPr>
          <w:noProof/>
          <w:lang w:val="pl-PL"/>
        </w:rPr>
        <w:t xml:space="preserve">za każdy stwierdzony przypadek wykonywania czynności objętych wymogiem, o którym mowa w §5, przez osobę niezatrudnioną na podstawie umowy o pracę – karę umowną w wysokości </w:t>
      </w:r>
      <w:r w:rsidR="003E208E" w:rsidRPr="006A6250">
        <w:rPr>
          <w:noProof/>
          <w:lang w:val="pl-PL"/>
        </w:rPr>
        <w:t>1</w:t>
      </w:r>
      <w:r w:rsidRPr="006A6250">
        <w:rPr>
          <w:noProof/>
          <w:lang w:val="pl-PL"/>
        </w:rPr>
        <w:t xml:space="preserve"> 000,00 zł, a w przypadku nieprzedłożenia dokumentów potwierdzających spełnianie tego wymogu w terminie wyznaczonym przez Zamawiającego – karę umowną w wysokości </w:t>
      </w:r>
      <w:r w:rsidR="003E208E" w:rsidRPr="006A6250">
        <w:rPr>
          <w:noProof/>
          <w:lang w:val="pl-PL"/>
        </w:rPr>
        <w:t>500</w:t>
      </w:r>
      <w:r w:rsidRPr="006A6250">
        <w:rPr>
          <w:noProof/>
          <w:lang w:val="pl-PL"/>
        </w:rPr>
        <w:t>,00 zł za każdy stwierdzony przypadek.</w:t>
      </w:r>
    </w:p>
    <w:p w14:paraId="5D7D5FB2" w14:textId="77777777" w:rsidR="00DB1D0E" w:rsidRPr="006A6250" w:rsidRDefault="00CF1206" w:rsidP="00A11682">
      <w:pPr>
        <w:numPr>
          <w:ilvl w:val="0"/>
          <w:numId w:val="13"/>
        </w:numPr>
        <w:tabs>
          <w:tab w:val="clear" w:pos="0"/>
          <w:tab w:val="num" w:pos="284"/>
        </w:tabs>
        <w:ind w:left="284" w:hanging="284"/>
        <w:rPr>
          <w:noProof/>
          <w:lang w:val="pl-PL"/>
        </w:rPr>
      </w:pPr>
      <w:r w:rsidRPr="006A6250">
        <w:rPr>
          <w:noProof/>
          <w:lang w:val="pl-PL"/>
        </w:rPr>
        <w:t>Łączna maksymalna wysokość kar umownych naliczonych Wykonawcy nie może przekroczyć 20% wynagrodzenia brutto, o którym mowa w § 9 ust. 1.</w:t>
      </w:r>
    </w:p>
    <w:p w14:paraId="2DCD16FE" w14:textId="77777777" w:rsidR="00DB1D0E" w:rsidRPr="006A6250" w:rsidRDefault="00CF1206" w:rsidP="00A11682">
      <w:pPr>
        <w:numPr>
          <w:ilvl w:val="0"/>
          <w:numId w:val="13"/>
        </w:numPr>
        <w:tabs>
          <w:tab w:val="clear" w:pos="0"/>
          <w:tab w:val="num" w:pos="284"/>
        </w:tabs>
        <w:ind w:left="284" w:hanging="284"/>
        <w:rPr>
          <w:noProof/>
          <w:lang w:val="pl-PL"/>
        </w:rPr>
      </w:pPr>
      <w:r w:rsidRPr="006A6250">
        <w:rPr>
          <w:noProof/>
          <w:lang w:val="pl-PL"/>
        </w:rPr>
        <w:t>Zamawiający zastrzega prawo dochodzenia odszkodowania uzupełniającego przewyższającego wysokość kar umownych na zasadach ogólnych.</w:t>
      </w:r>
    </w:p>
    <w:p w14:paraId="2FF7D442" w14:textId="77777777" w:rsidR="00DB1D0E" w:rsidRPr="006A6250" w:rsidRDefault="00DB1D0E" w:rsidP="00610B7D">
      <w:pPr>
        <w:rPr>
          <w:noProof/>
          <w:lang w:val="pl-PL"/>
        </w:rPr>
      </w:pPr>
    </w:p>
    <w:p w14:paraId="5196B47A" w14:textId="77777777" w:rsidR="00DB1D0E" w:rsidRPr="006A6250" w:rsidRDefault="00CF1206" w:rsidP="00610B7D">
      <w:pPr>
        <w:jc w:val="center"/>
        <w:rPr>
          <w:noProof/>
          <w:lang w:val="pl-PL"/>
        </w:rPr>
      </w:pPr>
      <w:r w:rsidRPr="006A6250">
        <w:rPr>
          <w:b/>
          <w:noProof/>
          <w:lang w:val="pl-PL"/>
        </w:rPr>
        <w:t>§ 14</w:t>
      </w:r>
    </w:p>
    <w:p w14:paraId="1D96979F" w14:textId="77777777" w:rsidR="00DB1D0E" w:rsidRPr="006A6250" w:rsidRDefault="00CF1206" w:rsidP="00610B7D">
      <w:pPr>
        <w:jc w:val="center"/>
        <w:rPr>
          <w:noProof/>
          <w:lang w:val="pl-PL"/>
        </w:rPr>
      </w:pPr>
      <w:r w:rsidRPr="006A6250">
        <w:rPr>
          <w:b/>
          <w:noProof/>
          <w:lang w:val="pl-PL"/>
        </w:rPr>
        <w:t>Ubezpieczenie i odpowiedzialność</w:t>
      </w:r>
    </w:p>
    <w:p w14:paraId="3543666F"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Wykonawca zobowiązany jest posiadać przez cały okres realizacji umowy polisę ubezpieczenia odpowiedzialności cywilnej w zakresie prowadzonej działalności związanej z przedmiotem umowy, obejmującą odpowiedzialność kontraktową i deliktową, na sumę gwarancyjną nie mniejszą niż 2 000 000,00 zł.</w:t>
      </w:r>
    </w:p>
    <w:p w14:paraId="75BD8896"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Na żądanie Zamawiającego Wykonawca przedłoży dokument potwierdzający posiadanie ubezpieczenia oraz dowód opłacenia składki.</w:t>
      </w:r>
    </w:p>
    <w:p w14:paraId="032DE1A6"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Wykonawca ponosi pełną odpowiedzialność za szkody wyrządzone Zamawiającemu lub osobom trzecim w związku z realizacją umowy.</w:t>
      </w:r>
    </w:p>
    <w:p w14:paraId="12365A39" w14:textId="77777777" w:rsidR="00DB1D0E" w:rsidRPr="006A6250" w:rsidRDefault="00DB1D0E" w:rsidP="00610B7D">
      <w:pPr>
        <w:rPr>
          <w:noProof/>
          <w:lang w:val="pl-PL"/>
        </w:rPr>
      </w:pPr>
    </w:p>
    <w:p w14:paraId="4A300A09" w14:textId="77777777" w:rsidR="00DB1D0E" w:rsidRPr="006A6250" w:rsidRDefault="00CF1206" w:rsidP="00610B7D">
      <w:pPr>
        <w:jc w:val="center"/>
        <w:rPr>
          <w:noProof/>
          <w:lang w:val="pl-PL"/>
        </w:rPr>
      </w:pPr>
      <w:r w:rsidRPr="006A6250">
        <w:rPr>
          <w:b/>
          <w:noProof/>
          <w:lang w:val="pl-PL"/>
        </w:rPr>
        <w:t>§ 15</w:t>
      </w:r>
    </w:p>
    <w:p w14:paraId="2FFDD722" w14:textId="77777777" w:rsidR="00DB1D0E" w:rsidRPr="006A6250" w:rsidRDefault="00CF1206" w:rsidP="00610B7D">
      <w:pPr>
        <w:jc w:val="center"/>
        <w:rPr>
          <w:noProof/>
          <w:lang w:val="pl-PL"/>
        </w:rPr>
      </w:pPr>
      <w:r w:rsidRPr="006A6250">
        <w:rPr>
          <w:b/>
          <w:noProof/>
          <w:lang w:val="pl-PL"/>
        </w:rPr>
        <w:t>Zabezpieczenie należytego wykonania umowy</w:t>
      </w:r>
    </w:p>
    <w:p w14:paraId="1B2FAC21"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Wykonawca oświadcza, że wniósł zabezpieczenie należytego wykonania Umowy (zwane dalej „zabezpieczeniem”) przed podpisaniem niniejszej Umowy w wysokości: ……………… zł (słownie: …………………………..) w formie ……………………….. </w:t>
      </w:r>
    </w:p>
    <w:p w14:paraId="0EEB21C4" w14:textId="7D5452A4"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Wartość zabezpieczenia stanowi 10% Wynagrodzenia całkowitego brutto, określonego </w:t>
      </w:r>
      <w:r w:rsidRPr="006A6250">
        <w:rPr>
          <w:rFonts w:cs="Arial"/>
          <w:noProof/>
          <w:szCs w:val="18"/>
          <w:lang w:val="pl-PL"/>
        </w:rPr>
        <w:br/>
        <w:t xml:space="preserve">w § 9 ust. 1 Umowy. </w:t>
      </w:r>
    </w:p>
    <w:p w14:paraId="6D7B2362"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lastRenderedPageBreak/>
        <w:t xml:space="preserve">Zabezpieczenie wniesione w pieniądzu Zamawiający przechowuje na rachunku bankowym i zwraca je z odsetkami wynikającymi z umowy rachunku bankowego, na którym było ono przechowywane, pomniejszone o koszt prowadzenia rachunku bankowego oraz koszt prowizji bankowej za przelew pieniędzy na rachunek bankowy Wykonawcy i ewentualne potrącenia tytułem nienależytego wykonania Umowy przez Wykonawcę. </w:t>
      </w:r>
    </w:p>
    <w:p w14:paraId="280955DF"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Zabezpieczenie służy pokryciu roszczeń z tytułu niewykonania lub nienależytego wykonania Umowy.</w:t>
      </w:r>
    </w:p>
    <w:p w14:paraId="09301BD0"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70 % wartości zabezpieczenia podlega zwrotowi w terminie 30 (trzydziestu) dni kalendarzowych od zakończenia realizacji przedmiotu Umowy i uznania przez Zamawiającego, że przedmiot Umowy został należycie wykonany, przez co należy rozumieć podpisanie przez Zamawiającego protokołu odbioru końcowego wykonania Umowy. Zwrot ten zostanie dokonany, o ile zabezpieczenie należytego wykonania umowy nie zostanie zaliczone na poczet prawnie uzasadnionych roszczeń Zamawiającego. </w:t>
      </w:r>
    </w:p>
    <w:p w14:paraId="15A7BF33"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Na podstawie art. 453 ust. 2 ustawy Pzp, pozostałe 30% wartości zabezpieczenia należytego wykonania Umowy zostanie zwrócone nie później niż w 15 (piętnastym) dniu po upływie okresu gwarancji lub rękojmi za wady (w zależności od faktu, który termin upłynie w okresie późniejszym). </w:t>
      </w:r>
    </w:p>
    <w:p w14:paraId="5F5EC9B0"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Jeżeli zabezpieczenie, które nie zostało wniesione w pieniądzu, wygasłoby przed podpisaniem protokołu odbioru końcowego, Wykonawca na 14 (czternaście) dni roboczych przed wygaśnięciem takiego zabezpieczenia ma obowiązek przedstawić Zamawiającemu stosowny aneks lub nowe zabezpieczenie w formie gwarancji bankowej lub gwarancji ubezpieczeniowej, nieodwołanej, bezwarunkowej, płatnej na pierwsze żądanie lub wpłacić odpowiednie zabezpieczenie w pieniądzu. </w:t>
      </w:r>
    </w:p>
    <w:p w14:paraId="526C4DB0" w14:textId="77777777" w:rsidR="002B3381" w:rsidRPr="006A6250" w:rsidRDefault="002B3381" w:rsidP="002B3381">
      <w:pPr>
        <w:pStyle w:val="Akapitzlist"/>
        <w:numPr>
          <w:ilvl w:val="0"/>
          <w:numId w:val="35"/>
        </w:numPr>
        <w:ind w:left="360" w:right="57"/>
        <w:jc w:val="both"/>
        <w:rPr>
          <w:rFonts w:cs="Arial"/>
          <w:noProof/>
          <w:szCs w:val="18"/>
          <w:lang w:val="pl-PL"/>
        </w:rPr>
      </w:pPr>
      <w:r w:rsidRPr="006A6250">
        <w:rPr>
          <w:rFonts w:cs="Arial"/>
          <w:noProof/>
          <w:szCs w:val="18"/>
          <w:lang w:val="pl-PL"/>
        </w:rPr>
        <w:t>W trakcie realizacji Umowy dopuszczalna jest zmiana formy zabezpieczenia na jedną lub kilka form określonych w art. 450 ust. 1 ustawy Pzp. W przypadku zmiany formy zabezpieczenia na jedną lub kilka form określonych w art. 450 ust. 1 ustawy Pzp, dokument potwierdzający wniesienie zabezpieczenia powinien spełniać wymogi określone w SIWZ.</w:t>
      </w:r>
    </w:p>
    <w:p w14:paraId="73C44584" w14:textId="77777777" w:rsidR="00DB1D0E" w:rsidRPr="006A6250" w:rsidRDefault="00DB1D0E" w:rsidP="00610B7D">
      <w:pPr>
        <w:rPr>
          <w:noProof/>
          <w:lang w:val="pl-PL"/>
        </w:rPr>
      </w:pPr>
    </w:p>
    <w:p w14:paraId="4BABDE66" w14:textId="77777777" w:rsidR="00DB1D0E" w:rsidRPr="006A6250" w:rsidRDefault="00CF1206" w:rsidP="00610B7D">
      <w:pPr>
        <w:jc w:val="center"/>
        <w:rPr>
          <w:noProof/>
          <w:lang w:val="pl-PL"/>
        </w:rPr>
      </w:pPr>
      <w:r w:rsidRPr="006A6250">
        <w:rPr>
          <w:b/>
          <w:noProof/>
          <w:lang w:val="pl-PL"/>
        </w:rPr>
        <w:t>§ 16</w:t>
      </w:r>
    </w:p>
    <w:p w14:paraId="1B7FDC3A" w14:textId="77777777" w:rsidR="00DB1D0E" w:rsidRPr="006A6250" w:rsidRDefault="00CF1206" w:rsidP="00610B7D">
      <w:pPr>
        <w:jc w:val="center"/>
        <w:rPr>
          <w:noProof/>
          <w:lang w:val="pl-PL"/>
        </w:rPr>
      </w:pPr>
      <w:r w:rsidRPr="006A6250">
        <w:rPr>
          <w:b/>
          <w:noProof/>
          <w:lang w:val="pl-PL"/>
        </w:rPr>
        <w:t>Roboty zamienne, zaniechane i dodatkowe</w:t>
      </w:r>
    </w:p>
    <w:p w14:paraId="13306980"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W przypadku konieczności zastosowania rozwiązań zamiennych Wykonawca przedstawi Zamawiającemu opis proponowanej zmiany, uzasadnienie techniczne, analizę wpływu na koszt i termin oraz projekt stosownej zmiany dokumentacji.</w:t>
      </w:r>
    </w:p>
    <w:p w14:paraId="434C1177"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Zastosowanie robót zamiennych wymaga uprzedniej pisemnej albo elektronicznej zgody Zamawiającego.</w:t>
      </w:r>
    </w:p>
    <w:p w14:paraId="5846E463"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Roboty zamienne nie mogą pogarszać parametrów technicznych, trwałości, bezpieczeństwa ani funkcjonalności inwestycji.</w:t>
      </w:r>
    </w:p>
    <w:p w14:paraId="32B481DB"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Roboty nieobjęte zakresem umowy mogą być wykonywane wyłącznie po spełnieniu przesłanek określonych w art. 455 ustawy Prawo zamówień publicznych oraz po zawarciu odpowiedniego aneksu lub po wydaniu innego dokumentu wymaganego przepisami prawa.</w:t>
      </w:r>
    </w:p>
    <w:p w14:paraId="51E68ADF"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Wykonanie przez Wykonawcę robót bez wymaganej zgody Zamawiającego następuje na wyłączne ryzyko i koszt Wykonawcy.</w:t>
      </w:r>
    </w:p>
    <w:p w14:paraId="146A5E76"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W przypadku robót zaniechanych lub zamiennych rozliczenie nastąpi w oparciu o zasady określone w dokumentach pomocniczych, z zachowaniem zasad uczciwej kalkulacji i bez naruszenia przepisów ustawy Prawo zamówień publicznych.</w:t>
      </w:r>
    </w:p>
    <w:p w14:paraId="4FB6995A" w14:textId="77777777" w:rsidR="00DB1D0E" w:rsidRPr="006A6250" w:rsidRDefault="00DB1D0E" w:rsidP="00610B7D">
      <w:pPr>
        <w:rPr>
          <w:noProof/>
          <w:lang w:val="pl-PL"/>
        </w:rPr>
      </w:pPr>
    </w:p>
    <w:p w14:paraId="2B25EC49" w14:textId="77777777" w:rsidR="00DB1D0E" w:rsidRPr="006A6250" w:rsidRDefault="00CF1206" w:rsidP="00610B7D">
      <w:pPr>
        <w:jc w:val="center"/>
        <w:rPr>
          <w:noProof/>
          <w:lang w:val="pl-PL"/>
        </w:rPr>
      </w:pPr>
      <w:r w:rsidRPr="006A6250">
        <w:rPr>
          <w:b/>
          <w:noProof/>
          <w:lang w:val="pl-PL"/>
        </w:rPr>
        <w:t>§ 17</w:t>
      </w:r>
    </w:p>
    <w:p w14:paraId="68E67725" w14:textId="77777777" w:rsidR="00DB1D0E" w:rsidRPr="006A6250" w:rsidRDefault="00CF1206" w:rsidP="00610B7D">
      <w:pPr>
        <w:jc w:val="center"/>
        <w:rPr>
          <w:noProof/>
          <w:lang w:val="pl-PL"/>
        </w:rPr>
      </w:pPr>
      <w:r w:rsidRPr="006A6250">
        <w:rPr>
          <w:b/>
          <w:noProof/>
          <w:lang w:val="pl-PL"/>
        </w:rPr>
        <w:t>Odstąpienie od umowy i wstrzymanie robót</w:t>
      </w:r>
    </w:p>
    <w:p w14:paraId="6C75C358"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Zamawiający może odstąpić od umowy w całości albo w części w przypadkach przewidzianych przepisami prawa oraz w razie:</w:t>
      </w:r>
    </w:p>
    <w:p w14:paraId="7CD3FF4D"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zwłoki Wykonawcy w rozpoczęciu lub realizacji prac zagrażającej terminowemu wykonaniu umowy,</w:t>
      </w:r>
    </w:p>
    <w:p w14:paraId="6BF62262"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wykonywania umowy w sposób sprzeczny z jej postanowieniami, dokumentami zamówienia albo przepisami prawa,</w:t>
      </w:r>
    </w:p>
    <w:p w14:paraId="5C91FBB7"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przerwania realizacji robót bez uzasadnionej przyczyny,</w:t>
      </w:r>
    </w:p>
    <w:p w14:paraId="67728DE5"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skierowania do realizacji osób nieposiadających wymaganych uprawnień,</w:t>
      </w:r>
    </w:p>
    <w:p w14:paraId="30BA720B"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konieczności wielokrotnego usuwania wad dokumentacji projektowej lub robót.</w:t>
      </w:r>
    </w:p>
    <w:p w14:paraId="7BB5E064"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Przed odstąpieniem Zamawiający może wyznaczyć Wykonawcy odpowiedni termin na usunięcie naruszeń, chyba że charakter naruszenia uzasadnia natychmiastowe odstąpienie.</w:t>
      </w:r>
    </w:p>
    <w:p w14:paraId="0B6E58B6"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Zamawiający może wstrzymać prowadzenie robót w przypadku zagrożenia bezpieczeństwa ludzi lub mienia, prowadzenia robót niezgodnie z umową lub przepisami prawa albo w przypadku stwierdzenia istotnych wad dokumentacji projektowej. Wykonawca jest obowiązany niezwłocznie zastosować się do polecenia wstrzymania robót.</w:t>
      </w:r>
    </w:p>
    <w:p w14:paraId="234E05AD"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Odstąpienie wymaga formy pisemnej albo elektronicznej pod rygorem nieważności.</w:t>
      </w:r>
    </w:p>
    <w:p w14:paraId="033C833C" w14:textId="77777777" w:rsidR="00DB1D0E" w:rsidRPr="006A6250" w:rsidRDefault="00DB1D0E" w:rsidP="00610B7D">
      <w:pPr>
        <w:rPr>
          <w:noProof/>
          <w:lang w:val="pl-PL"/>
        </w:rPr>
      </w:pPr>
    </w:p>
    <w:p w14:paraId="43834FEA" w14:textId="77777777" w:rsidR="00DB1D0E" w:rsidRPr="006A6250" w:rsidRDefault="00CF1206" w:rsidP="00610B7D">
      <w:pPr>
        <w:jc w:val="center"/>
        <w:rPr>
          <w:noProof/>
          <w:lang w:val="pl-PL"/>
        </w:rPr>
      </w:pPr>
      <w:r w:rsidRPr="006A6250">
        <w:rPr>
          <w:b/>
          <w:noProof/>
          <w:lang w:val="pl-PL"/>
        </w:rPr>
        <w:t>§ 18</w:t>
      </w:r>
    </w:p>
    <w:p w14:paraId="1F9DA9EA" w14:textId="77777777" w:rsidR="00DB1D0E" w:rsidRPr="006A6250" w:rsidRDefault="00CF1206" w:rsidP="00610B7D">
      <w:pPr>
        <w:jc w:val="center"/>
        <w:rPr>
          <w:noProof/>
          <w:lang w:val="pl-PL"/>
        </w:rPr>
      </w:pPr>
      <w:r w:rsidRPr="006A6250">
        <w:rPr>
          <w:b/>
          <w:noProof/>
          <w:lang w:val="pl-PL"/>
        </w:rPr>
        <w:t>Waloryzacja wynagrodzenia</w:t>
      </w:r>
    </w:p>
    <w:p w14:paraId="7E8C41AF" w14:textId="77777777" w:rsidR="00DB1D0E" w:rsidRPr="006A6250" w:rsidRDefault="00CF1206" w:rsidP="002B3381">
      <w:pPr>
        <w:pStyle w:val="Listapunktowana"/>
        <w:numPr>
          <w:ilvl w:val="0"/>
          <w:numId w:val="26"/>
        </w:numPr>
        <w:tabs>
          <w:tab w:val="clear" w:pos="0"/>
          <w:tab w:val="num" w:pos="284"/>
        </w:tabs>
        <w:ind w:left="284" w:hanging="284"/>
        <w:rPr>
          <w:noProof/>
          <w:lang w:val="pl-PL"/>
        </w:rPr>
      </w:pPr>
      <w:r w:rsidRPr="006A6250">
        <w:rPr>
          <w:noProof/>
          <w:lang w:val="pl-PL"/>
        </w:rPr>
        <w:t>Strony dopuszczają zmianę wynagrodzenia należnego Wykonawcy w przypadku zmiany cen materiałów lub kosztów związanych z realizacją zamówienia, zgodnie z art. 439 ustawy Prawo zamówień publicznych.</w:t>
      </w:r>
    </w:p>
    <w:p w14:paraId="65C0C1F2"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lastRenderedPageBreak/>
        <w:t>Podstawą waloryzacji jest wskaźnik cen produkcji budowlano-montażowej ogłaszany przez Główny Urząd Statystyczny.</w:t>
      </w:r>
    </w:p>
    <w:p w14:paraId="2EDD45FE"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t>Waloryzacja może nastąpić po upływie 6 miesięcy od dnia zawarcia umowy i nie częściej niż raz na 6 miesięcy.</w:t>
      </w:r>
    </w:p>
    <w:p w14:paraId="79D2FC62"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t>Warunkiem waloryzacji jest wykazanie rzeczywistego wpływu zmiany cen lub kosztów na koszt wykonania zamówienia.</w:t>
      </w:r>
    </w:p>
    <w:p w14:paraId="5CF60A69"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Waloryzacja nie będzie dokonywana, jeżeli zmiana wskaźnika, o którym mowa w ust. 3, w porównaniu do wskaźnika bazowego z miesiąca zawarcia umowy, nie przekroczy 3%.</w:t>
      </w:r>
    </w:p>
    <w:p w14:paraId="3A0E417E"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W przypadku przekroczenia progu, o którym mowa w ust. 4, waloryzacja obejmuje wyłącznie część wynagrodzenia należną za niewykonany na dzień złożenia wniosku zakres przedmiotu umowy.</w:t>
      </w:r>
    </w:p>
    <w:p w14:paraId="16547429"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Zmiana wynagrodzenia następuje na pisemny wniosek Strony zawierający uzasadnienie, wyliczenie wpływu zmiany cen materiałów lub kosztów na koszt wykonania zamówienia oraz wskazanie zakresu świadczenia objętego waloryzacją.</w:t>
      </w:r>
    </w:p>
    <w:p w14:paraId="586B37BF"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 xml:space="preserve">Maksymalna łączna wartość zmiany wynagrodzenia na podstawie niniejszego paragrafu nie może przekroczyć 10% wynagrodzenia brutto określonego w umowie. </w:t>
      </w:r>
    </w:p>
    <w:p w14:paraId="535C3EE5"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Zmiana wynagrodzenia wymaga zawarcia aneksu do umowy.</w:t>
      </w:r>
    </w:p>
    <w:p w14:paraId="3BF885D4" w14:textId="6CD0C0B5" w:rsidR="00C62D47" w:rsidRPr="006A6250" w:rsidRDefault="00C62D47" w:rsidP="002B3381">
      <w:pPr>
        <w:pStyle w:val="Listapunktowana"/>
        <w:tabs>
          <w:tab w:val="clear" w:pos="0"/>
          <w:tab w:val="num" w:pos="284"/>
        </w:tabs>
        <w:ind w:left="284" w:hanging="284"/>
        <w:rPr>
          <w:noProof/>
          <w:lang w:val="pl-PL"/>
        </w:rPr>
      </w:pPr>
      <w:r w:rsidRPr="006A6250">
        <w:rPr>
          <w:noProof/>
          <w:lang w:val="pl-PL"/>
        </w:rPr>
        <w:t>Wykonawca, którego wynagrodzenie zostało zmienione zgodnie z niniejszym paragrafem, zobowiązany jest do odpowiedniej zmiany wynagrodzenia podwykonawcy, jeżeli obowiązek taki wynika z art. 439 ust. 5 ustawy Prawo zamówień publicznych.</w:t>
      </w:r>
    </w:p>
    <w:p w14:paraId="1875FE7D" w14:textId="77777777" w:rsidR="00DB1D0E" w:rsidRPr="006A6250" w:rsidRDefault="00DB1D0E" w:rsidP="00C62D47">
      <w:pPr>
        <w:rPr>
          <w:noProof/>
          <w:lang w:val="pl-PL"/>
        </w:rPr>
      </w:pPr>
    </w:p>
    <w:p w14:paraId="01B0B3B1" w14:textId="77777777" w:rsidR="00DB1D0E" w:rsidRPr="006A6250" w:rsidRDefault="00CF1206" w:rsidP="00610B7D">
      <w:pPr>
        <w:jc w:val="center"/>
        <w:rPr>
          <w:noProof/>
          <w:lang w:val="pl-PL"/>
        </w:rPr>
      </w:pPr>
      <w:r w:rsidRPr="006A6250">
        <w:rPr>
          <w:b/>
          <w:noProof/>
          <w:lang w:val="pl-PL"/>
        </w:rPr>
        <w:t>§ 19</w:t>
      </w:r>
    </w:p>
    <w:p w14:paraId="72EA3C34" w14:textId="77777777" w:rsidR="00DB1D0E" w:rsidRPr="006A6250" w:rsidRDefault="00CF1206" w:rsidP="00610B7D">
      <w:pPr>
        <w:jc w:val="center"/>
        <w:rPr>
          <w:noProof/>
          <w:lang w:val="pl-PL"/>
        </w:rPr>
      </w:pPr>
      <w:r w:rsidRPr="006A6250">
        <w:rPr>
          <w:b/>
          <w:noProof/>
          <w:lang w:val="pl-PL"/>
        </w:rPr>
        <w:t>Zmiana umowy</w:t>
      </w:r>
    </w:p>
    <w:p w14:paraId="1F148BDC"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Zmiana umowy dopuszczalna jest w przypadkach przewidzianych ustawą Prawo zamówień publicznych oraz w następujących sytuacjach:</w:t>
      </w:r>
    </w:p>
    <w:p w14:paraId="72462FCA"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konieczności dostosowania dokumentacji lub robót do zmienionych przepisów prawa,</w:t>
      </w:r>
    </w:p>
    <w:p w14:paraId="09A4536B"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wystąpienia okoliczności niezależnych od Stron, których nie można było przewidzieć przy zachowaniu należytej staranności,</w:t>
      </w:r>
    </w:p>
    <w:p w14:paraId="0020ED3E"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wystąpienia warunków terenowych, technicznych lub formalnoprawnych odbiegających od założonych,</w:t>
      </w:r>
    </w:p>
    <w:p w14:paraId="0A3A0DF0"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konieczności wprowadzenia rozwiązań zamiennych niepogarszających funkcjonalności i bezpieczeństwa,</w:t>
      </w:r>
    </w:p>
    <w:p w14:paraId="70355C52"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zmiany terminu z przyczyn niezawinionych przez Wykonawcę,</w:t>
      </w:r>
    </w:p>
    <w:p w14:paraId="4A239D7B"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zmiany osób wskazanych do realizacji umowy, pod warunkiem zapewnienia osób o kwalifikacjach i doświadczeniu nie niższych niż wymagane.</w:t>
      </w:r>
    </w:p>
    <w:p w14:paraId="535D515F"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Zmiana umowy wymaga formy pisemnej albo elektronicznej pod rygorem nieważności.</w:t>
      </w:r>
    </w:p>
    <w:p w14:paraId="3E07939C"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Niedopuszczalna jest taka zmiana umowy, która prowadziłaby do obejścia przepisów ustawy Prawo zamówień publicznych albo zmiany ogólnego charakteru umowy.</w:t>
      </w:r>
    </w:p>
    <w:p w14:paraId="43B6A94E" w14:textId="77777777" w:rsidR="00DB1D0E" w:rsidRPr="006A6250" w:rsidRDefault="00DB1D0E" w:rsidP="00610B7D">
      <w:pPr>
        <w:rPr>
          <w:noProof/>
          <w:lang w:val="pl-PL"/>
        </w:rPr>
      </w:pPr>
    </w:p>
    <w:p w14:paraId="5189E2D0" w14:textId="77777777" w:rsidR="00DB1D0E" w:rsidRPr="006A6250" w:rsidRDefault="00CF1206" w:rsidP="00610B7D">
      <w:pPr>
        <w:jc w:val="center"/>
        <w:rPr>
          <w:noProof/>
          <w:lang w:val="pl-PL"/>
        </w:rPr>
      </w:pPr>
      <w:r w:rsidRPr="006A6250">
        <w:rPr>
          <w:b/>
          <w:noProof/>
          <w:lang w:val="pl-PL"/>
        </w:rPr>
        <w:t>§ 20</w:t>
      </w:r>
    </w:p>
    <w:p w14:paraId="31CF185C" w14:textId="77777777" w:rsidR="00DB1D0E" w:rsidRPr="006A6250" w:rsidRDefault="00CF1206" w:rsidP="00610B7D">
      <w:pPr>
        <w:jc w:val="center"/>
        <w:rPr>
          <w:noProof/>
          <w:lang w:val="pl-PL"/>
        </w:rPr>
      </w:pPr>
      <w:r w:rsidRPr="006A6250">
        <w:rPr>
          <w:b/>
          <w:noProof/>
          <w:lang w:val="pl-PL"/>
        </w:rPr>
        <w:t>Osoby odpowiedzialne za realizację umowy</w:t>
      </w:r>
    </w:p>
    <w:p w14:paraId="70E6503E"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Ze strony Zamawiającego nadzór nad realizacją umowy sprawować będzie: ………………………………………</w:t>
      </w:r>
    </w:p>
    <w:p w14:paraId="4EA15E06"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Ze strony Wykonawcy osobami odpowiedzialnymi za realizację umowy są:</w:t>
      </w:r>
    </w:p>
    <w:p w14:paraId="1FA0DDA1"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kierownik budowy – ………………………………………,</w:t>
      </w:r>
    </w:p>
    <w:p w14:paraId="79632DF8"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kierownik robót elektrycznych – ………………………………………,</w:t>
      </w:r>
    </w:p>
    <w:p w14:paraId="6CE7840B"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projektant branży konstrukcyjno-budowlanej – ………………………………………,</w:t>
      </w:r>
    </w:p>
    <w:p w14:paraId="08C18B11"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projektant branży elektrycznej – ……………………………………….</w:t>
      </w:r>
    </w:p>
    <w:p w14:paraId="0400C267"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Zmiana osób wskazanych w ust. 2 wymaga uprzedniej zgody Zamawiającego.</w:t>
      </w:r>
    </w:p>
    <w:p w14:paraId="2C2E97E0" w14:textId="77777777" w:rsidR="00DB1D0E" w:rsidRPr="006A6250" w:rsidRDefault="00DB1D0E" w:rsidP="00610B7D">
      <w:pPr>
        <w:rPr>
          <w:noProof/>
          <w:lang w:val="pl-PL"/>
        </w:rPr>
      </w:pPr>
    </w:p>
    <w:p w14:paraId="3B855891" w14:textId="44C1EE07" w:rsidR="007A506B" w:rsidRPr="006A6250" w:rsidRDefault="007A506B" w:rsidP="007A506B">
      <w:pPr>
        <w:jc w:val="center"/>
        <w:rPr>
          <w:rFonts w:eastAsia="Times New Roman" w:cs="Arial"/>
          <w:b/>
          <w:bCs/>
          <w:noProof/>
          <w:szCs w:val="18"/>
          <w:lang w:val="pl-PL" w:eastAsia="pl-PL"/>
        </w:rPr>
      </w:pPr>
      <w:r w:rsidRPr="006A6250">
        <w:rPr>
          <w:rFonts w:eastAsia="Times New Roman" w:cs="Arial"/>
          <w:b/>
          <w:noProof/>
          <w:szCs w:val="18"/>
          <w:lang w:val="pl-PL" w:eastAsia="pl-PL"/>
        </w:rPr>
        <w:t>§ 21</w:t>
      </w:r>
    </w:p>
    <w:p w14:paraId="05A38C38" w14:textId="77777777" w:rsidR="007A506B" w:rsidRPr="006A6250" w:rsidRDefault="007A506B" w:rsidP="007A506B">
      <w:pPr>
        <w:jc w:val="center"/>
        <w:rPr>
          <w:rFonts w:eastAsia="Times New Roman" w:cs="Arial"/>
          <w:b/>
          <w:bCs/>
          <w:noProof/>
          <w:szCs w:val="18"/>
          <w:lang w:val="pl-PL" w:eastAsia="pl-PL"/>
        </w:rPr>
      </w:pPr>
      <w:r w:rsidRPr="006A6250">
        <w:rPr>
          <w:rFonts w:eastAsia="Times New Roman" w:cs="Arial"/>
          <w:b/>
          <w:bCs/>
          <w:noProof/>
          <w:szCs w:val="18"/>
          <w:lang w:val="pl-PL" w:eastAsia="pl-PL"/>
        </w:rPr>
        <w:t>RODO</w:t>
      </w:r>
    </w:p>
    <w:p w14:paraId="6E46F624" w14:textId="77777777" w:rsidR="007A506B" w:rsidRPr="006A6250" w:rsidRDefault="007A506B" w:rsidP="002B3381">
      <w:pPr>
        <w:tabs>
          <w:tab w:val="left" w:pos="426"/>
        </w:tabs>
        <w:jc w:val="both"/>
        <w:rPr>
          <w:rFonts w:eastAsia="Calibri" w:cs="Arial"/>
          <w:noProof/>
          <w:szCs w:val="18"/>
          <w:lang w:val="pl-PL"/>
        </w:rPr>
      </w:pPr>
      <w:r w:rsidRPr="006A6250">
        <w:rPr>
          <w:rFonts w:eastAsia="Calibri" w:cs="Arial"/>
          <w:noProof/>
          <w:szCs w:val="18"/>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informuję, że:</w:t>
      </w:r>
    </w:p>
    <w:p w14:paraId="335DACF4"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 xml:space="preserve">Administratorem Państwa danych osobowych jest Specjalistyczny  Szpital  Wojewódzki w Ciechanowie  z siedzibą w Ciechanowie (06-400)  </w:t>
      </w:r>
      <w:bookmarkStart w:id="1" w:name="_Hlk164860992"/>
      <w:r w:rsidRPr="006A6250">
        <w:rPr>
          <w:rFonts w:eastAsia="Calibri" w:cs="Arial"/>
          <w:noProof/>
          <w:szCs w:val="18"/>
          <w:lang w:val="pl-PL"/>
        </w:rPr>
        <w:t>ul. Powstańców Wielkopolskich 2</w:t>
      </w:r>
      <w:bookmarkEnd w:id="1"/>
    </w:p>
    <w:p w14:paraId="2BC0D972" w14:textId="77777777" w:rsidR="007A506B" w:rsidRPr="006A6250" w:rsidRDefault="007A506B" w:rsidP="002B3381">
      <w:pPr>
        <w:numPr>
          <w:ilvl w:val="0"/>
          <w:numId w:val="32"/>
        </w:numPr>
        <w:ind w:left="284" w:hanging="284"/>
        <w:jc w:val="both"/>
        <w:rPr>
          <w:rFonts w:eastAsia="Calibri" w:cs="Arial"/>
          <w:noProof/>
          <w:szCs w:val="18"/>
          <w:highlight w:val="yellow"/>
          <w:lang w:val="pl-PL"/>
        </w:rPr>
      </w:pPr>
      <w:r w:rsidRPr="006A6250">
        <w:rPr>
          <w:rFonts w:eastAsia="Calibri" w:cs="Arial"/>
          <w:noProof/>
          <w:szCs w:val="18"/>
          <w:lang w:val="pl-PL"/>
        </w:rPr>
        <w:t xml:space="preserve">Kontakt do inspektora danych osobowych: Rafał Bartłomiej Panfil, e-mail: </w:t>
      </w:r>
      <w:hyperlink r:id="rId12" w:history="1">
        <w:r w:rsidRPr="006A6250">
          <w:rPr>
            <w:rFonts w:eastAsia="Times New Roman" w:cs="Arial"/>
            <w:noProof/>
            <w:szCs w:val="18"/>
            <w:u w:val="single"/>
            <w:lang w:val="pl-PL" w:eastAsia="pl-PL"/>
          </w:rPr>
          <w:t>iod@szpitalciechanow.com.pl</w:t>
        </w:r>
      </w:hyperlink>
      <w:r w:rsidRPr="006A6250">
        <w:rPr>
          <w:rFonts w:eastAsia="Times New Roman" w:cs="Arial"/>
          <w:noProof/>
          <w:szCs w:val="18"/>
          <w:lang w:val="pl-PL" w:eastAsia="pl-PL"/>
        </w:rPr>
        <w:t xml:space="preserve">  tel. 23 673 03 21</w:t>
      </w:r>
      <w:r w:rsidRPr="006A6250">
        <w:rPr>
          <w:rFonts w:eastAsia="Calibri" w:cs="Arial"/>
          <w:noProof/>
          <w:szCs w:val="18"/>
          <w:highlight w:val="yellow"/>
          <w:lang w:val="pl-PL"/>
        </w:rPr>
        <w:t xml:space="preserve"> </w:t>
      </w:r>
    </w:p>
    <w:p w14:paraId="2062A4DC"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Dane osobowe przetwarzane będą na podstawie art. 6 ust. 1 lit. c RODO w celu związanym z postępowaniem o udzielenie zamówienia publicznego;</w:t>
      </w:r>
    </w:p>
    <w:p w14:paraId="035B597A"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Odbiorcami danych osobowych będą osoby lub podmioty, którym udostępniona zostanie dokumentacja postępowania w oparciu o art. 18 oraz art. 74 „ustawy Pzp"; </w:t>
      </w:r>
    </w:p>
    <w:p w14:paraId="628450B8" w14:textId="77777777" w:rsidR="007A506B" w:rsidRPr="006A6250" w:rsidRDefault="007A506B" w:rsidP="002B3381">
      <w:pPr>
        <w:numPr>
          <w:ilvl w:val="0"/>
          <w:numId w:val="32"/>
        </w:numPr>
        <w:ind w:left="284" w:hanging="284"/>
        <w:rPr>
          <w:rFonts w:eastAsia="Calibri" w:cs="Arial"/>
          <w:noProof/>
          <w:szCs w:val="18"/>
          <w:lang w:val="pl-PL"/>
        </w:rPr>
      </w:pPr>
      <w:r w:rsidRPr="006A6250">
        <w:rPr>
          <w:rFonts w:eastAsia="Calibri" w:cs="Arial"/>
          <w:noProof/>
          <w:szCs w:val="18"/>
          <w:lang w:val="pl-PL"/>
        </w:rPr>
        <w:t>Obowiązek danych osobowych bezpośrednio Państwa dotyczących jest wymogiem ustawowym określonym w przepisach ustawy Pzp, związanym z udziałem w postępowaniu o udzielenie zamówienia publicznego; konsekwencje niepodania określonych danych wynikają z ustawy Pzp; </w:t>
      </w:r>
    </w:p>
    <w:p w14:paraId="091993EA"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lastRenderedPageBreak/>
        <w:t>W odniesieniu do danych osobowych decyzje nie będą podejmowane w sposób zautomatyzowany, stosowanie do art. 22 RODO;</w:t>
      </w:r>
    </w:p>
    <w:p w14:paraId="354C2F28" w14:textId="77777777" w:rsidR="007A506B" w:rsidRPr="006A6250" w:rsidRDefault="007A506B" w:rsidP="002B3381">
      <w:pPr>
        <w:numPr>
          <w:ilvl w:val="0"/>
          <w:numId w:val="32"/>
        </w:numPr>
        <w:ind w:left="284" w:hanging="284"/>
        <w:jc w:val="both"/>
        <w:rPr>
          <w:rFonts w:eastAsia="Calibri" w:cs="Arial"/>
          <w:bCs/>
          <w:noProof/>
          <w:szCs w:val="18"/>
          <w:lang w:val="pl-PL"/>
        </w:rPr>
      </w:pPr>
      <w:r w:rsidRPr="006A6250">
        <w:rPr>
          <w:rFonts w:eastAsia="Calibri" w:cs="Arial"/>
          <w:bCs/>
          <w:noProof/>
          <w:szCs w:val="18"/>
          <w:lang w:val="pl-PL"/>
        </w:rPr>
        <w:t>Osoby, których dane są w związku z Umową przetwarzane mają prawo do:</w:t>
      </w:r>
    </w:p>
    <w:p w14:paraId="46B9DF62"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dostępu do danych osobowych, na podstawie art. 15 RODO;</w:t>
      </w:r>
    </w:p>
    <w:p w14:paraId="63BB81E0"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sprostowania danych osobowych, na podstawie art. 16 RODO;</w:t>
      </w:r>
    </w:p>
    <w:p w14:paraId="2B724EF6"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na podstawie art. 18 RODO prawa żądania od administratora ograniczenia przetwarzania danych osobowych z zastrzeżeniem przypadków, o których mowa w art. 18 ust. 2 RODO; </w:t>
      </w:r>
    </w:p>
    <w:p w14:paraId="5B4BEC03"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wniesienia skargi do Prezesa Urzędu Ochrony Danych Osobowych, gdy osoby te uznają że przetwarzanie Państwa danych osobowych narusza przepisy RODO.</w:t>
      </w:r>
    </w:p>
    <w:p w14:paraId="0AAA1538" w14:textId="77777777" w:rsidR="007A506B" w:rsidRPr="006A6250" w:rsidRDefault="007A506B" w:rsidP="002B3381">
      <w:pPr>
        <w:numPr>
          <w:ilvl w:val="0"/>
          <w:numId w:val="32"/>
        </w:numPr>
        <w:ind w:left="284" w:hanging="284"/>
        <w:jc w:val="both"/>
        <w:rPr>
          <w:rFonts w:eastAsia="Calibri" w:cs="Arial"/>
          <w:bCs/>
          <w:noProof/>
          <w:szCs w:val="18"/>
          <w:lang w:val="pl-PL"/>
        </w:rPr>
      </w:pPr>
      <w:r w:rsidRPr="006A6250">
        <w:rPr>
          <w:rFonts w:eastAsia="Calibri" w:cs="Arial"/>
          <w:bCs/>
          <w:noProof/>
          <w:szCs w:val="18"/>
          <w:lang w:val="pl-PL"/>
        </w:rPr>
        <w:t>Nie przysługuje natomiast  prawo:</w:t>
      </w:r>
    </w:p>
    <w:p w14:paraId="39FCCEED"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do usunięcia danych osobowych w związku z art. 17 ust. 3 lit. b, d lub e RODO;</w:t>
      </w:r>
    </w:p>
    <w:p w14:paraId="329B1BD0"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do przenoszenia danych osobowych, o którym mowa w art. 20 RODO;</w:t>
      </w:r>
    </w:p>
    <w:p w14:paraId="0386B982"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na podstawie art. 21 RODO prawo sprzeciwu, wobec przetwarzania danych osobowych, gdyż podstawą prawną przetwarzania danych osobowych jest art. 6 ust. 1 lit. c RODO.</w:t>
      </w:r>
    </w:p>
    <w:p w14:paraId="12853788" w14:textId="77777777" w:rsidR="00DB1D0E" w:rsidRPr="006A6250" w:rsidRDefault="00CF1206" w:rsidP="00610B7D">
      <w:pPr>
        <w:jc w:val="center"/>
        <w:rPr>
          <w:noProof/>
          <w:lang w:val="pl-PL"/>
        </w:rPr>
      </w:pPr>
      <w:r w:rsidRPr="006A6250">
        <w:rPr>
          <w:b/>
          <w:noProof/>
          <w:lang w:val="pl-PL"/>
        </w:rPr>
        <w:t>§ 21</w:t>
      </w:r>
    </w:p>
    <w:p w14:paraId="1BB01701" w14:textId="77777777" w:rsidR="00DB1D0E" w:rsidRPr="006A6250" w:rsidRDefault="00CF1206" w:rsidP="00610B7D">
      <w:pPr>
        <w:jc w:val="center"/>
        <w:rPr>
          <w:noProof/>
          <w:lang w:val="pl-PL"/>
        </w:rPr>
      </w:pPr>
      <w:r w:rsidRPr="006A6250">
        <w:rPr>
          <w:b/>
          <w:noProof/>
          <w:lang w:val="pl-PL"/>
        </w:rPr>
        <w:t>Postanowienia końcowe</w:t>
      </w:r>
    </w:p>
    <w:p w14:paraId="6D2221DE"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517A29CC"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 xml:space="preserve">W takim przypadku Wykonawca może żądać jedynie wynagrodzenia należnego z tytułu wykonania części Umowy. </w:t>
      </w:r>
    </w:p>
    <w:p w14:paraId="56A26388"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Ewentualne zmiany i uzupełnienia Umowy wymagają formy pisemnej pod rygorem nieważności.</w:t>
      </w:r>
    </w:p>
    <w:p w14:paraId="2ED12BE1"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Czynność prawna Wykonawcy mająca na celu zmianę wierzyciela Zamawiającego wymaga zgody podmiotu, który Zamawiającego utworzył – w rozumieniu ustawy z dnia 15 kwietnia 2011 r. o działalności leczniczej (</w:t>
      </w:r>
      <w:r w:rsidRPr="006A6250">
        <w:rPr>
          <w:rFonts w:eastAsia="Times New Roman" w:cs="Times New Roman"/>
          <w:noProof/>
          <w:szCs w:val="18"/>
          <w:lang w:val="pl-PL" w:eastAsia="pl-PL"/>
        </w:rPr>
        <w:t>t.j. Dz.U. 2025 poz. 450</w:t>
      </w:r>
      <w:r w:rsidRPr="006A6250">
        <w:rPr>
          <w:rFonts w:eastAsia="Times New Roman" w:cs="Arial"/>
          <w:noProof/>
          <w:szCs w:val="18"/>
          <w:lang w:val="pl-PL" w:eastAsia="pl-PL"/>
        </w:rPr>
        <w:t xml:space="preserve"> ). Przyjęcie poręczenia za zobowiązania Szpitala wymaga dodatkowo, pod rygorem nieważności, zgody Zamawiającego wyrażonej na piśmie.</w:t>
      </w:r>
    </w:p>
    <w:p w14:paraId="298D178E"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Ewentualne kwestie sporne wynikłe w trakcie realizacji Umowy Strony rozstrzygać będą polubownie.</w:t>
      </w:r>
    </w:p>
    <w:p w14:paraId="24CD5AA2"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przypadku nie dojścia do porozumienia spory będą rozstrzygane przez Sąd właściwy dla siedziby Zamawiającego.</w:t>
      </w:r>
    </w:p>
    <w:p w14:paraId="751ACD98"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sprawach nieuregulowanych niniejszą Umową stosuje się przepisy Kodeksu cywilnego oraz ustawy o działalności leczniczej.</w:t>
      </w:r>
    </w:p>
    <w:p w14:paraId="204E2AC5"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Umowa została sporządzona w dwóch jednobrzmiących egzemplarzach, po jednym dla każdej ze stron.</w:t>
      </w:r>
    </w:p>
    <w:p w14:paraId="24652043" w14:textId="77777777" w:rsidR="00DB1D0E" w:rsidRPr="006A6250" w:rsidRDefault="00DB1D0E" w:rsidP="00610B7D">
      <w:pPr>
        <w:rPr>
          <w:noProof/>
          <w:lang w:val="pl-PL"/>
        </w:rPr>
      </w:pPr>
    </w:p>
    <w:p w14:paraId="56937558" w14:textId="77777777" w:rsidR="00DB1D0E" w:rsidRPr="006A6250" w:rsidRDefault="00CF1206" w:rsidP="00610B7D">
      <w:pPr>
        <w:jc w:val="center"/>
        <w:rPr>
          <w:noProof/>
          <w:lang w:val="pl-PL"/>
        </w:rPr>
      </w:pPr>
      <w:r w:rsidRPr="006A6250">
        <w:rPr>
          <w:noProof/>
          <w:lang w:val="pl-PL"/>
        </w:rPr>
        <w:t>ZAMAWIAJĄCY                             WYKONAWCA</w:t>
      </w:r>
    </w:p>
    <w:p w14:paraId="720983FD" w14:textId="77777777" w:rsidR="00DB1D0E" w:rsidRPr="006A6250" w:rsidRDefault="00CF1206" w:rsidP="00610B7D">
      <w:pPr>
        <w:jc w:val="center"/>
        <w:rPr>
          <w:b/>
          <w:noProof/>
          <w:lang w:val="pl-PL"/>
        </w:rPr>
      </w:pPr>
      <w:r w:rsidRPr="006A6250">
        <w:rPr>
          <w:b/>
          <w:noProof/>
          <w:lang w:val="pl-PL"/>
        </w:rPr>
        <w:t>………………………………………                             ………………………………………</w:t>
      </w:r>
    </w:p>
    <w:p w14:paraId="11B0A767" w14:textId="77777777" w:rsidR="00610B7D" w:rsidRPr="006A6250" w:rsidRDefault="00610B7D" w:rsidP="00610B7D">
      <w:pPr>
        <w:jc w:val="center"/>
        <w:rPr>
          <w:b/>
          <w:noProof/>
          <w:lang w:val="pl-PL"/>
        </w:rPr>
      </w:pPr>
    </w:p>
    <w:p w14:paraId="0BDE7FEF" w14:textId="77777777" w:rsidR="00610B7D" w:rsidRPr="006A6250" w:rsidRDefault="00610B7D" w:rsidP="00610B7D">
      <w:pPr>
        <w:jc w:val="center"/>
        <w:rPr>
          <w:b/>
          <w:noProof/>
          <w:lang w:val="pl-PL"/>
        </w:rPr>
      </w:pPr>
    </w:p>
    <w:p w14:paraId="0488D4E0" w14:textId="77777777" w:rsidR="00610B7D" w:rsidRPr="006A6250" w:rsidRDefault="00610B7D" w:rsidP="00610B7D">
      <w:pPr>
        <w:jc w:val="center"/>
        <w:rPr>
          <w:b/>
          <w:noProof/>
          <w:lang w:val="pl-PL"/>
        </w:rPr>
      </w:pPr>
    </w:p>
    <w:p w14:paraId="17E731CD" w14:textId="77777777" w:rsidR="00610B7D" w:rsidRPr="006A6250" w:rsidRDefault="00610B7D" w:rsidP="00610B7D">
      <w:pPr>
        <w:jc w:val="center"/>
        <w:rPr>
          <w:b/>
          <w:noProof/>
          <w:lang w:val="pl-PL"/>
        </w:rPr>
      </w:pPr>
    </w:p>
    <w:p w14:paraId="72BEA394" w14:textId="77777777" w:rsidR="00610B7D" w:rsidRPr="006A6250" w:rsidRDefault="00610B7D" w:rsidP="00610B7D">
      <w:pPr>
        <w:jc w:val="center"/>
        <w:rPr>
          <w:b/>
          <w:noProof/>
          <w:lang w:val="pl-PL"/>
        </w:rPr>
      </w:pPr>
    </w:p>
    <w:p w14:paraId="21985C42" w14:textId="77777777" w:rsidR="00610B7D" w:rsidRPr="006A6250" w:rsidRDefault="00610B7D" w:rsidP="00610B7D">
      <w:pPr>
        <w:jc w:val="center"/>
        <w:rPr>
          <w:b/>
          <w:noProof/>
          <w:lang w:val="pl-PL"/>
        </w:rPr>
      </w:pPr>
    </w:p>
    <w:p w14:paraId="500F4ADE" w14:textId="77777777" w:rsidR="00610B7D" w:rsidRPr="006A6250" w:rsidRDefault="00610B7D" w:rsidP="00610B7D">
      <w:pPr>
        <w:jc w:val="center"/>
        <w:rPr>
          <w:b/>
          <w:noProof/>
          <w:lang w:val="pl-PL"/>
        </w:rPr>
      </w:pPr>
    </w:p>
    <w:p w14:paraId="31982ED2" w14:textId="77777777" w:rsidR="00610B7D" w:rsidRPr="006A6250" w:rsidRDefault="00610B7D" w:rsidP="00610B7D">
      <w:pPr>
        <w:jc w:val="center"/>
        <w:rPr>
          <w:b/>
          <w:noProof/>
          <w:lang w:val="pl-PL"/>
        </w:rPr>
      </w:pPr>
    </w:p>
    <w:p w14:paraId="29EF357E" w14:textId="77777777" w:rsidR="00610B7D" w:rsidRPr="006A6250" w:rsidRDefault="00610B7D" w:rsidP="00610B7D">
      <w:pPr>
        <w:jc w:val="center"/>
        <w:rPr>
          <w:b/>
          <w:noProof/>
          <w:lang w:val="pl-PL"/>
        </w:rPr>
      </w:pPr>
    </w:p>
    <w:p w14:paraId="387F5CD6" w14:textId="77777777" w:rsidR="00610B7D" w:rsidRPr="006A6250" w:rsidRDefault="00610B7D" w:rsidP="00610B7D">
      <w:pPr>
        <w:jc w:val="center"/>
        <w:rPr>
          <w:b/>
          <w:noProof/>
          <w:lang w:val="pl-PL"/>
        </w:rPr>
      </w:pPr>
    </w:p>
    <w:p w14:paraId="2A02DAAB" w14:textId="77777777" w:rsidR="00610B7D" w:rsidRPr="006A6250" w:rsidRDefault="00610B7D" w:rsidP="00610B7D">
      <w:pPr>
        <w:jc w:val="center"/>
        <w:rPr>
          <w:b/>
          <w:noProof/>
          <w:lang w:val="pl-PL"/>
        </w:rPr>
      </w:pPr>
    </w:p>
    <w:p w14:paraId="6848B0F4" w14:textId="77777777" w:rsidR="00610B7D" w:rsidRPr="006A6250" w:rsidRDefault="00610B7D" w:rsidP="00610B7D">
      <w:pPr>
        <w:jc w:val="center"/>
        <w:rPr>
          <w:b/>
          <w:noProof/>
          <w:lang w:val="pl-PL"/>
        </w:rPr>
      </w:pPr>
    </w:p>
    <w:p w14:paraId="328530A9" w14:textId="77777777" w:rsidR="00610B7D" w:rsidRPr="006A6250" w:rsidRDefault="00610B7D" w:rsidP="00610B7D">
      <w:pPr>
        <w:jc w:val="center"/>
        <w:rPr>
          <w:b/>
          <w:noProof/>
          <w:lang w:val="pl-PL"/>
        </w:rPr>
      </w:pPr>
    </w:p>
    <w:p w14:paraId="6E4C3F01" w14:textId="77777777" w:rsidR="00610B7D" w:rsidRPr="006A6250" w:rsidRDefault="00610B7D" w:rsidP="00610B7D">
      <w:pPr>
        <w:jc w:val="center"/>
        <w:rPr>
          <w:b/>
          <w:noProof/>
          <w:lang w:val="pl-PL"/>
        </w:rPr>
      </w:pPr>
    </w:p>
    <w:p w14:paraId="47EDD16C" w14:textId="77777777" w:rsidR="00610B7D" w:rsidRPr="006A6250" w:rsidRDefault="00610B7D" w:rsidP="00610B7D">
      <w:pPr>
        <w:jc w:val="center"/>
        <w:rPr>
          <w:b/>
          <w:noProof/>
          <w:lang w:val="pl-PL"/>
        </w:rPr>
      </w:pPr>
    </w:p>
    <w:p w14:paraId="40F4FD32" w14:textId="77777777" w:rsidR="00610B7D" w:rsidRPr="006A6250" w:rsidRDefault="00610B7D" w:rsidP="00610B7D">
      <w:pPr>
        <w:jc w:val="center"/>
        <w:rPr>
          <w:b/>
          <w:noProof/>
          <w:lang w:val="pl-PL"/>
        </w:rPr>
      </w:pPr>
    </w:p>
    <w:p w14:paraId="15F873D1" w14:textId="77777777" w:rsidR="00610B7D" w:rsidRPr="006A6250" w:rsidRDefault="00610B7D" w:rsidP="00610B7D">
      <w:pPr>
        <w:jc w:val="center"/>
        <w:rPr>
          <w:b/>
          <w:noProof/>
          <w:lang w:val="pl-PL"/>
        </w:rPr>
      </w:pPr>
    </w:p>
    <w:p w14:paraId="0001B85E" w14:textId="77777777" w:rsidR="00610B7D" w:rsidRPr="006A6250" w:rsidRDefault="00610B7D" w:rsidP="00610B7D">
      <w:pPr>
        <w:jc w:val="center"/>
        <w:rPr>
          <w:b/>
          <w:noProof/>
          <w:lang w:val="pl-PL"/>
        </w:rPr>
      </w:pPr>
    </w:p>
    <w:p w14:paraId="346B05C3" w14:textId="77777777" w:rsidR="00CF1206" w:rsidRPr="006A6250" w:rsidRDefault="00CF1206" w:rsidP="00610B7D">
      <w:pPr>
        <w:jc w:val="center"/>
        <w:rPr>
          <w:b/>
          <w:noProof/>
          <w:lang w:val="pl-PL"/>
        </w:rPr>
      </w:pPr>
    </w:p>
    <w:p w14:paraId="1C0A5073" w14:textId="77777777" w:rsidR="00CF1206" w:rsidRPr="006A6250" w:rsidRDefault="00CF1206" w:rsidP="00610B7D">
      <w:pPr>
        <w:jc w:val="center"/>
        <w:rPr>
          <w:b/>
          <w:noProof/>
          <w:lang w:val="pl-PL"/>
        </w:rPr>
      </w:pPr>
    </w:p>
    <w:p w14:paraId="37FDCDC2" w14:textId="77777777" w:rsidR="00CF1206" w:rsidRPr="006A6250" w:rsidRDefault="00CF1206" w:rsidP="00610B7D">
      <w:pPr>
        <w:jc w:val="center"/>
        <w:rPr>
          <w:b/>
          <w:noProof/>
          <w:lang w:val="pl-PL"/>
        </w:rPr>
      </w:pPr>
    </w:p>
    <w:p w14:paraId="7D4AF6F7" w14:textId="77777777" w:rsidR="00CF1206" w:rsidRPr="006A6250" w:rsidRDefault="00CF1206" w:rsidP="00610B7D">
      <w:pPr>
        <w:jc w:val="center"/>
        <w:rPr>
          <w:b/>
          <w:noProof/>
          <w:lang w:val="pl-PL"/>
        </w:rPr>
      </w:pPr>
    </w:p>
    <w:p w14:paraId="78F06AF0" w14:textId="77777777" w:rsidR="00610B7D" w:rsidRPr="006A6250" w:rsidRDefault="00610B7D" w:rsidP="00610B7D">
      <w:pPr>
        <w:jc w:val="center"/>
        <w:rPr>
          <w:b/>
          <w:noProof/>
          <w:lang w:val="pl-PL"/>
        </w:rPr>
      </w:pPr>
    </w:p>
    <w:p w14:paraId="1B53A83C" w14:textId="03802EA0" w:rsidR="00610B7D" w:rsidRPr="006A6250" w:rsidRDefault="00610B7D" w:rsidP="00610B7D">
      <w:pPr>
        <w:rPr>
          <w:bCs/>
          <w:noProof/>
          <w:lang w:val="pl-PL"/>
        </w:rPr>
      </w:pPr>
      <w:r w:rsidRPr="006A6250">
        <w:rPr>
          <w:bCs/>
          <w:noProof/>
          <w:lang w:val="pl-PL"/>
        </w:rPr>
        <w:t>Załącznik nr 1</w:t>
      </w:r>
      <w:r w:rsidR="00DE34C8" w:rsidRPr="006A6250">
        <w:rPr>
          <w:bCs/>
          <w:noProof/>
          <w:lang w:val="pl-PL"/>
        </w:rPr>
        <w:t xml:space="preserve"> (wzory protokołów)</w:t>
      </w:r>
    </w:p>
    <w:p w14:paraId="19F31CD2" w14:textId="77777777" w:rsidR="00DE34C8" w:rsidRPr="006A6250" w:rsidRDefault="00DE34C8" w:rsidP="00610B7D">
      <w:pPr>
        <w:rPr>
          <w:b/>
          <w:bCs/>
          <w:noProof/>
          <w:lang w:val="pl-PL"/>
        </w:rPr>
      </w:pPr>
    </w:p>
    <w:p w14:paraId="03E671DA" w14:textId="1EA57404" w:rsidR="00610B7D" w:rsidRPr="006A6250" w:rsidRDefault="00610B7D" w:rsidP="00610B7D">
      <w:pPr>
        <w:rPr>
          <w:bCs/>
          <w:noProof/>
          <w:lang w:val="pl-PL"/>
        </w:rPr>
      </w:pPr>
      <w:r w:rsidRPr="006A6250">
        <w:rPr>
          <w:b/>
          <w:bCs/>
          <w:noProof/>
          <w:lang w:val="pl-PL"/>
        </w:rPr>
        <w:t xml:space="preserve">PROTOKÓŁ ODBIORU CZĘŚCIOWEGO </w:t>
      </w:r>
    </w:p>
    <w:p w14:paraId="3AAA5C9C" w14:textId="77777777" w:rsidR="00610B7D" w:rsidRPr="006A6250" w:rsidRDefault="00610B7D" w:rsidP="00610B7D">
      <w:pPr>
        <w:rPr>
          <w:bCs/>
          <w:noProof/>
          <w:lang w:val="pl-PL"/>
        </w:rPr>
      </w:pPr>
      <w:r w:rsidRPr="006A6250">
        <w:rPr>
          <w:bCs/>
          <w:noProof/>
          <w:lang w:val="pl-PL"/>
        </w:rPr>
        <w:t>zadania pn.: „Przebudowa lądowiska sanitarnego dla śmigłowców na terenie Specjalistycznego Szpitala Wojewódzkiego w Ciechanowie”</w:t>
      </w:r>
    </w:p>
    <w:p w14:paraId="34AFB127" w14:textId="77777777" w:rsidR="00610B7D" w:rsidRPr="006A6250" w:rsidRDefault="00610B7D" w:rsidP="00610B7D">
      <w:pPr>
        <w:rPr>
          <w:bCs/>
          <w:noProof/>
          <w:lang w:val="pl-PL"/>
        </w:rPr>
      </w:pPr>
      <w:r w:rsidRPr="006A6250">
        <w:rPr>
          <w:bCs/>
          <w:noProof/>
          <w:lang w:val="pl-PL"/>
        </w:rPr>
        <w:lastRenderedPageBreak/>
        <w:t>sporządzony w dniu .................................. w Ciechanowie</w:t>
      </w:r>
    </w:p>
    <w:p w14:paraId="532BEEE6" w14:textId="77777777" w:rsidR="00610B7D" w:rsidRPr="006A6250" w:rsidRDefault="00610B7D" w:rsidP="00610B7D">
      <w:pPr>
        <w:rPr>
          <w:bCs/>
          <w:noProof/>
          <w:lang w:val="pl-PL"/>
        </w:rPr>
      </w:pPr>
      <w:r w:rsidRPr="006A6250">
        <w:rPr>
          <w:b/>
          <w:bCs/>
          <w:noProof/>
          <w:lang w:val="pl-PL"/>
        </w:rPr>
        <w:t>§ 1  Dane umowy</w:t>
      </w:r>
    </w:p>
    <w:p w14:paraId="5778BD34" w14:textId="77777777" w:rsidR="00610B7D" w:rsidRPr="006A6250" w:rsidRDefault="00610B7D" w:rsidP="00610B7D">
      <w:pPr>
        <w:rPr>
          <w:bCs/>
          <w:noProof/>
          <w:lang w:val="pl-PL"/>
        </w:rPr>
      </w:pPr>
      <w:r w:rsidRPr="006A6250">
        <w:rPr>
          <w:bCs/>
          <w:noProof/>
          <w:lang w:val="pl-PL"/>
        </w:rPr>
        <w:t>Umowa nr: ..........................................................</w:t>
      </w:r>
    </w:p>
    <w:p w14:paraId="4DFF50F3" w14:textId="77777777" w:rsidR="00610B7D" w:rsidRPr="006A6250" w:rsidRDefault="00610B7D" w:rsidP="00610B7D">
      <w:pPr>
        <w:rPr>
          <w:bCs/>
          <w:noProof/>
          <w:lang w:val="pl-PL"/>
        </w:rPr>
      </w:pPr>
      <w:r w:rsidRPr="006A6250">
        <w:rPr>
          <w:bCs/>
          <w:noProof/>
          <w:lang w:val="pl-PL"/>
        </w:rPr>
        <w:t>Data zawarcia umowy: ..........................................................</w:t>
      </w:r>
    </w:p>
    <w:p w14:paraId="56D16B0B" w14:textId="77777777" w:rsidR="00610B7D" w:rsidRPr="006A6250" w:rsidRDefault="00610B7D" w:rsidP="00610B7D">
      <w:pPr>
        <w:rPr>
          <w:bCs/>
          <w:noProof/>
          <w:lang w:val="pl-PL"/>
        </w:rPr>
      </w:pPr>
      <w:r w:rsidRPr="006A6250">
        <w:rPr>
          <w:bCs/>
          <w:noProof/>
          <w:lang w:val="pl-PL"/>
        </w:rPr>
        <w:t>Zamawiający: Specjalistyczny Szpital Wojewódzki w Ciechanowie, ul. Powstańców Wielkopolskich 2, 06</w:t>
      </w:r>
      <w:r w:rsidRPr="006A6250">
        <w:rPr>
          <w:rFonts w:ascii="Cambria Math" w:hAnsi="Cambria Math" w:cs="Cambria Math"/>
          <w:bCs/>
          <w:noProof/>
          <w:lang w:val="pl-PL"/>
        </w:rPr>
        <w:t>‑</w:t>
      </w:r>
      <w:r w:rsidRPr="006A6250">
        <w:rPr>
          <w:bCs/>
          <w:noProof/>
          <w:lang w:val="pl-PL"/>
        </w:rPr>
        <w:t>400 Ciechan</w:t>
      </w:r>
      <w:r w:rsidRPr="006A6250">
        <w:rPr>
          <w:rFonts w:cs="Arial"/>
          <w:bCs/>
          <w:noProof/>
          <w:lang w:val="pl-PL"/>
        </w:rPr>
        <w:t>ó</w:t>
      </w:r>
      <w:r w:rsidRPr="006A6250">
        <w:rPr>
          <w:bCs/>
          <w:noProof/>
          <w:lang w:val="pl-PL"/>
        </w:rPr>
        <w:t>w</w:t>
      </w:r>
    </w:p>
    <w:p w14:paraId="3B046CFF" w14:textId="77777777" w:rsidR="00610B7D" w:rsidRPr="006A6250" w:rsidRDefault="00610B7D" w:rsidP="00610B7D">
      <w:pPr>
        <w:rPr>
          <w:bCs/>
          <w:noProof/>
          <w:lang w:val="pl-PL"/>
        </w:rPr>
      </w:pPr>
      <w:r w:rsidRPr="006A6250">
        <w:rPr>
          <w:bCs/>
          <w:noProof/>
          <w:lang w:val="pl-PL"/>
        </w:rPr>
        <w:t>Wykonawca: ................................................................................................</w:t>
      </w:r>
    </w:p>
    <w:p w14:paraId="33D650F9" w14:textId="77777777" w:rsidR="00610B7D" w:rsidRPr="006A6250" w:rsidRDefault="00610B7D" w:rsidP="00610B7D">
      <w:pPr>
        <w:rPr>
          <w:bCs/>
          <w:noProof/>
          <w:lang w:val="pl-PL"/>
        </w:rPr>
      </w:pPr>
      <w:r w:rsidRPr="006A6250">
        <w:rPr>
          <w:bCs/>
          <w:noProof/>
          <w:lang w:val="pl-PL"/>
        </w:rPr>
        <w:t>Przedmiot umowy: przebudowa lądowiska sanitarnego dla śmigłowców w formule „zaprojektuj i wybuduj”</w:t>
      </w:r>
    </w:p>
    <w:p w14:paraId="3FED2E3C" w14:textId="77777777" w:rsidR="00610B7D" w:rsidRPr="006A6250" w:rsidRDefault="00610B7D" w:rsidP="00610B7D">
      <w:pPr>
        <w:rPr>
          <w:bCs/>
          <w:noProof/>
          <w:lang w:val="pl-PL"/>
        </w:rPr>
      </w:pPr>
      <w:r w:rsidRPr="006A6250">
        <w:rPr>
          <w:b/>
          <w:bCs/>
          <w:noProof/>
          <w:lang w:val="pl-PL"/>
        </w:rPr>
        <w:t>§ 2  Komisja odbiorowa</w:t>
      </w:r>
    </w:p>
    <w:p w14:paraId="09137C1B" w14:textId="77777777" w:rsidR="00610B7D" w:rsidRPr="006A6250" w:rsidRDefault="00610B7D" w:rsidP="00610B7D">
      <w:pPr>
        <w:rPr>
          <w:bCs/>
          <w:noProof/>
          <w:lang w:val="pl-PL"/>
        </w:rPr>
      </w:pPr>
      <w:r w:rsidRPr="006A6250">
        <w:rPr>
          <w:bCs/>
          <w:noProof/>
          <w:lang w:val="pl-PL"/>
        </w:rPr>
        <w:t>Zamawiający powołał komisję odbiorową w składzie:</w:t>
      </w:r>
    </w:p>
    <w:p w14:paraId="4B8CD626" w14:textId="77777777" w:rsidR="00610B7D" w:rsidRPr="006A6250" w:rsidRDefault="00610B7D" w:rsidP="00610B7D">
      <w:pPr>
        <w:rPr>
          <w:bCs/>
          <w:noProof/>
          <w:lang w:val="pl-PL"/>
        </w:rPr>
      </w:pPr>
      <w:r w:rsidRPr="006A6250">
        <w:rPr>
          <w:bCs/>
          <w:noProof/>
          <w:lang w:val="pl-PL"/>
        </w:rPr>
        <w:t>Przedstawiciele Wykonawcy uczestniczący w odbiorze:</w:t>
      </w:r>
    </w:p>
    <w:p w14:paraId="75004E70" w14:textId="77777777" w:rsidR="00610B7D" w:rsidRPr="006A6250" w:rsidRDefault="00610B7D" w:rsidP="00610B7D">
      <w:pPr>
        <w:rPr>
          <w:bCs/>
          <w:noProof/>
          <w:lang w:val="pl-PL"/>
        </w:rPr>
      </w:pPr>
      <w:r w:rsidRPr="006A6250">
        <w:rPr>
          <w:bCs/>
          <w:noProof/>
          <w:lang w:val="pl-PL"/>
        </w:rPr>
        <w:t>Kierownik budowy: ................................................................................................</w:t>
      </w:r>
    </w:p>
    <w:p w14:paraId="27CE0857" w14:textId="77777777" w:rsidR="00610B7D" w:rsidRPr="006A6250" w:rsidRDefault="00610B7D" w:rsidP="00610B7D">
      <w:pPr>
        <w:rPr>
          <w:bCs/>
          <w:noProof/>
          <w:lang w:val="pl-PL"/>
        </w:rPr>
      </w:pPr>
      <w:r w:rsidRPr="006A6250">
        <w:rPr>
          <w:bCs/>
          <w:noProof/>
          <w:lang w:val="pl-PL"/>
        </w:rPr>
        <w:t>Inspektor nadzoru: ................................................................................................</w:t>
      </w:r>
    </w:p>
    <w:p w14:paraId="2622A994" w14:textId="77777777" w:rsidR="00610B7D" w:rsidRPr="006A6250" w:rsidRDefault="00610B7D" w:rsidP="00610B7D">
      <w:pPr>
        <w:rPr>
          <w:bCs/>
          <w:noProof/>
          <w:lang w:val="pl-PL"/>
        </w:rPr>
      </w:pPr>
      <w:r w:rsidRPr="006A6250">
        <w:rPr>
          <w:b/>
          <w:bCs/>
          <w:noProof/>
          <w:lang w:val="pl-PL"/>
        </w:rPr>
        <w:t>§ 3  Przedmiot odbioru</w:t>
      </w:r>
    </w:p>
    <w:p w14:paraId="1AD0608B" w14:textId="4C607B1E" w:rsidR="00610B7D" w:rsidRPr="006A6250" w:rsidRDefault="00610B7D" w:rsidP="00610B7D">
      <w:pPr>
        <w:rPr>
          <w:bCs/>
          <w:noProof/>
          <w:lang w:val="pl-PL"/>
        </w:rPr>
      </w:pPr>
      <w:r w:rsidRPr="006A6250">
        <w:rPr>
          <w:bCs/>
          <w:noProof/>
          <w:lang w:val="pl-PL"/>
        </w:rPr>
        <w:t xml:space="preserve">Odbiór dotyczy: odbioru częściowego </w:t>
      </w:r>
    </w:p>
    <w:p w14:paraId="47147CCD" w14:textId="77777777" w:rsidR="00610B7D" w:rsidRPr="006A6250" w:rsidRDefault="00610B7D" w:rsidP="00610B7D">
      <w:pPr>
        <w:rPr>
          <w:bCs/>
          <w:noProof/>
          <w:lang w:val="pl-PL"/>
        </w:rPr>
      </w:pPr>
      <w:r w:rsidRPr="006A6250">
        <w:rPr>
          <w:bCs/>
          <w:noProof/>
          <w:lang w:val="pl-PL"/>
        </w:rPr>
        <w:t>Zakres robót objętych odbiorem: ................................................................................................</w:t>
      </w:r>
    </w:p>
    <w:p w14:paraId="7804A92C" w14:textId="77777777" w:rsidR="00610B7D" w:rsidRPr="006A6250" w:rsidRDefault="00610B7D" w:rsidP="00610B7D">
      <w:pPr>
        <w:rPr>
          <w:bCs/>
          <w:noProof/>
          <w:lang w:val="pl-PL"/>
        </w:rPr>
      </w:pPr>
      <w:r w:rsidRPr="006A6250">
        <w:rPr>
          <w:bCs/>
          <w:noProof/>
          <w:lang w:val="pl-PL"/>
        </w:rPr>
        <w:t>Roboty wykonano w okresie od .................................. do ..................................</w:t>
      </w:r>
    </w:p>
    <w:p w14:paraId="65DB01FB" w14:textId="77777777" w:rsidR="00610B7D" w:rsidRPr="006A6250" w:rsidRDefault="00610B7D" w:rsidP="00610B7D">
      <w:pPr>
        <w:rPr>
          <w:bCs/>
          <w:noProof/>
          <w:lang w:val="pl-PL"/>
        </w:rPr>
      </w:pPr>
      <w:r w:rsidRPr="006A6250">
        <w:rPr>
          <w:b/>
          <w:bCs/>
          <w:noProof/>
          <w:lang w:val="pl-PL"/>
        </w:rPr>
        <w:t>§ 4  Dokumenty przekazane Zamawiającemu</w:t>
      </w:r>
    </w:p>
    <w:p w14:paraId="1DE7E3E9" w14:textId="77777777" w:rsidR="00610B7D" w:rsidRPr="006A6250" w:rsidRDefault="00610B7D" w:rsidP="00610B7D">
      <w:pPr>
        <w:rPr>
          <w:bCs/>
          <w:noProof/>
          <w:lang w:val="pl-PL"/>
        </w:rPr>
      </w:pPr>
      <w:r w:rsidRPr="006A6250">
        <w:rPr>
          <w:bCs/>
          <w:noProof/>
          <w:lang w:val="pl-PL"/>
        </w:rPr>
        <w:t>dokumentacja projektowa / dokumentacja powykonawcza</w:t>
      </w:r>
    </w:p>
    <w:p w14:paraId="641F206F" w14:textId="77777777" w:rsidR="00610B7D" w:rsidRPr="006A6250" w:rsidRDefault="00610B7D" w:rsidP="00610B7D">
      <w:pPr>
        <w:rPr>
          <w:bCs/>
          <w:noProof/>
          <w:lang w:val="pl-PL"/>
        </w:rPr>
      </w:pPr>
      <w:r w:rsidRPr="006A6250">
        <w:rPr>
          <w:bCs/>
          <w:noProof/>
          <w:lang w:val="pl-PL"/>
        </w:rPr>
        <w:t>protokoły badań i pomiarów</w:t>
      </w:r>
    </w:p>
    <w:p w14:paraId="192C2468" w14:textId="77777777" w:rsidR="00610B7D" w:rsidRPr="006A6250" w:rsidRDefault="00610B7D" w:rsidP="00610B7D">
      <w:pPr>
        <w:rPr>
          <w:bCs/>
          <w:noProof/>
          <w:lang w:val="pl-PL"/>
        </w:rPr>
      </w:pPr>
      <w:r w:rsidRPr="006A6250">
        <w:rPr>
          <w:bCs/>
          <w:noProof/>
          <w:lang w:val="pl-PL"/>
        </w:rPr>
        <w:t>atesty, deklaracje zgodności i certyfikaty materiałów</w:t>
      </w:r>
    </w:p>
    <w:p w14:paraId="4D7D7AB4" w14:textId="77777777" w:rsidR="00610B7D" w:rsidRPr="006A6250" w:rsidRDefault="00610B7D" w:rsidP="00610B7D">
      <w:pPr>
        <w:rPr>
          <w:bCs/>
          <w:noProof/>
          <w:lang w:val="pl-PL"/>
        </w:rPr>
      </w:pPr>
      <w:r w:rsidRPr="006A6250">
        <w:rPr>
          <w:bCs/>
          <w:noProof/>
          <w:lang w:val="pl-PL"/>
        </w:rPr>
        <w:t>protokoły prób i uruchomień urządzeń</w:t>
      </w:r>
    </w:p>
    <w:p w14:paraId="61D92BD2" w14:textId="77777777" w:rsidR="00610B7D" w:rsidRPr="006A6250" w:rsidRDefault="00610B7D" w:rsidP="00610B7D">
      <w:pPr>
        <w:rPr>
          <w:bCs/>
          <w:noProof/>
          <w:lang w:val="pl-PL"/>
        </w:rPr>
      </w:pPr>
      <w:r w:rsidRPr="006A6250">
        <w:rPr>
          <w:bCs/>
          <w:noProof/>
          <w:lang w:val="pl-PL"/>
        </w:rPr>
        <w:t>oświadczenie kierownika budowy o zgodności robót z projektem i przepisami</w:t>
      </w:r>
    </w:p>
    <w:p w14:paraId="63730EB9" w14:textId="77777777" w:rsidR="00610B7D" w:rsidRPr="006A6250" w:rsidRDefault="00610B7D" w:rsidP="00610B7D">
      <w:pPr>
        <w:rPr>
          <w:bCs/>
          <w:noProof/>
          <w:lang w:val="pl-PL"/>
        </w:rPr>
      </w:pPr>
      <w:r w:rsidRPr="006A6250">
        <w:rPr>
          <w:bCs/>
          <w:noProof/>
          <w:lang w:val="pl-PL"/>
        </w:rPr>
        <w:t>inne dokumenty wymagane umową</w:t>
      </w:r>
    </w:p>
    <w:p w14:paraId="5008BD93" w14:textId="77777777" w:rsidR="00610B7D" w:rsidRPr="006A6250" w:rsidRDefault="00610B7D" w:rsidP="00610B7D">
      <w:pPr>
        <w:rPr>
          <w:bCs/>
          <w:noProof/>
          <w:lang w:val="pl-PL"/>
        </w:rPr>
      </w:pPr>
      <w:r w:rsidRPr="006A6250">
        <w:rPr>
          <w:b/>
          <w:bCs/>
          <w:noProof/>
          <w:lang w:val="pl-PL"/>
        </w:rPr>
        <w:t>§ 5  Ustalenia komisji odbiorowej</w:t>
      </w:r>
    </w:p>
    <w:p w14:paraId="7A5D9F98" w14:textId="77777777" w:rsidR="00610B7D" w:rsidRPr="006A6250" w:rsidRDefault="00610B7D" w:rsidP="00610B7D">
      <w:pPr>
        <w:rPr>
          <w:bCs/>
          <w:noProof/>
          <w:lang w:val="pl-PL"/>
        </w:rPr>
      </w:pPr>
      <w:r w:rsidRPr="006A6250">
        <w:rPr>
          <w:bCs/>
          <w:noProof/>
          <w:lang w:val="pl-PL"/>
        </w:rPr>
        <w:t>Roboty wykonano zgodnie z dokumentacją projektową, PFU oraz umową.</w:t>
      </w:r>
    </w:p>
    <w:p w14:paraId="74C07956" w14:textId="77777777" w:rsidR="00610B7D" w:rsidRPr="006A6250" w:rsidRDefault="00610B7D" w:rsidP="00610B7D">
      <w:pPr>
        <w:rPr>
          <w:bCs/>
          <w:noProof/>
          <w:lang w:val="pl-PL"/>
        </w:rPr>
      </w:pPr>
      <w:r w:rsidRPr="006A6250">
        <w:rPr>
          <w:bCs/>
          <w:noProof/>
          <w:lang w:val="pl-PL"/>
        </w:rPr>
        <w:t>Roboty wykonano zgodnie z obowiązującymi przepisami prawa i zasadami wiedzy technicznej.</w:t>
      </w:r>
    </w:p>
    <w:p w14:paraId="16FBC078" w14:textId="77777777" w:rsidR="00610B7D" w:rsidRPr="006A6250" w:rsidRDefault="00610B7D" w:rsidP="00610B7D">
      <w:pPr>
        <w:rPr>
          <w:bCs/>
          <w:noProof/>
          <w:lang w:val="pl-PL"/>
        </w:rPr>
      </w:pPr>
      <w:r w:rsidRPr="006A6250">
        <w:rPr>
          <w:bCs/>
          <w:noProof/>
          <w:lang w:val="pl-PL"/>
        </w:rPr>
        <w:t>Roboty wykonano w terminie / z opóźnieniem wynoszącym ............ dni.</w:t>
      </w:r>
    </w:p>
    <w:p w14:paraId="5313888B" w14:textId="77777777" w:rsidR="00610B7D" w:rsidRPr="006A6250" w:rsidRDefault="00610B7D" w:rsidP="00610B7D">
      <w:pPr>
        <w:rPr>
          <w:bCs/>
          <w:noProof/>
          <w:lang w:val="pl-PL"/>
        </w:rPr>
      </w:pPr>
      <w:r w:rsidRPr="006A6250">
        <w:rPr>
          <w:bCs/>
          <w:noProof/>
          <w:lang w:val="pl-PL"/>
        </w:rPr>
        <w:t>Stwierdzone wady lub usterki:</w:t>
      </w:r>
    </w:p>
    <w:p w14:paraId="2F6A2B3E" w14:textId="77777777" w:rsidR="00610B7D" w:rsidRPr="006A6250" w:rsidRDefault="00610B7D" w:rsidP="00610B7D">
      <w:pPr>
        <w:rPr>
          <w:bCs/>
          <w:noProof/>
          <w:lang w:val="pl-PL"/>
        </w:rPr>
      </w:pPr>
      <w:r w:rsidRPr="006A6250">
        <w:rPr>
          <w:bCs/>
          <w:noProof/>
          <w:lang w:val="pl-PL"/>
        </w:rPr>
        <w:t>1) ................................................................................................</w:t>
      </w:r>
    </w:p>
    <w:p w14:paraId="1709AED6" w14:textId="77777777" w:rsidR="00610B7D" w:rsidRPr="006A6250" w:rsidRDefault="00610B7D" w:rsidP="00610B7D">
      <w:pPr>
        <w:rPr>
          <w:bCs/>
          <w:noProof/>
          <w:lang w:val="pl-PL"/>
        </w:rPr>
      </w:pPr>
      <w:r w:rsidRPr="006A6250">
        <w:rPr>
          <w:bCs/>
          <w:noProof/>
          <w:lang w:val="pl-PL"/>
        </w:rPr>
        <w:t>2) ................................................................................................</w:t>
      </w:r>
    </w:p>
    <w:p w14:paraId="6984FBE4" w14:textId="77777777" w:rsidR="00610B7D" w:rsidRPr="006A6250" w:rsidRDefault="00610B7D" w:rsidP="00610B7D">
      <w:pPr>
        <w:rPr>
          <w:bCs/>
          <w:noProof/>
          <w:lang w:val="pl-PL"/>
        </w:rPr>
      </w:pPr>
      <w:r w:rsidRPr="006A6250">
        <w:rPr>
          <w:bCs/>
          <w:noProof/>
          <w:lang w:val="pl-PL"/>
        </w:rPr>
        <w:t>3) ................................................................................................</w:t>
      </w:r>
    </w:p>
    <w:p w14:paraId="2DC043DA" w14:textId="77777777" w:rsidR="00610B7D" w:rsidRPr="006A6250" w:rsidRDefault="00610B7D" w:rsidP="00610B7D">
      <w:pPr>
        <w:rPr>
          <w:bCs/>
          <w:noProof/>
          <w:lang w:val="pl-PL"/>
        </w:rPr>
      </w:pPr>
      <w:r w:rsidRPr="006A6250">
        <w:rPr>
          <w:bCs/>
          <w:noProof/>
          <w:lang w:val="pl-PL"/>
        </w:rPr>
        <w:t>Termin usunięcia wad: ..........................................................</w:t>
      </w:r>
    </w:p>
    <w:p w14:paraId="43F7DCDC" w14:textId="77777777" w:rsidR="00610B7D" w:rsidRPr="006A6250" w:rsidRDefault="00610B7D" w:rsidP="00610B7D">
      <w:pPr>
        <w:rPr>
          <w:bCs/>
          <w:noProof/>
          <w:lang w:val="pl-PL"/>
        </w:rPr>
      </w:pPr>
      <w:r w:rsidRPr="006A6250">
        <w:rPr>
          <w:b/>
          <w:bCs/>
          <w:noProof/>
          <w:lang w:val="pl-PL"/>
        </w:rPr>
        <w:t>§ 6  Decyzja komisji</w:t>
      </w:r>
    </w:p>
    <w:p w14:paraId="16E0B586" w14:textId="77777777" w:rsidR="00610B7D" w:rsidRPr="006A6250" w:rsidRDefault="00610B7D" w:rsidP="00610B7D">
      <w:pPr>
        <w:rPr>
          <w:bCs/>
          <w:noProof/>
          <w:lang w:val="pl-PL"/>
        </w:rPr>
      </w:pPr>
      <w:r w:rsidRPr="006A6250">
        <w:rPr>
          <w:bCs/>
          <w:noProof/>
          <w:lang w:val="pl-PL"/>
        </w:rPr>
        <w:t>Dokonuje się odbioru robót bez zastrzeżeń.</w:t>
      </w:r>
    </w:p>
    <w:p w14:paraId="45A081BD" w14:textId="77777777" w:rsidR="00610B7D" w:rsidRPr="006A6250" w:rsidRDefault="00610B7D" w:rsidP="00610B7D">
      <w:pPr>
        <w:rPr>
          <w:bCs/>
          <w:noProof/>
          <w:lang w:val="pl-PL"/>
        </w:rPr>
      </w:pPr>
      <w:r w:rsidRPr="006A6250">
        <w:rPr>
          <w:bCs/>
          <w:noProof/>
          <w:lang w:val="pl-PL"/>
        </w:rPr>
        <w:t>Dokonuje się odbioru robót z obowiązkiem usunięcia wskazanych wad.</w:t>
      </w:r>
    </w:p>
    <w:p w14:paraId="399E0202" w14:textId="77777777" w:rsidR="00610B7D" w:rsidRPr="006A6250" w:rsidRDefault="00610B7D" w:rsidP="00610B7D">
      <w:pPr>
        <w:rPr>
          <w:bCs/>
          <w:noProof/>
          <w:lang w:val="pl-PL"/>
        </w:rPr>
      </w:pPr>
      <w:r w:rsidRPr="006A6250">
        <w:rPr>
          <w:bCs/>
          <w:noProof/>
          <w:lang w:val="pl-PL"/>
        </w:rPr>
        <w:t>Odmowa odbioru do czasu usunięcia wad.</w:t>
      </w:r>
    </w:p>
    <w:p w14:paraId="7DBFD21A" w14:textId="77777777" w:rsidR="00610B7D" w:rsidRPr="006A6250" w:rsidRDefault="00610B7D" w:rsidP="00610B7D">
      <w:pPr>
        <w:rPr>
          <w:bCs/>
          <w:noProof/>
          <w:lang w:val="pl-PL"/>
        </w:rPr>
      </w:pPr>
      <w:r w:rsidRPr="006A6250">
        <w:rPr>
          <w:b/>
          <w:bCs/>
          <w:noProof/>
          <w:lang w:val="pl-PL"/>
        </w:rPr>
        <w:t>§ 7  Uwagi końcowe</w:t>
      </w:r>
    </w:p>
    <w:p w14:paraId="42EC254F" w14:textId="2C601A8C" w:rsidR="00610B7D" w:rsidRPr="006A6250" w:rsidRDefault="00610B7D" w:rsidP="00610B7D">
      <w:pPr>
        <w:rPr>
          <w:bCs/>
          <w:noProof/>
          <w:lang w:val="pl-PL"/>
        </w:rPr>
      </w:pPr>
      <w:r w:rsidRPr="006A6250">
        <w:rPr>
          <w:bCs/>
          <w:noProof/>
          <w:lang w:val="pl-PL"/>
        </w:rPr>
        <w:t>Niniejszy protokół stanowi podstawę do wystawienia faktury częściowej.</w:t>
      </w:r>
    </w:p>
    <w:p w14:paraId="786016E5" w14:textId="77777777" w:rsidR="00610B7D" w:rsidRPr="006A6250" w:rsidRDefault="00610B7D" w:rsidP="00610B7D">
      <w:pPr>
        <w:rPr>
          <w:bCs/>
          <w:noProof/>
          <w:lang w:val="pl-PL"/>
        </w:rPr>
      </w:pPr>
      <w:r w:rsidRPr="006A6250">
        <w:rPr>
          <w:bCs/>
          <w:noProof/>
          <w:lang w:val="pl-PL"/>
        </w:rPr>
        <w:t>W przypadku odbioru końcowego podpisanie niniejszego protokołu rozpoczyna bieg okresu gwarancji.</w:t>
      </w:r>
    </w:p>
    <w:p w14:paraId="195B4F2C" w14:textId="77777777" w:rsidR="00610B7D" w:rsidRPr="006A6250" w:rsidRDefault="00610B7D" w:rsidP="00610B7D">
      <w:pPr>
        <w:rPr>
          <w:bCs/>
          <w:noProof/>
          <w:lang w:val="pl-PL"/>
        </w:rPr>
      </w:pPr>
      <w:r w:rsidRPr="006A6250">
        <w:rPr>
          <w:bCs/>
          <w:noProof/>
          <w:lang w:val="pl-PL"/>
        </w:rPr>
        <w:t>Protokół sporządzono w .......... egzemplarzach.</w:t>
      </w:r>
    </w:p>
    <w:p w14:paraId="5EF907C0" w14:textId="77777777" w:rsidR="00610B7D" w:rsidRPr="006A6250" w:rsidRDefault="00610B7D" w:rsidP="00610B7D">
      <w:pPr>
        <w:rPr>
          <w:bCs/>
          <w:noProof/>
          <w:lang w:val="pl-PL"/>
        </w:rPr>
      </w:pPr>
    </w:p>
    <w:p w14:paraId="12AB3681" w14:textId="77777777" w:rsidR="00610B7D" w:rsidRPr="006A6250" w:rsidRDefault="00610B7D" w:rsidP="00610B7D">
      <w:pPr>
        <w:rPr>
          <w:bCs/>
          <w:noProof/>
          <w:lang w:val="pl-PL"/>
        </w:rPr>
      </w:pPr>
      <w:r w:rsidRPr="006A6250">
        <w:rPr>
          <w:bCs/>
          <w:noProof/>
          <w:lang w:val="pl-PL"/>
        </w:rPr>
        <w:t>Podpisy:</w:t>
      </w:r>
    </w:p>
    <w:p w14:paraId="4D56BFF7" w14:textId="77777777" w:rsidR="00610B7D" w:rsidRPr="006A6250" w:rsidRDefault="00610B7D" w:rsidP="00610B7D">
      <w:pPr>
        <w:rPr>
          <w:bCs/>
          <w:noProof/>
          <w:lang w:val="pl-PL"/>
        </w:rPr>
      </w:pPr>
      <w:r w:rsidRPr="006A6250">
        <w:rPr>
          <w:bCs/>
          <w:noProof/>
          <w:lang w:val="pl-PL"/>
        </w:rPr>
        <w:t>Zamawiający: ..........................................................</w:t>
      </w:r>
    </w:p>
    <w:p w14:paraId="140F3D0D" w14:textId="77777777" w:rsidR="00610B7D" w:rsidRPr="006A6250" w:rsidRDefault="00610B7D" w:rsidP="00610B7D">
      <w:pPr>
        <w:rPr>
          <w:bCs/>
          <w:noProof/>
          <w:lang w:val="pl-PL"/>
        </w:rPr>
      </w:pPr>
      <w:r w:rsidRPr="006A6250">
        <w:rPr>
          <w:bCs/>
          <w:noProof/>
          <w:lang w:val="pl-PL"/>
        </w:rPr>
        <w:t>Wykonawca: ..........................................................</w:t>
      </w:r>
    </w:p>
    <w:p w14:paraId="55F19A38" w14:textId="77777777" w:rsidR="00610B7D" w:rsidRPr="006A6250" w:rsidRDefault="00610B7D" w:rsidP="00610B7D">
      <w:pPr>
        <w:rPr>
          <w:bCs/>
          <w:noProof/>
          <w:lang w:val="pl-PL"/>
        </w:rPr>
      </w:pPr>
    </w:p>
    <w:p w14:paraId="39D77FC2" w14:textId="77777777" w:rsidR="00610B7D" w:rsidRPr="006A6250" w:rsidRDefault="00610B7D" w:rsidP="00610B7D">
      <w:pPr>
        <w:rPr>
          <w:bCs/>
          <w:noProof/>
          <w:lang w:val="pl-PL"/>
        </w:rPr>
      </w:pPr>
    </w:p>
    <w:p w14:paraId="76658730" w14:textId="77777777" w:rsidR="00610B7D" w:rsidRPr="006A6250" w:rsidRDefault="00610B7D" w:rsidP="00610B7D">
      <w:pPr>
        <w:rPr>
          <w:bCs/>
          <w:noProof/>
          <w:lang w:val="pl-PL"/>
        </w:rPr>
      </w:pPr>
    </w:p>
    <w:p w14:paraId="157F019B" w14:textId="77777777" w:rsidR="00610B7D" w:rsidRPr="006A6250" w:rsidRDefault="00610B7D" w:rsidP="00610B7D">
      <w:pPr>
        <w:rPr>
          <w:bCs/>
          <w:noProof/>
          <w:lang w:val="pl-PL"/>
        </w:rPr>
      </w:pPr>
    </w:p>
    <w:p w14:paraId="2FCC7357" w14:textId="77777777" w:rsidR="00610B7D" w:rsidRPr="006A6250" w:rsidRDefault="00610B7D" w:rsidP="00610B7D">
      <w:pPr>
        <w:rPr>
          <w:bCs/>
          <w:noProof/>
          <w:lang w:val="pl-PL"/>
        </w:rPr>
      </w:pPr>
    </w:p>
    <w:p w14:paraId="0DEA2884" w14:textId="77777777" w:rsidR="00610B7D" w:rsidRPr="006A6250" w:rsidRDefault="00610B7D" w:rsidP="00610B7D">
      <w:pPr>
        <w:rPr>
          <w:bCs/>
          <w:noProof/>
          <w:lang w:val="pl-PL"/>
        </w:rPr>
      </w:pPr>
    </w:p>
    <w:p w14:paraId="6D147E8D" w14:textId="77777777" w:rsidR="00610B7D" w:rsidRPr="006A6250" w:rsidRDefault="00610B7D" w:rsidP="00610B7D">
      <w:pPr>
        <w:rPr>
          <w:bCs/>
          <w:noProof/>
          <w:lang w:val="pl-PL"/>
        </w:rPr>
      </w:pPr>
    </w:p>
    <w:p w14:paraId="4F2FD639" w14:textId="77777777" w:rsidR="00610B7D" w:rsidRPr="006A6250" w:rsidRDefault="00610B7D" w:rsidP="00610B7D">
      <w:pPr>
        <w:rPr>
          <w:bCs/>
          <w:noProof/>
          <w:lang w:val="pl-PL"/>
        </w:rPr>
      </w:pPr>
    </w:p>
    <w:p w14:paraId="488DEC89" w14:textId="77777777" w:rsidR="00610B7D" w:rsidRPr="006A6250" w:rsidRDefault="00610B7D" w:rsidP="00610B7D">
      <w:pPr>
        <w:rPr>
          <w:bCs/>
          <w:noProof/>
          <w:lang w:val="pl-PL"/>
        </w:rPr>
      </w:pPr>
    </w:p>
    <w:p w14:paraId="3F9F20F6" w14:textId="77777777" w:rsidR="00610B7D" w:rsidRPr="006A6250" w:rsidRDefault="00610B7D" w:rsidP="00610B7D">
      <w:pPr>
        <w:rPr>
          <w:bCs/>
          <w:noProof/>
          <w:lang w:val="pl-PL"/>
        </w:rPr>
      </w:pPr>
    </w:p>
    <w:p w14:paraId="2C4B9903" w14:textId="77777777" w:rsidR="00610B7D" w:rsidRPr="006A6250" w:rsidRDefault="00610B7D" w:rsidP="00610B7D">
      <w:pPr>
        <w:rPr>
          <w:bCs/>
          <w:noProof/>
          <w:lang w:val="pl-PL"/>
        </w:rPr>
      </w:pPr>
    </w:p>
    <w:p w14:paraId="26133F58" w14:textId="77777777" w:rsidR="00610B7D" w:rsidRPr="006A6250" w:rsidRDefault="00610B7D" w:rsidP="00610B7D">
      <w:pPr>
        <w:rPr>
          <w:bCs/>
          <w:noProof/>
          <w:lang w:val="pl-PL"/>
        </w:rPr>
      </w:pPr>
    </w:p>
    <w:p w14:paraId="67B14B41" w14:textId="77777777" w:rsidR="00610B7D" w:rsidRPr="006A6250" w:rsidRDefault="00610B7D" w:rsidP="00610B7D">
      <w:pPr>
        <w:rPr>
          <w:bCs/>
          <w:noProof/>
          <w:lang w:val="pl-PL"/>
        </w:rPr>
      </w:pPr>
    </w:p>
    <w:p w14:paraId="7E42E4B0" w14:textId="63BF3DBB" w:rsidR="00610B7D" w:rsidRPr="006A6250" w:rsidRDefault="00610B7D" w:rsidP="00610B7D">
      <w:pPr>
        <w:rPr>
          <w:rFonts w:eastAsiaTheme="minorEastAsia"/>
          <w:noProof/>
          <w:lang w:val="pl-PL"/>
        </w:rPr>
      </w:pPr>
      <w:r w:rsidRPr="006A6250">
        <w:rPr>
          <w:rFonts w:eastAsiaTheme="minorEastAsia"/>
          <w:b/>
          <w:noProof/>
          <w:lang w:val="pl-PL"/>
        </w:rPr>
        <w:t>PROTOKÓŁ ODBIORU ROBÓT ZANIKAJĄCYCH I ULEGAJĄCYCH ZAKRYCIU (wzór)</w:t>
      </w:r>
    </w:p>
    <w:p w14:paraId="674C2647" w14:textId="77777777" w:rsidR="00610B7D" w:rsidRPr="006A6250" w:rsidRDefault="00610B7D" w:rsidP="00610B7D">
      <w:pPr>
        <w:rPr>
          <w:rFonts w:eastAsiaTheme="minorEastAsia"/>
          <w:noProof/>
          <w:lang w:val="pl-PL"/>
        </w:rPr>
      </w:pPr>
      <w:r w:rsidRPr="006A6250">
        <w:rPr>
          <w:rFonts w:eastAsiaTheme="minorEastAsia"/>
          <w:noProof/>
          <w:lang w:val="pl-PL"/>
        </w:rPr>
        <w:t>zadania pn.: „Przebudowa lądowiska sanitarnego dla śmigłowców na terenie Specjalistycznego Szpitala Wojewódzkiego w Ciechanowie”.</w:t>
      </w:r>
    </w:p>
    <w:p w14:paraId="6F6552D3" w14:textId="77777777" w:rsidR="00610B7D" w:rsidRPr="006A6250" w:rsidRDefault="00610B7D" w:rsidP="00610B7D">
      <w:pPr>
        <w:rPr>
          <w:rFonts w:eastAsiaTheme="minorEastAsia"/>
          <w:noProof/>
          <w:lang w:val="pl-PL"/>
        </w:rPr>
      </w:pPr>
      <w:r w:rsidRPr="006A6250">
        <w:rPr>
          <w:rFonts w:eastAsiaTheme="minorEastAsia"/>
          <w:noProof/>
          <w:lang w:val="pl-PL"/>
        </w:rPr>
        <w:t>Sporządzony w dniu: ......................... w Ciechanowie</w:t>
      </w:r>
    </w:p>
    <w:p w14:paraId="1D274B1C" w14:textId="77777777" w:rsidR="00610B7D" w:rsidRPr="006A6250" w:rsidRDefault="00610B7D" w:rsidP="00610B7D">
      <w:pPr>
        <w:rPr>
          <w:rFonts w:eastAsiaTheme="minorEastAsia"/>
          <w:noProof/>
          <w:lang w:val="pl-PL"/>
        </w:rPr>
      </w:pPr>
      <w:r w:rsidRPr="006A6250">
        <w:rPr>
          <w:rFonts w:eastAsiaTheme="minorEastAsia"/>
          <w:b/>
          <w:noProof/>
          <w:lang w:val="pl-PL"/>
        </w:rPr>
        <w:lastRenderedPageBreak/>
        <w:t>§ 1 Dane umowy</w:t>
      </w:r>
    </w:p>
    <w:p w14:paraId="07793EBA"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Umowa nr: ................................................</w:t>
      </w:r>
    </w:p>
    <w:p w14:paraId="516818F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zawarcia umowy: ................................................</w:t>
      </w:r>
    </w:p>
    <w:p w14:paraId="2192D32A"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Zamawiający: Specjalistyczny Szpital Wojewódzki w Ciechanowie</w:t>
      </w:r>
    </w:p>
    <w:p w14:paraId="18BBA96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Wykonawca: ................................................</w:t>
      </w:r>
    </w:p>
    <w:p w14:paraId="725EC8A1" w14:textId="77777777" w:rsidR="00610B7D" w:rsidRPr="006A6250" w:rsidRDefault="00610B7D" w:rsidP="00610B7D">
      <w:pPr>
        <w:rPr>
          <w:rFonts w:eastAsiaTheme="minorEastAsia"/>
          <w:noProof/>
          <w:lang w:val="pl-PL"/>
        </w:rPr>
      </w:pPr>
      <w:r w:rsidRPr="006A6250">
        <w:rPr>
          <w:rFonts w:eastAsiaTheme="minorEastAsia"/>
          <w:b/>
          <w:noProof/>
          <w:lang w:val="pl-PL"/>
        </w:rPr>
        <w:t>§ 2 Przedmiot odbioru</w:t>
      </w:r>
    </w:p>
    <w:p w14:paraId="3943BE20"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Rodzaj robót: ................................................</w:t>
      </w:r>
    </w:p>
    <w:p w14:paraId="76E1B25B"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Lokalizacja robót: ................................................</w:t>
      </w:r>
    </w:p>
    <w:p w14:paraId="4B843A01"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wykonania robót: ................................................</w:t>
      </w:r>
    </w:p>
    <w:p w14:paraId="2AB21666" w14:textId="77777777" w:rsidR="00610B7D" w:rsidRPr="006A6250" w:rsidRDefault="00610B7D" w:rsidP="00610B7D">
      <w:pPr>
        <w:rPr>
          <w:rFonts w:eastAsiaTheme="minorEastAsia"/>
          <w:noProof/>
          <w:lang w:val="pl-PL"/>
        </w:rPr>
      </w:pPr>
      <w:r w:rsidRPr="006A6250">
        <w:rPr>
          <w:rFonts w:eastAsiaTheme="minorEastAsia"/>
          <w:b/>
          <w:noProof/>
          <w:lang w:val="pl-PL"/>
        </w:rPr>
        <w:t>§ 3 Ustalenia komisji</w:t>
      </w:r>
    </w:p>
    <w:p w14:paraId="0D121F53" w14:textId="77777777" w:rsidR="00610B7D" w:rsidRPr="006A6250" w:rsidRDefault="00610B7D" w:rsidP="00610B7D">
      <w:pPr>
        <w:rPr>
          <w:rFonts w:eastAsiaTheme="minorEastAsia"/>
          <w:noProof/>
          <w:lang w:val="pl-PL"/>
        </w:rPr>
      </w:pPr>
      <w:r w:rsidRPr="006A6250">
        <w:rPr>
          <w:rFonts w:eastAsiaTheme="minorEastAsia"/>
          <w:noProof/>
          <w:lang w:val="pl-PL"/>
        </w:rPr>
        <w:t>Komisja po przeprowadzeniu oględzin stwierdza, że roboty:</w:t>
      </w:r>
    </w:p>
    <w:p w14:paraId="0B486595"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zostały wykonane zgodnie z dokumentacją projektową i PFU</w:t>
      </w:r>
    </w:p>
    <w:p w14:paraId="736DC1F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zostały wykonane zgodnie z przepisami prawa oraz zasadami wiedzy technicznej</w:t>
      </w:r>
    </w:p>
    <w:p w14:paraId="54B733D0"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mogą zostać zakryte / wymagają usunięcia usterek</w:t>
      </w:r>
    </w:p>
    <w:p w14:paraId="134BA1FC" w14:textId="77777777" w:rsidR="00610B7D" w:rsidRPr="006A6250" w:rsidRDefault="00610B7D" w:rsidP="00610B7D">
      <w:pPr>
        <w:rPr>
          <w:rFonts w:eastAsiaTheme="minorEastAsia"/>
          <w:noProof/>
          <w:lang w:val="pl-PL"/>
        </w:rPr>
      </w:pPr>
      <w:r w:rsidRPr="006A6250">
        <w:rPr>
          <w:rFonts w:eastAsiaTheme="minorEastAsia"/>
          <w:noProof/>
          <w:lang w:val="pl-PL"/>
        </w:rPr>
        <w:t>Uwagi: ................................................................................................................</w:t>
      </w:r>
    </w:p>
    <w:p w14:paraId="2ADC9CD5" w14:textId="77777777" w:rsidR="00610B7D" w:rsidRPr="006A6250" w:rsidRDefault="00610B7D" w:rsidP="00610B7D">
      <w:pPr>
        <w:rPr>
          <w:rFonts w:eastAsiaTheme="minorEastAsia"/>
          <w:noProof/>
          <w:lang w:val="pl-PL"/>
        </w:rPr>
      </w:pPr>
    </w:p>
    <w:p w14:paraId="3613768C" w14:textId="77777777" w:rsidR="00610B7D" w:rsidRPr="006A6250" w:rsidRDefault="00610B7D" w:rsidP="00610B7D">
      <w:pPr>
        <w:rPr>
          <w:rFonts w:eastAsiaTheme="minorEastAsia"/>
          <w:noProof/>
          <w:lang w:val="pl-PL"/>
        </w:rPr>
      </w:pPr>
      <w:bookmarkStart w:id="2" w:name="_Hlk224027393"/>
      <w:r w:rsidRPr="006A6250">
        <w:rPr>
          <w:rFonts w:eastAsiaTheme="minorEastAsia"/>
          <w:noProof/>
          <w:lang w:val="pl-PL"/>
        </w:rPr>
        <w:t>Podpisy:</w:t>
      </w:r>
    </w:p>
    <w:bookmarkEnd w:id="2"/>
    <w:p w14:paraId="23B79674" w14:textId="77777777" w:rsidR="00610B7D" w:rsidRPr="006A6250" w:rsidRDefault="00610B7D" w:rsidP="00610B7D">
      <w:pPr>
        <w:rPr>
          <w:rFonts w:eastAsiaTheme="minorEastAsia"/>
          <w:noProof/>
          <w:lang w:val="pl-PL"/>
        </w:rPr>
      </w:pPr>
      <w:r w:rsidRPr="006A6250">
        <w:rPr>
          <w:rFonts w:eastAsiaTheme="minorEastAsia"/>
          <w:noProof/>
          <w:lang w:val="pl-PL"/>
        </w:rPr>
        <w:t>Zamawiający: ..........................................................</w:t>
      </w:r>
    </w:p>
    <w:p w14:paraId="5791F7D8" w14:textId="6CD911A2" w:rsidR="00610B7D" w:rsidRPr="006A6250" w:rsidRDefault="00610B7D" w:rsidP="00610B7D">
      <w:pPr>
        <w:rPr>
          <w:rFonts w:eastAsiaTheme="minorEastAsia"/>
          <w:noProof/>
          <w:lang w:val="pl-PL"/>
        </w:rPr>
      </w:pPr>
      <w:r w:rsidRPr="006A6250">
        <w:rPr>
          <w:rFonts w:eastAsiaTheme="minorEastAsia"/>
          <w:noProof/>
          <w:lang w:val="pl-PL"/>
        </w:rPr>
        <w:t>Wykonawca: ..........................................................</w:t>
      </w:r>
    </w:p>
    <w:p w14:paraId="67360DCC" w14:textId="77777777" w:rsidR="00610B7D" w:rsidRPr="006A6250" w:rsidRDefault="00610B7D" w:rsidP="00610B7D">
      <w:pPr>
        <w:rPr>
          <w:rFonts w:eastAsiaTheme="minorEastAsia"/>
          <w:b/>
          <w:noProof/>
          <w:lang w:val="pl-PL"/>
        </w:rPr>
      </w:pPr>
    </w:p>
    <w:p w14:paraId="11AB5B64" w14:textId="77777777" w:rsidR="00610B7D" w:rsidRPr="006A6250" w:rsidRDefault="00610B7D" w:rsidP="00610B7D">
      <w:pPr>
        <w:rPr>
          <w:rFonts w:eastAsiaTheme="minorEastAsia"/>
          <w:b/>
          <w:noProof/>
          <w:lang w:val="pl-PL"/>
        </w:rPr>
      </w:pPr>
    </w:p>
    <w:p w14:paraId="15DDF542" w14:textId="7DE72EDE" w:rsidR="00610B7D" w:rsidRPr="006A6250" w:rsidRDefault="00610B7D" w:rsidP="00610B7D">
      <w:pPr>
        <w:rPr>
          <w:rFonts w:eastAsiaTheme="minorEastAsia"/>
          <w:noProof/>
          <w:lang w:val="pl-PL"/>
        </w:rPr>
      </w:pPr>
      <w:r w:rsidRPr="006A6250">
        <w:rPr>
          <w:rFonts w:eastAsiaTheme="minorEastAsia"/>
          <w:b/>
          <w:noProof/>
          <w:lang w:val="pl-PL"/>
        </w:rPr>
        <w:t xml:space="preserve">PROTOKÓŁ USUNIĘCIA WAD </w:t>
      </w:r>
    </w:p>
    <w:p w14:paraId="7F16AC01" w14:textId="77777777" w:rsidR="00610B7D" w:rsidRPr="006A6250" w:rsidRDefault="00610B7D" w:rsidP="00610B7D">
      <w:pPr>
        <w:rPr>
          <w:rFonts w:eastAsiaTheme="minorEastAsia"/>
          <w:noProof/>
          <w:lang w:val="pl-PL"/>
        </w:rPr>
      </w:pPr>
      <w:r w:rsidRPr="006A6250">
        <w:rPr>
          <w:rFonts w:eastAsiaTheme="minorEastAsia"/>
          <w:noProof/>
          <w:lang w:val="pl-PL"/>
        </w:rPr>
        <w:t>zadania pn.: „Przebudowa lądowiska sanitarnego dla śmigłowców na terenie Specjalistycznego Szpitala Wojewódzkiego w Ciechanowie”.</w:t>
      </w:r>
    </w:p>
    <w:p w14:paraId="23D1AA0F" w14:textId="77777777" w:rsidR="00610B7D" w:rsidRPr="006A6250" w:rsidRDefault="00610B7D" w:rsidP="00610B7D">
      <w:pPr>
        <w:rPr>
          <w:rFonts w:eastAsiaTheme="minorEastAsia"/>
          <w:noProof/>
          <w:lang w:val="pl-PL"/>
        </w:rPr>
      </w:pPr>
      <w:r w:rsidRPr="006A6250">
        <w:rPr>
          <w:rFonts w:eastAsiaTheme="minorEastAsia"/>
          <w:noProof/>
          <w:lang w:val="pl-PL"/>
        </w:rPr>
        <w:t>Sporządzony w dniu: ......................... w Ciechanowie</w:t>
      </w:r>
    </w:p>
    <w:p w14:paraId="3D75D97E" w14:textId="77777777" w:rsidR="00610B7D" w:rsidRPr="006A6250" w:rsidRDefault="00610B7D" w:rsidP="00610B7D">
      <w:pPr>
        <w:rPr>
          <w:rFonts w:eastAsiaTheme="minorEastAsia"/>
          <w:noProof/>
          <w:lang w:val="pl-PL"/>
        </w:rPr>
      </w:pPr>
      <w:r w:rsidRPr="006A6250">
        <w:rPr>
          <w:rFonts w:eastAsiaTheme="minorEastAsia"/>
          <w:b/>
          <w:noProof/>
          <w:lang w:val="pl-PL"/>
        </w:rPr>
        <w:t>§ 1 Dane umowy</w:t>
      </w:r>
    </w:p>
    <w:p w14:paraId="6D257AA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Umowa nr: ................................................</w:t>
      </w:r>
    </w:p>
    <w:p w14:paraId="51DF6E99"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zawarcia umowy: ................................................</w:t>
      </w:r>
    </w:p>
    <w:p w14:paraId="03A2CF42"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Zamawiający: Specjalistyczny Szpital Wojewódzki w Ciechanowie</w:t>
      </w:r>
    </w:p>
    <w:p w14:paraId="17F5CB21"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Wykonawca: ................................................</w:t>
      </w:r>
    </w:p>
    <w:p w14:paraId="4B7E74A6" w14:textId="77777777" w:rsidR="00610B7D" w:rsidRPr="006A6250" w:rsidRDefault="00610B7D" w:rsidP="00610B7D">
      <w:pPr>
        <w:rPr>
          <w:rFonts w:eastAsiaTheme="minorEastAsia"/>
          <w:noProof/>
          <w:lang w:val="pl-PL"/>
        </w:rPr>
      </w:pPr>
      <w:r w:rsidRPr="006A6250">
        <w:rPr>
          <w:rFonts w:eastAsiaTheme="minorEastAsia"/>
          <w:b/>
          <w:noProof/>
          <w:lang w:val="pl-PL"/>
        </w:rPr>
        <w:t>§ 2 Wady stwierdzone</w:t>
      </w:r>
    </w:p>
    <w:p w14:paraId="4D4DDEF8" w14:textId="77777777" w:rsidR="00610B7D" w:rsidRPr="006A6250" w:rsidRDefault="00610B7D" w:rsidP="00610B7D">
      <w:pPr>
        <w:rPr>
          <w:rFonts w:eastAsiaTheme="minorEastAsia"/>
          <w:noProof/>
          <w:lang w:val="pl-PL"/>
        </w:rPr>
      </w:pPr>
      <w:r w:rsidRPr="006A6250">
        <w:rPr>
          <w:rFonts w:eastAsiaTheme="minorEastAsia"/>
          <w:noProof/>
          <w:lang w:val="pl-PL"/>
        </w:rPr>
        <w:t>Na podstawie protokołu odbioru z dnia .................. stwierdzono następujące wady:</w:t>
      </w:r>
    </w:p>
    <w:p w14:paraId="3F6FA1B1" w14:textId="77777777" w:rsidR="00610B7D" w:rsidRPr="006A6250" w:rsidRDefault="00610B7D" w:rsidP="00610B7D">
      <w:pPr>
        <w:rPr>
          <w:rFonts w:eastAsiaTheme="minorEastAsia"/>
          <w:noProof/>
          <w:lang w:val="pl-PL"/>
        </w:rPr>
      </w:pPr>
      <w:r w:rsidRPr="006A6250">
        <w:rPr>
          <w:rFonts w:eastAsiaTheme="minorEastAsia"/>
          <w:noProof/>
          <w:lang w:val="pl-PL"/>
        </w:rPr>
        <w:t>1) ................................................................................................................</w:t>
      </w:r>
    </w:p>
    <w:p w14:paraId="389AD5B9" w14:textId="77777777" w:rsidR="00610B7D" w:rsidRPr="006A6250" w:rsidRDefault="00610B7D" w:rsidP="00610B7D">
      <w:pPr>
        <w:rPr>
          <w:rFonts w:eastAsiaTheme="minorEastAsia"/>
          <w:noProof/>
          <w:lang w:val="pl-PL"/>
        </w:rPr>
      </w:pPr>
      <w:r w:rsidRPr="006A6250">
        <w:rPr>
          <w:rFonts w:eastAsiaTheme="minorEastAsia"/>
          <w:noProof/>
          <w:lang w:val="pl-PL"/>
        </w:rPr>
        <w:t>2) ................................................................................................................</w:t>
      </w:r>
    </w:p>
    <w:p w14:paraId="2705EC8E" w14:textId="77777777" w:rsidR="00610B7D" w:rsidRPr="006A6250" w:rsidRDefault="00610B7D" w:rsidP="00610B7D">
      <w:pPr>
        <w:rPr>
          <w:rFonts w:eastAsiaTheme="minorEastAsia"/>
          <w:noProof/>
          <w:lang w:val="pl-PL"/>
        </w:rPr>
      </w:pPr>
      <w:r w:rsidRPr="006A6250">
        <w:rPr>
          <w:rFonts w:eastAsiaTheme="minorEastAsia"/>
          <w:b/>
          <w:noProof/>
          <w:lang w:val="pl-PL"/>
        </w:rPr>
        <w:t>§ 3 Usunięcie wad</w:t>
      </w:r>
    </w:p>
    <w:p w14:paraId="2950CEF7" w14:textId="77777777" w:rsidR="00610B7D" w:rsidRPr="006A6250" w:rsidRDefault="00610B7D" w:rsidP="00610B7D">
      <w:pPr>
        <w:rPr>
          <w:rFonts w:eastAsiaTheme="minorEastAsia"/>
          <w:noProof/>
          <w:lang w:val="pl-PL"/>
        </w:rPr>
      </w:pPr>
      <w:r w:rsidRPr="006A6250">
        <w:rPr>
          <w:rFonts w:eastAsiaTheme="minorEastAsia"/>
          <w:noProof/>
          <w:lang w:val="pl-PL"/>
        </w:rPr>
        <w:t>Wykonawca oświadcza, że powyższe wady zostały usunięte w dniu: ..................</w:t>
      </w:r>
    </w:p>
    <w:p w14:paraId="1C20A93B" w14:textId="77777777" w:rsidR="00610B7D" w:rsidRPr="006A6250" w:rsidRDefault="00610B7D" w:rsidP="00610B7D">
      <w:pPr>
        <w:rPr>
          <w:rFonts w:eastAsiaTheme="minorEastAsia"/>
          <w:noProof/>
          <w:lang w:val="pl-PL"/>
        </w:rPr>
      </w:pPr>
      <w:r w:rsidRPr="006A6250">
        <w:rPr>
          <w:rFonts w:eastAsiaTheme="minorEastAsia"/>
          <w:noProof/>
          <w:lang w:val="pl-PL"/>
        </w:rPr>
        <w:t>Komisja potwierdza prawidłowe usunięcie wad / zgłasza następujące zastrzeżenia:</w:t>
      </w:r>
    </w:p>
    <w:p w14:paraId="2C090B8F" w14:textId="77777777" w:rsidR="00610B7D" w:rsidRPr="006A6250" w:rsidRDefault="00610B7D" w:rsidP="00610B7D">
      <w:pPr>
        <w:rPr>
          <w:rFonts w:eastAsiaTheme="minorEastAsia"/>
          <w:noProof/>
          <w:lang w:val="pl-PL"/>
        </w:rPr>
      </w:pPr>
      <w:r w:rsidRPr="006A6250">
        <w:rPr>
          <w:rFonts w:eastAsiaTheme="minorEastAsia"/>
          <w:noProof/>
          <w:lang w:val="pl-PL"/>
        </w:rPr>
        <w:t>................................................................................................................</w:t>
      </w:r>
    </w:p>
    <w:p w14:paraId="41A44175" w14:textId="77777777" w:rsidR="00610B7D" w:rsidRPr="006A6250" w:rsidRDefault="00610B7D" w:rsidP="00610B7D">
      <w:pPr>
        <w:rPr>
          <w:rFonts w:eastAsiaTheme="minorEastAsia"/>
          <w:noProof/>
          <w:lang w:val="pl-PL"/>
        </w:rPr>
      </w:pPr>
    </w:p>
    <w:p w14:paraId="720D3F98" w14:textId="7EC40943" w:rsidR="00610B7D" w:rsidRPr="006A6250" w:rsidRDefault="00610B7D" w:rsidP="00610B7D">
      <w:pPr>
        <w:rPr>
          <w:rFonts w:eastAsiaTheme="minorEastAsia"/>
          <w:noProof/>
          <w:lang w:val="pl-PL"/>
        </w:rPr>
      </w:pPr>
      <w:r w:rsidRPr="006A6250">
        <w:rPr>
          <w:rFonts w:eastAsiaTheme="minorEastAsia"/>
          <w:noProof/>
          <w:lang w:val="pl-PL"/>
        </w:rPr>
        <w:t>Podpisy:</w:t>
      </w:r>
    </w:p>
    <w:p w14:paraId="014D9179" w14:textId="77777777" w:rsidR="00610B7D" w:rsidRPr="006A6250" w:rsidRDefault="00610B7D" w:rsidP="00610B7D">
      <w:pPr>
        <w:rPr>
          <w:rFonts w:eastAsiaTheme="minorEastAsia"/>
          <w:noProof/>
          <w:lang w:val="pl-PL"/>
        </w:rPr>
      </w:pPr>
      <w:r w:rsidRPr="006A6250">
        <w:rPr>
          <w:rFonts w:eastAsiaTheme="minorEastAsia"/>
          <w:noProof/>
          <w:lang w:val="pl-PL"/>
        </w:rPr>
        <w:t>Zamawiający: ................................................</w:t>
      </w:r>
    </w:p>
    <w:p w14:paraId="17D28E20" w14:textId="77777777" w:rsidR="00610B7D" w:rsidRPr="006A6250" w:rsidRDefault="00610B7D" w:rsidP="00610B7D">
      <w:pPr>
        <w:rPr>
          <w:rFonts w:eastAsiaTheme="minorEastAsia"/>
          <w:noProof/>
          <w:lang w:val="pl-PL"/>
        </w:rPr>
      </w:pPr>
      <w:r w:rsidRPr="006A6250">
        <w:rPr>
          <w:rFonts w:eastAsiaTheme="minorEastAsia"/>
          <w:noProof/>
          <w:lang w:val="pl-PL"/>
        </w:rPr>
        <w:t>Wykonawca: ................................................</w:t>
      </w:r>
    </w:p>
    <w:p w14:paraId="07B0AF87" w14:textId="77777777" w:rsidR="00610B7D" w:rsidRPr="006A6250" w:rsidRDefault="00610B7D" w:rsidP="00610B7D">
      <w:pPr>
        <w:rPr>
          <w:bCs/>
          <w:noProof/>
          <w:lang w:val="pl-PL"/>
        </w:rPr>
      </w:pPr>
    </w:p>
    <w:p w14:paraId="32B2AD30" w14:textId="77777777" w:rsidR="00DE34C8" w:rsidRPr="006A6250" w:rsidRDefault="00DE34C8" w:rsidP="00610B7D">
      <w:pPr>
        <w:rPr>
          <w:bCs/>
          <w:noProof/>
          <w:lang w:val="pl-PL"/>
        </w:rPr>
      </w:pPr>
    </w:p>
    <w:p w14:paraId="33AB847F" w14:textId="77777777" w:rsidR="00DE34C8" w:rsidRPr="006A6250" w:rsidRDefault="00DE34C8" w:rsidP="00610B7D">
      <w:pPr>
        <w:rPr>
          <w:bCs/>
          <w:noProof/>
          <w:lang w:val="pl-PL"/>
        </w:rPr>
      </w:pPr>
    </w:p>
    <w:p w14:paraId="5C12AE9B" w14:textId="77777777" w:rsidR="00DE34C8" w:rsidRPr="006A6250" w:rsidRDefault="00DE34C8" w:rsidP="00610B7D">
      <w:pPr>
        <w:rPr>
          <w:bCs/>
          <w:noProof/>
          <w:lang w:val="pl-PL"/>
        </w:rPr>
      </w:pPr>
    </w:p>
    <w:p w14:paraId="3DFACF4A" w14:textId="77777777" w:rsidR="00DE34C8" w:rsidRPr="006A6250" w:rsidRDefault="00DE34C8" w:rsidP="00610B7D">
      <w:pPr>
        <w:rPr>
          <w:bCs/>
          <w:noProof/>
          <w:lang w:val="pl-PL"/>
        </w:rPr>
      </w:pPr>
    </w:p>
    <w:p w14:paraId="461AA34D" w14:textId="77777777" w:rsidR="00DE34C8" w:rsidRPr="006A6250" w:rsidRDefault="00DE34C8" w:rsidP="00610B7D">
      <w:pPr>
        <w:rPr>
          <w:bCs/>
          <w:noProof/>
          <w:lang w:val="pl-PL"/>
        </w:rPr>
      </w:pPr>
    </w:p>
    <w:p w14:paraId="64F503FB" w14:textId="77777777" w:rsidR="00DE34C8" w:rsidRPr="006A6250" w:rsidRDefault="00DE34C8" w:rsidP="00610B7D">
      <w:pPr>
        <w:rPr>
          <w:bCs/>
          <w:noProof/>
          <w:lang w:val="pl-PL"/>
        </w:rPr>
      </w:pPr>
    </w:p>
    <w:p w14:paraId="6255034D" w14:textId="77777777" w:rsidR="00DE34C8" w:rsidRPr="006A6250" w:rsidRDefault="00DE34C8" w:rsidP="00610B7D">
      <w:pPr>
        <w:rPr>
          <w:bCs/>
          <w:noProof/>
          <w:lang w:val="pl-PL"/>
        </w:rPr>
      </w:pPr>
    </w:p>
    <w:p w14:paraId="4A67C46D" w14:textId="77777777" w:rsidR="00DE34C8" w:rsidRPr="006A6250" w:rsidRDefault="00DE34C8" w:rsidP="00610B7D">
      <w:pPr>
        <w:rPr>
          <w:bCs/>
          <w:noProof/>
          <w:lang w:val="pl-PL"/>
        </w:rPr>
      </w:pPr>
    </w:p>
    <w:p w14:paraId="0F5CB4A7" w14:textId="77777777" w:rsidR="00DE34C8" w:rsidRPr="006A6250" w:rsidRDefault="00DE34C8" w:rsidP="00610B7D">
      <w:pPr>
        <w:rPr>
          <w:bCs/>
          <w:noProof/>
          <w:lang w:val="pl-PL"/>
        </w:rPr>
      </w:pPr>
    </w:p>
    <w:p w14:paraId="5EDF39CD" w14:textId="77777777" w:rsidR="00DE34C8" w:rsidRPr="006A6250" w:rsidRDefault="00DE34C8" w:rsidP="00610B7D">
      <w:pPr>
        <w:rPr>
          <w:bCs/>
          <w:noProof/>
          <w:lang w:val="pl-PL"/>
        </w:rPr>
      </w:pPr>
    </w:p>
    <w:p w14:paraId="446D08AA" w14:textId="77777777" w:rsidR="00DE34C8" w:rsidRPr="006A6250" w:rsidRDefault="00DE34C8" w:rsidP="00610B7D">
      <w:pPr>
        <w:rPr>
          <w:bCs/>
          <w:noProof/>
          <w:lang w:val="pl-PL"/>
        </w:rPr>
      </w:pPr>
    </w:p>
    <w:p w14:paraId="57CB7AED" w14:textId="77777777" w:rsidR="00DE34C8" w:rsidRPr="006A6250" w:rsidRDefault="00DE34C8" w:rsidP="00610B7D">
      <w:pPr>
        <w:rPr>
          <w:bCs/>
          <w:noProof/>
          <w:lang w:val="pl-PL"/>
        </w:rPr>
      </w:pPr>
    </w:p>
    <w:p w14:paraId="5A5C39B7" w14:textId="77777777" w:rsidR="00DE34C8" w:rsidRPr="006A6250" w:rsidRDefault="00DE34C8" w:rsidP="00610B7D">
      <w:pPr>
        <w:rPr>
          <w:bCs/>
          <w:noProof/>
          <w:lang w:val="pl-PL"/>
        </w:rPr>
      </w:pPr>
    </w:p>
    <w:p w14:paraId="0639E0D2" w14:textId="77777777" w:rsidR="00DE34C8" w:rsidRPr="006A6250" w:rsidRDefault="00DE34C8" w:rsidP="00610B7D">
      <w:pPr>
        <w:rPr>
          <w:bCs/>
          <w:noProof/>
          <w:lang w:val="pl-PL"/>
        </w:rPr>
      </w:pPr>
    </w:p>
    <w:p w14:paraId="504121BB" w14:textId="77777777" w:rsidR="00511DFB" w:rsidRPr="006A6250" w:rsidRDefault="00511DFB" w:rsidP="00511DFB">
      <w:pPr>
        <w:jc w:val="center"/>
        <w:rPr>
          <w:noProof/>
          <w:lang w:val="pl-PL"/>
        </w:rPr>
      </w:pPr>
      <w:r w:rsidRPr="006A6250">
        <w:rPr>
          <w:b/>
          <w:noProof/>
          <w:lang w:val="pl-PL"/>
        </w:rPr>
        <w:t>PROTOKÓŁ ODBIORU KOŃCOWEGO INWESTYCJI</w:t>
      </w:r>
    </w:p>
    <w:p w14:paraId="6DB7EFBA" w14:textId="77777777" w:rsidR="00511DFB" w:rsidRPr="006A6250" w:rsidRDefault="00511DFB" w:rsidP="00511DFB">
      <w:pPr>
        <w:jc w:val="center"/>
        <w:rPr>
          <w:noProof/>
          <w:lang w:val="pl-PL"/>
        </w:rPr>
      </w:pPr>
      <w:r w:rsidRPr="006A6250">
        <w:rPr>
          <w:noProof/>
          <w:lang w:val="pl-PL"/>
        </w:rPr>
        <w:t>zadania pn. „Przebudowa lądowiska sanitarnego dla śmigłowców na terenie Specjalistycznego Szpitala Wojewódzkiego w Ciechanowie”</w:t>
      </w:r>
    </w:p>
    <w:p w14:paraId="4474A8E2" w14:textId="77777777" w:rsidR="00511DFB" w:rsidRPr="006A6250" w:rsidRDefault="00511DFB" w:rsidP="00511DFB">
      <w:pPr>
        <w:jc w:val="center"/>
        <w:rPr>
          <w:noProof/>
          <w:lang w:val="pl-PL"/>
        </w:rPr>
      </w:pPr>
      <w:r w:rsidRPr="006A6250">
        <w:rPr>
          <w:noProof/>
          <w:lang w:val="pl-PL"/>
        </w:rPr>
        <w:t>sporządzony w dniu ………………………… w Ciechanowie</w:t>
      </w:r>
    </w:p>
    <w:p w14:paraId="20DF5EA4" w14:textId="77777777" w:rsidR="00511DFB" w:rsidRPr="006A6250" w:rsidRDefault="00511DFB" w:rsidP="00511DFB">
      <w:pPr>
        <w:jc w:val="center"/>
        <w:rPr>
          <w:noProof/>
          <w:lang w:val="pl-PL"/>
        </w:rPr>
      </w:pPr>
      <w:r w:rsidRPr="006A6250">
        <w:rPr>
          <w:b/>
          <w:noProof/>
          <w:lang w:val="pl-PL"/>
        </w:rPr>
        <w:t>§ 1</w:t>
      </w:r>
    </w:p>
    <w:p w14:paraId="343E7898" w14:textId="77777777" w:rsidR="00511DFB" w:rsidRPr="006A6250" w:rsidRDefault="00511DFB" w:rsidP="00511DFB">
      <w:pPr>
        <w:jc w:val="center"/>
        <w:rPr>
          <w:noProof/>
          <w:lang w:val="pl-PL"/>
        </w:rPr>
      </w:pPr>
      <w:r w:rsidRPr="006A6250">
        <w:rPr>
          <w:b/>
          <w:noProof/>
          <w:lang w:val="pl-PL"/>
        </w:rPr>
        <w:lastRenderedPageBreak/>
        <w:t>Dane umowy</w:t>
      </w:r>
    </w:p>
    <w:p w14:paraId="5BA52FD7" w14:textId="77777777" w:rsidR="00511DFB" w:rsidRPr="006A6250" w:rsidRDefault="00511DFB" w:rsidP="00511DFB">
      <w:pPr>
        <w:tabs>
          <w:tab w:val="num" w:pos="360"/>
        </w:tabs>
        <w:contextualSpacing/>
        <w:rPr>
          <w:noProof/>
          <w:lang w:val="pl-PL"/>
        </w:rPr>
      </w:pPr>
      <w:r w:rsidRPr="006A6250">
        <w:rPr>
          <w:noProof/>
          <w:lang w:val="pl-PL"/>
        </w:rPr>
        <w:t>Umowa nr: …………………………</w:t>
      </w:r>
    </w:p>
    <w:p w14:paraId="6B293607" w14:textId="77777777" w:rsidR="00511DFB" w:rsidRPr="006A6250" w:rsidRDefault="00511DFB" w:rsidP="00511DFB">
      <w:pPr>
        <w:tabs>
          <w:tab w:val="num" w:pos="360"/>
        </w:tabs>
        <w:contextualSpacing/>
        <w:rPr>
          <w:noProof/>
          <w:lang w:val="pl-PL"/>
        </w:rPr>
      </w:pPr>
      <w:r w:rsidRPr="006A6250">
        <w:rPr>
          <w:noProof/>
          <w:lang w:val="pl-PL"/>
        </w:rPr>
        <w:t>Data zawarcia umowy: …………………………</w:t>
      </w:r>
    </w:p>
    <w:p w14:paraId="270A8C1A" w14:textId="77777777" w:rsidR="00511DFB" w:rsidRPr="006A6250" w:rsidRDefault="00511DFB" w:rsidP="00511DFB">
      <w:pPr>
        <w:tabs>
          <w:tab w:val="num" w:pos="360"/>
        </w:tabs>
        <w:contextualSpacing/>
        <w:rPr>
          <w:noProof/>
          <w:lang w:val="pl-PL"/>
        </w:rPr>
      </w:pPr>
      <w:r w:rsidRPr="006A6250">
        <w:rPr>
          <w:noProof/>
          <w:lang w:val="pl-PL"/>
        </w:rPr>
        <w:t>Zamawiający: Specjalistyczny Szpital Wojewódzki w Ciechanowie, ul. Powstańców Wielkopolskich 2, 06-400 Ciechanów.</w:t>
      </w:r>
    </w:p>
    <w:p w14:paraId="5AAD881A" w14:textId="77777777" w:rsidR="00511DFB" w:rsidRPr="006A6250" w:rsidRDefault="00511DFB" w:rsidP="00511DFB">
      <w:pPr>
        <w:tabs>
          <w:tab w:val="num" w:pos="360"/>
        </w:tabs>
        <w:contextualSpacing/>
        <w:rPr>
          <w:noProof/>
          <w:lang w:val="pl-PL"/>
        </w:rPr>
      </w:pPr>
      <w:r w:rsidRPr="006A6250">
        <w:rPr>
          <w:noProof/>
          <w:lang w:val="pl-PL"/>
        </w:rPr>
        <w:t>Wykonawca: ………………………………………………………………………………………………………………………………</w:t>
      </w:r>
    </w:p>
    <w:p w14:paraId="4E4B324C" w14:textId="77777777" w:rsidR="00511DFB" w:rsidRPr="006A6250" w:rsidRDefault="00511DFB" w:rsidP="00511DFB">
      <w:pPr>
        <w:tabs>
          <w:tab w:val="num" w:pos="360"/>
        </w:tabs>
        <w:contextualSpacing/>
        <w:rPr>
          <w:noProof/>
          <w:lang w:val="pl-PL"/>
        </w:rPr>
      </w:pPr>
      <w:r w:rsidRPr="006A6250">
        <w:rPr>
          <w:noProof/>
          <w:lang w:val="pl-PL"/>
        </w:rPr>
        <w:t>Przedmiot umowy: przebudowa lądowiska sanitarnego dla śmigłowców na terenie Specjalistycznego Szpitala Wojewódzkiego w Ciechanowie, realizowana w formule „zaprojektuj i wybuduj”.</w:t>
      </w:r>
    </w:p>
    <w:p w14:paraId="59BD181E" w14:textId="77777777" w:rsidR="00511DFB" w:rsidRPr="006A6250" w:rsidRDefault="00511DFB" w:rsidP="00511DFB">
      <w:pPr>
        <w:jc w:val="center"/>
        <w:rPr>
          <w:noProof/>
          <w:lang w:val="pl-PL"/>
        </w:rPr>
      </w:pPr>
      <w:r w:rsidRPr="006A6250">
        <w:rPr>
          <w:b/>
          <w:noProof/>
          <w:lang w:val="pl-PL"/>
        </w:rPr>
        <w:t>§ 2</w:t>
      </w:r>
    </w:p>
    <w:p w14:paraId="465315D5" w14:textId="77777777" w:rsidR="00511DFB" w:rsidRPr="006A6250" w:rsidRDefault="00511DFB" w:rsidP="00511DFB">
      <w:pPr>
        <w:jc w:val="center"/>
        <w:rPr>
          <w:noProof/>
          <w:lang w:val="pl-PL"/>
        </w:rPr>
      </w:pPr>
      <w:r w:rsidRPr="006A6250">
        <w:rPr>
          <w:b/>
          <w:noProof/>
          <w:lang w:val="pl-PL"/>
        </w:rPr>
        <w:t>Komisja odbiorowa</w:t>
      </w:r>
    </w:p>
    <w:p w14:paraId="7C796B89" w14:textId="77777777" w:rsidR="00511DFB" w:rsidRPr="006A6250" w:rsidRDefault="00511DFB" w:rsidP="00511DFB">
      <w:pPr>
        <w:tabs>
          <w:tab w:val="num" w:pos="360"/>
        </w:tabs>
        <w:contextualSpacing/>
        <w:rPr>
          <w:noProof/>
          <w:lang w:val="pl-PL"/>
        </w:rPr>
      </w:pPr>
      <w:r w:rsidRPr="006A6250">
        <w:rPr>
          <w:noProof/>
          <w:lang w:val="pl-PL"/>
        </w:rPr>
        <w:t>Zamawiający powołał komisję odbiorową w składzie:</w:t>
      </w:r>
    </w:p>
    <w:p w14:paraId="591F5AD5" w14:textId="77777777" w:rsidR="00511DFB" w:rsidRPr="006A6250" w:rsidRDefault="00511DFB" w:rsidP="00511DFB">
      <w:pPr>
        <w:rPr>
          <w:noProof/>
          <w:lang w:val="pl-PL"/>
        </w:rPr>
      </w:pPr>
      <w:r w:rsidRPr="006A6250">
        <w:rPr>
          <w:noProof/>
          <w:lang w:val="pl-PL"/>
        </w:rPr>
        <w:t>a) ………………………… – przewodniczący</w:t>
      </w:r>
    </w:p>
    <w:p w14:paraId="22EC8528" w14:textId="77777777" w:rsidR="00511DFB" w:rsidRPr="006A6250" w:rsidRDefault="00511DFB" w:rsidP="00511DFB">
      <w:pPr>
        <w:rPr>
          <w:noProof/>
          <w:lang w:val="pl-PL"/>
        </w:rPr>
      </w:pPr>
      <w:r w:rsidRPr="006A6250">
        <w:rPr>
          <w:noProof/>
          <w:lang w:val="pl-PL"/>
        </w:rPr>
        <w:t>b) ………………………… – członek</w:t>
      </w:r>
    </w:p>
    <w:p w14:paraId="66BD18F5" w14:textId="77777777" w:rsidR="00511DFB" w:rsidRPr="006A6250" w:rsidRDefault="00511DFB" w:rsidP="00511DFB">
      <w:pPr>
        <w:rPr>
          <w:noProof/>
          <w:lang w:val="pl-PL"/>
        </w:rPr>
      </w:pPr>
      <w:r w:rsidRPr="006A6250">
        <w:rPr>
          <w:noProof/>
          <w:lang w:val="pl-PL"/>
        </w:rPr>
        <w:t>c) ………………………… – członek</w:t>
      </w:r>
    </w:p>
    <w:p w14:paraId="7F736F81" w14:textId="77777777" w:rsidR="00511DFB" w:rsidRPr="006A6250" w:rsidRDefault="00511DFB" w:rsidP="00511DFB">
      <w:pPr>
        <w:tabs>
          <w:tab w:val="num" w:pos="360"/>
        </w:tabs>
        <w:contextualSpacing/>
        <w:rPr>
          <w:noProof/>
          <w:lang w:val="pl-PL"/>
        </w:rPr>
      </w:pPr>
      <w:r w:rsidRPr="006A6250">
        <w:rPr>
          <w:noProof/>
          <w:lang w:val="pl-PL"/>
        </w:rPr>
        <w:t>W odbiorze uczestniczyli przedstawiciele Wykonawcy:</w:t>
      </w:r>
    </w:p>
    <w:p w14:paraId="0A899569" w14:textId="77777777" w:rsidR="00511DFB" w:rsidRPr="006A6250" w:rsidRDefault="00511DFB" w:rsidP="00511DFB">
      <w:pPr>
        <w:rPr>
          <w:noProof/>
          <w:lang w:val="pl-PL"/>
        </w:rPr>
      </w:pPr>
      <w:r w:rsidRPr="006A6250">
        <w:rPr>
          <w:noProof/>
          <w:lang w:val="pl-PL"/>
        </w:rPr>
        <w:t>a) …………………………</w:t>
      </w:r>
    </w:p>
    <w:p w14:paraId="5B35A633" w14:textId="77777777" w:rsidR="00511DFB" w:rsidRPr="006A6250" w:rsidRDefault="00511DFB" w:rsidP="00511DFB">
      <w:pPr>
        <w:rPr>
          <w:noProof/>
          <w:lang w:val="pl-PL"/>
        </w:rPr>
      </w:pPr>
      <w:r w:rsidRPr="006A6250">
        <w:rPr>
          <w:noProof/>
          <w:lang w:val="pl-PL"/>
        </w:rPr>
        <w:t>b) …………………………</w:t>
      </w:r>
    </w:p>
    <w:p w14:paraId="3435D030" w14:textId="77777777" w:rsidR="00511DFB" w:rsidRPr="006A6250" w:rsidRDefault="00511DFB" w:rsidP="00511DFB">
      <w:pPr>
        <w:tabs>
          <w:tab w:val="num" w:pos="360"/>
        </w:tabs>
        <w:contextualSpacing/>
        <w:rPr>
          <w:noProof/>
          <w:lang w:val="pl-PL"/>
        </w:rPr>
      </w:pPr>
      <w:r w:rsidRPr="006A6250">
        <w:rPr>
          <w:noProof/>
          <w:lang w:val="pl-PL"/>
        </w:rPr>
        <w:t>W odbiorze uczestniczyli ponadto:</w:t>
      </w:r>
    </w:p>
    <w:p w14:paraId="0F809D3A" w14:textId="77777777" w:rsidR="00511DFB" w:rsidRPr="006A6250" w:rsidRDefault="00511DFB" w:rsidP="00511DFB">
      <w:pPr>
        <w:rPr>
          <w:noProof/>
          <w:lang w:val="pl-PL"/>
        </w:rPr>
      </w:pPr>
      <w:r w:rsidRPr="006A6250">
        <w:rPr>
          <w:noProof/>
          <w:lang w:val="pl-PL"/>
        </w:rPr>
        <w:t>a) kierownik budowy – …………………………</w:t>
      </w:r>
    </w:p>
    <w:p w14:paraId="541C811A" w14:textId="77777777" w:rsidR="00511DFB" w:rsidRPr="006A6250" w:rsidRDefault="00511DFB" w:rsidP="00511DFB">
      <w:pPr>
        <w:rPr>
          <w:noProof/>
          <w:lang w:val="pl-PL"/>
        </w:rPr>
      </w:pPr>
      <w:r w:rsidRPr="006A6250">
        <w:rPr>
          <w:noProof/>
          <w:lang w:val="pl-PL"/>
        </w:rPr>
        <w:t>b) inspektor nadzoru – …………………………</w:t>
      </w:r>
    </w:p>
    <w:p w14:paraId="6491A3C6" w14:textId="77777777" w:rsidR="00511DFB" w:rsidRPr="006A6250" w:rsidRDefault="00511DFB" w:rsidP="00511DFB">
      <w:pPr>
        <w:rPr>
          <w:noProof/>
          <w:lang w:val="pl-PL"/>
        </w:rPr>
      </w:pPr>
      <w:r w:rsidRPr="006A6250">
        <w:rPr>
          <w:noProof/>
          <w:lang w:val="pl-PL"/>
        </w:rPr>
        <w:t>c) inne osoby – …………………………</w:t>
      </w:r>
    </w:p>
    <w:p w14:paraId="67828441" w14:textId="77777777" w:rsidR="00511DFB" w:rsidRPr="006A6250" w:rsidRDefault="00511DFB" w:rsidP="00511DFB">
      <w:pPr>
        <w:jc w:val="center"/>
        <w:rPr>
          <w:noProof/>
          <w:lang w:val="pl-PL"/>
        </w:rPr>
      </w:pPr>
      <w:r w:rsidRPr="006A6250">
        <w:rPr>
          <w:b/>
          <w:noProof/>
          <w:lang w:val="pl-PL"/>
        </w:rPr>
        <w:t>§ 3</w:t>
      </w:r>
    </w:p>
    <w:p w14:paraId="1518A54E" w14:textId="77777777" w:rsidR="00511DFB" w:rsidRPr="006A6250" w:rsidRDefault="00511DFB" w:rsidP="00511DFB">
      <w:pPr>
        <w:jc w:val="center"/>
        <w:rPr>
          <w:noProof/>
          <w:lang w:val="pl-PL"/>
        </w:rPr>
      </w:pPr>
      <w:r w:rsidRPr="006A6250">
        <w:rPr>
          <w:b/>
          <w:noProof/>
          <w:lang w:val="pl-PL"/>
        </w:rPr>
        <w:t>Zakres odbioru</w:t>
      </w:r>
    </w:p>
    <w:p w14:paraId="6D8A6631" w14:textId="77777777" w:rsidR="00511DFB" w:rsidRPr="006A6250" w:rsidRDefault="00511DFB" w:rsidP="00511DFB">
      <w:pPr>
        <w:tabs>
          <w:tab w:val="num" w:pos="360"/>
        </w:tabs>
        <w:contextualSpacing/>
        <w:rPr>
          <w:noProof/>
          <w:lang w:val="pl-PL"/>
        </w:rPr>
      </w:pPr>
      <w:r w:rsidRPr="006A6250">
        <w:rPr>
          <w:noProof/>
          <w:lang w:val="pl-PL"/>
        </w:rPr>
        <w:t>Komisja dokonała odbioru końcowego robót objętych umową.</w:t>
      </w:r>
    </w:p>
    <w:p w14:paraId="717F633A" w14:textId="77777777" w:rsidR="00511DFB" w:rsidRPr="006A6250" w:rsidRDefault="00511DFB" w:rsidP="00511DFB">
      <w:pPr>
        <w:tabs>
          <w:tab w:val="num" w:pos="360"/>
        </w:tabs>
        <w:contextualSpacing/>
        <w:rPr>
          <w:noProof/>
          <w:lang w:val="pl-PL"/>
        </w:rPr>
      </w:pPr>
      <w:r w:rsidRPr="006A6250">
        <w:rPr>
          <w:noProof/>
          <w:lang w:val="pl-PL"/>
        </w:rPr>
        <w:t>Roboty wykonano w okresie od ………………………… do ………………………….</w:t>
      </w:r>
    </w:p>
    <w:p w14:paraId="3F0EAAF8" w14:textId="77777777" w:rsidR="00511DFB" w:rsidRPr="006A6250" w:rsidRDefault="00511DFB" w:rsidP="00511DFB">
      <w:pPr>
        <w:tabs>
          <w:tab w:val="num" w:pos="360"/>
        </w:tabs>
        <w:contextualSpacing/>
        <w:rPr>
          <w:noProof/>
          <w:lang w:val="pl-PL"/>
        </w:rPr>
      </w:pPr>
      <w:r w:rsidRPr="006A6250">
        <w:rPr>
          <w:noProof/>
          <w:lang w:val="pl-PL"/>
        </w:rPr>
        <w:t>Wartość robót objętych odbiorem: ………………………… zł brutto.</w:t>
      </w:r>
    </w:p>
    <w:p w14:paraId="30C1D286" w14:textId="77777777" w:rsidR="00511DFB" w:rsidRPr="006A6250" w:rsidRDefault="00511DFB" w:rsidP="00511DFB">
      <w:pPr>
        <w:tabs>
          <w:tab w:val="num" w:pos="360"/>
        </w:tabs>
        <w:contextualSpacing/>
        <w:rPr>
          <w:noProof/>
          <w:lang w:val="pl-PL"/>
        </w:rPr>
      </w:pPr>
      <w:r w:rsidRPr="006A6250">
        <w:rPr>
          <w:noProof/>
          <w:lang w:val="pl-PL"/>
        </w:rPr>
        <w:t>Zgłoszenie gotowości do odbioru końcowego wpłynęło w dniu ………………………….</w:t>
      </w:r>
    </w:p>
    <w:p w14:paraId="16B61DC6" w14:textId="77777777" w:rsidR="00511DFB" w:rsidRPr="006A6250" w:rsidRDefault="00511DFB" w:rsidP="00511DFB">
      <w:pPr>
        <w:tabs>
          <w:tab w:val="num" w:pos="360"/>
        </w:tabs>
        <w:contextualSpacing/>
        <w:rPr>
          <w:noProof/>
          <w:lang w:val="pl-PL"/>
        </w:rPr>
      </w:pPr>
      <w:r w:rsidRPr="006A6250">
        <w:rPr>
          <w:noProof/>
          <w:lang w:val="pl-PL"/>
        </w:rPr>
        <w:t>Komisja stwierdza, że Wykonawca przekazał / nie przekazał kompletu dokumentów wymaganych umową i przepisami prawa.*</w:t>
      </w:r>
    </w:p>
    <w:p w14:paraId="63A0E628" w14:textId="77777777" w:rsidR="00511DFB" w:rsidRPr="006A6250" w:rsidRDefault="00511DFB" w:rsidP="00511DFB">
      <w:pPr>
        <w:rPr>
          <w:noProof/>
          <w:lang w:val="pl-PL"/>
        </w:rPr>
      </w:pPr>
      <w:r w:rsidRPr="006A6250">
        <w:rPr>
          <w:noProof/>
          <w:lang w:val="pl-PL"/>
        </w:rPr>
        <w:t>* niepotrzebne skreślić</w:t>
      </w:r>
    </w:p>
    <w:p w14:paraId="5C1765CF" w14:textId="77777777" w:rsidR="00511DFB" w:rsidRPr="006A6250" w:rsidRDefault="00511DFB" w:rsidP="00511DFB">
      <w:pPr>
        <w:jc w:val="center"/>
        <w:rPr>
          <w:noProof/>
          <w:lang w:val="pl-PL"/>
        </w:rPr>
      </w:pPr>
      <w:r w:rsidRPr="006A6250">
        <w:rPr>
          <w:b/>
          <w:noProof/>
          <w:lang w:val="pl-PL"/>
        </w:rPr>
        <w:t>§ 4</w:t>
      </w:r>
    </w:p>
    <w:p w14:paraId="08A99F8D" w14:textId="77777777" w:rsidR="00511DFB" w:rsidRPr="006A6250" w:rsidRDefault="00511DFB" w:rsidP="00511DFB">
      <w:pPr>
        <w:jc w:val="center"/>
        <w:rPr>
          <w:noProof/>
          <w:lang w:val="pl-PL"/>
        </w:rPr>
      </w:pPr>
      <w:r w:rsidRPr="006A6250">
        <w:rPr>
          <w:b/>
          <w:noProof/>
          <w:lang w:val="pl-PL"/>
        </w:rPr>
        <w:t>Dokumenty przekazane Zamawiającemu</w:t>
      </w:r>
    </w:p>
    <w:tbl>
      <w:tblPr>
        <w:tblStyle w:val="Tabela-Siatka"/>
        <w:tblW w:w="0" w:type="auto"/>
        <w:jc w:val="center"/>
        <w:tblLook w:val="04A0" w:firstRow="1" w:lastRow="0" w:firstColumn="1" w:lastColumn="0" w:noHBand="0" w:noVBand="1"/>
      </w:tblPr>
      <w:tblGrid>
        <w:gridCol w:w="3115"/>
        <w:gridCol w:w="3119"/>
        <w:gridCol w:w="3116"/>
      </w:tblGrid>
      <w:tr w:rsidR="006A6250" w:rsidRPr="006A6250" w14:paraId="3E05123F" w14:textId="77777777" w:rsidTr="00C00F61">
        <w:trPr>
          <w:jc w:val="center"/>
        </w:trPr>
        <w:tc>
          <w:tcPr>
            <w:tcW w:w="3135" w:type="dxa"/>
            <w:shd w:val="clear" w:color="auto" w:fill="D9EAF7"/>
            <w:vAlign w:val="center"/>
          </w:tcPr>
          <w:p w14:paraId="6E5AA688" w14:textId="77777777" w:rsidR="00511DFB" w:rsidRPr="006A6250" w:rsidRDefault="00511DFB" w:rsidP="00511DFB">
            <w:pPr>
              <w:rPr>
                <w:noProof/>
                <w:lang w:val="pl-PL"/>
              </w:rPr>
            </w:pPr>
            <w:r w:rsidRPr="006A6250">
              <w:rPr>
                <w:noProof/>
                <w:lang w:val="pl-PL"/>
              </w:rPr>
              <w:t>Lp.</w:t>
            </w:r>
          </w:p>
        </w:tc>
        <w:tc>
          <w:tcPr>
            <w:tcW w:w="3135" w:type="dxa"/>
            <w:shd w:val="clear" w:color="auto" w:fill="D9EAF7"/>
            <w:vAlign w:val="center"/>
          </w:tcPr>
          <w:p w14:paraId="26B3A618" w14:textId="77777777" w:rsidR="00511DFB" w:rsidRPr="006A6250" w:rsidRDefault="00511DFB" w:rsidP="00511DFB">
            <w:pPr>
              <w:rPr>
                <w:noProof/>
                <w:lang w:val="pl-PL"/>
              </w:rPr>
            </w:pPr>
            <w:r w:rsidRPr="006A6250">
              <w:rPr>
                <w:noProof/>
                <w:lang w:val="pl-PL"/>
              </w:rPr>
              <w:t>Nazwa dokumentu</w:t>
            </w:r>
          </w:p>
        </w:tc>
        <w:tc>
          <w:tcPr>
            <w:tcW w:w="3135" w:type="dxa"/>
            <w:shd w:val="clear" w:color="auto" w:fill="D9EAF7"/>
            <w:vAlign w:val="center"/>
          </w:tcPr>
          <w:p w14:paraId="54F7B5C4" w14:textId="77777777" w:rsidR="00511DFB" w:rsidRPr="006A6250" w:rsidRDefault="00511DFB" w:rsidP="00511DFB">
            <w:pPr>
              <w:rPr>
                <w:noProof/>
                <w:lang w:val="pl-PL"/>
              </w:rPr>
            </w:pPr>
            <w:r w:rsidRPr="006A6250">
              <w:rPr>
                <w:noProof/>
                <w:lang w:val="pl-PL"/>
              </w:rPr>
              <w:t>Uwagi</w:t>
            </w:r>
          </w:p>
        </w:tc>
      </w:tr>
      <w:tr w:rsidR="006A6250" w:rsidRPr="006A6250" w14:paraId="6ECE9ADD" w14:textId="77777777" w:rsidTr="00C00F61">
        <w:trPr>
          <w:jc w:val="center"/>
        </w:trPr>
        <w:tc>
          <w:tcPr>
            <w:tcW w:w="3135" w:type="dxa"/>
            <w:vAlign w:val="center"/>
          </w:tcPr>
          <w:p w14:paraId="6399BFE5" w14:textId="77777777" w:rsidR="00511DFB" w:rsidRPr="006A6250" w:rsidRDefault="00511DFB" w:rsidP="00511DFB">
            <w:pPr>
              <w:rPr>
                <w:noProof/>
                <w:lang w:val="pl-PL"/>
              </w:rPr>
            </w:pPr>
            <w:r w:rsidRPr="006A6250">
              <w:rPr>
                <w:noProof/>
                <w:lang w:val="pl-PL"/>
              </w:rPr>
              <w:t>1</w:t>
            </w:r>
          </w:p>
        </w:tc>
        <w:tc>
          <w:tcPr>
            <w:tcW w:w="3135" w:type="dxa"/>
            <w:vAlign w:val="center"/>
          </w:tcPr>
          <w:p w14:paraId="1C639932" w14:textId="77777777" w:rsidR="00511DFB" w:rsidRPr="006A6250" w:rsidRDefault="00511DFB" w:rsidP="00511DFB">
            <w:pPr>
              <w:rPr>
                <w:noProof/>
                <w:lang w:val="pl-PL"/>
              </w:rPr>
            </w:pPr>
          </w:p>
        </w:tc>
        <w:tc>
          <w:tcPr>
            <w:tcW w:w="3135" w:type="dxa"/>
            <w:vAlign w:val="center"/>
          </w:tcPr>
          <w:p w14:paraId="33F8E74F" w14:textId="77777777" w:rsidR="00511DFB" w:rsidRPr="006A6250" w:rsidRDefault="00511DFB" w:rsidP="00511DFB">
            <w:pPr>
              <w:rPr>
                <w:noProof/>
                <w:lang w:val="pl-PL"/>
              </w:rPr>
            </w:pPr>
          </w:p>
        </w:tc>
      </w:tr>
      <w:tr w:rsidR="006A6250" w:rsidRPr="006A6250" w14:paraId="1074A7EF" w14:textId="77777777" w:rsidTr="00C00F61">
        <w:trPr>
          <w:jc w:val="center"/>
        </w:trPr>
        <w:tc>
          <w:tcPr>
            <w:tcW w:w="3135" w:type="dxa"/>
            <w:vAlign w:val="center"/>
          </w:tcPr>
          <w:p w14:paraId="0717EFF9" w14:textId="77777777" w:rsidR="00511DFB" w:rsidRPr="006A6250" w:rsidRDefault="00511DFB" w:rsidP="00511DFB">
            <w:pPr>
              <w:rPr>
                <w:noProof/>
                <w:lang w:val="pl-PL"/>
              </w:rPr>
            </w:pPr>
            <w:r w:rsidRPr="006A6250">
              <w:rPr>
                <w:noProof/>
                <w:lang w:val="pl-PL"/>
              </w:rPr>
              <w:t>2</w:t>
            </w:r>
          </w:p>
        </w:tc>
        <w:tc>
          <w:tcPr>
            <w:tcW w:w="3135" w:type="dxa"/>
            <w:vAlign w:val="center"/>
          </w:tcPr>
          <w:p w14:paraId="3C5DD549" w14:textId="77777777" w:rsidR="00511DFB" w:rsidRPr="006A6250" w:rsidRDefault="00511DFB" w:rsidP="00511DFB">
            <w:pPr>
              <w:rPr>
                <w:noProof/>
                <w:lang w:val="pl-PL"/>
              </w:rPr>
            </w:pPr>
          </w:p>
        </w:tc>
        <w:tc>
          <w:tcPr>
            <w:tcW w:w="3135" w:type="dxa"/>
            <w:vAlign w:val="center"/>
          </w:tcPr>
          <w:p w14:paraId="76CC2357" w14:textId="77777777" w:rsidR="00511DFB" w:rsidRPr="006A6250" w:rsidRDefault="00511DFB" w:rsidP="00511DFB">
            <w:pPr>
              <w:rPr>
                <w:noProof/>
                <w:lang w:val="pl-PL"/>
              </w:rPr>
            </w:pPr>
          </w:p>
        </w:tc>
      </w:tr>
      <w:tr w:rsidR="006A6250" w:rsidRPr="006A6250" w14:paraId="5D4E0263" w14:textId="77777777" w:rsidTr="00C00F61">
        <w:trPr>
          <w:jc w:val="center"/>
        </w:trPr>
        <w:tc>
          <w:tcPr>
            <w:tcW w:w="3135" w:type="dxa"/>
            <w:vAlign w:val="center"/>
          </w:tcPr>
          <w:p w14:paraId="665B41E1" w14:textId="77777777" w:rsidR="00511DFB" w:rsidRPr="006A6250" w:rsidRDefault="00511DFB" w:rsidP="00511DFB">
            <w:pPr>
              <w:rPr>
                <w:noProof/>
                <w:lang w:val="pl-PL"/>
              </w:rPr>
            </w:pPr>
            <w:r w:rsidRPr="006A6250">
              <w:rPr>
                <w:noProof/>
                <w:lang w:val="pl-PL"/>
              </w:rPr>
              <w:t>3</w:t>
            </w:r>
          </w:p>
        </w:tc>
        <w:tc>
          <w:tcPr>
            <w:tcW w:w="3135" w:type="dxa"/>
            <w:vAlign w:val="center"/>
          </w:tcPr>
          <w:p w14:paraId="55FB4E92" w14:textId="77777777" w:rsidR="00511DFB" w:rsidRPr="006A6250" w:rsidRDefault="00511DFB" w:rsidP="00511DFB">
            <w:pPr>
              <w:rPr>
                <w:noProof/>
                <w:lang w:val="pl-PL"/>
              </w:rPr>
            </w:pPr>
          </w:p>
        </w:tc>
        <w:tc>
          <w:tcPr>
            <w:tcW w:w="3135" w:type="dxa"/>
            <w:vAlign w:val="center"/>
          </w:tcPr>
          <w:p w14:paraId="25021E38" w14:textId="77777777" w:rsidR="00511DFB" w:rsidRPr="006A6250" w:rsidRDefault="00511DFB" w:rsidP="00511DFB">
            <w:pPr>
              <w:rPr>
                <w:noProof/>
                <w:lang w:val="pl-PL"/>
              </w:rPr>
            </w:pPr>
          </w:p>
        </w:tc>
      </w:tr>
      <w:tr w:rsidR="006A6250" w:rsidRPr="006A6250" w14:paraId="15B356BB" w14:textId="77777777" w:rsidTr="00C00F61">
        <w:trPr>
          <w:jc w:val="center"/>
        </w:trPr>
        <w:tc>
          <w:tcPr>
            <w:tcW w:w="3135" w:type="dxa"/>
            <w:vAlign w:val="center"/>
          </w:tcPr>
          <w:p w14:paraId="14BE8B13" w14:textId="77777777" w:rsidR="00511DFB" w:rsidRPr="006A6250" w:rsidRDefault="00511DFB" w:rsidP="00511DFB">
            <w:pPr>
              <w:rPr>
                <w:noProof/>
                <w:lang w:val="pl-PL"/>
              </w:rPr>
            </w:pPr>
            <w:r w:rsidRPr="006A6250">
              <w:rPr>
                <w:noProof/>
                <w:lang w:val="pl-PL"/>
              </w:rPr>
              <w:t>4</w:t>
            </w:r>
          </w:p>
        </w:tc>
        <w:tc>
          <w:tcPr>
            <w:tcW w:w="3135" w:type="dxa"/>
            <w:vAlign w:val="center"/>
          </w:tcPr>
          <w:p w14:paraId="6CEA1C16" w14:textId="77777777" w:rsidR="00511DFB" w:rsidRPr="006A6250" w:rsidRDefault="00511DFB" w:rsidP="00511DFB">
            <w:pPr>
              <w:rPr>
                <w:noProof/>
                <w:lang w:val="pl-PL"/>
              </w:rPr>
            </w:pPr>
          </w:p>
        </w:tc>
        <w:tc>
          <w:tcPr>
            <w:tcW w:w="3135" w:type="dxa"/>
            <w:vAlign w:val="center"/>
          </w:tcPr>
          <w:p w14:paraId="6C445D11" w14:textId="77777777" w:rsidR="00511DFB" w:rsidRPr="006A6250" w:rsidRDefault="00511DFB" w:rsidP="00511DFB">
            <w:pPr>
              <w:rPr>
                <w:noProof/>
                <w:lang w:val="pl-PL"/>
              </w:rPr>
            </w:pPr>
          </w:p>
        </w:tc>
      </w:tr>
      <w:tr w:rsidR="006A6250" w:rsidRPr="006A6250" w14:paraId="6E527EBB" w14:textId="77777777" w:rsidTr="00C00F61">
        <w:trPr>
          <w:jc w:val="center"/>
        </w:trPr>
        <w:tc>
          <w:tcPr>
            <w:tcW w:w="3135" w:type="dxa"/>
            <w:vAlign w:val="center"/>
          </w:tcPr>
          <w:p w14:paraId="1C12F9A9" w14:textId="77777777" w:rsidR="00511DFB" w:rsidRPr="006A6250" w:rsidRDefault="00511DFB" w:rsidP="00511DFB">
            <w:pPr>
              <w:rPr>
                <w:noProof/>
                <w:lang w:val="pl-PL"/>
              </w:rPr>
            </w:pPr>
            <w:r w:rsidRPr="006A6250">
              <w:rPr>
                <w:noProof/>
                <w:lang w:val="pl-PL"/>
              </w:rPr>
              <w:t>5</w:t>
            </w:r>
          </w:p>
        </w:tc>
        <w:tc>
          <w:tcPr>
            <w:tcW w:w="3135" w:type="dxa"/>
            <w:vAlign w:val="center"/>
          </w:tcPr>
          <w:p w14:paraId="1F0084F0" w14:textId="77777777" w:rsidR="00511DFB" w:rsidRPr="006A6250" w:rsidRDefault="00511DFB" w:rsidP="00511DFB">
            <w:pPr>
              <w:rPr>
                <w:noProof/>
                <w:lang w:val="pl-PL"/>
              </w:rPr>
            </w:pPr>
          </w:p>
        </w:tc>
        <w:tc>
          <w:tcPr>
            <w:tcW w:w="3135" w:type="dxa"/>
            <w:vAlign w:val="center"/>
          </w:tcPr>
          <w:p w14:paraId="71F8BC08" w14:textId="77777777" w:rsidR="00511DFB" w:rsidRPr="006A6250" w:rsidRDefault="00511DFB" w:rsidP="00511DFB">
            <w:pPr>
              <w:rPr>
                <w:noProof/>
                <w:lang w:val="pl-PL"/>
              </w:rPr>
            </w:pPr>
          </w:p>
        </w:tc>
      </w:tr>
      <w:tr w:rsidR="006A6250" w:rsidRPr="006A6250" w14:paraId="48100DE1" w14:textId="77777777" w:rsidTr="00C00F61">
        <w:trPr>
          <w:jc w:val="center"/>
        </w:trPr>
        <w:tc>
          <w:tcPr>
            <w:tcW w:w="3135" w:type="dxa"/>
            <w:vAlign w:val="center"/>
          </w:tcPr>
          <w:p w14:paraId="6DD4C7A3" w14:textId="77777777" w:rsidR="00511DFB" w:rsidRPr="006A6250" w:rsidRDefault="00511DFB" w:rsidP="00511DFB">
            <w:pPr>
              <w:rPr>
                <w:noProof/>
                <w:lang w:val="pl-PL"/>
              </w:rPr>
            </w:pPr>
            <w:r w:rsidRPr="006A6250">
              <w:rPr>
                <w:noProof/>
                <w:lang w:val="pl-PL"/>
              </w:rPr>
              <w:t>6</w:t>
            </w:r>
          </w:p>
        </w:tc>
        <w:tc>
          <w:tcPr>
            <w:tcW w:w="3135" w:type="dxa"/>
            <w:vAlign w:val="center"/>
          </w:tcPr>
          <w:p w14:paraId="16FBB439" w14:textId="77777777" w:rsidR="00511DFB" w:rsidRPr="006A6250" w:rsidRDefault="00511DFB" w:rsidP="00511DFB">
            <w:pPr>
              <w:rPr>
                <w:noProof/>
                <w:lang w:val="pl-PL"/>
              </w:rPr>
            </w:pPr>
          </w:p>
        </w:tc>
        <w:tc>
          <w:tcPr>
            <w:tcW w:w="3135" w:type="dxa"/>
            <w:vAlign w:val="center"/>
          </w:tcPr>
          <w:p w14:paraId="513DB9DC" w14:textId="77777777" w:rsidR="00511DFB" w:rsidRPr="006A6250" w:rsidRDefault="00511DFB" w:rsidP="00511DFB">
            <w:pPr>
              <w:rPr>
                <w:noProof/>
                <w:lang w:val="pl-PL"/>
              </w:rPr>
            </w:pPr>
          </w:p>
        </w:tc>
      </w:tr>
      <w:tr w:rsidR="006A6250" w:rsidRPr="006A6250" w14:paraId="5FB234F3" w14:textId="77777777" w:rsidTr="00C00F61">
        <w:trPr>
          <w:jc w:val="center"/>
        </w:trPr>
        <w:tc>
          <w:tcPr>
            <w:tcW w:w="3135" w:type="dxa"/>
            <w:vAlign w:val="center"/>
          </w:tcPr>
          <w:p w14:paraId="2AF14C3A" w14:textId="77777777" w:rsidR="00511DFB" w:rsidRPr="006A6250" w:rsidRDefault="00511DFB" w:rsidP="00511DFB">
            <w:pPr>
              <w:rPr>
                <w:noProof/>
                <w:lang w:val="pl-PL"/>
              </w:rPr>
            </w:pPr>
            <w:r w:rsidRPr="006A6250">
              <w:rPr>
                <w:noProof/>
                <w:lang w:val="pl-PL"/>
              </w:rPr>
              <w:t>7</w:t>
            </w:r>
          </w:p>
        </w:tc>
        <w:tc>
          <w:tcPr>
            <w:tcW w:w="3135" w:type="dxa"/>
            <w:vAlign w:val="center"/>
          </w:tcPr>
          <w:p w14:paraId="06061E99" w14:textId="77777777" w:rsidR="00511DFB" w:rsidRPr="006A6250" w:rsidRDefault="00511DFB" w:rsidP="00511DFB">
            <w:pPr>
              <w:rPr>
                <w:noProof/>
                <w:lang w:val="pl-PL"/>
              </w:rPr>
            </w:pPr>
          </w:p>
        </w:tc>
        <w:tc>
          <w:tcPr>
            <w:tcW w:w="3135" w:type="dxa"/>
            <w:vAlign w:val="center"/>
          </w:tcPr>
          <w:p w14:paraId="33D078AC" w14:textId="77777777" w:rsidR="00511DFB" w:rsidRPr="006A6250" w:rsidRDefault="00511DFB" w:rsidP="00511DFB">
            <w:pPr>
              <w:rPr>
                <w:noProof/>
                <w:lang w:val="pl-PL"/>
              </w:rPr>
            </w:pPr>
          </w:p>
        </w:tc>
      </w:tr>
      <w:tr w:rsidR="006A6250" w:rsidRPr="006A6250" w14:paraId="4717D3DB" w14:textId="77777777" w:rsidTr="00C00F61">
        <w:trPr>
          <w:jc w:val="center"/>
        </w:trPr>
        <w:tc>
          <w:tcPr>
            <w:tcW w:w="3135" w:type="dxa"/>
            <w:vAlign w:val="center"/>
          </w:tcPr>
          <w:p w14:paraId="52A63FA5" w14:textId="77777777" w:rsidR="00511DFB" w:rsidRPr="006A6250" w:rsidRDefault="00511DFB" w:rsidP="00511DFB">
            <w:pPr>
              <w:rPr>
                <w:noProof/>
                <w:lang w:val="pl-PL"/>
              </w:rPr>
            </w:pPr>
            <w:r w:rsidRPr="006A6250">
              <w:rPr>
                <w:noProof/>
                <w:lang w:val="pl-PL"/>
              </w:rPr>
              <w:t>8</w:t>
            </w:r>
          </w:p>
        </w:tc>
        <w:tc>
          <w:tcPr>
            <w:tcW w:w="3135" w:type="dxa"/>
            <w:vAlign w:val="center"/>
          </w:tcPr>
          <w:p w14:paraId="4EE46FF6" w14:textId="77777777" w:rsidR="00511DFB" w:rsidRPr="006A6250" w:rsidRDefault="00511DFB" w:rsidP="00511DFB">
            <w:pPr>
              <w:rPr>
                <w:noProof/>
                <w:lang w:val="pl-PL"/>
              </w:rPr>
            </w:pPr>
          </w:p>
        </w:tc>
        <w:tc>
          <w:tcPr>
            <w:tcW w:w="3135" w:type="dxa"/>
            <w:vAlign w:val="center"/>
          </w:tcPr>
          <w:p w14:paraId="2CA81419" w14:textId="77777777" w:rsidR="00511DFB" w:rsidRPr="006A6250" w:rsidRDefault="00511DFB" w:rsidP="00511DFB">
            <w:pPr>
              <w:rPr>
                <w:noProof/>
                <w:lang w:val="pl-PL"/>
              </w:rPr>
            </w:pPr>
          </w:p>
        </w:tc>
      </w:tr>
    </w:tbl>
    <w:p w14:paraId="16773167" w14:textId="77777777" w:rsidR="00511DFB" w:rsidRPr="006A6250" w:rsidRDefault="00511DFB" w:rsidP="00511DFB">
      <w:pPr>
        <w:jc w:val="center"/>
        <w:rPr>
          <w:noProof/>
          <w:lang w:val="pl-PL"/>
        </w:rPr>
      </w:pPr>
      <w:r w:rsidRPr="006A6250">
        <w:rPr>
          <w:b/>
          <w:noProof/>
          <w:lang w:val="pl-PL"/>
        </w:rPr>
        <w:t>§ 5</w:t>
      </w:r>
    </w:p>
    <w:p w14:paraId="75AF03AC" w14:textId="77777777" w:rsidR="00511DFB" w:rsidRPr="006A6250" w:rsidRDefault="00511DFB" w:rsidP="00511DFB">
      <w:pPr>
        <w:jc w:val="center"/>
        <w:rPr>
          <w:noProof/>
          <w:lang w:val="pl-PL"/>
        </w:rPr>
      </w:pPr>
      <w:r w:rsidRPr="006A6250">
        <w:rPr>
          <w:b/>
          <w:noProof/>
          <w:lang w:val="pl-PL"/>
        </w:rPr>
        <w:t>Stwierdzone wady i usterki</w:t>
      </w:r>
    </w:p>
    <w:tbl>
      <w:tblPr>
        <w:tblStyle w:val="Tabela-Siatka"/>
        <w:tblW w:w="0" w:type="auto"/>
        <w:jc w:val="center"/>
        <w:tblLook w:val="04A0" w:firstRow="1" w:lastRow="0" w:firstColumn="1" w:lastColumn="0" w:noHBand="0" w:noVBand="1"/>
      </w:tblPr>
      <w:tblGrid>
        <w:gridCol w:w="2333"/>
        <w:gridCol w:w="2336"/>
        <w:gridCol w:w="2338"/>
        <w:gridCol w:w="2343"/>
      </w:tblGrid>
      <w:tr w:rsidR="006A6250" w:rsidRPr="006A6250" w14:paraId="2B2FD7B7" w14:textId="77777777" w:rsidTr="00C00F61">
        <w:trPr>
          <w:jc w:val="center"/>
        </w:trPr>
        <w:tc>
          <w:tcPr>
            <w:tcW w:w="2351" w:type="dxa"/>
            <w:shd w:val="clear" w:color="auto" w:fill="D9EAF7"/>
            <w:vAlign w:val="center"/>
          </w:tcPr>
          <w:p w14:paraId="562CD3B8" w14:textId="77777777" w:rsidR="00511DFB" w:rsidRPr="006A6250" w:rsidRDefault="00511DFB" w:rsidP="00511DFB">
            <w:pPr>
              <w:rPr>
                <w:noProof/>
                <w:lang w:val="pl-PL"/>
              </w:rPr>
            </w:pPr>
            <w:r w:rsidRPr="006A6250">
              <w:rPr>
                <w:noProof/>
                <w:lang w:val="pl-PL"/>
              </w:rPr>
              <w:t>Lp.</w:t>
            </w:r>
          </w:p>
        </w:tc>
        <w:tc>
          <w:tcPr>
            <w:tcW w:w="2351" w:type="dxa"/>
            <w:shd w:val="clear" w:color="auto" w:fill="D9EAF7"/>
            <w:vAlign w:val="center"/>
          </w:tcPr>
          <w:p w14:paraId="10C32BF6" w14:textId="77777777" w:rsidR="00511DFB" w:rsidRPr="006A6250" w:rsidRDefault="00511DFB" w:rsidP="00511DFB">
            <w:pPr>
              <w:rPr>
                <w:noProof/>
                <w:lang w:val="pl-PL"/>
              </w:rPr>
            </w:pPr>
            <w:r w:rsidRPr="006A6250">
              <w:rPr>
                <w:noProof/>
                <w:lang w:val="pl-PL"/>
              </w:rPr>
              <w:t>Opis wady / usterki</w:t>
            </w:r>
          </w:p>
        </w:tc>
        <w:tc>
          <w:tcPr>
            <w:tcW w:w="2351" w:type="dxa"/>
            <w:shd w:val="clear" w:color="auto" w:fill="D9EAF7"/>
            <w:vAlign w:val="center"/>
          </w:tcPr>
          <w:p w14:paraId="2A7A4859" w14:textId="77777777" w:rsidR="00511DFB" w:rsidRPr="006A6250" w:rsidRDefault="00511DFB" w:rsidP="00511DFB">
            <w:pPr>
              <w:rPr>
                <w:noProof/>
                <w:lang w:val="pl-PL"/>
              </w:rPr>
            </w:pPr>
            <w:r w:rsidRPr="006A6250">
              <w:rPr>
                <w:noProof/>
                <w:lang w:val="pl-PL"/>
              </w:rPr>
              <w:t>Termin usunięcia</w:t>
            </w:r>
          </w:p>
        </w:tc>
        <w:tc>
          <w:tcPr>
            <w:tcW w:w="2351" w:type="dxa"/>
            <w:shd w:val="clear" w:color="auto" w:fill="D9EAF7"/>
            <w:vAlign w:val="center"/>
          </w:tcPr>
          <w:p w14:paraId="303638DA" w14:textId="77777777" w:rsidR="00511DFB" w:rsidRPr="006A6250" w:rsidRDefault="00511DFB" w:rsidP="00511DFB">
            <w:pPr>
              <w:rPr>
                <w:noProof/>
                <w:lang w:val="pl-PL"/>
              </w:rPr>
            </w:pPr>
            <w:r w:rsidRPr="006A6250">
              <w:rPr>
                <w:noProof/>
                <w:lang w:val="pl-PL"/>
              </w:rPr>
              <w:t>Odpowiedzialny</w:t>
            </w:r>
          </w:p>
        </w:tc>
      </w:tr>
      <w:tr w:rsidR="006A6250" w:rsidRPr="006A6250" w14:paraId="6FBFA3FA" w14:textId="77777777" w:rsidTr="00C00F61">
        <w:trPr>
          <w:jc w:val="center"/>
        </w:trPr>
        <w:tc>
          <w:tcPr>
            <w:tcW w:w="2351" w:type="dxa"/>
            <w:vAlign w:val="center"/>
          </w:tcPr>
          <w:p w14:paraId="65735D1F" w14:textId="77777777" w:rsidR="00511DFB" w:rsidRPr="006A6250" w:rsidRDefault="00511DFB" w:rsidP="00511DFB">
            <w:pPr>
              <w:rPr>
                <w:noProof/>
                <w:lang w:val="pl-PL"/>
              </w:rPr>
            </w:pPr>
            <w:r w:rsidRPr="006A6250">
              <w:rPr>
                <w:noProof/>
                <w:lang w:val="pl-PL"/>
              </w:rPr>
              <w:t>1</w:t>
            </w:r>
          </w:p>
        </w:tc>
        <w:tc>
          <w:tcPr>
            <w:tcW w:w="2351" w:type="dxa"/>
            <w:vAlign w:val="center"/>
          </w:tcPr>
          <w:p w14:paraId="15C85FB5" w14:textId="77777777" w:rsidR="00511DFB" w:rsidRPr="006A6250" w:rsidRDefault="00511DFB" w:rsidP="00511DFB">
            <w:pPr>
              <w:rPr>
                <w:noProof/>
                <w:lang w:val="pl-PL"/>
              </w:rPr>
            </w:pPr>
          </w:p>
        </w:tc>
        <w:tc>
          <w:tcPr>
            <w:tcW w:w="2351" w:type="dxa"/>
            <w:vAlign w:val="center"/>
          </w:tcPr>
          <w:p w14:paraId="430C5661" w14:textId="77777777" w:rsidR="00511DFB" w:rsidRPr="006A6250" w:rsidRDefault="00511DFB" w:rsidP="00511DFB">
            <w:pPr>
              <w:rPr>
                <w:noProof/>
                <w:lang w:val="pl-PL"/>
              </w:rPr>
            </w:pPr>
          </w:p>
        </w:tc>
        <w:tc>
          <w:tcPr>
            <w:tcW w:w="2351" w:type="dxa"/>
            <w:vAlign w:val="center"/>
          </w:tcPr>
          <w:p w14:paraId="4B5AA6D9" w14:textId="77777777" w:rsidR="00511DFB" w:rsidRPr="006A6250" w:rsidRDefault="00511DFB" w:rsidP="00511DFB">
            <w:pPr>
              <w:rPr>
                <w:noProof/>
                <w:lang w:val="pl-PL"/>
              </w:rPr>
            </w:pPr>
          </w:p>
        </w:tc>
      </w:tr>
      <w:tr w:rsidR="006A6250" w:rsidRPr="006A6250" w14:paraId="55C76F7F" w14:textId="77777777" w:rsidTr="00C00F61">
        <w:trPr>
          <w:jc w:val="center"/>
        </w:trPr>
        <w:tc>
          <w:tcPr>
            <w:tcW w:w="2351" w:type="dxa"/>
            <w:vAlign w:val="center"/>
          </w:tcPr>
          <w:p w14:paraId="2602A329" w14:textId="77777777" w:rsidR="00511DFB" w:rsidRPr="006A6250" w:rsidRDefault="00511DFB" w:rsidP="00511DFB">
            <w:pPr>
              <w:rPr>
                <w:noProof/>
                <w:lang w:val="pl-PL"/>
              </w:rPr>
            </w:pPr>
            <w:r w:rsidRPr="006A6250">
              <w:rPr>
                <w:noProof/>
                <w:lang w:val="pl-PL"/>
              </w:rPr>
              <w:t>2</w:t>
            </w:r>
          </w:p>
        </w:tc>
        <w:tc>
          <w:tcPr>
            <w:tcW w:w="2351" w:type="dxa"/>
            <w:vAlign w:val="center"/>
          </w:tcPr>
          <w:p w14:paraId="4E3A20C1" w14:textId="77777777" w:rsidR="00511DFB" w:rsidRPr="006A6250" w:rsidRDefault="00511DFB" w:rsidP="00511DFB">
            <w:pPr>
              <w:rPr>
                <w:noProof/>
                <w:lang w:val="pl-PL"/>
              </w:rPr>
            </w:pPr>
          </w:p>
        </w:tc>
        <w:tc>
          <w:tcPr>
            <w:tcW w:w="2351" w:type="dxa"/>
            <w:vAlign w:val="center"/>
          </w:tcPr>
          <w:p w14:paraId="2707632F" w14:textId="77777777" w:rsidR="00511DFB" w:rsidRPr="006A6250" w:rsidRDefault="00511DFB" w:rsidP="00511DFB">
            <w:pPr>
              <w:rPr>
                <w:noProof/>
                <w:lang w:val="pl-PL"/>
              </w:rPr>
            </w:pPr>
          </w:p>
        </w:tc>
        <w:tc>
          <w:tcPr>
            <w:tcW w:w="2351" w:type="dxa"/>
            <w:vAlign w:val="center"/>
          </w:tcPr>
          <w:p w14:paraId="6174B819" w14:textId="77777777" w:rsidR="00511DFB" w:rsidRPr="006A6250" w:rsidRDefault="00511DFB" w:rsidP="00511DFB">
            <w:pPr>
              <w:rPr>
                <w:noProof/>
                <w:lang w:val="pl-PL"/>
              </w:rPr>
            </w:pPr>
          </w:p>
        </w:tc>
      </w:tr>
      <w:tr w:rsidR="006A6250" w:rsidRPr="006A6250" w14:paraId="0ABDD845" w14:textId="77777777" w:rsidTr="00C00F61">
        <w:trPr>
          <w:jc w:val="center"/>
        </w:trPr>
        <w:tc>
          <w:tcPr>
            <w:tcW w:w="2351" w:type="dxa"/>
            <w:vAlign w:val="center"/>
          </w:tcPr>
          <w:p w14:paraId="5F0D41DD" w14:textId="77777777" w:rsidR="00511DFB" w:rsidRPr="006A6250" w:rsidRDefault="00511DFB" w:rsidP="00511DFB">
            <w:pPr>
              <w:rPr>
                <w:noProof/>
                <w:lang w:val="pl-PL"/>
              </w:rPr>
            </w:pPr>
            <w:r w:rsidRPr="006A6250">
              <w:rPr>
                <w:noProof/>
                <w:lang w:val="pl-PL"/>
              </w:rPr>
              <w:t>3</w:t>
            </w:r>
          </w:p>
        </w:tc>
        <w:tc>
          <w:tcPr>
            <w:tcW w:w="2351" w:type="dxa"/>
            <w:vAlign w:val="center"/>
          </w:tcPr>
          <w:p w14:paraId="1AA49640" w14:textId="77777777" w:rsidR="00511DFB" w:rsidRPr="006A6250" w:rsidRDefault="00511DFB" w:rsidP="00511DFB">
            <w:pPr>
              <w:rPr>
                <w:noProof/>
                <w:lang w:val="pl-PL"/>
              </w:rPr>
            </w:pPr>
          </w:p>
        </w:tc>
        <w:tc>
          <w:tcPr>
            <w:tcW w:w="2351" w:type="dxa"/>
            <w:vAlign w:val="center"/>
          </w:tcPr>
          <w:p w14:paraId="3724DC5C" w14:textId="77777777" w:rsidR="00511DFB" w:rsidRPr="006A6250" w:rsidRDefault="00511DFB" w:rsidP="00511DFB">
            <w:pPr>
              <w:rPr>
                <w:noProof/>
                <w:lang w:val="pl-PL"/>
              </w:rPr>
            </w:pPr>
          </w:p>
        </w:tc>
        <w:tc>
          <w:tcPr>
            <w:tcW w:w="2351" w:type="dxa"/>
            <w:vAlign w:val="center"/>
          </w:tcPr>
          <w:p w14:paraId="1C26775C" w14:textId="77777777" w:rsidR="00511DFB" w:rsidRPr="006A6250" w:rsidRDefault="00511DFB" w:rsidP="00511DFB">
            <w:pPr>
              <w:rPr>
                <w:noProof/>
                <w:lang w:val="pl-PL"/>
              </w:rPr>
            </w:pPr>
          </w:p>
        </w:tc>
      </w:tr>
      <w:tr w:rsidR="006A6250" w:rsidRPr="006A6250" w14:paraId="32F10485" w14:textId="77777777" w:rsidTr="00C00F61">
        <w:trPr>
          <w:jc w:val="center"/>
        </w:trPr>
        <w:tc>
          <w:tcPr>
            <w:tcW w:w="2351" w:type="dxa"/>
            <w:vAlign w:val="center"/>
          </w:tcPr>
          <w:p w14:paraId="301E8C5C" w14:textId="77777777" w:rsidR="00511DFB" w:rsidRPr="006A6250" w:rsidRDefault="00511DFB" w:rsidP="00511DFB">
            <w:pPr>
              <w:rPr>
                <w:noProof/>
                <w:lang w:val="pl-PL"/>
              </w:rPr>
            </w:pPr>
            <w:r w:rsidRPr="006A6250">
              <w:rPr>
                <w:noProof/>
                <w:lang w:val="pl-PL"/>
              </w:rPr>
              <w:t>4</w:t>
            </w:r>
          </w:p>
        </w:tc>
        <w:tc>
          <w:tcPr>
            <w:tcW w:w="2351" w:type="dxa"/>
            <w:vAlign w:val="center"/>
          </w:tcPr>
          <w:p w14:paraId="1EFB6F3B" w14:textId="77777777" w:rsidR="00511DFB" w:rsidRPr="006A6250" w:rsidRDefault="00511DFB" w:rsidP="00511DFB">
            <w:pPr>
              <w:rPr>
                <w:noProof/>
                <w:lang w:val="pl-PL"/>
              </w:rPr>
            </w:pPr>
          </w:p>
        </w:tc>
        <w:tc>
          <w:tcPr>
            <w:tcW w:w="2351" w:type="dxa"/>
            <w:vAlign w:val="center"/>
          </w:tcPr>
          <w:p w14:paraId="2EE6DAB0" w14:textId="77777777" w:rsidR="00511DFB" w:rsidRPr="006A6250" w:rsidRDefault="00511DFB" w:rsidP="00511DFB">
            <w:pPr>
              <w:rPr>
                <w:noProof/>
                <w:lang w:val="pl-PL"/>
              </w:rPr>
            </w:pPr>
          </w:p>
        </w:tc>
        <w:tc>
          <w:tcPr>
            <w:tcW w:w="2351" w:type="dxa"/>
            <w:vAlign w:val="center"/>
          </w:tcPr>
          <w:p w14:paraId="69606AE0" w14:textId="77777777" w:rsidR="00511DFB" w:rsidRPr="006A6250" w:rsidRDefault="00511DFB" w:rsidP="00511DFB">
            <w:pPr>
              <w:rPr>
                <w:noProof/>
                <w:lang w:val="pl-PL"/>
              </w:rPr>
            </w:pPr>
          </w:p>
        </w:tc>
      </w:tr>
      <w:tr w:rsidR="006A6250" w:rsidRPr="006A6250" w14:paraId="1B393CD4" w14:textId="77777777" w:rsidTr="00C00F61">
        <w:trPr>
          <w:jc w:val="center"/>
        </w:trPr>
        <w:tc>
          <w:tcPr>
            <w:tcW w:w="2351" w:type="dxa"/>
            <w:vAlign w:val="center"/>
          </w:tcPr>
          <w:p w14:paraId="6347206E" w14:textId="77777777" w:rsidR="00511DFB" w:rsidRPr="006A6250" w:rsidRDefault="00511DFB" w:rsidP="00511DFB">
            <w:pPr>
              <w:rPr>
                <w:noProof/>
                <w:lang w:val="pl-PL"/>
              </w:rPr>
            </w:pPr>
            <w:r w:rsidRPr="006A6250">
              <w:rPr>
                <w:noProof/>
                <w:lang w:val="pl-PL"/>
              </w:rPr>
              <w:t>5</w:t>
            </w:r>
          </w:p>
        </w:tc>
        <w:tc>
          <w:tcPr>
            <w:tcW w:w="2351" w:type="dxa"/>
            <w:vAlign w:val="center"/>
          </w:tcPr>
          <w:p w14:paraId="3AB40C0E" w14:textId="77777777" w:rsidR="00511DFB" w:rsidRPr="006A6250" w:rsidRDefault="00511DFB" w:rsidP="00511DFB">
            <w:pPr>
              <w:rPr>
                <w:noProof/>
                <w:lang w:val="pl-PL"/>
              </w:rPr>
            </w:pPr>
          </w:p>
        </w:tc>
        <w:tc>
          <w:tcPr>
            <w:tcW w:w="2351" w:type="dxa"/>
            <w:vAlign w:val="center"/>
          </w:tcPr>
          <w:p w14:paraId="283F44BD" w14:textId="77777777" w:rsidR="00511DFB" w:rsidRPr="006A6250" w:rsidRDefault="00511DFB" w:rsidP="00511DFB">
            <w:pPr>
              <w:rPr>
                <w:noProof/>
                <w:lang w:val="pl-PL"/>
              </w:rPr>
            </w:pPr>
          </w:p>
        </w:tc>
        <w:tc>
          <w:tcPr>
            <w:tcW w:w="2351" w:type="dxa"/>
            <w:vAlign w:val="center"/>
          </w:tcPr>
          <w:p w14:paraId="1E3CBD5C" w14:textId="77777777" w:rsidR="00511DFB" w:rsidRPr="006A6250" w:rsidRDefault="00511DFB" w:rsidP="00511DFB">
            <w:pPr>
              <w:rPr>
                <w:noProof/>
                <w:lang w:val="pl-PL"/>
              </w:rPr>
            </w:pPr>
          </w:p>
        </w:tc>
      </w:tr>
    </w:tbl>
    <w:p w14:paraId="7B72AF00" w14:textId="77777777" w:rsidR="00511DFB" w:rsidRPr="006A6250" w:rsidRDefault="00511DFB" w:rsidP="00511DFB">
      <w:pPr>
        <w:jc w:val="center"/>
        <w:rPr>
          <w:noProof/>
          <w:lang w:val="pl-PL"/>
        </w:rPr>
      </w:pPr>
      <w:r w:rsidRPr="006A6250">
        <w:rPr>
          <w:b/>
          <w:noProof/>
          <w:lang w:val="pl-PL"/>
        </w:rPr>
        <w:t>§ 6</w:t>
      </w:r>
    </w:p>
    <w:p w14:paraId="79B08736" w14:textId="77777777" w:rsidR="00511DFB" w:rsidRPr="006A6250" w:rsidRDefault="00511DFB" w:rsidP="00511DFB">
      <w:pPr>
        <w:jc w:val="center"/>
        <w:rPr>
          <w:noProof/>
          <w:lang w:val="pl-PL"/>
        </w:rPr>
      </w:pPr>
      <w:r w:rsidRPr="006A6250">
        <w:rPr>
          <w:b/>
          <w:noProof/>
          <w:lang w:val="pl-PL"/>
        </w:rPr>
        <w:t>Ustalenia komisji</w:t>
      </w:r>
    </w:p>
    <w:p w14:paraId="04401855" w14:textId="77777777" w:rsidR="00511DFB" w:rsidRPr="006A6250" w:rsidRDefault="00511DFB" w:rsidP="00511DFB">
      <w:pPr>
        <w:tabs>
          <w:tab w:val="num" w:pos="360"/>
        </w:tabs>
        <w:contextualSpacing/>
        <w:rPr>
          <w:noProof/>
          <w:lang w:val="pl-PL"/>
        </w:rPr>
      </w:pPr>
      <w:r w:rsidRPr="006A6250">
        <w:rPr>
          <w:noProof/>
          <w:lang w:val="pl-PL"/>
        </w:rPr>
        <w:t>Komisja stwierdza, że roboty zostały wykonane zgodnie / niezgodnie z umową, dokumentacją projektową, Programem Funkcjonalno-Użytkowym, przepisami prawa oraz zasadami wiedzy technicznej.*</w:t>
      </w:r>
    </w:p>
    <w:p w14:paraId="29F23625" w14:textId="77777777" w:rsidR="00511DFB" w:rsidRPr="006A6250" w:rsidRDefault="00511DFB" w:rsidP="00511DFB">
      <w:pPr>
        <w:tabs>
          <w:tab w:val="num" w:pos="360"/>
        </w:tabs>
        <w:contextualSpacing/>
        <w:rPr>
          <w:noProof/>
          <w:lang w:val="pl-PL"/>
        </w:rPr>
      </w:pPr>
      <w:r w:rsidRPr="006A6250">
        <w:rPr>
          <w:noProof/>
          <w:lang w:val="pl-PL"/>
        </w:rPr>
        <w:t>Komisja stwierdza, że roboty zostały wykonane w terminie / z opóźnieniem wynoszącym ………… dni.*</w:t>
      </w:r>
    </w:p>
    <w:p w14:paraId="4C13E4EF" w14:textId="77777777" w:rsidR="00511DFB" w:rsidRPr="006A6250" w:rsidRDefault="00511DFB" w:rsidP="00511DFB">
      <w:pPr>
        <w:tabs>
          <w:tab w:val="num" w:pos="360"/>
        </w:tabs>
        <w:contextualSpacing/>
        <w:rPr>
          <w:noProof/>
          <w:lang w:val="pl-PL"/>
        </w:rPr>
      </w:pPr>
      <w:r w:rsidRPr="006A6250">
        <w:rPr>
          <w:noProof/>
          <w:lang w:val="pl-PL"/>
        </w:rPr>
        <w:t>Komisja postanawia:</w:t>
      </w:r>
    </w:p>
    <w:p w14:paraId="32428735" w14:textId="77777777" w:rsidR="00511DFB" w:rsidRPr="006A6250" w:rsidRDefault="00511DFB" w:rsidP="00511DFB">
      <w:pPr>
        <w:rPr>
          <w:noProof/>
          <w:lang w:val="pl-PL"/>
        </w:rPr>
      </w:pPr>
      <w:r w:rsidRPr="006A6250">
        <w:rPr>
          <w:noProof/>
          <w:lang w:val="pl-PL"/>
        </w:rPr>
        <w:t>a) dokonać odbioru końcowego robót bez zastrzeżeń,</w:t>
      </w:r>
    </w:p>
    <w:p w14:paraId="3D49C2B0" w14:textId="77777777" w:rsidR="00511DFB" w:rsidRPr="006A6250" w:rsidRDefault="00511DFB" w:rsidP="00511DFB">
      <w:pPr>
        <w:rPr>
          <w:noProof/>
          <w:lang w:val="pl-PL"/>
        </w:rPr>
      </w:pPr>
      <w:r w:rsidRPr="006A6250">
        <w:rPr>
          <w:noProof/>
          <w:lang w:val="pl-PL"/>
        </w:rPr>
        <w:t>b) dokonać odbioru końcowego robót z obowiązkiem usunięcia wad wskazanych w § 5 w terminach tam określonych,</w:t>
      </w:r>
    </w:p>
    <w:p w14:paraId="51BEA9E3" w14:textId="77777777" w:rsidR="00511DFB" w:rsidRPr="006A6250" w:rsidRDefault="00511DFB" w:rsidP="00511DFB">
      <w:pPr>
        <w:rPr>
          <w:noProof/>
          <w:lang w:val="pl-PL"/>
        </w:rPr>
      </w:pPr>
      <w:r w:rsidRPr="006A6250">
        <w:rPr>
          <w:noProof/>
          <w:lang w:val="pl-PL"/>
        </w:rPr>
        <w:t>c) odmówić odbioru końcowego do czasu usunięcia wad uniemożliwiających dokonanie odbioru.*</w:t>
      </w:r>
    </w:p>
    <w:p w14:paraId="1A883C0A" w14:textId="77777777" w:rsidR="00511DFB" w:rsidRPr="006A6250" w:rsidRDefault="00511DFB" w:rsidP="00511DFB">
      <w:pPr>
        <w:tabs>
          <w:tab w:val="num" w:pos="360"/>
        </w:tabs>
        <w:contextualSpacing/>
        <w:rPr>
          <w:noProof/>
          <w:lang w:val="pl-PL"/>
        </w:rPr>
      </w:pPr>
      <w:r w:rsidRPr="006A6250">
        <w:rPr>
          <w:noProof/>
          <w:lang w:val="pl-PL"/>
        </w:rPr>
        <w:t>Data rozpoczęcia biegu gwarancji i rękojmi: ………………………….</w:t>
      </w:r>
    </w:p>
    <w:p w14:paraId="7774058D" w14:textId="77777777" w:rsidR="00511DFB" w:rsidRPr="006A6250" w:rsidRDefault="00511DFB" w:rsidP="00511DFB">
      <w:pPr>
        <w:rPr>
          <w:noProof/>
          <w:lang w:val="pl-PL"/>
        </w:rPr>
      </w:pPr>
      <w:r w:rsidRPr="006A6250">
        <w:rPr>
          <w:noProof/>
          <w:lang w:val="pl-PL"/>
        </w:rPr>
        <w:t>* niepotrzebne skreślić</w:t>
      </w:r>
    </w:p>
    <w:p w14:paraId="30CB1875" w14:textId="77777777" w:rsidR="00511DFB" w:rsidRPr="006A6250" w:rsidRDefault="00511DFB" w:rsidP="00511DFB">
      <w:pPr>
        <w:jc w:val="center"/>
        <w:rPr>
          <w:noProof/>
          <w:lang w:val="pl-PL"/>
        </w:rPr>
      </w:pPr>
      <w:r w:rsidRPr="006A6250">
        <w:rPr>
          <w:b/>
          <w:noProof/>
          <w:lang w:val="pl-PL"/>
        </w:rPr>
        <w:lastRenderedPageBreak/>
        <w:t>§ 7</w:t>
      </w:r>
    </w:p>
    <w:p w14:paraId="7A760895" w14:textId="77777777" w:rsidR="00511DFB" w:rsidRPr="006A6250" w:rsidRDefault="00511DFB" w:rsidP="00511DFB">
      <w:pPr>
        <w:jc w:val="center"/>
        <w:rPr>
          <w:noProof/>
          <w:lang w:val="pl-PL"/>
        </w:rPr>
      </w:pPr>
      <w:r w:rsidRPr="006A6250">
        <w:rPr>
          <w:b/>
          <w:noProof/>
          <w:lang w:val="pl-PL"/>
        </w:rPr>
        <w:t>Postanowienia końcowe</w:t>
      </w:r>
    </w:p>
    <w:p w14:paraId="1D34324B" w14:textId="77777777" w:rsidR="00511DFB" w:rsidRPr="006A6250" w:rsidRDefault="00511DFB" w:rsidP="00511DFB">
      <w:pPr>
        <w:tabs>
          <w:tab w:val="num" w:pos="360"/>
        </w:tabs>
        <w:contextualSpacing/>
        <w:rPr>
          <w:noProof/>
          <w:lang w:val="pl-PL"/>
        </w:rPr>
      </w:pPr>
      <w:r w:rsidRPr="006A6250">
        <w:rPr>
          <w:noProof/>
          <w:lang w:val="pl-PL"/>
        </w:rPr>
        <w:t>Niniejszy protokół stanowi / nie stanowi podstawę do wystawienia faktury końcowej.*</w:t>
      </w:r>
    </w:p>
    <w:p w14:paraId="767A2BF4" w14:textId="77777777" w:rsidR="00511DFB" w:rsidRPr="006A6250" w:rsidRDefault="00511DFB" w:rsidP="00511DFB">
      <w:pPr>
        <w:tabs>
          <w:tab w:val="num" w:pos="360"/>
        </w:tabs>
        <w:contextualSpacing/>
        <w:rPr>
          <w:noProof/>
          <w:lang w:val="pl-PL"/>
        </w:rPr>
      </w:pPr>
      <w:r w:rsidRPr="006A6250">
        <w:rPr>
          <w:noProof/>
          <w:lang w:val="pl-PL"/>
        </w:rPr>
        <w:t>W przypadku stwierdzenia wad Wykonawca zobowiązuje się do ich usunięcia w terminach wskazanych w § 5.</w:t>
      </w:r>
    </w:p>
    <w:p w14:paraId="47F51F22" w14:textId="77777777" w:rsidR="00511DFB" w:rsidRPr="006A6250" w:rsidRDefault="00511DFB" w:rsidP="00511DFB">
      <w:pPr>
        <w:tabs>
          <w:tab w:val="num" w:pos="360"/>
        </w:tabs>
        <w:contextualSpacing/>
        <w:rPr>
          <w:noProof/>
          <w:lang w:val="pl-PL"/>
        </w:rPr>
      </w:pPr>
      <w:r w:rsidRPr="006A6250">
        <w:rPr>
          <w:noProof/>
          <w:lang w:val="pl-PL"/>
        </w:rPr>
        <w:t>Protokół sporządzono w ……… jednobrzmiących egzemplarzach.</w:t>
      </w:r>
    </w:p>
    <w:p w14:paraId="21B83FFC" w14:textId="77777777" w:rsidR="00511DFB" w:rsidRPr="006A6250" w:rsidRDefault="00511DFB" w:rsidP="00511DFB">
      <w:pPr>
        <w:rPr>
          <w:noProof/>
          <w:lang w:val="pl-PL"/>
        </w:rPr>
      </w:pPr>
      <w:r w:rsidRPr="006A6250">
        <w:rPr>
          <w:noProof/>
          <w:lang w:val="pl-PL"/>
        </w:rPr>
        <w:t>* niepotrzebne skreślić</w:t>
      </w:r>
    </w:p>
    <w:p w14:paraId="347B57DA" w14:textId="77777777" w:rsidR="00511DFB" w:rsidRPr="006A6250" w:rsidRDefault="00511DFB" w:rsidP="00511DFB">
      <w:pPr>
        <w:rPr>
          <w:noProof/>
          <w:lang w:val="pl-PL"/>
        </w:rPr>
      </w:pPr>
    </w:p>
    <w:p w14:paraId="7AE60D99" w14:textId="77777777" w:rsidR="00511DFB" w:rsidRPr="006A6250" w:rsidRDefault="00511DFB" w:rsidP="00511DFB">
      <w:pPr>
        <w:rPr>
          <w:noProof/>
          <w:lang w:val="pl-PL"/>
        </w:rPr>
      </w:pPr>
      <w:r w:rsidRPr="006A6250">
        <w:rPr>
          <w:b/>
          <w:noProof/>
          <w:lang w:val="pl-PL"/>
        </w:rPr>
        <w:t>Podpisy Stron</w:t>
      </w:r>
    </w:p>
    <w:p w14:paraId="66A4AAC1" w14:textId="77777777" w:rsidR="00511DFB" w:rsidRPr="006A6250" w:rsidRDefault="00511DFB" w:rsidP="00511DFB">
      <w:pPr>
        <w:rPr>
          <w:noProof/>
          <w:lang w:val="pl-PL"/>
        </w:rPr>
      </w:pPr>
    </w:p>
    <w:tbl>
      <w:tblPr>
        <w:tblStyle w:val="Tabela-Siatka"/>
        <w:tblW w:w="0" w:type="auto"/>
        <w:jc w:val="center"/>
        <w:tblLook w:val="04A0" w:firstRow="1" w:lastRow="0" w:firstColumn="1" w:lastColumn="0" w:noHBand="0" w:noVBand="1"/>
      </w:tblPr>
      <w:tblGrid>
        <w:gridCol w:w="4675"/>
        <w:gridCol w:w="4675"/>
      </w:tblGrid>
      <w:tr w:rsidR="006A6250" w:rsidRPr="006A6250" w14:paraId="0C292047" w14:textId="77777777" w:rsidTr="00C00F61">
        <w:trPr>
          <w:jc w:val="center"/>
        </w:trPr>
        <w:tc>
          <w:tcPr>
            <w:tcW w:w="4703" w:type="dxa"/>
            <w:vAlign w:val="center"/>
          </w:tcPr>
          <w:p w14:paraId="563797D6" w14:textId="77777777" w:rsidR="00511DFB" w:rsidRPr="006A6250" w:rsidRDefault="00511DFB" w:rsidP="00511DFB">
            <w:pPr>
              <w:rPr>
                <w:noProof/>
                <w:lang w:val="pl-PL"/>
              </w:rPr>
            </w:pPr>
            <w:r w:rsidRPr="006A6250">
              <w:rPr>
                <w:noProof/>
                <w:lang w:val="pl-PL"/>
              </w:rPr>
              <w:t>Zamawiający</w:t>
            </w:r>
          </w:p>
        </w:tc>
        <w:tc>
          <w:tcPr>
            <w:tcW w:w="4703" w:type="dxa"/>
            <w:vAlign w:val="center"/>
          </w:tcPr>
          <w:p w14:paraId="2DC8D1E6" w14:textId="77777777" w:rsidR="00511DFB" w:rsidRPr="006A6250" w:rsidRDefault="00511DFB" w:rsidP="00511DFB">
            <w:pPr>
              <w:rPr>
                <w:noProof/>
                <w:lang w:val="pl-PL"/>
              </w:rPr>
            </w:pPr>
            <w:r w:rsidRPr="006A6250">
              <w:rPr>
                <w:noProof/>
                <w:lang w:val="pl-PL"/>
              </w:rPr>
              <w:t>Wykonawca</w:t>
            </w:r>
          </w:p>
        </w:tc>
      </w:tr>
      <w:tr w:rsidR="00511DFB" w:rsidRPr="006A6250" w14:paraId="47236A10" w14:textId="77777777" w:rsidTr="00C00F61">
        <w:trPr>
          <w:jc w:val="center"/>
        </w:trPr>
        <w:tc>
          <w:tcPr>
            <w:tcW w:w="4703" w:type="dxa"/>
            <w:vAlign w:val="center"/>
          </w:tcPr>
          <w:p w14:paraId="20C7EE5B" w14:textId="77777777" w:rsidR="00511DFB" w:rsidRPr="006A6250" w:rsidRDefault="00511DFB" w:rsidP="00511DFB">
            <w:pPr>
              <w:rPr>
                <w:noProof/>
                <w:lang w:val="pl-PL"/>
              </w:rPr>
            </w:pPr>
            <w:r w:rsidRPr="006A6250">
              <w:rPr>
                <w:noProof/>
                <w:lang w:val="pl-PL"/>
              </w:rPr>
              <w:br/>
            </w:r>
            <w:r w:rsidRPr="006A6250">
              <w:rPr>
                <w:noProof/>
                <w:lang w:val="pl-PL"/>
              </w:rPr>
              <w:br/>
              <w:t>……………………………………</w:t>
            </w:r>
          </w:p>
        </w:tc>
        <w:tc>
          <w:tcPr>
            <w:tcW w:w="4703" w:type="dxa"/>
            <w:vAlign w:val="center"/>
          </w:tcPr>
          <w:p w14:paraId="310FD321" w14:textId="77777777" w:rsidR="00511DFB" w:rsidRPr="006A6250" w:rsidRDefault="00511DFB" w:rsidP="00511DFB">
            <w:pPr>
              <w:rPr>
                <w:noProof/>
                <w:lang w:val="pl-PL"/>
              </w:rPr>
            </w:pPr>
            <w:r w:rsidRPr="006A6250">
              <w:rPr>
                <w:noProof/>
                <w:lang w:val="pl-PL"/>
              </w:rPr>
              <w:br/>
            </w:r>
            <w:r w:rsidRPr="006A6250">
              <w:rPr>
                <w:noProof/>
                <w:lang w:val="pl-PL"/>
              </w:rPr>
              <w:br/>
              <w:t>……………………………………</w:t>
            </w:r>
          </w:p>
        </w:tc>
      </w:tr>
    </w:tbl>
    <w:p w14:paraId="48B3157E" w14:textId="77777777" w:rsidR="00DE34C8" w:rsidRPr="006A6250" w:rsidRDefault="00DE34C8" w:rsidP="00511DFB">
      <w:pPr>
        <w:jc w:val="center"/>
        <w:rPr>
          <w:bCs/>
          <w:noProof/>
          <w:lang w:val="pl-PL"/>
        </w:rPr>
      </w:pPr>
    </w:p>
    <w:sectPr w:rsidR="00DE34C8" w:rsidRPr="006A6250"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altName w:val="Segoe UI Symbol"/>
    <w:charset w:val="00"/>
    <w:family w:val="auto"/>
    <w:pitch w:val="default"/>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6"/>
    <w:multiLevelType w:val="multilevel"/>
    <w:tmpl w:val="00000006"/>
    <w:lvl w:ilvl="0">
      <w:start w:val="1"/>
      <w:numFmt w:val="decimal"/>
      <w:lvlText w:val=" %1."/>
      <w:lvlJc w:val="left"/>
      <w:pPr>
        <w:tabs>
          <w:tab w:val="left" w:pos="720"/>
        </w:tabs>
        <w:ind w:left="720" w:hanging="360"/>
      </w:pPr>
      <w:rPr>
        <w:rFonts w:ascii="Verdana" w:hAnsi="Verdana"/>
        <w:b w:val="0"/>
        <w:sz w:val="20"/>
        <w:szCs w:val="20"/>
      </w:rPr>
    </w:lvl>
    <w:lvl w:ilvl="1">
      <w:start w:val="1"/>
      <w:numFmt w:val="decimal"/>
      <w:lvlText w:val="%2."/>
      <w:lvlJc w:val="left"/>
      <w:pPr>
        <w:ind w:left="644" w:hanging="360"/>
      </w:pPr>
    </w:lvl>
    <w:lvl w:ilvl="2">
      <w:start w:val="1"/>
      <w:numFmt w:val="lowerRoman"/>
      <w:lvlText w:val="%3."/>
      <w:lvlJc w:val="right"/>
      <w:pPr>
        <w:tabs>
          <w:tab w:val="left" w:pos="1440"/>
        </w:tabs>
        <w:ind w:left="1440" w:hanging="360"/>
      </w:p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0" w15:restartNumberingAfterBreak="0">
    <w:nsid w:val="00880D7B"/>
    <w:multiLevelType w:val="hybridMultilevel"/>
    <w:tmpl w:val="5C966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43F241D"/>
    <w:multiLevelType w:val="hybridMultilevel"/>
    <w:tmpl w:val="343E7E6C"/>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094904"/>
    <w:multiLevelType w:val="multilevel"/>
    <w:tmpl w:val="11094904"/>
    <w:lvl w:ilvl="0">
      <w:start w:val="1"/>
      <w:numFmt w:val="decimal"/>
      <w:lvlText w:val="%1."/>
      <w:lvlJc w:val="left"/>
      <w:pPr>
        <w:ind w:left="360" w:hanging="360"/>
      </w:pPr>
      <w:rPr>
        <w:rFonts w:ascii="Arial" w:hAnsi="Arial" w:cs="Arial" w:hint="default"/>
        <w:sz w:val="18"/>
        <w:szCs w:val="18"/>
      </w:rPr>
    </w:lvl>
    <w:lvl w:ilvl="1">
      <w:start w:val="1"/>
      <w:numFmt w:val="decimal"/>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097A86"/>
    <w:multiLevelType w:val="hybridMultilevel"/>
    <w:tmpl w:val="1818CF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3F0863"/>
    <w:multiLevelType w:val="hybridMultilevel"/>
    <w:tmpl w:val="4308F282"/>
    <w:lvl w:ilvl="0" w:tplc="E9AAD99E">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1B042387"/>
    <w:multiLevelType w:val="multilevel"/>
    <w:tmpl w:val="D3585D7C"/>
    <w:lvl w:ilvl="0">
      <w:start w:val="1"/>
      <w:numFmt w:val="decimal"/>
      <w:lvlText w:val="%1)"/>
      <w:lvlJc w:val="left"/>
      <w:pPr>
        <w:tabs>
          <w:tab w:val="num" w:pos="0"/>
        </w:tabs>
        <w:ind w:left="0" w:hanging="360"/>
      </w:pPr>
      <w:rPr>
        <w:rFonts w:hint="default"/>
        <w:b w:val="0"/>
        <w:bCs/>
      </w:rPr>
    </w:lvl>
    <w:lvl w:ilvl="1">
      <w:start w:val="1"/>
      <w:numFmt w:val="lowerLetter"/>
      <w:lvlText w:val="%2)"/>
      <w:lvlJc w:val="left"/>
      <w:pPr>
        <w:tabs>
          <w:tab w:val="num" w:pos="360"/>
        </w:tabs>
        <w:ind w:left="360"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25B43153"/>
    <w:multiLevelType w:val="hybridMultilevel"/>
    <w:tmpl w:val="DB642948"/>
    <w:lvl w:ilvl="0" w:tplc="15B2CFF0">
      <w:start w:val="1"/>
      <w:numFmt w:val="decimal"/>
      <w:lvlText w:val=" %1."/>
      <w:lvlJc w:val="left"/>
      <w:pPr>
        <w:ind w:left="578" w:hanging="360"/>
      </w:pPr>
      <w:rPr>
        <w:rFonts w:ascii="Arial" w:hAnsi="Arial" w:cs="Arial" w:hint="default"/>
        <w:sz w:val="18"/>
        <w:szCs w:val="18"/>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7"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8926D02"/>
    <w:multiLevelType w:val="hybridMultilevel"/>
    <w:tmpl w:val="1B54D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180640"/>
    <w:multiLevelType w:val="multilevel"/>
    <w:tmpl w:val="39180640"/>
    <w:lvl w:ilvl="0">
      <w:start w:val="1"/>
      <w:numFmt w:val="decimal"/>
      <w:lvlText w:val="%1."/>
      <w:lvlJc w:val="left"/>
      <w:pPr>
        <w:ind w:left="360" w:hanging="360"/>
      </w:pPr>
      <w:rPr>
        <w:rFonts w:ascii="Arial" w:hAnsi="Arial" w:cs="Arial"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022686"/>
    <w:multiLevelType w:val="multilevel"/>
    <w:tmpl w:val="E5883F8E"/>
    <w:lvl w:ilvl="0">
      <w:start w:val="1"/>
      <w:numFmt w:val="decimal"/>
      <w:lvlText w:val="%1."/>
      <w:lvlJc w:val="left"/>
      <w:pPr>
        <w:tabs>
          <w:tab w:val="left" w:pos="720"/>
        </w:tabs>
        <w:ind w:left="720" w:hanging="360"/>
      </w:pPr>
      <w:rPr>
        <w:rFonts w:hint="default"/>
        <w:b w:val="0"/>
        <w:bCs/>
        <w:sz w:val="18"/>
        <w:szCs w:val="1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54D839BC"/>
    <w:multiLevelType w:val="hybridMultilevel"/>
    <w:tmpl w:val="AA74AE4E"/>
    <w:lvl w:ilvl="0" w:tplc="90546CE0">
      <w:start w:val="1"/>
      <w:numFmt w:val="decimal"/>
      <w:lvlText w:val=" %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883C60"/>
    <w:multiLevelType w:val="hybridMultilevel"/>
    <w:tmpl w:val="1A6AC9DC"/>
    <w:lvl w:ilvl="0" w:tplc="518A6F34">
      <w:start w:val="1"/>
      <w:numFmt w:val="decimal"/>
      <w:lvlText w:val="24.%1."/>
      <w:lvlJc w:val="left"/>
      <w:pPr>
        <w:ind w:left="1004" w:hanging="360"/>
      </w:pPr>
      <w:rPr>
        <w:rFonts w:ascii="Arial" w:hAnsi="Arial" w:cs="Arial" w:hint="default"/>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5BE47378"/>
    <w:multiLevelType w:val="multilevel"/>
    <w:tmpl w:val="15C0BE1C"/>
    <w:lvl w:ilvl="0">
      <w:start w:val="1"/>
      <w:numFmt w:val="decimal"/>
      <w:pStyle w:val="Listapunktowana"/>
      <w:lvlText w:val="%1)"/>
      <w:lvlJc w:val="left"/>
      <w:pPr>
        <w:tabs>
          <w:tab w:val="num" w:pos="0"/>
        </w:tabs>
        <w:ind w:left="0" w:hanging="360"/>
      </w:pPr>
    </w:lvl>
    <w:lvl w:ilvl="1">
      <w:start w:val="1"/>
      <w:numFmt w:val="lowerLetter"/>
      <w:lvlText w:val="%2)"/>
      <w:lvlJc w:val="left"/>
      <w:pPr>
        <w:tabs>
          <w:tab w:val="num" w:pos="360"/>
        </w:tabs>
        <w:ind w:left="3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CB1428"/>
    <w:multiLevelType w:val="hybridMultilevel"/>
    <w:tmpl w:val="23F6E346"/>
    <w:lvl w:ilvl="0" w:tplc="3D68092C">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61AA785D"/>
    <w:multiLevelType w:val="hybridMultilevel"/>
    <w:tmpl w:val="9C04CF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64F97121"/>
    <w:multiLevelType w:val="multilevel"/>
    <w:tmpl w:val="D17AC6C6"/>
    <w:lvl w:ilvl="0">
      <w:start w:val="1"/>
      <w:numFmt w:val="decimal"/>
      <w:lvlText w:val="%1)"/>
      <w:lvlJc w:val="left"/>
      <w:pPr>
        <w:ind w:left="360" w:hanging="360"/>
      </w:pPr>
      <w:rPr>
        <w:rFonts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A41C95"/>
    <w:multiLevelType w:val="hybridMultilevel"/>
    <w:tmpl w:val="799A9B76"/>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966335A"/>
    <w:multiLevelType w:val="hybridMultilevel"/>
    <w:tmpl w:val="7EB21012"/>
    <w:lvl w:ilvl="0" w:tplc="364EC3B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4207959">
    <w:abstractNumId w:val="23"/>
    <w:lvlOverride w:ilvl="0">
      <w:startOverride w:val="1"/>
    </w:lvlOverride>
  </w:num>
  <w:num w:numId="2" w16cid:durableId="281813779">
    <w:abstractNumId w:val="23"/>
    <w:lvlOverride w:ilvl="0">
      <w:startOverride w:val="1"/>
    </w:lvlOverride>
  </w:num>
  <w:num w:numId="3" w16cid:durableId="658463808">
    <w:abstractNumId w:val="23"/>
    <w:lvlOverride w:ilvl="0">
      <w:startOverride w:val="1"/>
    </w:lvlOverride>
  </w:num>
  <w:num w:numId="4" w16cid:durableId="1270118471">
    <w:abstractNumId w:val="23"/>
    <w:lvlOverride w:ilvl="0">
      <w:startOverride w:val="1"/>
    </w:lvlOverride>
  </w:num>
  <w:num w:numId="5" w16cid:durableId="921257485">
    <w:abstractNumId w:val="23"/>
  </w:num>
  <w:num w:numId="6" w16cid:durableId="1407416957">
    <w:abstractNumId w:val="23"/>
    <w:lvlOverride w:ilvl="0">
      <w:startOverride w:val="1"/>
    </w:lvlOverride>
  </w:num>
  <w:num w:numId="7" w16cid:durableId="178399783">
    <w:abstractNumId w:val="23"/>
    <w:lvlOverride w:ilvl="0">
      <w:startOverride w:val="1"/>
    </w:lvlOverride>
  </w:num>
  <w:num w:numId="8" w16cid:durableId="444738645">
    <w:abstractNumId w:val="23"/>
    <w:lvlOverride w:ilvl="0">
      <w:startOverride w:val="1"/>
    </w:lvlOverride>
  </w:num>
  <w:num w:numId="9" w16cid:durableId="1746032329">
    <w:abstractNumId w:val="23"/>
    <w:lvlOverride w:ilvl="0">
      <w:startOverride w:val="1"/>
    </w:lvlOverride>
  </w:num>
  <w:num w:numId="10" w16cid:durableId="1125391119">
    <w:abstractNumId w:val="23"/>
  </w:num>
  <w:num w:numId="11" w16cid:durableId="1443259765">
    <w:abstractNumId w:val="23"/>
    <w:lvlOverride w:ilvl="0">
      <w:startOverride w:val="1"/>
    </w:lvlOverride>
  </w:num>
  <w:num w:numId="12" w16cid:durableId="2093119274">
    <w:abstractNumId w:val="23"/>
    <w:lvlOverride w:ilvl="0">
      <w:startOverride w:val="1"/>
    </w:lvlOverride>
  </w:num>
  <w:num w:numId="13" w16cid:durableId="611591622">
    <w:abstractNumId w:val="23"/>
    <w:lvlOverride w:ilvl="0">
      <w:startOverride w:val="1"/>
    </w:lvlOverride>
  </w:num>
  <w:num w:numId="14" w16cid:durableId="2114782726">
    <w:abstractNumId w:val="23"/>
    <w:lvlOverride w:ilvl="0">
      <w:startOverride w:val="1"/>
    </w:lvlOverride>
  </w:num>
  <w:num w:numId="15" w16cid:durableId="2114664119">
    <w:abstractNumId w:val="23"/>
    <w:lvlOverride w:ilvl="0">
      <w:startOverride w:val="1"/>
    </w:lvlOverride>
  </w:num>
  <w:num w:numId="16" w16cid:durableId="766389256">
    <w:abstractNumId w:val="23"/>
    <w:lvlOverride w:ilvl="0">
      <w:startOverride w:val="1"/>
    </w:lvlOverride>
  </w:num>
  <w:num w:numId="17" w16cid:durableId="1241789222">
    <w:abstractNumId w:val="23"/>
    <w:lvlOverride w:ilvl="0">
      <w:startOverride w:val="1"/>
    </w:lvlOverride>
  </w:num>
  <w:num w:numId="18" w16cid:durableId="1989287826">
    <w:abstractNumId w:val="23"/>
  </w:num>
  <w:num w:numId="19" w16cid:durableId="1194269785">
    <w:abstractNumId w:val="23"/>
    <w:lvlOverride w:ilvl="0">
      <w:startOverride w:val="1"/>
    </w:lvlOverride>
  </w:num>
  <w:num w:numId="20" w16cid:durableId="180164028">
    <w:abstractNumId w:val="23"/>
    <w:lvlOverride w:ilvl="0">
      <w:startOverride w:val="1"/>
    </w:lvlOverride>
  </w:num>
  <w:num w:numId="21" w16cid:durableId="858615819">
    <w:abstractNumId w:val="23"/>
    <w:lvlOverride w:ilvl="0">
      <w:startOverride w:val="1"/>
    </w:lvlOverride>
  </w:num>
  <w:num w:numId="22" w16cid:durableId="626662035">
    <w:abstractNumId w:val="16"/>
  </w:num>
  <w:num w:numId="23" w16cid:durableId="1790972867">
    <w:abstractNumId w:val="21"/>
  </w:num>
  <w:num w:numId="24" w16cid:durableId="137353415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664433984">
    <w:abstractNumId w:val="15"/>
  </w:num>
  <w:num w:numId="26" w16cid:durableId="1493567065">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584417674">
    <w:abstractNumId w:val="29"/>
  </w:num>
  <w:num w:numId="28" w16cid:durableId="1474710900">
    <w:abstractNumId w:val="17"/>
  </w:num>
  <w:num w:numId="29" w16cid:durableId="300842808">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1229922148">
    <w:abstractNumId w:val="19"/>
  </w:num>
  <w:num w:numId="31" w16cid:durableId="1563439910">
    <w:abstractNumId w:val="26"/>
  </w:num>
  <w:num w:numId="32" w16cid:durableId="290286671">
    <w:abstractNumId w:val="20"/>
  </w:num>
  <w:num w:numId="33" w16cid:durableId="466435255">
    <w:abstractNumId w:val="27"/>
  </w:num>
  <w:num w:numId="34" w16cid:durableId="923758949">
    <w:abstractNumId w:val="11"/>
  </w:num>
  <w:num w:numId="35" w16cid:durableId="869487051">
    <w:abstractNumId w:val="18"/>
  </w:num>
  <w:num w:numId="36" w16cid:durableId="1358191294">
    <w:abstractNumId w:val="12"/>
  </w:num>
  <w:num w:numId="37" w16cid:durableId="679157877">
    <w:abstractNumId w:val="9"/>
  </w:num>
  <w:num w:numId="38" w16cid:durableId="959579009">
    <w:abstractNumId w:val="24"/>
  </w:num>
  <w:num w:numId="39" w16cid:durableId="38630350">
    <w:abstractNumId w:val="14"/>
  </w:num>
  <w:num w:numId="40" w16cid:durableId="1447844485">
    <w:abstractNumId w:val="22"/>
  </w:num>
  <w:num w:numId="41" w16cid:durableId="468285710">
    <w:abstractNumId w:val="25"/>
  </w:num>
  <w:num w:numId="42" w16cid:durableId="1810397372">
    <w:abstractNumId w:val="13"/>
  </w:num>
  <w:num w:numId="43" w16cid:durableId="1663041929">
    <w:abstractNumId w:val="10"/>
  </w:num>
  <w:num w:numId="44" w16cid:durableId="2962233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DE"/>
    <w:rsid w:val="000262F5"/>
    <w:rsid w:val="00034616"/>
    <w:rsid w:val="0006063C"/>
    <w:rsid w:val="00133944"/>
    <w:rsid w:val="0015074B"/>
    <w:rsid w:val="001D2EEE"/>
    <w:rsid w:val="0029639D"/>
    <w:rsid w:val="002A31EB"/>
    <w:rsid w:val="002B3381"/>
    <w:rsid w:val="00326F90"/>
    <w:rsid w:val="0038552B"/>
    <w:rsid w:val="003973ED"/>
    <w:rsid w:val="003E208E"/>
    <w:rsid w:val="003F2351"/>
    <w:rsid w:val="00406048"/>
    <w:rsid w:val="004D0A82"/>
    <w:rsid w:val="004E07F2"/>
    <w:rsid w:val="00511DFB"/>
    <w:rsid w:val="005419DC"/>
    <w:rsid w:val="005C180C"/>
    <w:rsid w:val="00610B7D"/>
    <w:rsid w:val="00673FAD"/>
    <w:rsid w:val="00693587"/>
    <w:rsid w:val="006A6250"/>
    <w:rsid w:val="006D44D9"/>
    <w:rsid w:val="006E5B58"/>
    <w:rsid w:val="00760E92"/>
    <w:rsid w:val="007A506B"/>
    <w:rsid w:val="00856D03"/>
    <w:rsid w:val="009A05CD"/>
    <w:rsid w:val="009A4F64"/>
    <w:rsid w:val="00A11682"/>
    <w:rsid w:val="00AA1D8D"/>
    <w:rsid w:val="00AA7FA8"/>
    <w:rsid w:val="00AB0990"/>
    <w:rsid w:val="00B23747"/>
    <w:rsid w:val="00B47730"/>
    <w:rsid w:val="00B913FC"/>
    <w:rsid w:val="00C62D47"/>
    <w:rsid w:val="00CB0664"/>
    <w:rsid w:val="00CF1206"/>
    <w:rsid w:val="00D90521"/>
    <w:rsid w:val="00DB1D0E"/>
    <w:rsid w:val="00DE34C8"/>
    <w:rsid w:val="00DF2A2F"/>
    <w:rsid w:val="00DF38B7"/>
    <w:rsid w:val="00E07A1B"/>
    <w:rsid w:val="00E53FC0"/>
    <w:rsid w:val="00E648A5"/>
    <w:rsid w:val="00F369A1"/>
    <w:rsid w:val="00F80EEE"/>
    <w:rsid w:val="00FA4ED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4A5E0"/>
  <w14:defaultImageDpi w14:val="300"/>
  <w15:docId w15:val="{A8F70770-5456-4D8B-B0BC-1F0CD6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aliases w:val="normalny tekst,Akapit z listą Znak Znak,Akapit z list¹,Bullet Number,Body MS Bullet,lp1,ISCG Numerowanie,Preambuła,Kolorowa lista — akcent 11,lp11,List Paragraph11,Bullet 1,Use Case List Paragraph,L1,Akapit z listą5,Numerowanie,BulletC,b"/>
    <w:basedOn w:val="Normalny"/>
    <w:link w:val="AkapitzlistZnak"/>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0"/>
      </w:numPr>
      <w:contextualSpacing/>
    </w:pPr>
  </w:style>
  <w:style w:type="paragraph" w:styleId="Listapunktowana2">
    <w:name w:val="List Bullet 2"/>
    <w:basedOn w:val="Normalny"/>
    <w:uiPriority w:val="99"/>
    <w:unhideWhenUsed/>
    <w:rsid w:val="00326F90"/>
    <w:pPr>
      <w:tabs>
        <w:tab w:val="num" w:pos="0"/>
      </w:tabs>
      <w:ind w:hanging="360"/>
      <w:contextualSpacing/>
    </w:pPr>
  </w:style>
  <w:style w:type="paragraph" w:styleId="Listapunktowana3">
    <w:name w:val="List Bullet 3"/>
    <w:basedOn w:val="Normalny"/>
    <w:uiPriority w:val="99"/>
    <w:unhideWhenUsed/>
    <w:rsid w:val="00326F90"/>
    <w:pPr>
      <w:tabs>
        <w:tab w:val="num" w:pos="0"/>
      </w:tabs>
      <w:ind w:hanging="360"/>
      <w:contextualSpacing/>
    </w:pPr>
  </w:style>
  <w:style w:type="paragraph" w:styleId="Listanumerowana">
    <w:name w:val="List Number"/>
    <w:basedOn w:val="Normalny"/>
    <w:uiPriority w:val="99"/>
    <w:unhideWhenUsed/>
    <w:rsid w:val="00326F90"/>
    <w:pPr>
      <w:tabs>
        <w:tab w:val="num" w:pos="0"/>
      </w:tabs>
      <w:ind w:hanging="360"/>
      <w:contextualSpacing/>
    </w:pPr>
  </w:style>
  <w:style w:type="paragraph" w:styleId="Listanumerowana2">
    <w:name w:val="List Number 2"/>
    <w:basedOn w:val="Normalny"/>
    <w:uiPriority w:val="99"/>
    <w:unhideWhenUsed/>
    <w:rsid w:val="0029639D"/>
    <w:pPr>
      <w:tabs>
        <w:tab w:val="num" w:pos="0"/>
      </w:tabs>
      <w:ind w:hanging="360"/>
      <w:contextualSpacing/>
    </w:pPr>
  </w:style>
  <w:style w:type="paragraph" w:styleId="Listanumerowana3">
    <w:name w:val="List Number 3"/>
    <w:basedOn w:val="Normalny"/>
    <w:uiPriority w:val="99"/>
    <w:unhideWhenUsed/>
    <w:rsid w:val="0029639D"/>
    <w:pPr>
      <w:tabs>
        <w:tab w:val="num" w:pos="0"/>
      </w:tabs>
      <w:ind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kapitzlistZnak">
    <w:name w:val="Akapit z listą Znak"/>
    <w:aliases w:val="normalny tekst Znak,Akapit z listą Znak Znak Znak,Akapit z list¹ Znak,Bullet Number Znak,Body MS Bullet Znak,lp1 Znak,ISCG Numerowanie Znak,Preambuła Znak,Kolorowa lista — akcent 11 Znak,lp11 Znak,List Paragraph11 Znak,Bullet 1 Znak"/>
    <w:link w:val="Akapitzlist"/>
    <w:uiPriority w:val="34"/>
    <w:qFormat/>
    <w:rsid w:val="00AB0990"/>
    <w:rPr>
      <w:rFonts w:ascii="Arial" w:eastAsia="Arial" w:hAnsi="Arial"/>
      <w:sz w:val="18"/>
    </w:rPr>
  </w:style>
  <w:style w:type="paragraph" w:customStyle="1" w:styleId="Standard">
    <w:name w:val="Standard"/>
    <w:qFormat/>
    <w:rsid w:val="00B913FC"/>
    <w:pPr>
      <w:widowControl w:val="0"/>
      <w:spacing w:after="0" w:line="240" w:lineRule="auto"/>
    </w:pPr>
    <w:rPr>
      <w:rFonts w:ascii="Times New Roman" w:eastAsia="Times New Roman" w:hAnsi="Times New Roman" w:cs="Times New Roman"/>
      <w:snapToGrid w:val="0"/>
      <w:sz w:val="24"/>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iod@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faktury@szpitalciechanow.com.pl" TargetMode="External"/><Relationship Id="rId5" Type="http://schemas.openxmlformats.org/officeDocument/2006/relationships/webSettings" Target="webSettings.xml"/><Relationship Id="rId10" Type="http://schemas.openxmlformats.org/officeDocument/2006/relationships/hyperlink" Target="https://isap.sejm.gov.pl/isap.nsf/DocDetails.xsp?id=WDU2023000160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8636</Words>
  <Characters>51817</Characters>
  <Application>Microsoft Office Word</Application>
  <DocSecurity>0</DocSecurity>
  <Lines>431</Lines>
  <Paragraphs>120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60333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5</cp:revision>
  <dcterms:created xsi:type="dcterms:W3CDTF">2026-05-12T10:23:00Z</dcterms:created>
  <dcterms:modified xsi:type="dcterms:W3CDTF">2026-05-12T10:36:00Z</dcterms:modified>
  <cp:category/>
</cp:coreProperties>
</file>