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F867" w14:textId="77777777" w:rsidR="00980106" w:rsidRDefault="007060C6">
      <w:pPr>
        <w:jc w:val="center"/>
      </w:pPr>
      <w:r>
        <w:rPr>
          <w:rFonts w:ascii="Arial" w:eastAsia="Arial" w:hAnsi="Arial"/>
          <w:noProof/>
        </w:rPr>
        <w:drawing>
          <wp:inline distT="0" distB="0" distL="0" distR="0" wp14:anchorId="7A5616A3" wp14:editId="53AF5563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3545" w14:textId="77777777" w:rsidR="00980106" w:rsidRDefault="00980106"/>
    <w:p w14:paraId="228C9E91" w14:textId="1746BFAA" w:rsidR="00533B2C" w:rsidRDefault="003D59F7">
      <w:r>
        <w:rPr>
          <w:rFonts w:ascii="Arial" w:eastAsia="Arial" w:hAnsi="Arial"/>
          <w:b/>
          <w:sz w:val="18"/>
        </w:rPr>
        <w:t>ZP/2501/82</w:t>
      </w:r>
      <w:r>
        <w:rPr>
          <w:rFonts w:ascii="Arial" w:eastAsia="Arial" w:hAnsi="Arial"/>
          <w:b/>
          <w:sz w:val="18"/>
        </w:rPr>
        <w:t>/26</w:t>
      </w:r>
    </w:p>
    <w:p w14:paraId="07ABD5F4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sz w:val="22"/>
          <w:lang w:val="pl-PL"/>
        </w:rPr>
        <w:t>Załącznik nr 1a</w:t>
      </w:r>
    </w:p>
    <w:p w14:paraId="663BAABC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lang w:val="pl-PL"/>
        </w:rPr>
        <w:t xml:space="preserve">Oświadczenie wykonawcy składane na podstawie art. 125 ust. 1 </w:t>
      </w:r>
      <w:proofErr w:type="spellStart"/>
      <w:r w:rsidRPr="003D59F7">
        <w:rPr>
          <w:rFonts w:ascii="Arial" w:eastAsia="Arial" w:hAnsi="Arial"/>
          <w:b/>
          <w:lang w:val="pl-PL"/>
        </w:rPr>
        <w:t>Pzp</w:t>
      </w:r>
      <w:proofErr w:type="spellEnd"/>
    </w:p>
    <w:p w14:paraId="1A11D7E0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lang w:val="pl-PL"/>
        </w:rPr>
        <w:t>do Specyfikacji Warunków Zamówienia</w:t>
      </w:r>
    </w:p>
    <w:p w14:paraId="39935D3B" w14:textId="273568E4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sz w:val="18"/>
          <w:lang w:val="pl-PL"/>
        </w:rPr>
        <w:t xml:space="preserve">Postępowanie: </w:t>
      </w:r>
      <w:r w:rsidRPr="003D59F7">
        <w:rPr>
          <w:rFonts w:ascii="Arial" w:eastAsia="Arial" w:hAnsi="Arial"/>
          <w:sz w:val="18"/>
          <w:lang w:val="pl-PL"/>
        </w:rPr>
        <w:t>Produkty do sterylizacji parą wodną i tlenkiem etylenu</w:t>
      </w:r>
    </w:p>
    <w:p w14:paraId="656C6464" w14:textId="77777777" w:rsidR="00533B2C" w:rsidRPr="003D59F7" w:rsidRDefault="003D59F7">
      <w:pPr>
        <w:jc w:val="center"/>
        <w:rPr>
          <w:lang w:val="pl-PL"/>
        </w:rPr>
      </w:pPr>
      <w:r w:rsidRPr="003D59F7">
        <w:rPr>
          <w:rFonts w:ascii="Arial" w:eastAsia="Arial" w:hAnsi="Arial"/>
          <w:b/>
          <w:lang w:val="pl-PL"/>
        </w:rPr>
        <w:t>OŚWIADCZENIE WYKONAWCY</w:t>
      </w:r>
    </w:p>
    <w:p w14:paraId="0A5446DE" w14:textId="77777777" w:rsidR="00533B2C" w:rsidRPr="003D59F7" w:rsidRDefault="003D59F7">
      <w:pPr>
        <w:rPr>
          <w:lang w:val="pl-PL"/>
        </w:rPr>
      </w:pPr>
      <w:r w:rsidRPr="003D59F7">
        <w:rPr>
          <w:rFonts w:ascii="Arial" w:eastAsia="Arial" w:hAnsi="Arial"/>
          <w:lang w:val="pl-PL"/>
        </w:rPr>
        <w:t>Ja/My niżej podpisany/i, działając w imieniu Wykonawcy: ............................................................................................................................, oświadczam/y, że:</w:t>
      </w:r>
    </w:p>
    <w:p w14:paraId="5E2F73C2" w14:textId="77777777" w:rsidR="00533B2C" w:rsidRDefault="003D59F7">
      <w:r>
        <w:rPr>
          <w:rFonts w:ascii="Arial" w:eastAsia="Arial" w:hAnsi="Arial"/>
          <w:b/>
          <w:color w:val="1F4E79"/>
        </w:rPr>
        <w:t>I. Brak podstaw wykluczenia</w:t>
      </w:r>
    </w:p>
    <w:p w14:paraId="5D78D3C2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 xml:space="preserve">Wykonawca nie podlega wykluczeniu z postępowania na podstawie art. 108 ust. 1 </w:t>
      </w:r>
      <w:proofErr w:type="spellStart"/>
      <w:r w:rsidRPr="003D59F7">
        <w:rPr>
          <w:rFonts w:ascii="Arial" w:eastAsia="Arial" w:hAnsi="Arial"/>
          <w:lang w:val="pl-PL"/>
        </w:rPr>
        <w:t>Pzp</w:t>
      </w:r>
      <w:proofErr w:type="spellEnd"/>
      <w:r w:rsidRPr="003D59F7">
        <w:rPr>
          <w:rFonts w:ascii="Arial" w:eastAsia="Arial" w:hAnsi="Arial"/>
          <w:lang w:val="pl-PL"/>
        </w:rPr>
        <w:t>.</w:t>
      </w:r>
    </w:p>
    <w:p w14:paraId="7F60A419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Wykonawca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39843F21" w14:textId="77777777" w:rsidR="00533B2C" w:rsidRDefault="003D59F7">
      <w:r>
        <w:rPr>
          <w:rFonts w:ascii="Arial" w:eastAsia="Arial" w:hAnsi="Arial"/>
          <w:b/>
          <w:color w:val="1F4E79"/>
        </w:rPr>
        <w:t>II. Aktualność i prawdziwość oświadczeń</w:t>
      </w:r>
    </w:p>
    <w:p w14:paraId="2176AC22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Wszystkie informacje podane w niniejszym oświadczeniu są aktualne i zgodne z prawdą.</w:t>
      </w:r>
    </w:p>
    <w:p w14:paraId="60B65157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Jestem świadomy / jesteśmy świadomi odpowiedzialności za złożenie oświadczenia niezgodnego z prawdą.</w:t>
      </w:r>
    </w:p>
    <w:p w14:paraId="4D5B7143" w14:textId="77777777" w:rsidR="00533B2C" w:rsidRPr="003D59F7" w:rsidRDefault="003D59F7">
      <w:pPr>
        <w:rPr>
          <w:lang w:val="pl-PL"/>
        </w:rPr>
      </w:pPr>
      <w:r w:rsidRPr="003D59F7">
        <w:rPr>
          <w:rFonts w:ascii="Arial" w:eastAsia="Arial" w:hAnsi="Arial"/>
          <w:b/>
          <w:color w:val="1F4E79"/>
          <w:lang w:val="pl-PL"/>
        </w:rPr>
        <w:t>III. Informacje dotyczące wykonawców wspólnie ubiegających się o udzielenie zamówienia</w:t>
      </w:r>
    </w:p>
    <w:p w14:paraId="4814FE71" w14:textId="77777777" w:rsidR="00533B2C" w:rsidRPr="003D59F7" w:rsidRDefault="003D59F7">
      <w:pPr>
        <w:numPr>
          <w:ilvl w:val="0"/>
          <w:numId w:val="1"/>
        </w:numPr>
        <w:rPr>
          <w:lang w:val="pl-PL"/>
        </w:rPr>
      </w:pPr>
      <w:r w:rsidRPr="003D59F7">
        <w:rPr>
          <w:rFonts w:ascii="Arial" w:eastAsia="Arial" w:hAnsi="Arial"/>
          <w:lang w:val="pl-PL"/>
        </w:rPr>
        <w:t>W przypadku wspólnego ubiegania się o udzielenie zamówienia niniejsze oświadczenie składa każdy z wykonawców wspólnie ubiegających się o udzielenie zamówienia.</w:t>
      </w:r>
    </w:p>
    <w:p w14:paraId="68720C7D" w14:textId="77777777" w:rsidR="00533B2C" w:rsidRDefault="003D59F7">
      <w:pPr>
        <w:jc w:val="right"/>
      </w:pPr>
      <w:r w:rsidRPr="003D59F7">
        <w:rPr>
          <w:rFonts w:ascii="Arial" w:eastAsia="Arial" w:hAnsi="Arial"/>
          <w:sz w:val="18"/>
          <w:lang w:val="pl-PL"/>
        </w:rPr>
        <w:br/>
      </w:r>
      <w:r>
        <w:rPr>
          <w:rFonts w:ascii="Arial" w:eastAsia="Arial" w:hAnsi="Arial"/>
          <w:sz w:val="18"/>
        </w:rPr>
        <w:t>..............................................................</w:t>
      </w:r>
      <w:r>
        <w:rPr>
          <w:rFonts w:ascii="Arial" w:eastAsia="Arial" w:hAnsi="Arial"/>
          <w:sz w:val="18"/>
        </w:rPr>
        <w:br/>
        <w:t>podpis Wykonawcy</w:t>
      </w:r>
    </w:p>
    <w:sectPr w:rsidR="00533B2C" w:rsidSect="00034616">
      <w:footerReference w:type="default" r:id="rId9"/>
      <w:pgSz w:w="12240" w:h="15840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0B30" w14:textId="77777777" w:rsidR="003D59F7" w:rsidRDefault="003D59F7">
      <w:r>
        <w:separator/>
      </w:r>
    </w:p>
  </w:endnote>
  <w:endnote w:type="continuationSeparator" w:id="0">
    <w:p w14:paraId="2F925F14" w14:textId="77777777" w:rsidR="003D59F7" w:rsidRDefault="003D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3F23" w14:textId="77777777" w:rsidR="00533B2C" w:rsidRDefault="00533B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26E7" w14:textId="77777777" w:rsidR="003D59F7" w:rsidRDefault="003D59F7">
      <w:r>
        <w:separator/>
      </w:r>
    </w:p>
  </w:footnote>
  <w:footnote w:type="continuationSeparator" w:id="0">
    <w:p w14:paraId="183807C6" w14:textId="77777777" w:rsidR="003D59F7" w:rsidRDefault="003D5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BA7537"/>
    <w:multiLevelType w:val="multilevel"/>
    <w:tmpl w:val="28EA120E"/>
    <w:lvl w:ilvl="0">
      <w:start w:val="1"/>
      <w:numFmt w:val="bullet"/>
      <w:pStyle w:val="Listapunktowana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3A2B1C"/>
    <w:multiLevelType w:val="multilevel"/>
    <w:tmpl w:val="52388922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01067A"/>
    <w:multiLevelType w:val="multilevel"/>
    <w:tmpl w:val="66007C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5239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060"/>
    <w:rsid w:val="0015074B"/>
    <w:rsid w:val="00197EC6"/>
    <w:rsid w:val="001C2C9C"/>
    <w:rsid w:val="0029639D"/>
    <w:rsid w:val="00326F90"/>
    <w:rsid w:val="003D59F7"/>
    <w:rsid w:val="003F7556"/>
    <w:rsid w:val="00533B2C"/>
    <w:rsid w:val="007060C6"/>
    <w:rsid w:val="008B5F65"/>
    <w:rsid w:val="009801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1F685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 Narrow" w:eastAsia="Arial Narrow" w:hAnsi="Arial Narrow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- Oświadczenie art. 125 Pzp - ZP/2501/74/26</dc:title>
  <dc:subject>Dostawa jednorazowych wyrobów medycznych dla Specjalistycznego Szpitala Wojewódzkiego w Ciechanowie</dc:subject>
  <dc:creator>python-docx</dc:creator>
  <cp:keywords>ZP/2501/74/26; oświadczenie art. 125 Pzp; zamówienia publiczne</cp:keywords>
  <dc:description/>
  <cp:lastModifiedBy>Paulina Witkowska</cp:lastModifiedBy>
  <cp:revision>5</cp:revision>
  <dcterms:created xsi:type="dcterms:W3CDTF">2013-12-23T23:15:00Z</dcterms:created>
  <dcterms:modified xsi:type="dcterms:W3CDTF">2026-07-27T12:05:00Z</dcterms:modified>
  <cp:category/>
</cp:coreProperties>
</file>