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64390D" w14:paraId="209701D0" w14:textId="77777777">
        <w:trPr>
          <w:jc w:val="center"/>
        </w:trPr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9CD7E" w14:textId="77777777" w:rsidR="0064390D" w:rsidRDefault="00B73C1B">
            <w:r>
              <w:rPr>
                <w:noProof/>
              </w:rPr>
              <w:drawing>
                <wp:inline distT="0" distB="0" distL="0" distR="0" wp14:anchorId="25DA1C75" wp14:editId="3B827491">
                  <wp:extent cx="972000" cy="648000"/>
                  <wp:effectExtent l="0" t="0" r="0" b="0"/>
                  <wp:docPr id="1" name="Picture 1" descr="Logo Specjalistycznego Szpitala Wojewódzkiego w Ciechanowie – 40 lat" title="Logo SS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000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D56C8" w14:textId="77777777" w:rsidR="0064390D" w:rsidRDefault="00B73C1B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16BEC422" wp14:editId="2F76FD95">
                  <wp:extent cx="1512000" cy="537934"/>
                  <wp:effectExtent l="0" t="0" r="0" b="0"/>
                  <wp:docPr id="2" name="Picture 2" descr="Logo Mazowsze – serce Polski" title="Logo Mazows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2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537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2D4328" w14:textId="77777777" w:rsidR="0064390D" w:rsidRDefault="0064390D">
      <w:pPr>
        <w:pBdr>
          <w:bottom w:val="single" w:sz="8" w:space="1" w:color="1F4E79"/>
        </w:pBdr>
        <w:spacing w:after="120"/>
      </w:pPr>
    </w:p>
    <w:p w14:paraId="4F763105" w14:textId="4BF62B63" w:rsidR="0064390D" w:rsidRDefault="00B73C1B">
      <w:pPr>
        <w:spacing w:after="60"/>
      </w:pPr>
      <w:r>
        <w:rPr>
          <w:b/>
          <w:i/>
          <w:sz w:val="20"/>
        </w:rPr>
        <w:t>Załącznik nr 5</w:t>
      </w:r>
      <w:r>
        <w:rPr>
          <w:b/>
          <w:i/>
          <w:sz w:val="20"/>
        </w:rPr>
        <w:t xml:space="preserve"> – oświadczenie wykonawcy dotyczące grupy kapitałowej</w:t>
      </w:r>
    </w:p>
    <w:p w14:paraId="04435E58" w14:textId="77777777" w:rsidR="0064390D" w:rsidRPr="00B73C1B" w:rsidRDefault="00B73C1B">
      <w:pPr>
        <w:spacing w:after="100"/>
        <w:rPr>
          <w:lang w:val="pl-PL"/>
        </w:rPr>
      </w:pPr>
      <w:r w:rsidRPr="00B73C1B">
        <w:rPr>
          <w:lang w:val="pl-PL"/>
        </w:rPr>
        <w:t xml:space="preserve">dotyczy postępowania </w:t>
      </w:r>
      <w:r w:rsidRPr="00B73C1B">
        <w:rPr>
          <w:b/>
          <w:lang w:val="pl-PL"/>
        </w:rPr>
        <w:t>ZP/2501/81/26 – Dostawa odczynników i materiałów zużywalnych wraz z dzierżawą aparatu w Zakładzie Bakteriologii</w:t>
      </w:r>
    </w:p>
    <w:p w14:paraId="2786FB0F" w14:textId="77777777" w:rsidR="0064390D" w:rsidRDefault="00B73C1B">
      <w:pPr>
        <w:spacing w:after="20"/>
      </w:pPr>
      <w:r>
        <w:rPr>
          <w:b/>
        </w:rPr>
        <w:t>Pełna nazwa Wykonawcy: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2"/>
      </w:tblGrid>
      <w:tr w:rsidR="0064390D" w14:paraId="2212B660" w14:textId="77777777">
        <w:trPr>
          <w:jc w:val="center"/>
        </w:trPr>
        <w:tc>
          <w:tcPr>
            <w:tcW w:w="99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5A44EC" w14:textId="77777777" w:rsidR="0064390D" w:rsidRDefault="0064390D"/>
        </w:tc>
      </w:tr>
    </w:tbl>
    <w:p w14:paraId="42EB53E6" w14:textId="77777777" w:rsidR="0064390D" w:rsidRDefault="0064390D"/>
    <w:p w14:paraId="58FE6A4E" w14:textId="77777777" w:rsidR="0064390D" w:rsidRDefault="00B73C1B">
      <w:pPr>
        <w:spacing w:after="20"/>
      </w:pPr>
      <w:r>
        <w:rPr>
          <w:b/>
        </w:rPr>
        <w:t>Adres Wykonawcy: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2"/>
      </w:tblGrid>
      <w:tr w:rsidR="0064390D" w14:paraId="6528E1BA" w14:textId="77777777">
        <w:trPr>
          <w:jc w:val="center"/>
        </w:trPr>
        <w:tc>
          <w:tcPr>
            <w:tcW w:w="99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4124AD" w14:textId="77777777" w:rsidR="0064390D" w:rsidRDefault="0064390D"/>
        </w:tc>
      </w:tr>
    </w:tbl>
    <w:p w14:paraId="6C689773" w14:textId="77777777" w:rsidR="0064390D" w:rsidRDefault="0064390D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2"/>
      </w:tblGrid>
      <w:tr w:rsidR="0064390D" w:rsidRPr="00B73C1B" w14:paraId="6FE8742C" w14:textId="77777777">
        <w:trPr>
          <w:jc w:val="center"/>
        </w:trPr>
        <w:tc>
          <w:tcPr>
            <w:tcW w:w="9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</w:tcPr>
          <w:p w14:paraId="038712CA" w14:textId="77777777" w:rsidR="0064390D" w:rsidRPr="00B73C1B" w:rsidRDefault="00B73C1B">
            <w:pPr>
              <w:spacing w:before="40" w:after="40"/>
              <w:jc w:val="center"/>
              <w:rPr>
                <w:lang w:val="pl-PL"/>
              </w:rPr>
            </w:pPr>
            <w:r w:rsidRPr="00B73C1B">
              <w:rPr>
                <w:b/>
                <w:lang w:val="pl-PL"/>
              </w:rPr>
              <w:t>OŚWIADCZENIE WYKONAWCY / WYKONAWCY WSPÓLNIE UBIEGAJĄCEGO SIĘ O UDZIELENIE ZAMÓWIENIA</w:t>
            </w:r>
            <w:r w:rsidRPr="00B73C1B">
              <w:rPr>
                <w:b/>
                <w:lang w:val="pl-PL"/>
              </w:rPr>
              <w:br/>
              <w:t>w zakresie art. 108 ust. 1 pkt 5 ustawy Pzp</w:t>
            </w:r>
          </w:p>
        </w:tc>
      </w:tr>
    </w:tbl>
    <w:p w14:paraId="43BD9CF1" w14:textId="77777777" w:rsidR="0064390D" w:rsidRPr="00B73C1B" w:rsidRDefault="0064390D">
      <w:pPr>
        <w:spacing w:after="40"/>
        <w:rPr>
          <w:lang w:val="pl-P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2"/>
      </w:tblGrid>
      <w:tr w:rsidR="0064390D" w:rsidRPr="00B73C1B" w14:paraId="50E001E5" w14:textId="77777777">
        <w:trPr>
          <w:jc w:val="center"/>
        </w:trPr>
        <w:tc>
          <w:tcPr>
            <w:tcW w:w="9972" w:type="dxa"/>
            <w:tcBorders>
              <w:top w:val="nil"/>
              <w:left w:val="nil"/>
              <w:bottom w:val="nil"/>
              <w:right w:val="nil"/>
            </w:tcBorders>
            <w:shd w:val="clear" w:color="auto" w:fill="D9E8F5"/>
          </w:tcPr>
          <w:p w14:paraId="5C3AA530" w14:textId="77777777" w:rsidR="0064390D" w:rsidRPr="00B73C1B" w:rsidRDefault="00B73C1B">
            <w:pPr>
              <w:spacing w:before="20" w:after="20"/>
              <w:jc w:val="center"/>
              <w:rPr>
                <w:lang w:val="pl-PL"/>
              </w:rPr>
            </w:pPr>
            <w:r w:rsidRPr="00B73C1B">
              <w:rPr>
                <w:b/>
                <w:lang w:val="pl-PL"/>
              </w:rPr>
              <w:t>OŚWIADCZENIE DOTYCZĄCE PRZYNALEŻNOŚCI DO TEJ SAMEJ GRUPY KAPITAŁOWEJ</w:t>
            </w:r>
          </w:p>
        </w:tc>
      </w:tr>
    </w:tbl>
    <w:p w14:paraId="3CB597C4" w14:textId="77777777" w:rsidR="0064390D" w:rsidRPr="00B73C1B" w:rsidRDefault="00B73C1B">
      <w:pPr>
        <w:spacing w:before="80" w:after="60"/>
        <w:rPr>
          <w:lang w:val="pl-PL"/>
        </w:rPr>
      </w:pPr>
      <w:r w:rsidRPr="00B73C1B">
        <w:rPr>
          <w:lang w:val="pl-PL"/>
        </w:rPr>
        <w:t>Po zapoznaniu się z informacją o wykonawcach, którzy złożyli oferty lub oferty częściowe w postępowaniu, oświadczam, że (zaznaczyć właściwe):</w:t>
      </w:r>
    </w:p>
    <w:p w14:paraId="1D8C116C" w14:textId="77777777" w:rsidR="0064390D" w:rsidRPr="00B73C1B" w:rsidRDefault="00B73C1B">
      <w:pPr>
        <w:spacing w:after="60"/>
        <w:ind w:left="454" w:hanging="340"/>
        <w:jc w:val="both"/>
        <w:rPr>
          <w:lang w:val="pl-PL"/>
        </w:rPr>
      </w:pPr>
      <w:sdt>
        <w:sdtPr>
          <w:rPr>
            <w:lang w:val="pl-PL"/>
          </w:rPr>
          <w:alias w:val="Brak przynależności do tej samej grupy kapitałowej"/>
          <w:tag w:val="grupa_kapitalowa_brak"/>
          <w:id w:val="714682158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Pr="00B73C1B">
            <w:rPr>
              <w:rFonts w:ascii="Segoe UI Symbol" w:eastAsia="Segoe UI Symbol" w:hAnsi="Segoe UI Symbol"/>
              <w:sz w:val="20"/>
              <w:szCs w:val="20"/>
              <w:lang w:val="pl-PL"/>
            </w:rPr>
            <w:t>☐</w:t>
          </w:r>
        </w:sdtContent>
      </w:sdt>
      <w:r w:rsidRPr="00B73C1B">
        <w:rPr>
          <w:lang w:val="pl-PL"/>
        </w:rPr>
        <w:tab/>
        <w:t>nie należę do tej samej grupy kapitałowej w rozumieniu art. 4 pkt 14 ustawy z dnia 16 lutego 2007 r. o ochronie konkurencji i konsumentów z żadnym innym Wykonawcą, który złożył odrębną ofertę lub ofertę częściową w niniejszym postępowaniu;</w:t>
      </w:r>
    </w:p>
    <w:p w14:paraId="21852032" w14:textId="77777777" w:rsidR="0064390D" w:rsidRPr="00B73C1B" w:rsidRDefault="00B73C1B">
      <w:pPr>
        <w:spacing w:after="40"/>
        <w:ind w:left="454" w:hanging="340"/>
        <w:jc w:val="both"/>
        <w:rPr>
          <w:lang w:val="pl-PL"/>
        </w:rPr>
      </w:pPr>
      <w:sdt>
        <w:sdtPr>
          <w:rPr>
            <w:lang w:val="pl-PL"/>
          </w:rPr>
          <w:alias w:val="Przynależność do tej samej grupy kapitałowej"/>
          <w:tag w:val="grupa_kapitalowa_jest"/>
          <w:id w:val="1002885880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Pr="00B73C1B">
            <w:rPr>
              <w:rFonts w:ascii="Segoe UI Symbol" w:eastAsia="Segoe UI Symbol" w:hAnsi="Segoe UI Symbol"/>
              <w:sz w:val="20"/>
              <w:szCs w:val="20"/>
              <w:lang w:val="pl-PL"/>
            </w:rPr>
            <w:t>☐</w:t>
          </w:r>
        </w:sdtContent>
      </w:sdt>
      <w:r w:rsidRPr="00B73C1B">
        <w:rPr>
          <w:lang w:val="pl-PL"/>
        </w:rPr>
        <w:tab/>
        <w:t>należę do tej samej grupy kapitałowej z następującym Wykonawcą / następującymi Wykonawcami, którzy złożyli odrębną ofertę lub ofertę częściową w niniejszym postępowaniu:</w:t>
      </w:r>
    </w:p>
    <w:p w14:paraId="0B30EE57" w14:textId="77777777" w:rsidR="0064390D" w:rsidRPr="00B73C1B" w:rsidRDefault="00B73C1B">
      <w:pPr>
        <w:spacing w:after="40"/>
        <w:ind w:left="454"/>
        <w:rPr>
          <w:lang w:val="pl-PL"/>
        </w:rPr>
      </w:pPr>
      <w:r w:rsidRPr="00B73C1B">
        <w:rPr>
          <w:lang w:val="pl-PL"/>
        </w:rPr>
        <w:t>..............................................................................................................................................................................</w:t>
      </w:r>
    </w:p>
    <w:p w14:paraId="6F3440B7" w14:textId="77777777" w:rsidR="0064390D" w:rsidRPr="00B73C1B" w:rsidRDefault="00B73C1B">
      <w:pPr>
        <w:spacing w:after="60"/>
        <w:jc w:val="center"/>
        <w:rPr>
          <w:lang w:val="pl-PL"/>
        </w:rPr>
      </w:pPr>
      <w:r w:rsidRPr="00B73C1B">
        <w:rPr>
          <w:i/>
          <w:sz w:val="16"/>
          <w:lang w:val="pl-PL"/>
        </w:rPr>
        <w:t>(należy podać nazwę i adres Wykonawcy / Wykonawców)</w:t>
      </w:r>
    </w:p>
    <w:p w14:paraId="42A3A6C3" w14:textId="77777777" w:rsidR="0064390D" w:rsidRPr="00B73C1B" w:rsidRDefault="00B73C1B">
      <w:pPr>
        <w:spacing w:after="80"/>
        <w:jc w:val="both"/>
        <w:rPr>
          <w:lang w:val="pl-PL"/>
        </w:rPr>
      </w:pPr>
      <w:r w:rsidRPr="00B73C1B">
        <w:rPr>
          <w:lang w:val="pl-PL"/>
        </w:rPr>
        <w:t>W przypadku zaznaczenia drugiego wariantu w załączeniu przekazuję dokumenty lub informacje potwierdzające przygotowanie oferty lub oferty częściowej niezależnie od wskazanego wyżej Wykonawcy / wskazanych wyżej Wykonawców należących do tej samej grupy kapitałowej.</w:t>
      </w:r>
    </w:p>
    <w:p w14:paraId="1B417177" w14:textId="77777777" w:rsidR="0064390D" w:rsidRDefault="00B73C1B">
      <w:pPr>
        <w:spacing w:after="20"/>
      </w:pPr>
      <w:r>
        <w:rPr>
          <w:b/>
        </w:rPr>
        <w:t>Załączniki:</w:t>
      </w:r>
    </w:p>
    <w:p w14:paraId="38AAA7EA" w14:textId="77777777" w:rsidR="0064390D" w:rsidRDefault="00B73C1B">
      <w:pPr>
        <w:pStyle w:val="Listanumerowana"/>
        <w:spacing w:after="20"/>
        <w:ind w:left="340" w:hanging="340"/>
      </w:pPr>
      <w:r>
        <w:t>........................................................................................................................................................</w:t>
      </w:r>
    </w:p>
    <w:p w14:paraId="05F89301" w14:textId="77777777" w:rsidR="0064390D" w:rsidRDefault="00B73C1B">
      <w:pPr>
        <w:pStyle w:val="Listanumerowana"/>
        <w:spacing w:after="20"/>
        <w:ind w:left="340" w:hanging="340"/>
      </w:pPr>
      <w:r>
        <w:t>........................................................................................................................................................</w:t>
      </w:r>
    </w:p>
    <w:p w14:paraId="2C2C3C6B" w14:textId="77777777" w:rsidR="0064390D" w:rsidRDefault="0064390D"/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9972"/>
      </w:tblGrid>
      <w:tr w:rsidR="0064390D" w:rsidRPr="00B73C1B" w14:paraId="59A0C922" w14:textId="77777777">
        <w:trPr>
          <w:jc w:val="right"/>
        </w:trPr>
        <w:tc>
          <w:tcPr>
            <w:tcW w:w="99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16B169" w14:textId="77777777" w:rsidR="0064390D" w:rsidRPr="00B73C1B" w:rsidRDefault="00B73C1B">
            <w:pPr>
              <w:spacing w:before="40" w:after="40"/>
              <w:jc w:val="center"/>
              <w:rPr>
                <w:lang w:val="pl-PL"/>
              </w:rPr>
            </w:pPr>
            <w:r w:rsidRPr="00B73C1B">
              <w:rPr>
                <w:sz w:val="14"/>
                <w:lang w:val="pl-PL"/>
              </w:rPr>
              <w:t>Data; kwalifikowany podpis elektroniczny osoby uprawnionej</w:t>
            </w:r>
          </w:p>
        </w:tc>
      </w:tr>
    </w:tbl>
    <w:p w14:paraId="0850FBD7" w14:textId="77777777" w:rsidR="00B73C1B" w:rsidRPr="00B73C1B" w:rsidRDefault="00B73C1B">
      <w:pPr>
        <w:rPr>
          <w:lang w:val="pl-PL"/>
        </w:rPr>
      </w:pPr>
    </w:p>
    <w:sectPr w:rsidR="00000000" w:rsidRPr="00B73C1B" w:rsidSect="00034616">
      <w:pgSz w:w="12240" w:h="15840"/>
      <w:pgMar w:top="709" w:right="1134" w:bottom="680" w:left="1134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6391780">
    <w:abstractNumId w:val="8"/>
  </w:num>
  <w:num w:numId="2" w16cid:durableId="708145319">
    <w:abstractNumId w:val="6"/>
  </w:num>
  <w:num w:numId="3" w16cid:durableId="1939869820">
    <w:abstractNumId w:val="5"/>
  </w:num>
  <w:num w:numId="4" w16cid:durableId="489247362">
    <w:abstractNumId w:val="4"/>
  </w:num>
  <w:num w:numId="5" w16cid:durableId="642004338">
    <w:abstractNumId w:val="7"/>
  </w:num>
  <w:num w:numId="6" w16cid:durableId="520245072">
    <w:abstractNumId w:val="3"/>
  </w:num>
  <w:num w:numId="7" w16cid:durableId="1174146170">
    <w:abstractNumId w:val="2"/>
  </w:num>
  <w:num w:numId="8" w16cid:durableId="1689987933">
    <w:abstractNumId w:val="1"/>
  </w:num>
  <w:num w:numId="9" w16cid:durableId="272791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7989"/>
    <w:rsid w:val="0029639D"/>
    <w:rsid w:val="00326F90"/>
    <w:rsid w:val="0064390D"/>
    <w:rsid w:val="00AA1D8D"/>
    <w:rsid w:val="00B47730"/>
    <w:rsid w:val="00B73C1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1050B3"/>
  <w14:defaultImageDpi w14:val="300"/>
  <w15:docId w15:val="{8E9756C7-F6AF-4844-806B-7CAD321E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Katarzyna Jakimiec</cp:lastModifiedBy>
  <cp:revision>2</cp:revision>
  <dcterms:created xsi:type="dcterms:W3CDTF">2013-12-23T23:15:00Z</dcterms:created>
  <dcterms:modified xsi:type="dcterms:W3CDTF">2026-07-29T06:40:00Z</dcterms:modified>
  <cp:category/>
</cp:coreProperties>
</file>