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5E7D4" w14:textId="77777777" w:rsidR="00980106" w:rsidRDefault="007060C6">
      <w:pPr>
        <w:jc w:val="center"/>
      </w:pPr>
      <w:r>
        <w:rPr>
          <w:rFonts w:ascii="Arial" w:eastAsia="Arial" w:hAnsi="Arial"/>
          <w:noProof/>
        </w:rPr>
        <w:drawing>
          <wp:inline distT="0" distB="0" distL="0" distR="0" wp14:anchorId="0DEABDAF" wp14:editId="017BA50A">
            <wp:extent cx="5940000" cy="8754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7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B8E5A" w14:textId="77777777" w:rsidR="00980106" w:rsidRDefault="00980106"/>
    <w:p w14:paraId="64C0E078" w14:textId="5F60B920" w:rsidR="00EE23AB" w:rsidRDefault="004B1F8C">
      <w:r>
        <w:rPr>
          <w:rFonts w:ascii="Arial" w:eastAsia="Arial" w:hAnsi="Arial"/>
          <w:b/>
          <w:sz w:val="18"/>
        </w:rPr>
        <w:t>ZP/2501/87</w:t>
      </w:r>
      <w:r>
        <w:rPr>
          <w:rFonts w:ascii="Arial" w:eastAsia="Arial" w:hAnsi="Arial"/>
          <w:b/>
          <w:sz w:val="18"/>
        </w:rPr>
        <w:t>/26</w:t>
      </w:r>
    </w:p>
    <w:p w14:paraId="56704A43" w14:textId="77777777" w:rsidR="00EE23AB" w:rsidRPr="004B1F8C" w:rsidRDefault="004B1F8C">
      <w:pPr>
        <w:jc w:val="center"/>
        <w:rPr>
          <w:lang w:val="pl-PL"/>
        </w:rPr>
      </w:pPr>
      <w:r w:rsidRPr="004B1F8C">
        <w:rPr>
          <w:rFonts w:ascii="Arial" w:eastAsia="Arial" w:hAnsi="Arial"/>
          <w:b/>
          <w:sz w:val="22"/>
          <w:lang w:val="pl-PL"/>
        </w:rPr>
        <w:t>Załącznik nr 1a</w:t>
      </w:r>
    </w:p>
    <w:p w14:paraId="2CDDD10C" w14:textId="77777777" w:rsidR="00EE23AB" w:rsidRPr="004B1F8C" w:rsidRDefault="004B1F8C">
      <w:pPr>
        <w:jc w:val="center"/>
        <w:rPr>
          <w:lang w:val="pl-PL"/>
        </w:rPr>
      </w:pPr>
      <w:r w:rsidRPr="004B1F8C">
        <w:rPr>
          <w:rFonts w:ascii="Arial" w:eastAsia="Arial" w:hAnsi="Arial"/>
          <w:b/>
          <w:lang w:val="pl-PL"/>
        </w:rPr>
        <w:t xml:space="preserve">Oświadczenie wykonawcy składane na podstawie art. 125 ust. 1 </w:t>
      </w:r>
      <w:proofErr w:type="spellStart"/>
      <w:r w:rsidRPr="004B1F8C">
        <w:rPr>
          <w:rFonts w:ascii="Arial" w:eastAsia="Arial" w:hAnsi="Arial"/>
          <w:b/>
          <w:lang w:val="pl-PL"/>
        </w:rPr>
        <w:t>Pzp</w:t>
      </w:r>
      <w:proofErr w:type="spellEnd"/>
    </w:p>
    <w:p w14:paraId="54A971A1" w14:textId="77777777" w:rsidR="00EE23AB" w:rsidRPr="004B1F8C" w:rsidRDefault="004B1F8C">
      <w:pPr>
        <w:jc w:val="center"/>
        <w:rPr>
          <w:lang w:val="pl-PL"/>
        </w:rPr>
      </w:pPr>
      <w:r w:rsidRPr="004B1F8C">
        <w:rPr>
          <w:rFonts w:ascii="Arial" w:eastAsia="Arial" w:hAnsi="Arial"/>
          <w:lang w:val="pl-PL"/>
        </w:rPr>
        <w:t>do Specyfikacji Warunków Zamówienia</w:t>
      </w:r>
    </w:p>
    <w:p w14:paraId="03791724" w14:textId="05A6FEA4" w:rsidR="00EE23AB" w:rsidRPr="004B1F8C" w:rsidRDefault="004B1F8C">
      <w:pPr>
        <w:jc w:val="center"/>
        <w:rPr>
          <w:lang w:val="pl-PL"/>
        </w:rPr>
      </w:pPr>
      <w:r w:rsidRPr="004B1F8C">
        <w:rPr>
          <w:rFonts w:ascii="Arial" w:eastAsia="Arial" w:hAnsi="Arial"/>
          <w:sz w:val="18"/>
          <w:lang w:val="pl-PL"/>
        </w:rPr>
        <w:t xml:space="preserve">Postępowanie: </w:t>
      </w:r>
      <w:r w:rsidRPr="004B1F8C">
        <w:rPr>
          <w:rFonts w:ascii="Helvetica" w:hAnsi="Helvetica" w:cs="Helvetica"/>
          <w:color w:val="424242"/>
          <w:sz w:val="18"/>
          <w:szCs w:val="18"/>
          <w:shd w:val="clear" w:color="auto" w:fill="FFFFFF"/>
          <w:lang w:val="pl-PL"/>
        </w:rPr>
        <w:t>Dostawa implantów używanych w chirurgii urazowo-ortopedycznej oraz zabiegach medycyny sportowej</w:t>
      </w:r>
    </w:p>
    <w:p w14:paraId="577977E6" w14:textId="77777777" w:rsidR="00EE23AB" w:rsidRPr="004B1F8C" w:rsidRDefault="004B1F8C">
      <w:pPr>
        <w:jc w:val="center"/>
        <w:rPr>
          <w:lang w:val="pl-PL"/>
        </w:rPr>
      </w:pPr>
      <w:r w:rsidRPr="004B1F8C">
        <w:rPr>
          <w:rFonts w:ascii="Arial" w:eastAsia="Arial" w:hAnsi="Arial"/>
          <w:b/>
          <w:lang w:val="pl-PL"/>
        </w:rPr>
        <w:t>OŚWIADCZENIE WYKONAWCY</w:t>
      </w:r>
    </w:p>
    <w:p w14:paraId="69F998C1" w14:textId="77777777" w:rsidR="00EE23AB" w:rsidRPr="004B1F8C" w:rsidRDefault="004B1F8C">
      <w:pPr>
        <w:rPr>
          <w:lang w:val="pl-PL"/>
        </w:rPr>
      </w:pPr>
      <w:r w:rsidRPr="004B1F8C">
        <w:rPr>
          <w:rFonts w:ascii="Arial" w:eastAsia="Arial" w:hAnsi="Arial"/>
          <w:lang w:val="pl-PL"/>
        </w:rPr>
        <w:t>Ja/My niżej podpisany/i, działając w imieniu Wykonawcy: ............................................................................................................................, oświadczam/y, że:</w:t>
      </w:r>
    </w:p>
    <w:p w14:paraId="27661B07" w14:textId="77777777" w:rsidR="00EE23AB" w:rsidRDefault="004B1F8C">
      <w:r>
        <w:rPr>
          <w:rFonts w:ascii="Arial" w:eastAsia="Arial" w:hAnsi="Arial"/>
          <w:b/>
          <w:color w:val="1F4E79"/>
        </w:rPr>
        <w:t>I. Brak podstaw wykluczenia</w:t>
      </w:r>
    </w:p>
    <w:p w14:paraId="13279923" w14:textId="77777777" w:rsidR="00EE23AB" w:rsidRPr="004B1F8C" w:rsidRDefault="004B1F8C">
      <w:pPr>
        <w:numPr>
          <w:ilvl w:val="0"/>
          <w:numId w:val="1"/>
        </w:numPr>
        <w:rPr>
          <w:lang w:val="pl-PL"/>
        </w:rPr>
      </w:pPr>
      <w:r w:rsidRPr="004B1F8C">
        <w:rPr>
          <w:rFonts w:ascii="Arial" w:eastAsia="Arial" w:hAnsi="Arial"/>
          <w:lang w:val="pl-PL"/>
        </w:rPr>
        <w:t xml:space="preserve">Wykonawca nie podlega wykluczeniu z postępowania na podstawie art. 108 ust. 1 </w:t>
      </w:r>
      <w:proofErr w:type="spellStart"/>
      <w:r w:rsidRPr="004B1F8C">
        <w:rPr>
          <w:rFonts w:ascii="Arial" w:eastAsia="Arial" w:hAnsi="Arial"/>
          <w:lang w:val="pl-PL"/>
        </w:rPr>
        <w:t>Pzp</w:t>
      </w:r>
      <w:proofErr w:type="spellEnd"/>
      <w:r w:rsidRPr="004B1F8C">
        <w:rPr>
          <w:rFonts w:ascii="Arial" w:eastAsia="Arial" w:hAnsi="Arial"/>
          <w:lang w:val="pl-PL"/>
        </w:rPr>
        <w:t>.</w:t>
      </w:r>
    </w:p>
    <w:p w14:paraId="712A9307" w14:textId="77777777" w:rsidR="00EE23AB" w:rsidRPr="004B1F8C" w:rsidRDefault="004B1F8C">
      <w:pPr>
        <w:numPr>
          <w:ilvl w:val="0"/>
          <w:numId w:val="1"/>
        </w:numPr>
        <w:rPr>
          <w:lang w:val="pl-PL"/>
        </w:rPr>
      </w:pPr>
      <w:r w:rsidRPr="004B1F8C">
        <w:rPr>
          <w:rFonts w:ascii="Arial" w:eastAsia="Arial" w:hAnsi="Arial"/>
          <w:lang w:val="pl-PL"/>
        </w:rPr>
        <w:t>Wykonawca nie podlega wykluczeniu na podstawie art. 7 ust. 1 ustawy z dnia 13 kwietnia 2022 r. o szczególnych rozwiązaniach w zakresie przeciwdziałania wspieraniu agresji na Ukrainę oraz służących ochronie bezpieczeństwa narodowego.</w:t>
      </w:r>
    </w:p>
    <w:p w14:paraId="0957600B" w14:textId="77777777" w:rsidR="00EE23AB" w:rsidRDefault="004B1F8C">
      <w:r>
        <w:rPr>
          <w:rFonts w:ascii="Arial" w:eastAsia="Arial" w:hAnsi="Arial"/>
          <w:b/>
          <w:color w:val="1F4E79"/>
        </w:rPr>
        <w:t>II. Aktualność i prawdziwość oświadczeń</w:t>
      </w:r>
    </w:p>
    <w:p w14:paraId="780C3A11" w14:textId="77777777" w:rsidR="00EE23AB" w:rsidRPr="004B1F8C" w:rsidRDefault="004B1F8C">
      <w:pPr>
        <w:numPr>
          <w:ilvl w:val="0"/>
          <w:numId w:val="1"/>
        </w:numPr>
        <w:rPr>
          <w:lang w:val="pl-PL"/>
        </w:rPr>
      </w:pPr>
      <w:r w:rsidRPr="004B1F8C">
        <w:rPr>
          <w:rFonts w:ascii="Arial" w:eastAsia="Arial" w:hAnsi="Arial"/>
          <w:lang w:val="pl-PL"/>
        </w:rPr>
        <w:t>Wszystkie informacje podane w niniejszym oświadczeniu są aktualne i zgodne z prawdą.</w:t>
      </w:r>
    </w:p>
    <w:p w14:paraId="081CA799" w14:textId="77777777" w:rsidR="00EE23AB" w:rsidRPr="004B1F8C" w:rsidRDefault="004B1F8C">
      <w:pPr>
        <w:numPr>
          <w:ilvl w:val="0"/>
          <w:numId w:val="1"/>
        </w:numPr>
        <w:rPr>
          <w:lang w:val="pl-PL"/>
        </w:rPr>
      </w:pPr>
      <w:r w:rsidRPr="004B1F8C">
        <w:rPr>
          <w:rFonts w:ascii="Arial" w:eastAsia="Arial" w:hAnsi="Arial"/>
          <w:lang w:val="pl-PL"/>
        </w:rPr>
        <w:t>Jestem świadomy / jesteśmy świadomi odpowiedzialności za złożenie oświadczenia niezgodnego z prawdą.</w:t>
      </w:r>
    </w:p>
    <w:p w14:paraId="4E565127" w14:textId="77777777" w:rsidR="00EE23AB" w:rsidRPr="004B1F8C" w:rsidRDefault="004B1F8C">
      <w:pPr>
        <w:rPr>
          <w:lang w:val="pl-PL"/>
        </w:rPr>
      </w:pPr>
      <w:r w:rsidRPr="004B1F8C">
        <w:rPr>
          <w:rFonts w:ascii="Arial" w:eastAsia="Arial" w:hAnsi="Arial"/>
          <w:b/>
          <w:color w:val="1F4E79"/>
          <w:lang w:val="pl-PL"/>
        </w:rPr>
        <w:t>III. Informacje dotyczące wykonawców wspólnie ubiegających się o udzielenie zamówienia</w:t>
      </w:r>
    </w:p>
    <w:p w14:paraId="60742453" w14:textId="77777777" w:rsidR="00EE23AB" w:rsidRPr="004B1F8C" w:rsidRDefault="004B1F8C">
      <w:pPr>
        <w:numPr>
          <w:ilvl w:val="0"/>
          <w:numId w:val="1"/>
        </w:numPr>
        <w:rPr>
          <w:lang w:val="pl-PL"/>
        </w:rPr>
      </w:pPr>
      <w:r w:rsidRPr="004B1F8C">
        <w:rPr>
          <w:rFonts w:ascii="Arial" w:eastAsia="Arial" w:hAnsi="Arial"/>
          <w:lang w:val="pl-PL"/>
        </w:rPr>
        <w:t>W przypadku wspólnego ubiegania się o udzielenie zamówienia niniejsze oświadczenie składa każdy z wykonawców wspólnie ubiegających się o udzielenie zamówienia.</w:t>
      </w:r>
    </w:p>
    <w:p w14:paraId="62A27837" w14:textId="77777777" w:rsidR="00EE23AB" w:rsidRDefault="004B1F8C">
      <w:pPr>
        <w:jc w:val="right"/>
      </w:pPr>
      <w:r w:rsidRPr="004B1F8C">
        <w:rPr>
          <w:rFonts w:ascii="Arial" w:eastAsia="Arial" w:hAnsi="Arial"/>
          <w:sz w:val="18"/>
          <w:lang w:val="pl-PL"/>
        </w:rPr>
        <w:br/>
      </w:r>
      <w:r>
        <w:rPr>
          <w:rFonts w:ascii="Arial" w:eastAsia="Arial" w:hAnsi="Arial"/>
          <w:sz w:val="18"/>
        </w:rPr>
        <w:t>..............................................................</w:t>
      </w:r>
      <w:r>
        <w:rPr>
          <w:rFonts w:ascii="Arial" w:eastAsia="Arial" w:hAnsi="Arial"/>
          <w:sz w:val="18"/>
        </w:rPr>
        <w:br/>
        <w:t>podpis Wykonawcy</w:t>
      </w:r>
    </w:p>
    <w:sectPr w:rsidR="00EE23AB" w:rsidSect="00034616">
      <w:footerReference w:type="default" r:id="rId9"/>
      <w:pgSz w:w="12240" w:h="15840"/>
      <w:pgMar w:top="680" w:right="794" w:bottom="624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AEDD6" w14:textId="77777777" w:rsidR="004B1F8C" w:rsidRDefault="004B1F8C">
      <w:r>
        <w:separator/>
      </w:r>
    </w:p>
  </w:endnote>
  <w:endnote w:type="continuationSeparator" w:id="0">
    <w:p w14:paraId="3F6224AA" w14:textId="77777777" w:rsidR="004B1F8C" w:rsidRDefault="004B1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5697A" w14:textId="77777777" w:rsidR="00EE23AB" w:rsidRDefault="00EE23A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AB038" w14:textId="77777777" w:rsidR="004B1F8C" w:rsidRDefault="004B1F8C">
      <w:r>
        <w:separator/>
      </w:r>
    </w:p>
  </w:footnote>
  <w:footnote w:type="continuationSeparator" w:id="0">
    <w:p w14:paraId="3F1ED811" w14:textId="77777777" w:rsidR="004B1F8C" w:rsidRDefault="004B1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8685905"/>
    <w:multiLevelType w:val="multilevel"/>
    <w:tmpl w:val="B6569E02"/>
    <w:lvl w:ilvl="0">
      <w:start w:val="1"/>
      <w:numFmt w:val="decimal"/>
      <w:lvlText w:val="%1)"/>
      <w:lvlJc w:val="left"/>
      <w:pPr>
        <w:ind w:left="360" w:hanging="360"/>
      </w:pPr>
      <w:rPr>
        <w:rFonts w:ascii="Arial Narrow" w:eastAsia="Arial Narrow" w:hAnsi="Arial Narrow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 Narrow" w:eastAsia="Arial Narrow" w:hAnsi="Arial Narrow"/>
        <w:sz w:val="2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F3A2B1C"/>
    <w:multiLevelType w:val="multilevel"/>
    <w:tmpl w:val="52388922"/>
    <w:lvl w:ilvl="0">
      <w:start w:val="1"/>
      <w:numFmt w:val="decimal"/>
      <w:lvlText w:val="%1)"/>
      <w:lvlJc w:val="left"/>
      <w:pPr>
        <w:ind w:left="360" w:hanging="280"/>
      </w:pPr>
    </w:lvl>
    <w:lvl w:ilvl="1">
      <w:start w:val="1"/>
      <w:numFmt w:val="lowerLetter"/>
      <w:lvlText w:val="%2)"/>
      <w:lvlJc w:val="left"/>
      <w:pPr>
        <w:ind w:left="720" w:hanging="280"/>
      </w:pPr>
    </w:lvl>
    <w:lvl w:ilvl="2">
      <w:start w:val="1"/>
      <w:numFmt w:val="bullet"/>
      <w:lvlText w:val="–"/>
      <w:lvlJc w:val="left"/>
      <w:pPr>
        <w:ind w:left="1080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004027"/>
    <w:multiLevelType w:val="multilevel"/>
    <w:tmpl w:val="D6726A78"/>
    <w:lvl w:ilvl="0">
      <w:start w:val="1"/>
      <w:numFmt w:val="bullet"/>
      <w:pStyle w:val="Listapunktowana"/>
      <w:lvlText w:val="–"/>
      <w:lvlJc w:val="left"/>
      <w:pPr>
        <w:ind w:left="540" w:hanging="360"/>
      </w:pPr>
      <w:rPr>
        <w:rFonts w:ascii="Arial Narrow" w:eastAsia="Arial Narrow" w:hAnsi="Arial Narrow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216155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2060"/>
    <w:rsid w:val="0015074B"/>
    <w:rsid w:val="00197EC6"/>
    <w:rsid w:val="0029639D"/>
    <w:rsid w:val="00326F90"/>
    <w:rsid w:val="003F7556"/>
    <w:rsid w:val="004B1F8C"/>
    <w:rsid w:val="007060C6"/>
    <w:rsid w:val="008B5F65"/>
    <w:rsid w:val="00980106"/>
    <w:rsid w:val="00AA1D8D"/>
    <w:rsid w:val="00AB6861"/>
    <w:rsid w:val="00B47730"/>
    <w:rsid w:val="00CB0664"/>
    <w:rsid w:val="00EE23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7A8AD5"/>
  <w14:defaultImageDpi w14:val="300"/>
  <w15:docId w15:val="{65BF6A5B-8BD0-4629-BD5D-CB81986F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 Narrow" w:eastAsia="Arial Narrow" w:hAnsi="Arial Narrow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1F4E79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ind w:left="360" w:hanging="28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ind w:left="360" w:hanging="280"/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tabs>
        <w:tab w:val="num" w:pos="360"/>
      </w:tabs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tabs>
        <w:tab w:val="num" w:pos="360"/>
      </w:tabs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rPr>
      <w:rFonts w:ascii="Arial Narrow" w:eastAsia="Arial Narrow" w:hAnsi="Arial Narrow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1a - Oświadczenie art. 125 Pzp - ZP/2501/74/26</dc:title>
  <dc:subject>Dostawa jednorazowych wyrobów medycznych dla Specjalistycznego Szpitala Wojewódzkiego w Ciechanowie</dc:subject>
  <dc:creator>python-docx</dc:creator>
  <cp:keywords>ZP/2501/74/26; oświadczenie art. 125 Pzp; zamówienia publiczne</cp:keywords>
  <dc:description/>
  <cp:lastModifiedBy>Paulina Witkowska</cp:lastModifiedBy>
  <cp:revision>5</cp:revision>
  <dcterms:created xsi:type="dcterms:W3CDTF">2013-12-23T23:15:00Z</dcterms:created>
  <dcterms:modified xsi:type="dcterms:W3CDTF">2026-08-12T08:29:00Z</dcterms:modified>
  <cp:category/>
</cp:coreProperties>
</file>