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777F5A" w14:paraId="444B1D74" w14:textId="77777777">
        <w:trPr>
          <w:jc w:val="center"/>
        </w:trPr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35906007" w14:textId="77777777" w:rsidR="00777F5A" w:rsidRDefault="00AC1E8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4671B" wp14:editId="63A440C3">
                  <wp:extent cx="954000" cy="63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" cy="6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7EC0C4CE" w14:textId="77777777" w:rsidR="00777F5A" w:rsidRDefault="00AC1E8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555D65" wp14:editId="78ECBC63">
                  <wp:extent cx="1530000" cy="54433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54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B5C67B" w14:textId="77777777" w:rsidR="00777F5A" w:rsidRDefault="00AC1E86">
      <w:pPr>
        <w:spacing w:before="140" w:after="60"/>
        <w:jc w:val="right"/>
      </w:pPr>
      <w:r>
        <w:rPr>
          <w:b/>
        </w:rPr>
        <w:t>Załącznik nr 1 – Formularz ofertowy</w:t>
      </w:r>
    </w:p>
    <w:p w14:paraId="288C2045" w14:textId="77777777" w:rsidR="00777F5A" w:rsidRDefault="00AC1E86">
      <w:pPr>
        <w:spacing w:after="160"/>
      </w:pPr>
      <w:r>
        <w:t>Dotyczy postępowania pn. Usługa bezpośredniej ochrony fizycznej stałej – dozoru mienia nieruchomości Specjalistycznego Szpitala Wojewódzkiego w Ciechanowie przy ul. Długiej 9 (ZP/2501/86/26)</w:t>
      </w:r>
    </w:p>
    <w:p w14:paraId="22BECAC3" w14:textId="77777777" w:rsidR="00777F5A" w:rsidRDefault="00AC1E86">
      <w:pPr>
        <w:spacing w:after="80"/>
        <w:jc w:val="center"/>
      </w:pPr>
      <w:r>
        <w:rPr>
          <w:b/>
        </w:rPr>
        <w:t>OFERTA</w:t>
      </w:r>
    </w:p>
    <w:p w14:paraId="0C757090" w14:textId="77777777" w:rsidR="00777F5A" w:rsidRDefault="00AC1E86">
      <w:pPr>
        <w:keepNext/>
        <w:spacing w:before="140" w:after="40"/>
      </w:pPr>
      <w:r>
        <w:rPr>
          <w:b/>
          <w:color w:val="1F4E79"/>
        </w:rPr>
        <w:t>I.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777F5A" w14:paraId="75A537D8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6BF000" w14:textId="77777777" w:rsidR="00777F5A" w:rsidRDefault="00AC1E86">
            <w:r>
              <w:t>Pełna nazwa: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E2DF82" w14:textId="77777777" w:rsidR="00777F5A" w:rsidRDefault="00777F5A"/>
        </w:tc>
      </w:tr>
      <w:tr w:rsidR="00777F5A" w14:paraId="270984BF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5C4D75" w14:textId="77777777" w:rsidR="00777F5A" w:rsidRDefault="00AC1E86">
            <w:r>
              <w:t>Adres: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14623D" w14:textId="77777777" w:rsidR="00777F5A" w:rsidRDefault="00777F5A"/>
        </w:tc>
      </w:tr>
      <w:tr w:rsidR="00777F5A" w14:paraId="1080AF7E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364AE9" w14:textId="77777777" w:rsidR="00777F5A" w:rsidRDefault="00AC1E86">
            <w:r>
              <w:t>Województwo: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E496F9" w14:textId="77777777" w:rsidR="00777F5A" w:rsidRDefault="00777F5A"/>
        </w:tc>
      </w:tr>
      <w:tr w:rsidR="00777F5A" w14:paraId="2F6DF88D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D930DE" w14:textId="77777777" w:rsidR="00777F5A" w:rsidRDefault="00AC1E86">
            <w:r>
              <w:t>NIP: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34820D" w14:textId="77777777" w:rsidR="00777F5A" w:rsidRDefault="00777F5A"/>
        </w:tc>
      </w:tr>
      <w:tr w:rsidR="00777F5A" w14:paraId="7865467E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E50C2C" w14:textId="77777777" w:rsidR="00777F5A" w:rsidRDefault="00AC1E86">
            <w:r>
              <w:t>REGON: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10AA61" w14:textId="77777777" w:rsidR="00777F5A" w:rsidRDefault="00777F5A"/>
        </w:tc>
      </w:tr>
      <w:tr w:rsidR="00777F5A" w14:paraId="61D7992F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4E4855" w14:textId="77777777" w:rsidR="00777F5A" w:rsidRDefault="00AC1E86">
            <w:r>
              <w:t>KRS / CEIDG: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39C8C2" w14:textId="77777777" w:rsidR="00777F5A" w:rsidRDefault="00777F5A"/>
        </w:tc>
      </w:tr>
      <w:tr w:rsidR="00777F5A" w14:paraId="0C65C65E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1C90B1" w14:textId="77777777" w:rsidR="00777F5A" w:rsidRDefault="00AC1E86">
            <w:r>
              <w:t>Adres e-mail: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E7B05E" w14:textId="77777777" w:rsidR="00777F5A" w:rsidRDefault="00777F5A"/>
        </w:tc>
      </w:tr>
      <w:tr w:rsidR="00777F5A" w14:paraId="3CBC1E32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77AAD0" w14:textId="77777777" w:rsidR="00777F5A" w:rsidRDefault="00AC1E86">
            <w:r>
              <w:t>Nr telefonu: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E0BCEA" w14:textId="77777777" w:rsidR="00777F5A" w:rsidRDefault="00777F5A"/>
        </w:tc>
      </w:tr>
    </w:tbl>
    <w:p w14:paraId="17DF3F0E" w14:textId="77777777" w:rsidR="00777F5A" w:rsidRDefault="00AC1E86">
      <w:pPr>
        <w:keepNext/>
        <w:spacing w:before="140" w:after="40"/>
      </w:pPr>
      <w:r>
        <w:rPr>
          <w:b/>
          <w:color w:val="1F4E79"/>
        </w:rPr>
        <w:t>II. Cena oferty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77F5A" w14:paraId="43D6C09F" w14:textId="77777777">
        <w:trPr>
          <w:tblHeader/>
          <w:jc w:val="center"/>
        </w:trPr>
        <w:tc>
          <w:tcPr>
            <w:tcW w:w="2436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82BC39" w14:textId="77777777" w:rsidR="00777F5A" w:rsidRDefault="00AC1E86">
            <w:pPr>
              <w:jc w:val="center"/>
            </w:pPr>
            <w:r>
              <w:rPr>
                <w:b/>
              </w:rPr>
              <w:t>Przedmiot</w:t>
            </w:r>
          </w:p>
        </w:tc>
        <w:tc>
          <w:tcPr>
            <w:tcW w:w="2436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7BC321" w14:textId="77777777" w:rsidR="00777F5A" w:rsidRDefault="00AC1E86">
            <w:pPr>
              <w:jc w:val="center"/>
            </w:pPr>
            <w:r>
              <w:rPr>
                <w:b/>
              </w:rPr>
              <w:t>Cena netto [PLN]</w:t>
            </w:r>
          </w:p>
        </w:tc>
        <w:tc>
          <w:tcPr>
            <w:tcW w:w="2436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F99C76" w14:textId="77777777" w:rsidR="00777F5A" w:rsidRDefault="00AC1E86">
            <w:pPr>
              <w:jc w:val="center"/>
            </w:pPr>
            <w:r>
              <w:rPr>
                <w:b/>
              </w:rPr>
              <w:t>VAT [%]</w:t>
            </w:r>
          </w:p>
        </w:tc>
        <w:tc>
          <w:tcPr>
            <w:tcW w:w="2436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F41BAF" w14:textId="77777777" w:rsidR="00777F5A" w:rsidRDefault="00AC1E86">
            <w:pPr>
              <w:jc w:val="center"/>
            </w:pPr>
            <w:r>
              <w:rPr>
                <w:b/>
              </w:rPr>
              <w:t>Cena brutto [PLN]</w:t>
            </w:r>
          </w:p>
        </w:tc>
      </w:tr>
      <w:tr w:rsidR="00777F5A" w14:paraId="3B786A34" w14:textId="77777777">
        <w:trPr>
          <w:jc w:val="center"/>
        </w:trPr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A86882" w14:textId="77777777" w:rsidR="00777F5A" w:rsidRDefault="00AC1E86">
            <w:r>
              <w:t>Cena usługi – ryczałt za 1 miesiąc</w:t>
            </w:r>
          </w:p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BE0769" w14:textId="77777777" w:rsidR="00777F5A" w:rsidRDefault="00777F5A"/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2F2C39" w14:textId="77777777" w:rsidR="00777F5A" w:rsidRDefault="00777F5A"/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C061E5" w14:textId="77777777" w:rsidR="00777F5A" w:rsidRDefault="00777F5A"/>
        </w:tc>
      </w:tr>
      <w:tr w:rsidR="00777F5A" w14:paraId="493FB8B3" w14:textId="77777777">
        <w:trPr>
          <w:jc w:val="center"/>
        </w:trPr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8F28D5" w14:textId="77777777" w:rsidR="00777F5A" w:rsidRDefault="00AC1E86">
            <w:r>
              <w:t>Cena usługi – zakres podstawowy 12 miesięcy</w:t>
            </w:r>
          </w:p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1E21FC" w14:textId="77777777" w:rsidR="00777F5A" w:rsidRDefault="00777F5A"/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0A99A4" w14:textId="77777777" w:rsidR="00777F5A" w:rsidRDefault="00777F5A"/>
        </w:tc>
        <w:tc>
          <w:tcPr>
            <w:tcW w:w="2436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B4DAEF" w14:textId="77777777" w:rsidR="00777F5A" w:rsidRDefault="00777F5A"/>
        </w:tc>
      </w:tr>
    </w:tbl>
    <w:p w14:paraId="2C9D7582" w14:textId="77777777" w:rsidR="00777F5A" w:rsidRDefault="00AC1E86">
      <w:pPr>
        <w:spacing w:after="80"/>
      </w:pPr>
      <w:r>
        <w:t>Cena brutto za 12-miesięczny zakres podstawowy stanowi cenę oferty podlegającą ocenie. Usługi objęte prawem opcji będą rozliczane według miesięcznej ceny ryczałtowej wskazanej powyżej.</w:t>
      </w:r>
    </w:p>
    <w:p w14:paraId="2FB1C4D5" w14:textId="77777777" w:rsidR="00777F5A" w:rsidRDefault="00AC1E86">
      <w:pPr>
        <w:keepNext/>
        <w:spacing w:before="140" w:after="40"/>
      </w:pPr>
      <w:r>
        <w:rPr>
          <w:b/>
          <w:color w:val="1F4E79"/>
        </w:rPr>
        <w:t>III. Oświadczenia Wykonawcy</w:t>
      </w:r>
    </w:p>
    <w:p w14:paraId="51D8F998" w14:textId="77777777" w:rsidR="00777F5A" w:rsidRDefault="00AC1E86">
      <w:r>
        <w:t>1) Zamówienie zostanie zrealizowane w terminach i na zasadach określonych w SWZ oraz projektowanych postanowieniach umowy.</w:t>
      </w:r>
    </w:p>
    <w:p w14:paraId="0BEC0A5F" w14:textId="77777777" w:rsidR="00777F5A" w:rsidRDefault="00AC1E86">
      <w:r>
        <w:t>2) W cenie oferty uwzględniono wszystkie koszty niezbędne do prawidłowego wykonania zamówienia.</w:t>
      </w:r>
    </w:p>
    <w:p w14:paraId="7956A34B" w14:textId="77777777" w:rsidR="00777F5A" w:rsidRDefault="00AC1E86">
      <w:r>
        <w:t>3) Zapoznałem się z SWZ i załącznikami, w tym projektem umowy, nie wnoszę do nich zastrzeżeń i przyjmuję określone w nich warunki.</w:t>
      </w:r>
    </w:p>
    <w:p w14:paraId="0BC36AB6" w14:textId="77777777" w:rsidR="00777F5A" w:rsidRDefault="00AC1E86">
      <w:r>
        <w:t>4) Akceptuję zasady płatności określone w projekcie umowy.</w:t>
      </w:r>
    </w:p>
    <w:p w14:paraId="62E18256" w14:textId="77777777" w:rsidR="00777F5A" w:rsidRDefault="00AC1E86">
      <w:r>
        <w:t>5) Zapoznałem się z klauzulą informacyjną dotyczącą RODO udostępnioną przez Zamawiającego oraz wypełniłem obowiązki informacyjne wobec osób, których dane przekazuję w ofercie.</w:t>
      </w:r>
    </w:p>
    <w:p w14:paraId="0051FC41" w14:textId="77777777" w:rsidR="00777F5A" w:rsidRDefault="00AC1E86">
      <w:r>
        <w:t>6) Część zamówienia powierzona podwykonawcy (jeżeli dotyczy): ........................................................................................................</w:t>
      </w:r>
    </w:p>
    <w:p w14:paraId="64470960" w14:textId="77777777" w:rsidR="00777F5A" w:rsidRDefault="00AC1E86">
      <w:r>
        <w:t>Nazwa podwykonawcy, jeżeli jest znana: ....................................................................................................................................</w:t>
      </w:r>
    </w:p>
    <w:p w14:paraId="143F97D3" w14:textId="77777777" w:rsidR="00777F5A" w:rsidRDefault="00AC1E86">
      <w:r>
        <w:t>7) Obowiązek podatkowy po stronie Zamawiającego – zaznaczyć właściwe:</w:t>
      </w:r>
    </w:p>
    <w:p w14:paraId="66B02363" w14:textId="77777777" w:rsidR="00777F5A" w:rsidRDefault="00AC1E86">
      <w:pPr>
        <w:ind w:left="227"/>
      </w:pPr>
      <w:sdt>
        <w:sdtPr>
          <w:alias w:val="VAT_NO"/>
          <w:tag w:val="VAT_NO"/>
          <w:id w:val="58441805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wybór oferty nie będzie prowadził do powstania u Zamawiającego obowiązku podatkowego</w:t>
      </w:r>
    </w:p>
    <w:p w14:paraId="0E4A6D7A" w14:textId="77777777" w:rsidR="00777F5A" w:rsidRDefault="00AC1E86">
      <w:pPr>
        <w:ind w:left="227"/>
      </w:pPr>
      <w:sdt>
        <w:sdtPr>
          <w:alias w:val="VAT_YES"/>
          <w:tag w:val="VAT_YES"/>
          <w:id w:val="1394669573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wybór oferty będzie prowadził do powstania u Zamawiającego obowiązku podatkowego</w:t>
      </w:r>
    </w:p>
    <w:p w14:paraId="585692FF" w14:textId="77777777" w:rsidR="00777F5A" w:rsidRDefault="00AC1E86">
      <w:pPr>
        <w:spacing w:after="40"/>
      </w:pPr>
      <w:r>
        <w:t>Towar/usługa: .............................................................................................  wartość netto: ........................................ zł  stawka VAT: ............%</w:t>
      </w:r>
    </w:p>
    <w:p w14:paraId="0C522AE3" w14:textId="77777777" w:rsidR="00777F5A" w:rsidRDefault="00AC1E86">
      <w:r>
        <w:t>8) Status przedsiębiorstwa – zaznaczyć właściwe:</w:t>
      </w:r>
    </w:p>
    <w:p w14:paraId="47440FAB" w14:textId="77777777" w:rsidR="00777F5A" w:rsidRDefault="00AC1E86">
      <w:pPr>
        <w:ind w:left="227"/>
      </w:pPr>
      <w:sdt>
        <w:sdtPr>
          <w:alias w:val="SIZE_MICRO"/>
          <w:tag w:val="SIZE_MICRO"/>
          <w:id w:val="1234361634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mikroprzedsiębiorstwo</w:t>
      </w:r>
    </w:p>
    <w:p w14:paraId="1919FEB9" w14:textId="77777777" w:rsidR="00777F5A" w:rsidRDefault="00AC1E86">
      <w:pPr>
        <w:ind w:left="227"/>
      </w:pPr>
      <w:sdt>
        <w:sdtPr>
          <w:alias w:val="SIZE_SMALL"/>
          <w:tag w:val="SIZE_SMALL"/>
          <w:id w:val="510831208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małe przedsiębiorstwo</w:t>
      </w:r>
    </w:p>
    <w:p w14:paraId="154DAC64" w14:textId="77777777" w:rsidR="00777F5A" w:rsidRDefault="00AC1E86">
      <w:pPr>
        <w:ind w:left="227"/>
      </w:pPr>
      <w:sdt>
        <w:sdtPr>
          <w:alias w:val="SIZE_MEDIUM"/>
          <w:tag w:val="SIZE_MEDIUM"/>
          <w:id w:val="1965000407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średnie przedsiębiorstwo</w:t>
      </w:r>
    </w:p>
    <w:p w14:paraId="5FDB401C" w14:textId="77777777" w:rsidR="00777F5A" w:rsidRDefault="00AC1E86">
      <w:pPr>
        <w:ind w:left="227"/>
      </w:pPr>
      <w:sdt>
        <w:sdtPr>
          <w:alias w:val="SIZE_OTHER"/>
          <w:tag w:val="SIZE_OTHER"/>
          <w:id w:val="1695631941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inny status / duże przedsiębiorstwo</w:t>
      </w:r>
    </w:p>
    <w:p w14:paraId="79374C75" w14:textId="77777777" w:rsidR="00777F5A" w:rsidRDefault="00AC1E86">
      <w:pPr>
        <w:ind w:left="227"/>
      </w:pPr>
      <w:r>
        <w:rPr>
          <w:i/>
        </w:rPr>
        <w:t>• Mikroprzedsiębiorstwo: przedsiębiorstwo, które zatrudnia mniej niż 10 osób i którego roczny obrót lub roczna suma bilansowa nie przekracza 2 mln EUR.</w:t>
      </w:r>
    </w:p>
    <w:p w14:paraId="597D1FFC" w14:textId="77777777" w:rsidR="00777F5A" w:rsidRDefault="00AC1E86">
      <w:pPr>
        <w:ind w:left="227"/>
      </w:pPr>
      <w:r>
        <w:rPr>
          <w:i/>
        </w:rPr>
        <w:t>• Małe przedsiębiorstwo: przedsiębiorstwo, które zatrudnia mniej niż 50 osób i którego roczny obrót lub roczna suma bilansowa nie przekracza 10 mln EUR.</w:t>
      </w:r>
    </w:p>
    <w:p w14:paraId="3040ED93" w14:textId="77777777" w:rsidR="00777F5A" w:rsidRDefault="00AC1E86">
      <w:pPr>
        <w:ind w:left="227"/>
      </w:pPr>
      <w:r>
        <w:rPr>
          <w:i/>
        </w:rPr>
        <w:lastRenderedPageBreak/>
        <w:t>• Średnie przedsiębiorstwo: przedsiębiorstwo, które nie jest mikroprzedsiębiorstwem ani małym przedsiębiorstwem i które zatrudnia mniej niż 250 osób i którego roczny obrót nie przekracza 50 mln EUR lub roczna suma bilansowa nie przekracza 43 mln EUR.</w:t>
      </w:r>
    </w:p>
    <w:p w14:paraId="45E6F0E0" w14:textId="77777777" w:rsidR="00777F5A" w:rsidRDefault="00AC1E86">
      <w:r>
        <w:t>9) Forma zawarcia umowy – zaznaczyć właściwe:</w:t>
      </w:r>
    </w:p>
    <w:p w14:paraId="47B39E5C" w14:textId="77777777" w:rsidR="00777F5A" w:rsidRDefault="00AC1E86">
      <w:pPr>
        <w:ind w:left="227"/>
      </w:pPr>
      <w:sdt>
        <w:sdtPr>
          <w:alias w:val="CONTRACT_E"/>
          <w:tag w:val="CONTRACT_E"/>
          <w:id w:val="1043184115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akceptuję zawarcie umowy w postaci elektronicznej, podpisanej kwalifikowanym podpisem elektronicznym</w:t>
      </w:r>
    </w:p>
    <w:p w14:paraId="50CF1938" w14:textId="77777777" w:rsidR="00777F5A" w:rsidRDefault="00AC1E86">
      <w:pPr>
        <w:ind w:left="227"/>
      </w:pPr>
      <w:sdt>
        <w:sdtPr>
          <w:alias w:val="CONTRACT_P"/>
          <w:tag w:val="CONTRACT_P"/>
          <w:id w:val="172970333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>
            <w:rPr>
              <w:rFonts w:ascii="Segoe UI Symbol" w:hAnsi="Segoe UI Symbol"/>
            </w:rPr>
            <w:t>☐</w:t>
          </w:r>
        </w:sdtContent>
      </w:sdt>
      <w:r>
        <w:t xml:space="preserve"> wnoszę o zawarcie umowy w formie pisemnej (papierowej)</w:t>
      </w:r>
    </w:p>
    <w:p w14:paraId="34076577" w14:textId="77777777" w:rsidR="00777F5A" w:rsidRDefault="00777F5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777F5A" w14:paraId="2E2C7D19" w14:textId="77777777">
        <w:trPr>
          <w:jc w:val="center"/>
        </w:trPr>
        <w:tc>
          <w:tcPr>
            <w:tcW w:w="9746" w:type="dxa"/>
          </w:tcPr>
          <w:p w14:paraId="1ACC6431" w14:textId="77777777" w:rsidR="00777F5A" w:rsidRDefault="00AC1E86">
            <w:pPr>
              <w:jc w:val="center"/>
            </w:pPr>
            <w:r>
              <w:t>Data; kwalifikowany podpis elektroniczny lub podpis zaufany lub podpis osobisty</w:t>
            </w:r>
          </w:p>
        </w:tc>
      </w:tr>
    </w:tbl>
    <w:p w14:paraId="7BC804FD" w14:textId="77777777" w:rsidR="00AC1E86" w:rsidRDefault="00AC1E86"/>
    <w:sectPr w:rsidR="00000000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4619543">
    <w:abstractNumId w:val="8"/>
  </w:num>
  <w:num w:numId="2" w16cid:durableId="1991130444">
    <w:abstractNumId w:val="6"/>
  </w:num>
  <w:num w:numId="3" w16cid:durableId="1243879585">
    <w:abstractNumId w:val="5"/>
  </w:num>
  <w:num w:numId="4" w16cid:durableId="290017447">
    <w:abstractNumId w:val="4"/>
  </w:num>
  <w:num w:numId="5" w16cid:durableId="1207137851">
    <w:abstractNumId w:val="7"/>
  </w:num>
  <w:num w:numId="6" w16cid:durableId="1774277376">
    <w:abstractNumId w:val="3"/>
  </w:num>
  <w:num w:numId="7" w16cid:durableId="515270530">
    <w:abstractNumId w:val="2"/>
  </w:num>
  <w:num w:numId="8" w16cid:durableId="1869567821">
    <w:abstractNumId w:val="1"/>
  </w:num>
  <w:num w:numId="9" w16cid:durableId="151279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11897"/>
    <w:rsid w:val="00777F5A"/>
    <w:rsid w:val="00AA1D8D"/>
    <w:rsid w:val="00AC1E8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4A7B7"/>
  <w14:defaultImageDpi w14:val="300"/>
  <w15:docId w15:val="{318F3BBF-E3E3-4DFD-B2A8-1283CDE9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2026-08-14T11:12:00Z</dcterms:created>
  <dcterms:modified xsi:type="dcterms:W3CDTF">2026-08-14T11:12:00Z</dcterms:modified>
  <cp:category/>
</cp:coreProperties>
</file>