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0DBDC" w14:textId="77777777" w:rsidR="00726EB0" w:rsidRDefault="00A67C87">
      <w:pPr>
        <w:spacing w:after="2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022A5A" wp14:editId="491F7B2A">
            <wp:simplePos x="0" y="0"/>
            <wp:positionH relativeFrom="column">
              <wp:posOffset>932098</wp:posOffset>
            </wp:positionH>
            <wp:positionV relativeFrom="paragraph">
              <wp:posOffset>5100</wp:posOffset>
            </wp:positionV>
            <wp:extent cx="4683600" cy="810000"/>
            <wp:effectExtent l="0" t="0" r="3175" b="9525"/>
            <wp:wrapSquare wrapText="bothSides"/>
            <wp:docPr id="17026919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F42DD" w14:textId="77777777" w:rsidR="00A67C87" w:rsidRDefault="00A67C87">
      <w:pPr>
        <w:rPr>
          <w:b/>
          <w:i/>
        </w:rPr>
      </w:pPr>
    </w:p>
    <w:p w14:paraId="1164FE1E" w14:textId="77777777" w:rsidR="00A67C87" w:rsidRDefault="00A67C87">
      <w:pPr>
        <w:rPr>
          <w:b/>
          <w:i/>
        </w:rPr>
      </w:pPr>
    </w:p>
    <w:p w14:paraId="6A75729A" w14:textId="77777777" w:rsidR="00A67C87" w:rsidRDefault="00A67C87">
      <w:pPr>
        <w:rPr>
          <w:b/>
          <w:i/>
        </w:rPr>
      </w:pPr>
    </w:p>
    <w:p w14:paraId="36BA7681" w14:textId="77777777" w:rsidR="00A67C87" w:rsidRDefault="00A67C87">
      <w:pPr>
        <w:rPr>
          <w:b/>
          <w:i/>
        </w:rPr>
      </w:pPr>
    </w:p>
    <w:p w14:paraId="2A6116AB" w14:textId="77777777" w:rsidR="00A67C87" w:rsidRDefault="00A67C87">
      <w:pPr>
        <w:rPr>
          <w:b/>
          <w:i/>
        </w:rPr>
      </w:pPr>
    </w:p>
    <w:p w14:paraId="69AF75DC" w14:textId="77777777" w:rsidR="00A67C87" w:rsidRDefault="00A67C87">
      <w:pPr>
        <w:rPr>
          <w:b/>
          <w:i/>
        </w:rPr>
      </w:pPr>
    </w:p>
    <w:p w14:paraId="0B496DAA" w14:textId="77777777" w:rsidR="00726EB0" w:rsidRDefault="00A67C87">
      <w:proofErr w:type="spellStart"/>
      <w:r>
        <w:rPr>
          <w:b/>
          <w:i/>
        </w:rPr>
        <w:t>Załącznik</w:t>
      </w:r>
      <w:proofErr w:type="spellEnd"/>
      <w:r>
        <w:rPr>
          <w:b/>
          <w:i/>
        </w:rPr>
        <w:t xml:space="preserve"> nr 2 </w:t>
      </w:r>
      <w:proofErr w:type="spellStart"/>
      <w:r>
        <w:rPr>
          <w:b/>
          <w:i/>
        </w:rPr>
        <w:t>cz</w:t>
      </w:r>
      <w:proofErr w:type="spellEnd"/>
      <w:r>
        <w:rPr>
          <w:b/>
          <w:i/>
        </w:rPr>
        <w:t xml:space="preserve">. 2 – </w:t>
      </w:r>
      <w:proofErr w:type="spellStart"/>
      <w:r>
        <w:rPr>
          <w:b/>
          <w:i/>
        </w:rPr>
        <w:t>formularz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ofertowy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techniczny</w:t>
      </w:r>
      <w:proofErr w:type="spellEnd"/>
    </w:p>
    <w:p w14:paraId="1B00C616" w14:textId="77777777" w:rsidR="00726EB0" w:rsidRDefault="00A67C87">
      <w:proofErr w:type="spellStart"/>
      <w:r>
        <w:t>dotyczy</w:t>
      </w:r>
      <w:proofErr w:type="spellEnd"/>
      <w:r>
        <w:t xml:space="preserve"> </w:t>
      </w:r>
      <w:proofErr w:type="spellStart"/>
      <w:r>
        <w:t>postępowania</w:t>
      </w:r>
      <w:proofErr w:type="spellEnd"/>
      <w:r>
        <w:t xml:space="preserve"> </w:t>
      </w:r>
      <w:proofErr w:type="spellStart"/>
      <w:r>
        <w:t>pn</w:t>
      </w:r>
      <w:proofErr w:type="spellEnd"/>
      <w:r>
        <w:t>. „</w:t>
      </w:r>
      <w:proofErr w:type="spellStart"/>
      <w:r>
        <w:t>Zakup</w:t>
      </w:r>
      <w:proofErr w:type="spellEnd"/>
      <w:r>
        <w:t xml:space="preserve"> </w:t>
      </w:r>
      <w:proofErr w:type="spellStart"/>
      <w:r>
        <w:t>sprzętu</w:t>
      </w:r>
      <w:proofErr w:type="spellEnd"/>
      <w:r>
        <w:t xml:space="preserve"> </w:t>
      </w:r>
      <w:proofErr w:type="spellStart"/>
      <w:r>
        <w:t>specjalistycznego</w:t>
      </w:r>
      <w:proofErr w:type="spellEnd"/>
      <w:r>
        <w:t xml:space="preserve"> do </w:t>
      </w:r>
      <w:proofErr w:type="spellStart"/>
      <w:r>
        <w:t>przeprowadzania</w:t>
      </w:r>
      <w:proofErr w:type="spellEnd"/>
      <w:r>
        <w:t xml:space="preserve"> </w:t>
      </w:r>
      <w:proofErr w:type="spellStart"/>
      <w:r>
        <w:t>zabiegów</w:t>
      </w:r>
      <w:proofErr w:type="spellEnd"/>
      <w:r>
        <w:t xml:space="preserve"> </w:t>
      </w:r>
      <w:proofErr w:type="spellStart"/>
      <w:r>
        <w:t>urologicznych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Specjalistycznego</w:t>
      </w:r>
      <w:proofErr w:type="spellEnd"/>
      <w:r>
        <w:t xml:space="preserve"> </w:t>
      </w:r>
      <w:proofErr w:type="spellStart"/>
      <w:r>
        <w:t>Szpitala</w:t>
      </w:r>
      <w:proofErr w:type="spellEnd"/>
      <w:r>
        <w:t xml:space="preserve"> Wojewódzkiego w Ciechanowie” – </w:t>
      </w:r>
      <w:proofErr w:type="spellStart"/>
      <w:r>
        <w:t>znak</w:t>
      </w:r>
      <w:proofErr w:type="spellEnd"/>
      <w:r>
        <w:t xml:space="preserve"> ZP/2501/88/26</w:t>
      </w:r>
    </w:p>
    <w:p w14:paraId="46E079A8" w14:textId="77777777" w:rsidR="00172239" w:rsidRDefault="00172239">
      <w:pPr>
        <w:keepNext/>
        <w:jc w:val="center"/>
        <w:rPr>
          <w:b/>
        </w:rPr>
      </w:pPr>
    </w:p>
    <w:p w14:paraId="07BBFDBB" w14:textId="7128D782" w:rsidR="00726EB0" w:rsidRDefault="00A67C87">
      <w:pPr>
        <w:keepNext/>
        <w:jc w:val="center"/>
      </w:pPr>
      <w:r>
        <w:rPr>
          <w:b/>
        </w:rPr>
        <w:t>ZESTAWIENIE PARAMETRÓW GRANICZNYCH (ODCINAJĄCYCH)</w:t>
      </w:r>
    </w:p>
    <w:p w14:paraId="5201AA33" w14:textId="77777777" w:rsidR="00726EB0" w:rsidRDefault="00A67C87">
      <w:pPr>
        <w:keepNext/>
      </w:pPr>
      <w:proofErr w:type="spellStart"/>
      <w:r>
        <w:t>Przedmiot</w:t>
      </w:r>
      <w:proofErr w:type="spellEnd"/>
      <w:r>
        <w:t xml:space="preserve"> </w:t>
      </w:r>
      <w:proofErr w:type="spellStart"/>
      <w:r>
        <w:t>przetargu</w:t>
      </w:r>
      <w:proofErr w:type="spellEnd"/>
      <w:r>
        <w:t xml:space="preserve">: </w:t>
      </w:r>
      <w:r>
        <w:rPr>
          <w:b/>
        </w:rPr>
        <w:t xml:space="preserve">Tor </w:t>
      </w:r>
      <w:proofErr w:type="spellStart"/>
      <w:r>
        <w:rPr>
          <w:b/>
        </w:rPr>
        <w:t>wizyjny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laparoskopowo-endourologiczny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wyposażeniem</w:t>
      </w:r>
      <w:proofErr w:type="spellEnd"/>
      <w:r>
        <w:rPr>
          <w:b/>
        </w:rPr>
        <w:t xml:space="preserve"> – 1 </w:t>
      </w:r>
      <w:proofErr w:type="spellStart"/>
      <w:r>
        <w:rPr>
          <w:b/>
        </w:rPr>
        <w:t>zestaw</w:t>
      </w:r>
      <w:proofErr w:type="spellEnd"/>
    </w:p>
    <w:p w14:paraId="24EB5A5E" w14:textId="77777777" w:rsidR="00726EB0" w:rsidRDefault="00A67C87">
      <w:pPr>
        <w:keepNext/>
      </w:pPr>
      <w:r>
        <w:t>Producent/</w:t>
      </w:r>
      <w:proofErr w:type="spellStart"/>
      <w:r>
        <w:t>Firma</w:t>
      </w:r>
      <w:proofErr w:type="spellEnd"/>
      <w:r>
        <w:t>: ..............................................................................................................................................................</w:t>
      </w:r>
    </w:p>
    <w:p w14:paraId="73F69AF1" w14:textId="77777777" w:rsidR="00726EB0" w:rsidRDefault="00A67C87">
      <w:pPr>
        <w:keepNext/>
        <w:spacing w:after="60"/>
      </w:pPr>
      <w:proofErr w:type="spellStart"/>
      <w:r>
        <w:t>Urządzenie</w:t>
      </w:r>
      <w:proofErr w:type="spellEnd"/>
      <w:r>
        <w:t xml:space="preserve"> </w:t>
      </w:r>
      <w:proofErr w:type="spellStart"/>
      <w:r>
        <w:t>nazwa</w:t>
      </w:r>
      <w:proofErr w:type="spellEnd"/>
      <w:r>
        <w:t xml:space="preserve"> </w:t>
      </w:r>
      <w:proofErr w:type="spellStart"/>
      <w:r>
        <w:t>typ</w:t>
      </w:r>
      <w:proofErr w:type="spellEnd"/>
      <w:r>
        <w:t xml:space="preserve">: ............................................................    Rok </w:t>
      </w:r>
      <w:proofErr w:type="spellStart"/>
      <w:r>
        <w:t>produkcji</w:t>
      </w:r>
      <w:proofErr w:type="spellEnd"/>
      <w:r>
        <w:t>: ..............................</w:t>
      </w:r>
    </w:p>
    <w:p w14:paraId="56A304BD" w14:textId="77777777" w:rsidR="00F760A8" w:rsidRPr="00F724DA" w:rsidRDefault="00F724DA">
      <w:pPr>
        <w:spacing w:before="60" w:after="60"/>
      </w:pPr>
      <w:proofErr w:type="spellStart"/>
      <w:r w:rsidRPr="00F724DA">
        <w:rPr>
          <w:b/>
        </w:rPr>
        <w:t>Przedmiotem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zamówienia</w:t>
      </w:r>
      <w:proofErr w:type="spellEnd"/>
      <w:r w:rsidRPr="00F724DA">
        <w:rPr>
          <w:b/>
        </w:rPr>
        <w:t xml:space="preserve"> w </w:t>
      </w:r>
      <w:proofErr w:type="spellStart"/>
      <w:r w:rsidRPr="00F724DA">
        <w:rPr>
          <w:b/>
        </w:rPr>
        <w:t>niniejszej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części</w:t>
      </w:r>
      <w:proofErr w:type="spellEnd"/>
      <w:r w:rsidRPr="00F724DA">
        <w:rPr>
          <w:b/>
        </w:rPr>
        <w:t xml:space="preserve"> jest 1 </w:t>
      </w:r>
      <w:proofErr w:type="spellStart"/>
      <w:r w:rsidRPr="00F724DA">
        <w:rPr>
          <w:b/>
        </w:rPr>
        <w:t>kompletny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zestaw</w:t>
      </w:r>
      <w:proofErr w:type="spellEnd"/>
      <w:r w:rsidRPr="00F724DA">
        <w:rPr>
          <w:b/>
        </w:rPr>
        <w:t xml:space="preserve">. </w:t>
      </w:r>
      <w:proofErr w:type="spellStart"/>
      <w:r w:rsidRPr="00F724DA">
        <w:rPr>
          <w:b/>
        </w:rPr>
        <w:t>Przez</w:t>
      </w:r>
      <w:proofErr w:type="spellEnd"/>
      <w:r w:rsidRPr="00F724DA">
        <w:rPr>
          <w:b/>
        </w:rPr>
        <w:t xml:space="preserve"> 1 </w:t>
      </w:r>
      <w:proofErr w:type="spellStart"/>
      <w:r w:rsidRPr="00F724DA">
        <w:rPr>
          <w:b/>
        </w:rPr>
        <w:t>zestaw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należy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rozumieć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wszystkie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urządzenia</w:t>
      </w:r>
      <w:proofErr w:type="spellEnd"/>
      <w:r w:rsidRPr="00F724DA">
        <w:rPr>
          <w:b/>
        </w:rPr>
        <w:t xml:space="preserve">, </w:t>
      </w:r>
      <w:proofErr w:type="spellStart"/>
      <w:r w:rsidRPr="00F724DA">
        <w:rPr>
          <w:b/>
        </w:rPr>
        <w:t>instrumenty</w:t>
      </w:r>
      <w:proofErr w:type="spellEnd"/>
      <w:r w:rsidRPr="00F724DA">
        <w:rPr>
          <w:b/>
        </w:rPr>
        <w:t xml:space="preserve">, </w:t>
      </w:r>
      <w:proofErr w:type="spellStart"/>
      <w:r w:rsidRPr="00F724DA">
        <w:rPr>
          <w:b/>
        </w:rPr>
        <w:t>akcesoria</w:t>
      </w:r>
      <w:proofErr w:type="spellEnd"/>
      <w:r w:rsidRPr="00F724DA">
        <w:rPr>
          <w:b/>
        </w:rPr>
        <w:t xml:space="preserve">, </w:t>
      </w:r>
      <w:proofErr w:type="spellStart"/>
      <w:r w:rsidRPr="00F724DA">
        <w:rPr>
          <w:b/>
        </w:rPr>
        <w:t>materiały</w:t>
      </w:r>
      <w:proofErr w:type="spellEnd"/>
      <w:r w:rsidRPr="00F724DA">
        <w:rPr>
          <w:b/>
        </w:rPr>
        <w:t xml:space="preserve"> i </w:t>
      </w:r>
      <w:proofErr w:type="spellStart"/>
      <w:r w:rsidRPr="00F724DA">
        <w:rPr>
          <w:b/>
        </w:rPr>
        <w:t>pozostałe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wyposażenie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wymienione</w:t>
      </w:r>
      <w:proofErr w:type="spellEnd"/>
      <w:r w:rsidRPr="00F724DA">
        <w:rPr>
          <w:b/>
        </w:rPr>
        <w:t xml:space="preserve"> w </w:t>
      </w:r>
      <w:proofErr w:type="spellStart"/>
      <w:r w:rsidRPr="00F724DA">
        <w:rPr>
          <w:b/>
        </w:rPr>
        <w:t>poniższej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tabeli</w:t>
      </w:r>
      <w:proofErr w:type="spellEnd"/>
      <w:r w:rsidRPr="00F724DA">
        <w:rPr>
          <w:b/>
        </w:rPr>
        <w:t xml:space="preserve">, w </w:t>
      </w:r>
      <w:proofErr w:type="spellStart"/>
      <w:r w:rsidRPr="00F724DA">
        <w:rPr>
          <w:b/>
        </w:rPr>
        <w:t>ilościach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wskazanych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przy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poszczególnych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pozycjach</w:t>
      </w:r>
      <w:proofErr w:type="spellEnd"/>
      <w:r w:rsidRPr="00F724DA">
        <w:rPr>
          <w:b/>
        </w:rPr>
        <w:t xml:space="preserve">. </w:t>
      </w:r>
      <w:proofErr w:type="spellStart"/>
      <w:r w:rsidRPr="00F724DA">
        <w:rPr>
          <w:b/>
        </w:rPr>
        <w:t>Wszystkie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wymienione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elementy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stanowią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zakres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dostawy</w:t>
      </w:r>
      <w:proofErr w:type="spellEnd"/>
      <w:r w:rsidRPr="00F724DA">
        <w:rPr>
          <w:b/>
        </w:rPr>
        <w:t xml:space="preserve"> i </w:t>
      </w:r>
      <w:proofErr w:type="spellStart"/>
      <w:r w:rsidRPr="00F724DA">
        <w:rPr>
          <w:b/>
        </w:rPr>
        <w:t>są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objęte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ceną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łączną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zestawu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podaną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przez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Wykonawcę</w:t>
      </w:r>
      <w:proofErr w:type="spellEnd"/>
      <w:r w:rsidRPr="00F724DA">
        <w:rPr>
          <w:b/>
        </w:rPr>
        <w:t xml:space="preserve"> w </w:t>
      </w:r>
      <w:proofErr w:type="spellStart"/>
      <w:r w:rsidRPr="00F724DA">
        <w:rPr>
          <w:b/>
        </w:rPr>
        <w:t>Załączniku</w:t>
      </w:r>
      <w:proofErr w:type="spellEnd"/>
      <w:r w:rsidRPr="00F724DA">
        <w:rPr>
          <w:b/>
        </w:rPr>
        <w:t xml:space="preserve"> nr 1 – </w:t>
      </w:r>
      <w:proofErr w:type="spellStart"/>
      <w:r w:rsidRPr="00F724DA">
        <w:rPr>
          <w:b/>
        </w:rPr>
        <w:t>Formularzu</w:t>
      </w:r>
      <w:proofErr w:type="spellEnd"/>
      <w:r w:rsidRPr="00F724DA">
        <w:rPr>
          <w:b/>
        </w:rPr>
        <w:t xml:space="preserve"> </w:t>
      </w:r>
      <w:proofErr w:type="spellStart"/>
      <w:r w:rsidRPr="00F724DA">
        <w:rPr>
          <w:b/>
        </w:rPr>
        <w:t>ofertowym</w:t>
      </w:r>
      <w:proofErr w:type="spellEnd"/>
      <w:r w:rsidRPr="00F724DA">
        <w:rPr>
          <w:b/>
        </w:rPr>
        <w:t>.</w:t>
      </w:r>
    </w:p>
    <w:tbl>
      <w:tblPr>
        <w:tblW w:w="10440" w:type="dxa"/>
        <w:tblInd w:w="-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4906"/>
        <w:gridCol w:w="1829"/>
        <w:gridCol w:w="3259"/>
      </w:tblGrid>
      <w:tr w:rsidR="004F0AFF" w14:paraId="5B2D7547" w14:textId="77777777" w:rsidTr="00834FFB">
        <w:trPr>
          <w:cantSplit/>
          <w:tblHeader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F9A3CC" w14:textId="77777777" w:rsidR="004F0AFF" w:rsidRDefault="003F1309">
            <w:pPr>
              <w:tabs>
                <w:tab w:val="left" w:pos="1160"/>
              </w:tabs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0D9A7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bCs/>
              </w:rPr>
              <w:t>Parametry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właściwości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funkcje</w:t>
            </w:r>
            <w:proofErr w:type="spellEnd"/>
            <w:r>
              <w:rPr>
                <w:b/>
                <w:bCs/>
              </w:rPr>
              <w:t xml:space="preserve"> i </w:t>
            </w:r>
            <w:proofErr w:type="spellStart"/>
            <w:r>
              <w:rPr>
                <w:b/>
                <w:bCs/>
              </w:rPr>
              <w:t>inne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wymagania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wobec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urządzenia</w:t>
            </w:r>
            <w:proofErr w:type="spellEnd"/>
            <w:r>
              <w:rPr>
                <w:b/>
              </w:rPr>
              <w:t xml:space="preserve">    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EC4491" w14:textId="77777777" w:rsidR="004F0AFF" w:rsidRDefault="003F1309">
            <w:pPr>
              <w:tabs>
                <w:tab w:val="left" w:pos="1160"/>
              </w:tabs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Wymóg</w:t>
            </w:r>
            <w:proofErr w:type="spellEnd"/>
            <w:r>
              <w:rPr>
                <w:b/>
              </w:rPr>
              <w:t xml:space="preserve"> /</w:t>
            </w:r>
            <w:proofErr w:type="spellStart"/>
            <w:r>
              <w:rPr>
                <w:b/>
              </w:rPr>
              <w:t>wartość</w:t>
            </w:r>
            <w:proofErr w:type="spellEnd"/>
            <w:r>
              <w:rPr>
                <w:b/>
              </w:rPr>
              <w:t xml:space="preserve">           </w:t>
            </w:r>
            <w:proofErr w:type="spellStart"/>
            <w:r>
              <w:rPr>
                <w:b/>
              </w:rPr>
              <w:t>graniczna</w:t>
            </w:r>
            <w:proofErr w:type="spellEnd"/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0F2719" w14:textId="77777777" w:rsidR="004F0AFF" w:rsidRDefault="003F1309">
            <w:pPr>
              <w:widowControl w:val="0"/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Wymagany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opis</w:t>
            </w:r>
            <w:proofErr w:type="spellEnd"/>
          </w:p>
          <w:p w14:paraId="755BBB4D" w14:textId="77777777" w:rsidR="004F0AFF" w:rsidRDefault="003F1309">
            <w:pPr>
              <w:ind w:left="116" w:right="-55" w:hanging="11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spełnienia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wymogu</w:t>
            </w:r>
            <w:proofErr w:type="spellEnd"/>
          </w:p>
        </w:tc>
      </w:tr>
      <w:tr w:rsidR="004F0AFF" w14:paraId="237043AF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F90BD1" w14:textId="77777777" w:rsidR="004F0AFF" w:rsidRDefault="003F1309">
            <w:pPr>
              <w:tabs>
                <w:tab w:val="left" w:pos="1160"/>
              </w:tabs>
              <w:snapToGrid w:val="0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4747C3" w14:textId="77777777" w:rsidR="004F0AFF" w:rsidRDefault="003F1309">
            <w:pPr>
              <w:tabs>
                <w:tab w:val="left" w:pos="1160"/>
              </w:tabs>
              <w:snapToGrid w:val="0"/>
            </w:pPr>
            <w:proofErr w:type="spellStart"/>
            <w:r>
              <w:t>Urządzenia</w:t>
            </w:r>
            <w:proofErr w:type="spellEnd"/>
            <w:r>
              <w:t xml:space="preserve"> </w:t>
            </w:r>
            <w:proofErr w:type="spellStart"/>
            <w:r>
              <w:t>fabrycznie</w:t>
            </w:r>
            <w:proofErr w:type="spellEnd"/>
            <w:r>
              <w:t xml:space="preserve"> </w:t>
            </w:r>
            <w:proofErr w:type="spellStart"/>
            <w:r>
              <w:t>nowe</w:t>
            </w:r>
            <w:proofErr w:type="spellEnd"/>
            <w:r>
              <w:t xml:space="preserve">, </w:t>
            </w:r>
            <w:proofErr w:type="spellStart"/>
            <w:r>
              <w:t>rok</w:t>
            </w:r>
            <w:proofErr w:type="spellEnd"/>
            <w:r>
              <w:t xml:space="preserve"> </w:t>
            </w:r>
            <w:proofErr w:type="spellStart"/>
            <w:r>
              <w:t>produkcji</w:t>
            </w:r>
            <w:proofErr w:type="spellEnd"/>
            <w:r>
              <w:t xml:space="preserve"> 2026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98E0F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FBA830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4387E89" w14:textId="77777777" w:rsidTr="00834FFB">
        <w:trPr>
          <w:cantSplit/>
          <w:trHeight w:val="344"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E148FF" w14:textId="77777777" w:rsidR="004F0AFF" w:rsidRDefault="003F1309">
            <w:pPr>
              <w:tabs>
                <w:tab w:val="left" w:pos="1160"/>
              </w:tabs>
              <w:snapToGrid w:val="0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BA2FDB" w14:textId="77777777" w:rsidR="004F0AFF" w:rsidRDefault="003F1309">
            <w:pPr>
              <w:tabs>
                <w:tab w:val="left" w:pos="1160"/>
              </w:tabs>
              <w:snapToGrid w:val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Sterownik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kamery</w:t>
            </w:r>
            <w:proofErr w:type="spellEnd"/>
            <w:r>
              <w:rPr>
                <w:b/>
                <w:bCs/>
              </w:rPr>
              <w:t xml:space="preserve"> z </w:t>
            </w:r>
            <w:proofErr w:type="spellStart"/>
            <w:r>
              <w:rPr>
                <w:b/>
                <w:bCs/>
              </w:rPr>
              <w:t>technologią</w:t>
            </w:r>
            <w:proofErr w:type="spellEnd"/>
            <w:r>
              <w:rPr>
                <w:b/>
                <w:bCs/>
              </w:rPr>
              <w:t xml:space="preserve"> 4K – 1 </w:t>
            </w:r>
            <w:proofErr w:type="spellStart"/>
            <w:r>
              <w:rPr>
                <w:b/>
                <w:bCs/>
              </w:rPr>
              <w:t>szt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CAE0D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216550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592BE8F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5B2AC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8417EA" w14:textId="77777777" w:rsidR="004F0AFF" w:rsidRDefault="003F1309">
            <w:pPr>
              <w:snapToGrid w:val="0"/>
            </w:pPr>
            <w:proofErr w:type="spellStart"/>
            <w:r>
              <w:t>Sterownik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</w:t>
            </w:r>
            <w:proofErr w:type="spellStart"/>
            <w:r>
              <w:t>współpracujący</w:t>
            </w:r>
            <w:proofErr w:type="spellEnd"/>
            <w:r>
              <w:t xml:space="preserve"> z </w:t>
            </w:r>
            <w:proofErr w:type="spellStart"/>
            <w:r>
              <w:t>oferowaną</w:t>
            </w:r>
            <w:proofErr w:type="spellEnd"/>
            <w:r>
              <w:t xml:space="preserve"> </w:t>
            </w:r>
            <w:proofErr w:type="spellStart"/>
            <w:r>
              <w:t>głowicą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4K i </w:t>
            </w:r>
            <w:proofErr w:type="spellStart"/>
            <w:r>
              <w:t>sztywnym</w:t>
            </w:r>
            <w:proofErr w:type="spellEnd"/>
            <w:r>
              <w:t xml:space="preserve"> </w:t>
            </w:r>
            <w:proofErr w:type="spellStart"/>
            <w:r>
              <w:t>wideoendoskopem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laparoskopowym</w:t>
            </w:r>
            <w:proofErr w:type="spellEnd"/>
            <w:r>
              <w:t xml:space="preserve">  4</w:t>
            </w:r>
            <w:proofErr w:type="gramEnd"/>
            <w:r>
              <w:t>K/3D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9631C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000A29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589BD92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A52A9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5F0CD8" w14:textId="77777777" w:rsidR="004F0AFF" w:rsidRDefault="003F1309">
            <w:pPr>
              <w:snapToGrid w:val="0"/>
            </w:pPr>
            <w:proofErr w:type="spellStart"/>
            <w:r>
              <w:t>Sterownik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</w:t>
            </w:r>
            <w:proofErr w:type="spellStart"/>
            <w:r>
              <w:t>wyposażony</w:t>
            </w:r>
            <w:proofErr w:type="spellEnd"/>
            <w:r>
              <w:t xml:space="preserve"> w min. 2 </w:t>
            </w:r>
            <w:proofErr w:type="spellStart"/>
            <w:r>
              <w:t>wyjścia</w:t>
            </w:r>
            <w:proofErr w:type="spellEnd"/>
            <w:r>
              <w:t xml:space="preserve"> </w:t>
            </w:r>
            <w:proofErr w:type="spellStart"/>
            <w:r>
              <w:t>wideo</w:t>
            </w:r>
            <w:proofErr w:type="spellEnd"/>
            <w:r>
              <w:t xml:space="preserve"> Display Port (3840 x 2160p, 50/60 Hz)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7C59D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905140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A61C6B9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3A622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D46362" w14:textId="77777777" w:rsidR="004F0AFF" w:rsidRDefault="003F1309">
            <w:pPr>
              <w:snapToGrid w:val="0"/>
            </w:pPr>
            <w:proofErr w:type="spellStart"/>
            <w:r>
              <w:t>Sterownik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</w:t>
            </w:r>
            <w:proofErr w:type="spellStart"/>
            <w:r>
              <w:t>wyposażony</w:t>
            </w:r>
            <w:proofErr w:type="spellEnd"/>
            <w:r>
              <w:t xml:space="preserve"> w min. 1 </w:t>
            </w:r>
            <w:proofErr w:type="spellStart"/>
            <w:r>
              <w:t>wyjście</w:t>
            </w:r>
            <w:proofErr w:type="spellEnd"/>
            <w:r>
              <w:t xml:space="preserve"> </w:t>
            </w:r>
            <w:proofErr w:type="spellStart"/>
            <w:r>
              <w:t>wideo</w:t>
            </w:r>
            <w:proofErr w:type="spellEnd"/>
            <w:r>
              <w:t xml:space="preserve"> 12G-SDI (3840 x 2160p, 50/60 Hz)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F5920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F0C27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82A15D2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11591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945FF7" w14:textId="77777777" w:rsidR="004F0AFF" w:rsidRDefault="003F1309">
            <w:pPr>
              <w:snapToGrid w:val="0"/>
            </w:pPr>
            <w:proofErr w:type="spellStart"/>
            <w:r>
              <w:t>Sterownik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</w:t>
            </w:r>
            <w:proofErr w:type="spellStart"/>
            <w:r>
              <w:t>wyposażony</w:t>
            </w:r>
            <w:proofErr w:type="spellEnd"/>
            <w:r>
              <w:t xml:space="preserve"> w min. 1 </w:t>
            </w:r>
            <w:proofErr w:type="spellStart"/>
            <w:r>
              <w:t>wyjście</w:t>
            </w:r>
            <w:proofErr w:type="spellEnd"/>
            <w:r>
              <w:t xml:space="preserve"> </w:t>
            </w:r>
            <w:proofErr w:type="spellStart"/>
            <w:r>
              <w:t>wideo</w:t>
            </w:r>
            <w:proofErr w:type="spellEnd"/>
            <w:r>
              <w:t xml:space="preserve"> DVI-D (1920 x 1080p, 50/60 Hz)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32439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5724C4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72CBE24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93EFF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6A5019" w14:textId="77777777" w:rsidR="004F0AFF" w:rsidRDefault="003F1309">
            <w:pPr>
              <w:snapToGrid w:val="0"/>
            </w:pPr>
            <w:proofErr w:type="spellStart"/>
            <w:r>
              <w:t>Sterownik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</w:t>
            </w:r>
            <w:proofErr w:type="spellStart"/>
            <w:r>
              <w:t>wyposażony</w:t>
            </w:r>
            <w:proofErr w:type="spellEnd"/>
            <w:r>
              <w:t xml:space="preserve"> min. 3 </w:t>
            </w:r>
            <w:proofErr w:type="spellStart"/>
            <w:r>
              <w:t>gniazda</w:t>
            </w:r>
            <w:proofErr w:type="spellEnd"/>
            <w:r>
              <w:t xml:space="preserve"> USB </w:t>
            </w:r>
            <w:proofErr w:type="spellStart"/>
            <w:r>
              <w:t>umożliwiające</w:t>
            </w:r>
            <w:proofErr w:type="spellEnd"/>
            <w:r>
              <w:t xml:space="preserve"> </w:t>
            </w:r>
            <w:proofErr w:type="spellStart"/>
            <w:r>
              <w:t>podłączenie</w:t>
            </w:r>
            <w:proofErr w:type="spellEnd"/>
            <w:r>
              <w:t xml:space="preserve"> </w:t>
            </w:r>
            <w:proofErr w:type="spellStart"/>
            <w:r>
              <w:t>urządzeń</w:t>
            </w:r>
            <w:proofErr w:type="spellEnd"/>
            <w:r>
              <w:t xml:space="preserve"> </w:t>
            </w:r>
            <w:proofErr w:type="spellStart"/>
            <w:r>
              <w:t>peryferyjnych</w:t>
            </w:r>
            <w:proofErr w:type="spellEnd"/>
            <w:r>
              <w:t xml:space="preserve"> </w:t>
            </w:r>
            <w:proofErr w:type="spellStart"/>
            <w:r>
              <w:t>takich</w:t>
            </w:r>
            <w:proofErr w:type="spellEnd"/>
            <w:r>
              <w:t xml:space="preserve"> jak np.: </w:t>
            </w:r>
            <w:proofErr w:type="spellStart"/>
            <w:r>
              <w:t>dedykowana</w:t>
            </w:r>
            <w:proofErr w:type="spellEnd"/>
            <w:r>
              <w:t xml:space="preserve"> </w:t>
            </w:r>
            <w:proofErr w:type="spellStart"/>
            <w:r>
              <w:t>drukarka</w:t>
            </w:r>
            <w:proofErr w:type="spellEnd"/>
            <w:r>
              <w:t xml:space="preserve">, </w:t>
            </w:r>
            <w:proofErr w:type="spellStart"/>
            <w:r>
              <w:t>pamięć</w:t>
            </w:r>
            <w:proofErr w:type="spellEnd"/>
            <w:r>
              <w:t xml:space="preserve"> </w:t>
            </w:r>
            <w:proofErr w:type="spellStart"/>
            <w:r>
              <w:t>PenDrive</w:t>
            </w:r>
            <w:proofErr w:type="spellEnd"/>
            <w:r>
              <w:t xml:space="preserve">, </w:t>
            </w:r>
            <w:proofErr w:type="spellStart"/>
            <w:r>
              <w:t>klawiatura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8F6F6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B09ABB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DD317D2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874C7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4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8E0FFB" w14:textId="77777777" w:rsidR="004F0AFF" w:rsidRDefault="003F1309">
            <w:pPr>
              <w:snapToGrid w:val="0"/>
            </w:pPr>
            <w:proofErr w:type="spellStart"/>
            <w:r>
              <w:t>Sterownik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</w:t>
            </w:r>
            <w:proofErr w:type="spellStart"/>
            <w:r>
              <w:t>wyposażony</w:t>
            </w:r>
            <w:proofErr w:type="spellEnd"/>
            <w:r>
              <w:t xml:space="preserve"> w </w:t>
            </w:r>
            <w:proofErr w:type="spellStart"/>
            <w:r>
              <w:t>zintegrowane</w:t>
            </w:r>
            <w:proofErr w:type="spellEnd"/>
            <w:r>
              <w:t xml:space="preserve"> </w:t>
            </w:r>
            <w:proofErr w:type="spellStart"/>
            <w:r>
              <w:t>gniazdo</w:t>
            </w:r>
            <w:proofErr w:type="spellEnd"/>
            <w:r>
              <w:t xml:space="preserve"> </w:t>
            </w:r>
            <w:proofErr w:type="spellStart"/>
            <w:r>
              <w:t>komunikacyjne</w:t>
            </w:r>
            <w:proofErr w:type="spellEnd"/>
            <w:r>
              <w:t xml:space="preserve"> </w:t>
            </w:r>
            <w:proofErr w:type="spellStart"/>
            <w:r>
              <w:t>umożliwiające</w:t>
            </w:r>
            <w:proofErr w:type="spellEnd"/>
            <w:r>
              <w:t xml:space="preserve"> </w:t>
            </w:r>
            <w:proofErr w:type="spellStart"/>
            <w:r>
              <w:t>bezpośrednie</w:t>
            </w:r>
            <w:proofErr w:type="spellEnd"/>
            <w:r>
              <w:t xml:space="preserve"> </w:t>
            </w:r>
            <w:proofErr w:type="spellStart"/>
            <w:r>
              <w:t>połącznie</w:t>
            </w:r>
            <w:proofErr w:type="spellEnd"/>
            <w:r>
              <w:t xml:space="preserve"> z </w:t>
            </w:r>
            <w:proofErr w:type="spellStart"/>
            <w:r>
              <w:t>oferowanym</w:t>
            </w:r>
            <w:proofErr w:type="spellEnd"/>
            <w:r>
              <w:t xml:space="preserve"> </w:t>
            </w:r>
            <w:proofErr w:type="spellStart"/>
            <w:r>
              <w:t>źródłem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LED w </w:t>
            </w:r>
            <w:proofErr w:type="spellStart"/>
            <w:r>
              <w:t>celu</w:t>
            </w:r>
            <w:proofErr w:type="spellEnd"/>
            <w:r>
              <w:t xml:space="preserve"> </w:t>
            </w:r>
            <w:proofErr w:type="spellStart"/>
            <w:r>
              <w:t>realizacji</w:t>
            </w:r>
            <w:proofErr w:type="spellEnd"/>
            <w:r>
              <w:t xml:space="preserve"> </w:t>
            </w:r>
            <w:proofErr w:type="spellStart"/>
            <w:r>
              <w:t>włączania</w:t>
            </w:r>
            <w:proofErr w:type="spellEnd"/>
            <w:r>
              <w:t xml:space="preserve"> / </w:t>
            </w:r>
            <w:proofErr w:type="spellStart"/>
            <w:r>
              <w:t>wyłączania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, </w:t>
            </w:r>
            <w:proofErr w:type="spellStart"/>
            <w:r>
              <w:t>zmiany</w:t>
            </w:r>
            <w:proofErr w:type="spellEnd"/>
            <w:r>
              <w:t xml:space="preserve"> </w:t>
            </w:r>
            <w:proofErr w:type="spellStart"/>
            <w:r>
              <w:t>ustawień</w:t>
            </w:r>
            <w:proofErr w:type="spellEnd"/>
            <w:r>
              <w:t xml:space="preserve"> </w:t>
            </w:r>
            <w:proofErr w:type="spellStart"/>
            <w:r>
              <w:t>intensywności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, </w:t>
            </w:r>
            <w:proofErr w:type="spellStart"/>
            <w:r>
              <w:t>zmiany</w:t>
            </w:r>
            <w:proofErr w:type="spellEnd"/>
            <w:r>
              <w:t xml:space="preserve"> </w:t>
            </w:r>
            <w:proofErr w:type="spellStart"/>
            <w:r>
              <w:t>trybów</w:t>
            </w:r>
            <w:proofErr w:type="spellEnd"/>
            <w:r>
              <w:t xml:space="preserve"> </w:t>
            </w:r>
            <w:proofErr w:type="spellStart"/>
            <w:r>
              <w:t>pracy</w:t>
            </w:r>
            <w:proofErr w:type="spellEnd"/>
            <w:r>
              <w:t xml:space="preserve"> - </w:t>
            </w:r>
            <w:proofErr w:type="spellStart"/>
            <w:r>
              <w:t>bezpośrednio</w:t>
            </w:r>
            <w:proofErr w:type="spellEnd"/>
            <w:r>
              <w:t xml:space="preserve"> </w:t>
            </w:r>
            <w:proofErr w:type="spellStart"/>
            <w:r>
              <w:t>poprzez</w:t>
            </w:r>
            <w:proofErr w:type="spellEnd"/>
            <w:r>
              <w:t xml:space="preserve"> menu </w:t>
            </w:r>
            <w:proofErr w:type="spellStart"/>
            <w:r>
              <w:t>obsługowe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07EF5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75D0A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AF77516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45BC1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9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4E82DF" w14:textId="77777777" w:rsidR="004F0AFF" w:rsidRDefault="003F1309">
            <w:pPr>
              <w:snapToGrid w:val="0"/>
            </w:pPr>
            <w:r>
              <w:t xml:space="preserve">Min. 1 </w:t>
            </w:r>
            <w:proofErr w:type="spellStart"/>
            <w:r>
              <w:t>gniazdo</w:t>
            </w:r>
            <w:proofErr w:type="spellEnd"/>
            <w:r>
              <w:t xml:space="preserve"> USB </w:t>
            </w:r>
            <w:proofErr w:type="spellStart"/>
            <w:r>
              <w:t>umieszczone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panelu</w:t>
            </w:r>
            <w:proofErr w:type="spellEnd"/>
            <w:r>
              <w:t xml:space="preserve"> </w:t>
            </w:r>
            <w:proofErr w:type="spellStart"/>
            <w:r>
              <w:t>przednim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FF72C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  <w:p w14:paraId="34E377B1" w14:textId="77777777" w:rsidR="004F0AFF" w:rsidRDefault="004F0AFF">
            <w:pPr>
              <w:tabs>
                <w:tab w:val="left" w:pos="1160"/>
              </w:tabs>
              <w:snapToGrid w:val="0"/>
              <w:jc w:val="center"/>
            </w:pP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737FB8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433B63C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538C2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34B917" w14:textId="77777777" w:rsidR="004F0AFF" w:rsidRDefault="003F1309">
            <w:pPr>
              <w:snapToGrid w:val="0"/>
            </w:pPr>
            <w:r>
              <w:t xml:space="preserve">Menu </w:t>
            </w:r>
            <w:proofErr w:type="spellStart"/>
            <w:r>
              <w:t>obsługowe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</w:t>
            </w:r>
            <w:proofErr w:type="spellStart"/>
            <w:r>
              <w:t>wyświetlane</w:t>
            </w:r>
            <w:proofErr w:type="spellEnd"/>
            <w:r>
              <w:t xml:space="preserve"> w </w:t>
            </w:r>
            <w:proofErr w:type="spellStart"/>
            <w:r>
              <w:t>postaci</w:t>
            </w:r>
            <w:proofErr w:type="spellEnd"/>
            <w:r>
              <w:t xml:space="preserve"> ikon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ekranie</w:t>
            </w:r>
            <w:proofErr w:type="spellEnd"/>
            <w:r>
              <w:t xml:space="preserve"> </w:t>
            </w:r>
            <w:proofErr w:type="spellStart"/>
            <w:r>
              <w:t>monitora</w:t>
            </w:r>
            <w:proofErr w:type="spellEnd"/>
            <w:r>
              <w:t xml:space="preserve"> </w:t>
            </w:r>
            <w:proofErr w:type="spellStart"/>
            <w:r>
              <w:t>operacyjnego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AD8A0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955D94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643E96E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E2C98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592C0F" w14:textId="77777777" w:rsidR="004F0AFF" w:rsidRDefault="003F1309">
            <w:pPr>
              <w:snapToGrid w:val="0"/>
            </w:pPr>
            <w:r>
              <w:t xml:space="preserve">Menu </w:t>
            </w:r>
            <w:proofErr w:type="spellStart"/>
            <w:r>
              <w:t>obsługowe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wywoływane</w:t>
            </w:r>
            <w:proofErr w:type="spellEnd"/>
            <w:r>
              <w:t xml:space="preserve"> </w:t>
            </w:r>
            <w:proofErr w:type="spellStart"/>
            <w:r>
              <w:t>poprzez</w:t>
            </w:r>
            <w:proofErr w:type="spellEnd"/>
            <w:r>
              <w:t xml:space="preserve"> </w:t>
            </w:r>
            <w:proofErr w:type="spellStart"/>
            <w:r>
              <w:t>przycisk</w:t>
            </w:r>
            <w:proofErr w:type="spellEnd"/>
            <w:r>
              <w:t xml:space="preserve"> </w:t>
            </w:r>
            <w:proofErr w:type="spellStart"/>
            <w:r>
              <w:t>głowicy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wideoendoskopu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poprzez</w:t>
            </w:r>
            <w:proofErr w:type="spellEnd"/>
            <w:r>
              <w:t xml:space="preserve"> </w:t>
            </w:r>
            <w:proofErr w:type="spellStart"/>
            <w:r>
              <w:t>zewnętrzną</w:t>
            </w:r>
            <w:proofErr w:type="spellEnd"/>
            <w:r>
              <w:t xml:space="preserve"> </w:t>
            </w:r>
            <w:proofErr w:type="spellStart"/>
            <w:r>
              <w:t>klawiaturę</w:t>
            </w:r>
            <w:proofErr w:type="spellEnd"/>
            <w:r>
              <w:t xml:space="preserve"> w </w:t>
            </w:r>
            <w:proofErr w:type="spellStart"/>
            <w:r>
              <w:t>przypadku</w:t>
            </w:r>
            <w:proofErr w:type="spellEnd"/>
            <w:r>
              <w:t xml:space="preserve"> </w:t>
            </w:r>
            <w:proofErr w:type="spellStart"/>
            <w:r>
              <w:t>obsługi</w:t>
            </w:r>
            <w:proofErr w:type="spellEnd"/>
            <w:r>
              <w:t xml:space="preserve"> ze </w:t>
            </w:r>
            <w:proofErr w:type="spellStart"/>
            <w:r>
              <w:t>strefy</w:t>
            </w:r>
            <w:proofErr w:type="spellEnd"/>
            <w:r>
              <w:t xml:space="preserve"> "</w:t>
            </w:r>
            <w:proofErr w:type="spellStart"/>
            <w:r>
              <w:t>brudnej</w:t>
            </w:r>
            <w:proofErr w:type="spellEnd"/>
            <w:r>
              <w:t xml:space="preserve">" </w:t>
            </w:r>
            <w:proofErr w:type="spellStart"/>
            <w:r>
              <w:t>pola</w:t>
            </w:r>
            <w:proofErr w:type="spellEnd"/>
            <w:r>
              <w:t xml:space="preserve"> </w:t>
            </w:r>
            <w:proofErr w:type="spellStart"/>
            <w:r>
              <w:t>operacyjnego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FC1F4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47D85B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754994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5F2103" w14:textId="77777777" w:rsidR="004F0AFF" w:rsidRDefault="003F1309">
            <w:pPr>
              <w:tabs>
                <w:tab w:val="left" w:pos="1160"/>
              </w:tabs>
              <w:snapToGrid w:val="0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825A31" w14:textId="77777777" w:rsidR="004F0AFF" w:rsidRDefault="003F1309">
            <w:pPr>
              <w:snapToGrid w:val="0"/>
            </w:pPr>
            <w:proofErr w:type="spellStart"/>
            <w:r>
              <w:t>Funkcja</w:t>
            </w:r>
            <w:proofErr w:type="spellEnd"/>
            <w:r>
              <w:t xml:space="preserve"> zoom-u </w:t>
            </w:r>
            <w:proofErr w:type="spellStart"/>
            <w:r>
              <w:t>cyfrowego</w:t>
            </w:r>
            <w:proofErr w:type="spellEnd"/>
            <w:r>
              <w:t xml:space="preserve"> </w:t>
            </w:r>
            <w:proofErr w:type="spellStart"/>
            <w:r>
              <w:t>ustawiana</w:t>
            </w:r>
            <w:proofErr w:type="spellEnd"/>
            <w:r>
              <w:t xml:space="preserve"> </w:t>
            </w:r>
            <w:proofErr w:type="spellStart"/>
            <w:r>
              <w:t>poprzez</w:t>
            </w:r>
            <w:proofErr w:type="spellEnd"/>
            <w:r>
              <w:t xml:space="preserve"> menu </w:t>
            </w:r>
            <w:proofErr w:type="spellStart"/>
            <w:r>
              <w:t>obsługowe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, </w:t>
            </w:r>
            <w:proofErr w:type="spellStart"/>
            <w:r>
              <w:t>dostępnych</w:t>
            </w:r>
            <w:proofErr w:type="spellEnd"/>
            <w:r>
              <w:t xml:space="preserve"> min. 6 </w:t>
            </w:r>
            <w:proofErr w:type="spellStart"/>
            <w:r>
              <w:t>poziomów</w:t>
            </w:r>
            <w:proofErr w:type="spellEnd"/>
            <w:r>
              <w:t xml:space="preserve"> </w:t>
            </w:r>
            <w:proofErr w:type="spellStart"/>
            <w:r>
              <w:t>ustawień</w:t>
            </w:r>
            <w:proofErr w:type="spellEnd"/>
            <w:r>
              <w:t xml:space="preserve"> zoom-u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CAC512" w14:textId="77777777" w:rsidR="004F0AFF" w:rsidRDefault="003F1309">
            <w:pPr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F71104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4D8DD3C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87FB1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B7E50A" w14:textId="77777777" w:rsidR="004F0AFF" w:rsidRDefault="003F1309">
            <w:proofErr w:type="spellStart"/>
            <w:r>
              <w:t>Regulacji</w:t>
            </w:r>
            <w:proofErr w:type="spellEnd"/>
            <w:r>
              <w:t xml:space="preserve"> </w:t>
            </w:r>
            <w:proofErr w:type="spellStart"/>
            <w:r>
              <w:t>jasności</w:t>
            </w:r>
            <w:proofErr w:type="spellEnd"/>
            <w:r>
              <w:t xml:space="preserve"> </w:t>
            </w:r>
            <w:proofErr w:type="spellStart"/>
            <w:r>
              <w:t>poprzez</w:t>
            </w:r>
            <w:proofErr w:type="spellEnd"/>
            <w:r>
              <w:t xml:space="preserve"> menu </w:t>
            </w:r>
            <w:proofErr w:type="spellStart"/>
            <w:r>
              <w:t>obsługowe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, </w:t>
            </w:r>
            <w:proofErr w:type="spellStart"/>
            <w:r>
              <w:t>dostępne</w:t>
            </w:r>
            <w:proofErr w:type="spellEnd"/>
            <w:r>
              <w:t xml:space="preserve"> min. 4 </w:t>
            </w:r>
            <w:proofErr w:type="spellStart"/>
            <w:r>
              <w:t>poziomy</w:t>
            </w:r>
            <w:proofErr w:type="spellEnd"/>
            <w:r>
              <w:t xml:space="preserve"> </w:t>
            </w:r>
            <w:proofErr w:type="spellStart"/>
            <w:r>
              <w:t>regulacji</w:t>
            </w:r>
            <w:proofErr w:type="spellEnd"/>
            <w:r>
              <w:t xml:space="preserve"> </w:t>
            </w:r>
            <w:proofErr w:type="spellStart"/>
            <w:r>
              <w:t>jasności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DA8202" w14:textId="77777777" w:rsidR="004F0AFF" w:rsidRDefault="003F1309">
            <w:pPr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BA443D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3BA5FC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AC110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16F9CA" w14:textId="77777777" w:rsidR="004F0AFF" w:rsidRDefault="003F1309">
            <w:pPr>
              <w:snapToGrid w:val="0"/>
            </w:pPr>
            <w:proofErr w:type="spellStart"/>
            <w:r>
              <w:t>Funkcje</w:t>
            </w:r>
            <w:proofErr w:type="spellEnd"/>
            <w:r>
              <w:t xml:space="preserve"> </w:t>
            </w:r>
            <w:proofErr w:type="spellStart"/>
            <w:r>
              <w:t>zapisu</w:t>
            </w:r>
            <w:proofErr w:type="spellEnd"/>
            <w:r>
              <w:t xml:space="preserve"> </w:t>
            </w:r>
            <w:proofErr w:type="spellStart"/>
            <w:r>
              <w:t>zdjęć</w:t>
            </w:r>
            <w:proofErr w:type="spellEnd"/>
            <w:r>
              <w:t xml:space="preserve"> i </w:t>
            </w:r>
            <w:proofErr w:type="spellStart"/>
            <w:r>
              <w:t>filmów</w:t>
            </w:r>
            <w:proofErr w:type="spellEnd"/>
            <w:r>
              <w:t xml:space="preserve"> w </w:t>
            </w:r>
            <w:proofErr w:type="spellStart"/>
            <w:r>
              <w:t>pamięci</w:t>
            </w:r>
            <w:proofErr w:type="spellEnd"/>
            <w:r>
              <w:t xml:space="preserve"> </w:t>
            </w:r>
            <w:proofErr w:type="spellStart"/>
            <w:r>
              <w:t>PenDrive</w:t>
            </w:r>
            <w:proofErr w:type="spellEnd"/>
            <w:r>
              <w:t xml:space="preserve">, </w:t>
            </w:r>
            <w:proofErr w:type="spellStart"/>
            <w:r>
              <w:t>uruchamianie</w:t>
            </w:r>
            <w:proofErr w:type="spellEnd"/>
            <w:r>
              <w:t xml:space="preserve"> </w:t>
            </w:r>
            <w:proofErr w:type="spellStart"/>
            <w:r>
              <w:t>zapisu</w:t>
            </w:r>
            <w:proofErr w:type="spellEnd"/>
            <w:r>
              <w:t xml:space="preserve"> </w:t>
            </w:r>
            <w:proofErr w:type="spellStart"/>
            <w:r>
              <w:t>poprzez</w:t>
            </w:r>
            <w:proofErr w:type="spellEnd"/>
            <w:r>
              <w:t xml:space="preserve"> menu </w:t>
            </w:r>
            <w:proofErr w:type="spellStart"/>
            <w:r>
              <w:t>obsługowe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797ABF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66CC5A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B55433A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FA23C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3B36C6" w14:textId="77777777" w:rsidR="004F0AFF" w:rsidRDefault="003F1309">
            <w:pPr>
              <w:snapToGrid w:val="0"/>
            </w:pPr>
            <w:proofErr w:type="spellStart"/>
            <w:r>
              <w:t>Zapis</w:t>
            </w:r>
            <w:proofErr w:type="spellEnd"/>
            <w:r>
              <w:t xml:space="preserve"> </w:t>
            </w:r>
            <w:proofErr w:type="spellStart"/>
            <w:r>
              <w:t>zdjęć</w:t>
            </w:r>
            <w:proofErr w:type="spellEnd"/>
            <w:r>
              <w:t xml:space="preserve"> w </w:t>
            </w:r>
            <w:proofErr w:type="spellStart"/>
            <w:r>
              <w:t>formacie</w:t>
            </w:r>
            <w:proofErr w:type="spellEnd"/>
            <w:r>
              <w:t>: JPEG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B12D95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2E9D4D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3943846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00E10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lastRenderedPageBreak/>
              <w:t>16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C4FADE" w14:textId="77777777" w:rsidR="004F0AFF" w:rsidRDefault="003F1309">
            <w:pPr>
              <w:snapToGrid w:val="0"/>
            </w:pPr>
            <w:proofErr w:type="spellStart"/>
            <w:r>
              <w:t>Zapis</w:t>
            </w:r>
            <w:proofErr w:type="spellEnd"/>
            <w:r>
              <w:t xml:space="preserve"> </w:t>
            </w:r>
            <w:proofErr w:type="spellStart"/>
            <w:r>
              <w:t>filmów</w:t>
            </w:r>
            <w:proofErr w:type="spellEnd"/>
            <w:r>
              <w:t xml:space="preserve"> w </w:t>
            </w:r>
            <w:proofErr w:type="spellStart"/>
            <w:r>
              <w:t>formacie</w:t>
            </w:r>
            <w:proofErr w:type="spellEnd"/>
            <w:r>
              <w:t>: MPEG4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D8FB47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2CAA7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C8A297A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3FB33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4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CC14E2" w14:textId="77777777" w:rsidR="004F0AFF" w:rsidRDefault="003F1309">
            <w:proofErr w:type="spellStart"/>
            <w:r>
              <w:t>Funkcja</w:t>
            </w:r>
            <w:proofErr w:type="spellEnd"/>
            <w:r>
              <w:t xml:space="preserve"> </w:t>
            </w:r>
            <w:proofErr w:type="spellStart"/>
            <w:r>
              <w:t>obrotu</w:t>
            </w:r>
            <w:proofErr w:type="spellEnd"/>
            <w:r>
              <w:t xml:space="preserve"> </w:t>
            </w:r>
            <w:proofErr w:type="spellStart"/>
            <w:r>
              <w:t>obrazu</w:t>
            </w:r>
            <w:proofErr w:type="spellEnd"/>
            <w:r>
              <w:t xml:space="preserve"> o 180° </w:t>
            </w:r>
            <w:proofErr w:type="spellStart"/>
            <w:r>
              <w:t>ustawiana</w:t>
            </w:r>
            <w:proofErr w:type="spellEnd"/>
            <w:r>
              <w:t xml:space="preserve"> </w:t>
            </w:r>
            <w:proofErr w:type="spellStart"/>
            <w:r>
              <w:t>poprzez</w:t>
            </w:r>
            <w:proofErr w:type="spellEnd"/>
            <w:r>
              <w:t xml:space="preserve"> menu </w:t>
            </w:r>
            <w:proofErr w:type="spellStart"/>
            <w:r>
              <w:t>obsługowe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4A0755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080A90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58FE37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660E21" w14:textId="77777777" w:rsidR="004F0AFF" w:rsidRDefault="003F1309">
            <w:pPr>
              <w:tabs>
                <w:tab w:val="left" w:pos="1160"/>
              </w:tabs>
              <w:snapToGrid w:val="0"/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38D58A" w14:textId="77777777" w:rsidR="004F0AFF" w:rsidRDefault="003F1309">
            <w:pPr>
              <w:snapToGrid w:val="0"/>
            </w:pPr>
            <w:proofErr w:type="spellStart"/>
            <w:r>
              <w:t>Funkcjonalność</w:t>
            </w:r>
            <w:proofErr w:type="spellEnd"/>
            <w:r>
              <w:t xml:space="preserve"> </w:t>
            </w:r>
            <w:proofErr w:type="spellStart"/>
            <w:r>
              <w:t>przypisania</w:t>
            </w:r>
            <w:proofErr w:type="spellEnd"/>
            <w:r>
              <w:t xml:space="preserve"> po </w:t>
            </w:r>
            <w:proofErr w:type="spellStart"/>
            <w:r>
              <w:t>dwóch</w:t>
            </w:r>
            <w:proofErr w:type="spellEnd"/>
            <w:r>
              <w:t xml:space="preserve"> </w:t>
            </w:r>
            <w:proofErr w:type="spellStart"/>
            <w:r>
              <w:t>funkcji</w:t>
            </w:r>
            <w:proofErr w:type="spellEnd"/>
            <w:r>
              <w:t xml:space="preserve"> do </w:t>
            </w:r>
            <w:proofErr w:type="spellStart"/>
            <w:r>
              <w:t>każdego</w:t>
            </w:r>
            <w:proofErr w:type="spellEnd"/>
            <w:r>
              <w:t xml:space="preserve"> z </w:t>
            </w:r>
            <w:proofErr w:type="spellStart"/>
            <w:r>
              <w:t>programowanych</w:t>
            </w:r>
            <w:proofErr w:type="spellEnd"/>
            <w:r>
              <w:t xml:space="preserve"> </w:t>
            </w:r>
            <w:proofErr w:type="spellStart"/>
            <w:r>
              <w:t>przycisków</w:t>
            </w:r>
            <w:proofErr w:type="spellEnd"/>
            <w:r>
              <w:t xml:space="preserve"> </w:t>
            </w:r>
            <w:proofErr w:type="spellStart"/>
            <w:r>
              <w:t>głowicy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wideoendoskopu</w:t>
            </w:r>
            <w:proofErr w:type="spellEnd"/>
            <w:r>
              <w:t xml:space="preserve">, </w:t>
            </w:r>
            <w:proofErr w:type="spellStart"/>
            <w:r>
              <w:t>uruchamianie</w:t>
            </w:r>
            <w:proofErr w:type="spellEnd"/>
            <w:r>
              <w:t xml:space="preserve"> </w:t>
            </w:r>
            <w:proofErr w:type="spellStart"/>
            <w:r>
              <w:t>poprzez</w:t>
            </w:r>
            <w:proofErr w:type="spellEnd"/>
            <w:r>
              <w:t xml:space="preserve"> </w:t>
            </w:r>
            <w:proofErr w:type="spellStart"/>
            <w:r>
              <w:t>krótkie</w:t>
            </w:r>
            <w:proofErr w:type="spellEnd"/>
            <w:r>
              <w:t xml:space="preserve"> i </w:t>
            </w:r>
            <w:proofErr w:type="spellStart"/>
            <w:r>
              <w:t>długie</w:t>
            </w:r>
            <w:proofErr w:type="spellEnd"/>
            <w:r>
              <w:t xml:space="preserve"> </w:t>
            </w:r>
            <w:proofErr w:type="spellStart"/>
            <w:r>
              <w:t>wciśnięcie</w:t>
            </w:r>
            <w:proofErr w:type="spellEnd"/>
            <w:r>
              <w:t xml:space="preserve"> </w:t>
            </w:r>
            <w:proofErr w:type="spellStart"/>
            <w:r>
              <w:t>przycisku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64E8E5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478A43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88C73E8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17004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19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71D99D" w14:textId="77777777" w:rsidR="004F0AFF" w:rsidRDefault="003F1309">
            <w:pPr>
              <w:snapToGrid w:val="0"/>
            </w:pPr>
            <w:proofErr w:type="spellStart"/>
            <w:r>
              <w:t>Programowanie</w:t>
            </w:r>
            <w:proofErr w:type="spellEnd"/>
            <w:r>
              <w:t xml:space="preserve"> </w:t>
            </w:r>
            <w:proofErr w:type="spellStart"/>
            <w:r>
              <w:t>funkcji</w:t>
            </w:r>
            <w:proofErr w:type="spellEnd"/>
            <w:r>
              <w:t xml:space="preserve"> </w:t>
            </w:r>
            <w:proofErr w:type="spellStart"/>
            <w:r>
              <w:t>uruchamiania</w:t>
            </w:r>
            <w:proofErr w:type="spellEnd"/>
            <w:r>
              <w:t xml:space="preserve"> </w:t>
            </w:r>
            <w:proofErr w:type="spellStart"/>
            <w:r>
              <w:t>zapisu</w:t>
            </w:r>
            <w:proofErr w:type="spellEnd"/>
            <w:r>
              <w:t xml:space="preserve"> </w:t>
            </w:r>
            <w:proofErr w:type="spellStart"/>
            <w:r>
              <w:t>zdjęcia</w:t>
            </w:r>
            <w:proofErr w:type="spellEnd"/>
            <w:r>
              <w:t xml:space="preserve"> i </w:t>
            </w:r>
            <w:proofErr w:type="spellStart"/>
            <w:r>
              <w:t>filmu</w:t>
            </w:r>
            <w:proofErr w:type="spellEnd"/>
            <w:r>
              <w:t xml:space="preserve"> </w:t>
            </w:r>
            <w:proofErr w:type="spellStart"/>
            <w:r>
              <w:t>wideo</w:t>
            </w:r>
            <w:proofErr w:type="spellEnd"/>
            <w:r>
              <w:t xml:space="preserve"> (start/stop) pod </w:t>
            </w:r>
            <w:proofErr w:type="spellStart"/>
            <w:r>
              <w:t>jednym</w:t>
            </w:r>
            <w:proofErr w:type="spellEnd"/>
            <w:r>
              <w:t xml:space="preserve"> </w:t>
            </w:r>
            <w:proofErr w:type="spellStart"/>
            <w:r>
              <w:t>przyciskiem</w:t>
            </w:r>
            <w:proofErr w:type="spellEnd"/>
            <w:r>
              <w:t xml:space="preserve"> </w:t>
            </w:r>
            <w:proofErr w:type="spellStart"/>
            <w:r>
              <w:t>głowicy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wiedoendoskopu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B63C9D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405869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89E2444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477B3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20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4F21EF" w14:textId="77777777" w:rsidR="004F0AFF" w:rsidRDefault="003F1309">
            <w:pPr>
              <w:snapToGrid w:val="0"/>
              <w:rPr>
                <w:b/>
                <w:bCs/>
              </w:rPr>
            </w:pPr>
            <w:proofErr w:type="spellStart"/>
            <w:r>
              <w:t>Funkcja</w:t>
            </w:r>
            <w:proofErr w:type="spellEnd"/>
            <w:r>
              <w:t xml:space="preserve"> </w:t>
            </w:r>
            <w:proofErr w:type="spellStart"/>
            <w:r>
              <w:t>włączania</w:t>
            </w:r>
            <w:proofErr w:type="spellEnd"/>
            <w:r>
              <w:t xml:space="preserve"> / </w:t>
            </w:r>
            <w:proofErr w:type="spellStart"/>
            <w:r>
              <w:t>wyłączania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w </w:t>
            </w:r>
            <w:proofErr w:type="spellStart"/>
            <w:r>
              <w:t>oferowanym</w:t>
            </w:r>
            <w:proofErr w:type="spellEnd"/>
            <w:r>
              <w:t xml:space="preserve"> </w:t>
            </w:r>
            <w:proofErr w:type="spellStart"/>
            <w:r>
              <w:t>źródle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LED </w:t>
            </w:r>
            <w:proofErr w:type="spellStart"/>
            <w:r>
              <w:t>bezpośrednio</w:t>
            </w:r>
            <w:proofErr w:type="spellEnd"/>
            <w:r>
              <w:t xml:space="preserve"> </w:t>
            </w:r>
            <w:proofErr w:type="spellStart"/>
            <w:r>
              <w:t>poprzez</w:t>
            </w:r>
            <w:proofErr w:type="spellEnd"/>
            <w:r>
              <w:t xml:space="preserve"> menu </w:t>
            </w:r>
            <w:proofErr w:type="spellStart"/>
            <w:r>
              <w:t>obsługowe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D59AB3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9CACCD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E2C3C4E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E21ED7" w14:textId="77777777" w:rsidR="004F0AFF" w:rsidRDefault="003F1309">
            <w:pPr>
              <w:tabs>
                <w:tab w:val="left" w:pos="1160"/>
              </w:tabs>
              <w:snapToGrid w:val="0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C60BA6" w14:textId="77777777" w:rsidR="004F0AFF" w:rsidRDefault="003F1309">
            <w:pPr>
              <w:snapToGrid w:val="0"/>
            </w:pPr>
            <w:proofErr w:type="spellStart"/>
            <w:r>
              <w:t>Ręczna</w:t>
            </w:r>
            <w:proofErr w:type="spellEnd"/>
            <w:r>
              <w:t xml:space="preserve"> </w:t>
            </w:r>
            <w:proofErr w:type="spellStart"/>
            <w:r>
              <w:t>regulacja</w:t>
            </w:r>
            <w:proofErr w:type="spellEnd"/>
            <w:r>
              <w:t xml:space="preserve"> </w:t>
            </w:r>
            <w:proofErr w:type="spellStart"/>
            <w:r>
              <w:t>intensywności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</w:t>
            </w:r>
            <w:proofErr w:type="spellStart"/>
            <w:r>
              <w:t>oferowanego</w:t>
            </w:r>
            <w:proofErr w:type="spellEnd"/>
            <w:r>
              <w:t xml:space="preserve"> </w:t>
            </w:r>
            <w:proofErr w:type="spellStart"/>
            <w:r>
              <w:t>źródła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LED </w:t>
            </w:r>
            <w:proofErr w:type="spellStart"/>
            <w:r>
              <w:t>poprzez</w:t>
            </w:r>
            <w:proofErr w:type="spellEnd"/>
            <w:r>
              <w:t xml:space="preserve"> menu </w:t>
            </w:r>
            <w:proofErr w:type="spellStart"/>
            <w:r>
              <w:t>obsługowe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B9CEB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 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3C6CF2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ED262A7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12659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22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D0F375" w14:textId="77777777" w:rsidR="004F0AFF" w:rsidRDefault="003F1309">
            <w:pPr>
              <w:snapToGrid w:val="0"/>
            </w:pPr>
            <w:proofErr w:type="spellStart"/>
            <w:r>
              <w:t>Włączanie</w:t>
            </w:r>
            <w:proofErr w:type="spellEnd"/>
            <w:r>
              <w:t xml:space="preserve"> </w:t>
            </w:r>
            <w:proofErr w:type="spellStart"/>
            <w:r>
              <w:t>trybu</w:t>
            </w:r>
            <w:proofErr w:type="spellEnd"/>
            <w:r>
              <w:t xml:space="preserve"> </w:t>
            </w:r>
            <w:proofErr w:type="spellStart"/>
            <w:r>
              <w:t>automatycznej</w:t>
            </w:r>
            <w:proofErr w:type="spellEnd"/>
            <w:r>
              <w:t xml:space="preserve"> </w:t>
            </w:r>
            <w:proofErr w:type="spellStart"/>
            <w:r>
              <w:t>regulacji</w:t>
            </w:r>
            <w:proofErr w:type="spellEnd"/>
            <w:r>
              <w:t xml:space="preserve"> </w:t>
            </w:r>
            <w:proofErr w:type="spellStart"/>
            <w:r>
              <w:t>intensywności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</w:t>
            </w:r>
            <w:proofErr w:type="spellStart"/>
            <w:r>
              <w:t>oferowanego</w:t>
            </w:r>
            <w:proofErr w:type="spellEnd"/>
            <w:r>
              <w:t xml:space="preserve"> </w:t>
            </w:r>
            <w:proofErr w:type="spellStart"/>
            <w:r>
              <w:t>źródła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LED </w:t>
            </w:r>
            <w:proofErr w:type="spellStart"/>
            <w:r>
              <w:t>poprzez</w:t>
            </w:r>
            <w:proofErr w:type="spellEnd"/>
            <w:r>
              <w:t xml:space="preserve"> menu </w:t>
            </w:r>
            <w:proofErr w:type="spellStart"/>
            <w:r>
              <w:t>obsługowe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18848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A20623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227906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1F76C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23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1BE55D" w14:textId="77777777" w:rsidR="004F0AFF" w:rsidRDefault="003F1309">
            <w:proofErr w:type="spellStart"/>
            <w:r>
              <w:t>Funkcjonalność</w:t>
            </w:r>
            <w:proofErr w:type="spellEnd"/>
            <w:r>
              <w:t xml:space="preserve"> </w:t>
            </w:r>
            <w:proofErr w:type="spellStart"/>
            <w:r>
              <w:t>wyświetlania</w:t>
            </w:r>
            <w:proofErr w:type="spellEnd"/>
            <w:r>
              <w:t xml:space="preserve"> </w:t>
            </w:r>
            <w:proofErr w:type="spellStart"/>
            <w:r>
              <w:t>poziomu</w:t>
            </w:r>
            <w:proofErr w:type="spellEnd"/>
            <w:r>
              <w:t xml:space="preserve"> </w:t>
            </w:r>
            <w:proofErr w:type="spellStart"/>
            <w:r>
              <w:t>intensywności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</w:t>
            </w:r>
            <w:proofErr w:type="spellStart"/>
            <w:r>
              <w:t>oferowanego</w:t>
            </w:r>
            <w:proofErr w:type="spellEnd"/>
            <w:r>
              <w:t xml:space="preserve"> </w:t>
            </w:r>
            <w:proofErr w:type="spellStart"/>
            <w:r>
              <w:t>źródła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LED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ekranie</w:t>
            </w:r>
            <w:proofErr w:type="spellEnd"/>
            <w:r>
              <w:t xml:space="preserve"> </w:t>
            </w:r>
            <w:proofErr w:type="spellStart"/>
            <w:r>
              <w:t>monitora</w:t>
            </w:r>
            <w:proofErr w:type="spellEnd"/>
            <w:r>
              <w:t xml:space="preserve"> </w:t>
            </w:r>
            <w:proofErr w:type="spellStart"/>
            <w:r>
              <w:t>operacyjnego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3B086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BE8601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C626662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DAC60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24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EC1738" w14:textId="77777777" w:rsidR="004F0AFF" w:rsidRDefault="003F1309">
            <w:proofErr w:type="spellStart"/>
            <w:r>
              <w:t>Funkcja</w:t>
            </w:r>
            <w:proofErr w:type="spellEnd"/>
            <w:r>
              <w:t xml:space="preserve"> </w:t>
            </w:r>
            <w:proofErr w:type="spellStart"/>
            <w:r>
              <w:t>wyświetlania</w:t>
            </w:r>
            <w:proofErr w:type="spellEnd"/>
            <w:r>
              <w:t xml:space="preserve"> </w:t>
            </w:r>
            <w:proofErr w:type="spellStart"/>
            <w:r>
              <w:t>wirtualnego</w:t>
            </w:r>
            <w:proofErr w:type="spellEnd"/>
            <w:r>
              <w:t xml:space="preserve"> </w:t>
            </w:r>
            <w:proofErr w:type="spellStart"/>
            <w:r>
              <w:t>wskaźnika</w:t>
            </w:r>
            <w:proofErr w:type="spellEnd"/>
            <w:r>
              <w:t xml:space="preserve"> </w:t>
            </w:r>
            <w:proofErr w:type="spellStart"/>
            <w:r>
              <w:t>punktowego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ekranie</w:t>
            </w:r>
            <w:proofErr w:type="spellEnd"/>
            <w:r>
              <w:t xml:space="preserve"> </w:t>
            </w:r>
            <w:proofErr w:type="spellStart"/>
            <w:r>
              <w:t>monitora</w:t>
            </w:r>
            <w:proofErr w:type="spellEnd"/>
            <w:r>
              <w:t xml:space="preserve"> </w:t>
            </w:r>
            <w:proofErr w:type="spellStart"/>
            <w:r>
              <w:t>operacyjnego</w:t>
            </w:r>
            <w:proofErr w:type="spellEnd"/>
            <w:r>
              <w:t xml:space="preserve"> do </w:t>
            </w:r>
            <w:proofErr w:type="spellStart"/>
            <w:r>
              <w:t>precyzyjnego</w:t>
            </w:r>
            <w:proofErr w:type="spellEnd"/>
            <w:r>
              <w:t xml:space="preserve"> </w:t>
            </w:r>
            <w:proofErr w:type="spellStart"/>
            <w:r>
              <w:t>wskazywania</w:t>
            </w:r>
            <w:proofErr w:type="spellEnd"/>
            <w:r>
              <w:t xml:space="preserve"> </w:t>
            </w:r>
            <w:proofErr w:type="spellStart"/>
            <w:r>
              <w:t>określonego</w:t>
            </w:r>
            <w:proofErr w:type="spellEnd"/>
            <w:r>
              <w:t xml:space="preserve"> </w:t>
            </w:r>
            <w:proofErr w:type="spellStart"/>
            <w:r>
              <w:t>punktu</w:t>
            </w:r>
            <w:proofErr w:type="spellEnd"/>
            <w:r>
              <w:t xml:space="preserve"> </w:t>
            </w:r>
            <w:proofErr w:type="spellStart"/>
            <w:r>
              <w:t>pola</w:t>
            </w:r>
            <w:proofErr w:type="spellEnd"/>
            <w:r>
              <w:t xml:space="preserve"> </w:t>
            </w:r>
            <w:proofErr w:type="spellStart"/>
            <w:r>
              <w:t>operacyjnego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4391E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419E4B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250B9B8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FE8DD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25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94AC48" w14:textId="77777777" w:rsidR="004F0AFF" w:rsidRDefault="003F1309">
            <w:proofErr w:type="spellStart"/>
            <w:r>
              <w:t>Funkcja</w:t>
            </w:r>
            <w:proofErr w:type="spellEnd"/>
            <w:r>
              <w:t xml:space="preserve"> </w:t>
            </w:r>
            <w:proofErr w:type="spellStart"/>
            <w:r>
              <w:t>wyświetlania</w:t>
            </w:r>
            <w:proofErr w:type="spellEnd"/>
            <w:r>
              <w:t xml:space="preserve"> </w:t>
            </w:r>
            <w:proofErr w:type="spellStart"/>
            <w:r>
              <w:t>wirtualnej</w:t>
            </w:r>
            <w:proofErr w:type="spellEnd"/>
            <w:r>
              <w:t xml:space="preserve"> </w:t>
            </w:r>
            <w:proofErr w:type="spellStart"/>
            <w:r>
              <w:t>siatki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ekranie</w:t>
            </w:r>
            <w:proofErr w:type="spellEnd"/>
            <w:r>
              <w:t xml:space="preserve"> </w:t>
            </w:r>
            <w:proofErr w:type="spellStart"/>
            <w:r>
              <w:t>monitora</w:t>
            </w:r>
            <w:proofErr w:type="spellEnd"/>
            <w:r>
              <w:t xml:space="preserve"> </w:t>
            </w:r>
            <w:proofErr w:type="spellStart"/>
            <w:r>
              <w:t>operacyjnego</w:t>
            </w:r>
            <w:proofErr w:type="spellEnd"/>
            <w:r>
              <w:t xml:space="preserve"> do </w:t>
            </w:r>
            <w:proofErr w:type="spellStart"/>
            <w:r>
              <w:t>precyzyjnego</w:t>
            </w:r>
            <w:proofErr w:type="spellEnd"/>
            <w:r>
              <w:t xml:space="preserve"> </w:t>
            </w:r>
            <w:proofErr w:type="spellStart"/>
            <w:r>
              <w:t>wskazywania</w:t>
            </w:r>
            <w:proofErr w:type="spellEnd"/>
            <w:r>
              <w:t xml:space="preserve"> </w:t>
            </w:r>
            <w:proofErr w:type="spellStart"/>
            <w:r>
              <w:t>określonego</w:t>
            </w:r>
            <w:proofErr w:type="spellEnd"/>
            <w:r>
              <w:t xml:space="preserve"> </w:t>
            </w:r>
            <w:proofErr w:type="spellStart"/>
            <w:r>
              <w:t>obszaru</w:t>
            </w:r>
            <w:proofErr w:type="spellEnd"/>
            <w:r>
              <w:t xml:space="preserve"> </w:t>
            </w:r>
            <w:proofErr w:type="spellStart"/>
            <w:r>
              <w:t>pola</w:t>
            </w:r>
            <w:proofErr w:type="spellEnd"/>
            <w:r>
              <w:t xml:space="preserve"> </w:t>
            </w:r>
            <w:proofErr w:type="spellStart"/>
            <w:r>
              <w:t>operacyjnego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A1EF9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715EDA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70E2200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F1B09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26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108E83" w14:textId="77777777" w:rsidR="004F0AFF" w:rsidRDefault="003F1309">
            <w:proofErr w:type="spellStart"/>
            <w:r>
              <w:t>Zintegrowany</w:t>
            </w:r>
            <w:proofErr w:type="spellEnd"/>
            <w:r>
              <w:t xml:space="preserve"> </w:t>
            </w:r>
            <w:proofErr w:type="spellStart"/>
            <w:r>
              <w:t>tryb</w:t>
            </w:r>
            <w:proofErr w:type="spellEnd"/>
            <w:r>
              <w:t xml:space="preserve"> </w:t>
            </w:r>
            <w:proofErr w:type="spellStart"/>
            <w:r>
              <w:t>wizualizacji</w:t>
            </w:r>
            <w:proofErr w:type="spellEnd"/>
            <w:r>
              <w:t xml:space="preserve"> </w:t>
            </w:r>
            <w:proofErr w:type="spellStart"/>
            <w:r>
              <w:t>wykorzystujący</w:t>
            </w:r>
            <w:proofErr w:type="spellEnd"/>
            <w:r>
              <w:t xml:space="preserve"> </w:t>
            </w:r>
            <w:proofErr w:type="spellStart"/>
            <w:r>
              <w:t>cyfrowe</w:t>
            </w:r>
            <w:proofErr w:type="spellEnd"/>
            <w:r>
              <w:t xml:space="preserve"> </w:t>
            </w:r>
            <w:proofErr w:type="spellStart"/>
            <w:r>
              <w:t>odfiltrowanie</w:t>
            </w:r>
            <w:proofErr w:type="spellEnd"/>
            <w:r>
              <w:t xml:space="preserve"> </w:t>
            </w:r>
            <w:proofErr w:type="spellStart"/>
            <w:r>
              <w:t>koloru</w:t>
            </w:r>
            <w:proofErr w:type="spellEnd"/>
            <w:r>
              <w:t xml:space="preserve"> </w:t>
            </w:r>
            <w:proofErr w:type="spellStart"/>
            <w:r>
              <w:t>czerwonego</w:t>
            </w:r>
            <w:proofErr w:type="spellEnd"/>
            <w:r>
              <w:t xml:space="preserve"> z </w:t>
            </w:r>
            <w:proofErr w:type="spellStart"/>
            <w:r>
              <w:t>obrazu</w:t>
            </w:r>
            <w:proofErr w:type="spellEnd"/>
            <w:r>
              <w:t xml:space="preserve"> </w:t>
            </w:r>
            <w:proofErr w:type="spellStart"/>
            <w:r>
              <w:t>wyświetlanego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ekranie</w:t>
            </w:r>
            <w:proofErr w:type="spellEnd"/>
            <w:r>
              <w:t xml:space="preserve"> </w:t>
            </w:r>
            <w:proofErr w:type="spellStart"/>
            <w:r>
              <w:t>monitora</w:t>
            </w:r>
            <w:proofErr w:type="spellEnd"/>
            <w:r>
              <w:t xml:space="preserve"> </w:t>
            </w:r>
            <w:proofErr w:type="spellStart"/>
            <w:r>
              <w:t>operacyjnego</w:t>
            </w:r>
            <w:proofErr w:type="spellEnd"/>
            <w:r>
              <w:t xml:space="preserve"> w </w:t>
            </w:r>
            <w:proofErr w:type="spellStart"/>
            <w:r>
              <w:t>celu</w:t>
            </w:r>
            <w:proofErr w:type="spellEnd"/>
            <w:r>
              <w:t xml:space="preserve"> </w:t>
            </w:r>
            <w:proofErr w:type="spellStart"/>
            <w:r>
              <w:t>poprawy</w:t>
            </w:r>
            <w:proofErr w:type="spellEnd"/>
            <w:r>
              <w:t xml:space="preserve"> </w:t>
            </w:r>
            <w:proofErr w:type="spellStart"/>
            <w:r>
              <w:t>różnicowania</w:t>
            </w:r>
            <w:proofErr w:type="spellEnd"/>
            <w:r>
              <w:t xml:space="preserve"> </w:t>
            </w:r>
            <w:proofErr w:type="spellStart"/>
            <w:r>
              <w:t>struktur</w:t>
            </w:r>
            <w:proofErr w:type="spellEnd"/>
            <w:r>
              <w:t xml:space="preserve"> </w:t>
            </w:r>
            <w:proofErr w:type="spellStart"/>
            <w:r>
              <w:t>tkankowych</w:t>
            </w:r>
            <w:proofErr w:type="spellEnd"/>
            <w:r>
              <w:t xml:space="preserve"> i </w:t>
            </w:r>
            <w:proofErr w:type="spellStart"/>
            <w:r>
              <w:t>unaczynienia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38028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C5745F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1BB21BB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3B2A6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27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D66113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t>Wykorzystanie</w:t>
            </w:r>
            <w:proofErr w:type="spellEnd"/>
            <w:r>
              <w:t xml:space="preserve"> </w:t>
            </w:r>
            <w:proofErr w:type="spellStart"/>
            <w:r>
              <w:t>trybu</w:t>
            </w:r>
            <w:proofErr w:type="spellEnd"/>
            <w:r>
              <w:t xml:space="preserve"> </w:t>
            </w:r>
            <w:proofErr w:type="spellStart"/>
            <w:r>
              <w:t>wizualizacji</w:t>
            </w:r>
            <w:proofErr w:type="spellEnd"/>
            <w:r>
              <w:t xml:space="preserve"> </w:t>
            </w:r>
            <w:proofErr w:type="spellStart"/>
            <w:r>
              <w:t>niezależne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zastosowanego</w:t>
            </w:r>
            <w:proofErr w:type="spellEnd"/>
            <w:r>
              <w:t xml:space="preserve"> </w:t>
            </w:r>
            <w:proofErr w:type="spellStart"/>
            <w:r>
              <w:t>źródła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56DD7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7ABD41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A226880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09E8D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28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3634C7" w14:textId="77777777" w:rsidR="004F0AFF" w:rsidRDefault="003F1309">
            <w:proofErr w:type="spellStart"/>
            <w:r>
              <w:t>Funkcjonalność</w:t>
            </w:r>
            <w:proofErr w:type="spellEnd"/>
            <w:r>
              <w:t xml:space="preserve"> </w:t>
            </w:r>
            <w:proofErr w:type="spellStart"/>
            <w:r>
              <w:t>jednoczesnego</w:t>
            </w:r>
            <w:proofErr w:type="spellEnd"/>
            <w:r>
              <w:t xml:space="preserve"> </w:t>
            </w:r>
            <w:proofErr w:type="spellStart"/>
            <w:r>
              <w:t>wyświetlania</w:t>
            </w:r>
            <w:proofErr w:type="spellEnd"/>
            <w:r>
              <w:t xml:space="preserve"> </w:t>
            </w:r>
            <w:proofErr w:type="spellStart"/>
            <w:r>
              <w:t>dwóch</w:t>
            </w:r>
            <w:proofErr w:type="spellEnd"/>
            <w:r>
              <w:t xml:space="preserve"> </w:t>
            </w:r>
            <w:proofErr w:type="spellStart"/>
            <w:r>
              <w:t>obrazów</w:t>
            </w:r>
            <w:proofErr w:type="spellEnd"/>
            <w:r>
              <w:t xml:space="preserve"> </w:t>
            </w:r>
            <w:proofErr w:type="spellStart"/>
            <w:r>
              <w:t>obok</w:t>
            </w:r>
            <w:proofErr w:type="spellEnd"/>
            <w:r>
              <w:t xml:space="preserve"> </w:t>
            </w:r>
            <w:proofErr w:type="spellStart"/>
            <w:r>
              <w:t>siebie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ekranie</w:t>
            </w:r>
            <w:proofErr w:type="spellEnd"/>
            <w:r>
              <w:t xml:space="preserve"> </w:t>
            </w:r>
            <w:proofErr w:type="spellStart"/>
            <w:r>
              <w:t>monitora</w:t>
            </w:r>
            <w:proofErr w:type="spellEnd"/>
            <w:r>
              <w:t xml:space="preserve"> </w:t>
            </w:r>
            <w:proofErr w:type="spellStart"/>
            <w:r>
              <w:t>operacyjnego</w:t>
            </w:r>
            <w:proofErr w:type="spellEnd"/>
            <w:r>
              <w:t xml:space="preserve"> </w:t>
            </w:r>
            <w:proofErr w:type="spellStart"/>
            <w:r>
              <w:t>tj</w:t>
            </w:r>
            <w:proofErr w:type="spellEnd"/>
            <w:r>
              <w:t xml:space="preserve">. </w:t>
            </w:r>
            <w:proofErr w:type="spellStart"/>
            <w:r>
              <w:t>obrazu</w:t>
            </w:r>
            <w:proofErr w:type="spellEnd"/>
            <w:r>
              <w:t xml:space="preserve"> </w:t>
            </w:r>
            <w:proofErr w:type="spellStart"/>
            <w:r>
              <w:t>rzeczywistego</w:t>
            </w:r>
            <w:proofErr w:type="spellEnd"/>
            <w:r>
              <w:t xml:space="preserve"> i </w:t>
            </w:r>
            <w:proofErr w:type="spellStart"/>
            <w:r>
              <w:t>obrazu</w:t>
            </w:r>
            <w:proofErr w:type="spellEnd"/>
            <w:r>
              <w:t xml:space="preserve"> z </w:t>
            </w:r>
            <w:proofErr w:type="spellStart"/>
            <w:r>
              <w:t>włączonym</w:t>
            </w:r>
            <w:proofErr w:type="spellEnd"/>
            <w:r>
              <w:t xml:space="preserve"> </w:t>
            </w:r>
            <w:proofErr w:type="spellStart"/>
            <w:r>
              <w:t>trybem</w:t>
            </w:r>
            <w:proofErr w:type="spellEnd"/>
            <w:r>
              <w:t xml:space="preserve"> </w:t>
            </w:r>
            <w:proofErr w:type="spellStart"/>
            <w:r>
              <w:t>wizualizacji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93AAB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09AC44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115B4E9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0FA80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29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ADF0DB" w14:textId="77777777" w:rsidR="004F0AFF" w:rsidRDefault="003F1309">
            <w:proofErr w:type="spellStart"/>
            <w:r>
              <w:t>Funkcjonalność</w:t>
            </w:r>
            <w:proofErr w:type="spellEnd"/>
            <w:r>
              <w:t xml:space="preserve"> </w:t>
            </w:r>
            <w:proofErr w:type="spellStart"/>
            <w:r>
              <w:t>tworzenia</w:t>
            </w:r>
            <w:proofErr w:type="spellEnd"/>
            <w:r>
              <w:t xml:space="preserve"> i </w:t>
            </w:r>
            <w:proofErr w:type="spellStart"/>
            <w:r>
              <w:t>zapisu</w:t>
            </w:r>
            <w:proofErr w:type="spellEnd"/>
            <w:r>
              <w:t xml:space="preserve"> w </w:t>
            </w:r>
            <w:proofErr w:type="spellStart"/>
            <w:r>
              <w:t>pamięci</w:t>
            </w:r>
            <w:proofErr w:type="spellEnd"/>
            <w:r>
              <w:t xml:space="preserve"> </w:t>
            </w:r>
            <w:proofErr w:type="spellStart"/>
            <w:r>
              <w:t>wewnętrznej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</w:t>
            </w:r>
            <w:proofErr w:type="spellStart"/>
            <w:r>
              <w:t>profili</w:t>
            </w:r>
            <w:proofErr w:type="spellEnd"/>
            <w:r>
              <w:t xml:space="preserve"> </w:t>
            </w:r>
            <w:proofErr w:type="spellStart"/>
            <w:r>
              <w:t>użytkowników</w:t>
            </w:r>
            <w:proofErr w:type="spellEnd"/>
            <w:r>
              <w:t xml:space="preserve"> z </w:t>
            </w:r>
            <w:proofErr w:type="spellStart"/>
            <w:r>
              <w:t>indywidualnymi</w:t>
            </w:r>
            <w:proofErr w:type="spellEnd"/>
            <w:r>
              <w:t xml:space="preserve"> </w:t>
            </w:r>
            <w:proofErr w:type="spellStart"/>
            <w:r>
              <w:t>ustawieniami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obejmującymi</w:t>
            </w:r>
            <w:proofErr w:type="spellEnd"/>
            <w:r>
              <w:t>:</w:t>
            </w:r>
          </w:p>
          <w:p w14:paraId="3FFDD302" w14:textId="77777777" w:rsidR="004F0AFF" w:rsidRDefault="003F1309">
            <w:r>
              <w:t xml:space="preserve">- </w:t>
            </w:r>
            <w:proofErr w:type="spellStart"/>
            <w:r>
              <w:t>indywidualną</w:t>
            </w:r>
            <w:proofErr w:type="spellEnd"/>
            <w:r>
              <w:t xml:space="preserve"> </w:t>
            </w:r>
            <w:proofErr w:type="spellStart"/>
            <w:r>
              <w:t>konfigurację</w:t>
            </w:r>
            <w:proofErr w:type="spellEnd"/>
            <w:r>
              <w:t xml:space="preserve"> menu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>,</w:t>
            </w:r>
          </w:p>
          <w:p w14:paraId="0794B837" w14:textId="77777777" w:rsidR="004F0AFF" w:rsidRDefault="003F1309">
            <w:r>
              <w:t xml:space="preserve">- </w:t>
            </w:r>
            <w:proofErr w:type="spellStart"/>
            <w:r>
              <w:t>indywidualne</w:t>
            </w:r>
            <w:proofErr w:type="spellEnd"/>
            <w:r>
              <w:t xml:space="preserve"> </w:t>
            </w:r>
            <w:proofErr w:type="spellStart"/>
            <w:r>
              <w:t>przypisanie</w:t>
            </w:r>
            <w:proofErr w:type="spellEnd"/>
            <w:r>
              <w:t xml:space="preserve"> </w:t>
            </w:r>
            <w:proofErr w:type="spellStart"/>
            <w:r>
              <w:t>funkcji</w:t>
            </w:r>
            <w:proofErr w:type="spellEnd"/>
            <w:r>
              <w:t xml:space="preserve"> </w:t>
            </w:r>
            <w:proofErr w:type="spellStart"/>
            <w:r>
              <w:t>dostępnych</w:t>
            </w:r>
            <w:proofErr w:type="spellEnd"/>
            <w:r>
              <w:t xml:space="preserve"> </w:t>
            </w:r>
            <w:proofErr w:type="spellStart"/>
            <w:r>
              <w:t>bezpośrednio</w:t>
            </w:r>
            <w:proofErr w:type="spellEnd"/>
            <w:r>
              <w:t xml:space="preserve"> pod </w:t>
            </w:r>
            <w:proofErr w:type="spellStart"/>
            <w:r>
              <w:t>przyciskami</w:t>
            </w:r>
            <w:proofErr w:type="spellEnd"/>
            <w:r>
              <w:t xml:space="preserve"> </w:t>
            </w:r>
            <w:proofErr w:type="spellStart"/>
            <w:r>
              <w:t>głowicy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>.</w:t>
            </w:r>
          </w:p>
          <w:p w14:paraId="6F6BCA34" w14:textId="77777777" w:rsidR="004F0AFF" w:rsidRDefault="003F1309">
            <w:proofErr w:type="spellStart"/>
            <w:r>
              <w:t>Zapis</w:t>
            </w:r>
            <w:proofErr w:type="spellEnd"/>
            <w:r>
              <w:t xml:space="preserve"> min. 20 </w:t>
            </w:r>
            <w:proofErr w:type="spellStart"/>
            <w:r>
              <w:t>indywidualnych</w:t>
            </w:r>
            <w:proofErr w:type="spellEnd"/>
            <w:r>
              <w:t xml:space="preserve"> </w:t>
            </w:r>
            <w:proofErr w:type="spellStart"/>
            <w:r>
              <w:t>profili</w:t>
            </w:r>
            <w:proofErr w:type="spellEnd"/>
            <w:r>
              <w:t xml:space="preserve"> </w:t>
            </w:r>
            <w:proofErr w:type="spellStart"/>
            <w:r>
              <w:t>użytkowników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391DE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3C3DA5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B1D28F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CA43E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30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9BFF63" w14:textId="77777777" w:rsidR="004F0AFF" w:rsidRDefault="003F1309">
            <w:proofErr w:type="spellStart"/>
            <w:r>
              <w:t>Funkcjonalność</w:t>
            </w:r>
            <w:proofErr w:type="spellEnd"/>
            <w:r>
              <w:t xml:space="preserve"> </w:t>
            </w:r>
            <w:proofErr w:type="spellStart"/>
            <w:r>
              <w:t>importu</w:t>
            </w:r>
            <w:proofErr w:type="spellEnd"/>
            <w:r>
              <w:t xml:space="preserve"> / </w:t>
            </w:r>
            <w:proofErr w:type="spellStart"/>
            <w:r>
              <w:t>eksportu</w:t>
            </w:r>
            <w:proofErr w:type="spellEnd"/>
            <w:r>
              <w:t xml:space="preserve"> </w:t>
            </w:r>
            <w:proofErr w:type="spellStart"/>
            <w:r>
              <w:t>profili</w:t>
            </w:r>
            <w:proofErr w:type="spellEnd"/>
            <w:r>
              <w:t xml:space="preserve"> </w:t>
            </w:r>
            <w:proofErr w:type="spellStart"/>
            <w:r>
              <w:t>użytkowników</w:t>
            </w:r>
            <w:proofErr w:type="spellEnd"/>
            <w:r>
              <w:t xml:space="preserve"> z / do </w:t>
            </w:r>
            <w:proofErr w:type="spellStart"/>
            <w:r>
              <w:t>pamięci</w:t>
            </w:r>
            <w:proofErr w:type="spellEnd"/>
            <w:r>
              <w:t xml:space="preserve"> </w:t>
            </w:r>
            <w:proofErr w:type="spellStart"/>
            <w:r>
              <w:t>PenDrive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A1463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0F903D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B700F39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BA278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31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8C74E3" w14:textId="77777777" w:rsidR="004F0AFF" w:rsidRDefault="003F1309">
            <w:proofErr w:type="spellStart"/>
            <w:r>
              <w:t>Zakres</w:t>
            </w:r>
            <w:proofErr w:type="spellEnd"/>
            <w:r>
              <w:t xml:space="preserve"> </w:t>
            </w:r>
            <w:proofErr w:type="spellStart"/>
            <w:r>
              <w:t>pracy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</w:t>
            </w:r>
            <w:proofErr w:type="spellStart"/>
            <w:r>
              <w:t>umożliwiający</w:t>
            </w:r>
            <w:proofErr w:type="spellEnd"/>
            <w:r>
              <w:t xml:space="preserve"> </w:t>
            </w:r>
            <w:proofErr w:type="spellStart"/>
            <w:r>
              <w:t>obrazowanie</w:t>
            </w:r>
            <w:proofErr w:type="spellEnd"/>
            <w:r>
              <w:t xml:space="preserve"> </w:t>
            </w:r>
            <w:proofErr w:type="spellStart"/>
            <w:r>
              <w:t>efektu</w:t>
            </w:r>
            <w:proofErr w:type="spellEnd"/>
            <w:r>
              <w:t xml:space="preserve"> </w:t>
            </w:r>
            <w:proofErr w:type="spellStart"/>
            <w:r>
              <w:t>fluorescencji</w:t>
            </w:r>
            <w:proofErr w:type="spellEnd"/>
            <w:r>
              <w:t xml:space="preserve"> </w:t>
            </w:r>
            <w:proofErr w:type="spellStart"/>
            <w:r>
              <w:t>zieleni</w:t>
            </w:r>
            <w:proofErr w:type="spellEnd"/>
            <w:r>
              <w:t xml:space="preserve"> </w:t>
            </w:r>
            <w:proofErr w:type="spellStart"/>
            <w:r>
              <w:t>indocyjaninowej</w:t>
            </w:r>
            <w:proofErr w:type="spellEnd"/>
            <w:r>
              <w:t xml:space="preserve"> (ICG) w </w:t>
            </w:r>
            <w:proofErr w:type="spellStart"/>
            <w:r>
              <w:t>zakresie</w:t>
            </w:r>
            <w:proofErr w:type="spellEnd"/>
            <w:r>
              <w:t xml:space="preserve"> </w:t>
            </w:r>
            <w:proofErr w:type="spellStart"/>
            <w:r>
              <w:t>bliskiej</w:t>
            </w:r>
            <w:proofErr w:type="spellEnd"/>
            <w:r>
              <w:t xml:space="preserve"> </w:t>
            </w:r>
            <w:proofErr w:type="spellStart"/>
            <w:r>
              <w:t>podczerwieni</w:t>
            </w:r>
            <w:proofErr w:type="spellEnd"/>
            <w:r>
              <w:t xml:space="preserve"> (NIR) z </w:t>
            </w:r>
            <w:proofErr w:type="spellStart"/>
            <w:r>
              <w:t>wykorzystaniem</w:t>
            </w:r>
            <w:proofErr w:type="spellEnd"/>
            <w:r>
              <w:t xml:space="preserve"> </w:t>
            </w:r>
            <w:proofErr w:type="spellStart"/>
            <w:r>
              <w:t>oferowanego</w:t>
            </w:r>
            <w:proofErr w:type="spellEnd"/>
            <w:r>
              <w:t xml:space="preserve"> </w:t>
            </w:r>
            <w:proofErr w:type="spellStart"/>
            <w:r>
              <w:t>wideoendoskopu</w:t>
            </w:r>
            <w:proofErr w:type="spellEnd"/>
            <w:r>
              <w:t xml:space="preserve"> 4K/3D i </w:t>
            </w:r>
            <w:proofErr w:type="spellStart"/>
            <w:r>
              <w:t>źródła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LED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6CFD6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43646B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C20B60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04D9F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32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29FA65" w14:textId="77777777" w:rsidR="004F0AFF" w:rsidRDefault="003F1309">
            <w:proofErr w:type="spellStart"/>
            <w:r>
              <w:t>Konstrukcja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</w:t>
            </w:r>
            <w:proofErr w:type="spellStart"/>
            <w:r>
              <w:t>otwarta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rozbudowę</w:t>
            </w:r>
            <w:proofErr w:type="spellEnd"/>
            <w:r>
              <w:t xml:space="preserve"> o </w:t>
            </w:r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podłączenia</w:t>
            </w:r>
            <w:proofErr w:type="spellEnd"/>
            <w:r>
              <w:t xml:space="preserve"> </w:t>
            </w:r>
            <w:proofErr w:type="spellStart"/>
            <w:r>
              <w:t>dedykowanego</w:t>
            </w:r>
            <w:proofErr w:type="spellEnd"/>
            <w:r>
              <w:t xml:space="preserve"> </w:t>
            </w:r>
            <w:proofErr w:type="spellStart"/>
            <w:r>
              <w:t>egzoskopu</w:t>
            </w:r>
            <w:proofErr w:type="spellEnd"/>
            <w:r>
              <w:t xml:space="preserve"> 3D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77DA9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09D442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FA82762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F4F4E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33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641636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t>Stopień</w:t>
            </w:r>
            <w:proofErr w:type="spellEnd"/>
            <w:r>
              <w:t xml:space="preserve"> </w:t>
            </w:r>
            <w:proofErr w:type="spellStart"/>
            <w:r>
              <w:t>ochrony</w:t>
            </w:r>
            <w:proofErr w:type="spellEnd"/>
            <w:r>
              <w:t xml:space="preserve"> min. CF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B4FCB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4FF649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A4FCC98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FBC4C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34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B8C89A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Głowica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kamery</w:t>
            </w:r>
            <w:proofErr w:type="spellEnd"/>
            <w:r>
              <w:rPr>
                <w:b/>
                <w:bCs/>
              </w:rPr>
              <w:t xml:space="preserve"> 4K UHD- 1 </w:t>
            </w:r>
            <w:proofErr w:type="spellStart"/>
            <w:r>
              <w:rPr>
                <w:b/>
                <w:bCs/>
              </w:rPr>
              <w:t>szt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F4B2A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75BFE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C4C8D7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68CE9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lastRenderedPageBreak/>
              <w:t>35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CA5BDC" w14:textId="77777777" w:rsidR="004F0AFF" w:rsidRDefault="003F1309">
            <w:proofErr w:type="spellStart"/>
            <w:r>
              <w:t>Głowicy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</w:t>
            </w:r>
            <w:proofErr w:type="spellStart"/>
            <w:r>
              <w:t>kompatybilna</w:t>
            </w:r>
            <w:proofErr w:type="spellEnd"/>
            <w:r>
              <w:t xml:space="preserve"> z </w:t>
            </w:r>
            <w:proofErr w:type="spellStart"/>
            <w:r>
              <w:t>oferowanym</w:t>
            </w:r>
            <w:proofErr w:type="spellEnd"/>
            <w:r>
              <w:t xml:space="preserve"> </w:t>
            </w:r>
            <w:proofErr w:type="spellStart"/>
            <w:r>
              <w:t>sterownikiem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32DB1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0AF458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683462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DAE7B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36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F93223" w14:textId="77777777" w:rsidR="004F0AFF" w:rsidRDefault="003F1309">
            <w:proofErr w:type="spellStart"/>
            <w:r>
              <w:t>Praca</w:t>
            </w:r>
            <w:proofErr w:type="spellEnd"/>
            <w:r>
              <w:t xml:space="preserve"> </w:t>
            </w:r>
            <w:proofErr w:type="spellStart"/>
            <w:r>
              <w:t>głowicy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w </w:t>
            </w:r>
            <w:proofErr w:type="spellStart"/>
            <w:r>
              <w:t>standardzie</w:t>
            </w:r>
            <w:proofErr w:type="spellEnd"/>
            <w:r>
              <w:t xml:space="preserve"> </w:t>
            </w:r>
            <w:proofErr w:type="spellStart"/>
            <w:r>
              <w:t>rozdzielczości</w:t>
            </w:r>
            <w:proofErr w:type="spellEnd"/>
            <w:r>
              <w:t xml:space="preserve"> min. 4K UHD, </w:t>
            </w:r>
            <w:proofErr w:type="spellStart"/>
            <w:r>
              <w:t>rozdzielczość</w:t>
            </w:r>
            <w:proofErr w:type="spellEnd"/>
            <w:r>
              <w:t xml:space="preserve"> min. 3840 x 2160 </w:t>
            </w:r>
            <w:proofErr w:type="spellStart"/>
            <w:r>
              <w:t>pikseli</w:t>
            </w:r>
            <w:proofErr w:type="spellEnd"/>
            <w:r>
              <w:t xml:space="preserve">, 50/60 Hz, </w:t>
            </w:r>
            <w:proofErr w:type="spellStart"/>
            <w:r>
              <w:t>skanowanie</w:t>
            </w:r>
            <w:proofErr w:type="spellEnd"/>
            <w:r>
              <w:t xml:space="preserve"> </w:t>
            </w:r>
            <w:proofErr w:type="spellStart"/>
            <w:r>
              <w:t>progresywne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053D3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0AFC71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78F7F84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2639F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37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8B0B6E" w14:textId="77777777" w:rsidR="004F0AFF" w:rsidRDefault="003F1309">
            <w:proofErr w:type="spellStart"/>
            <w:r>
              <w:t>Głowica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</w:t>
            </w:r>
            <w:proofErr w:type="spellStart"/>
            <w:r>
              <w:t>wyposażona</w:t>
            </w:r>
            <w:proofErr w:type="spellEnd"/>
            <w:r>
              <w:t xml:space="preserve"> w min. 3 </w:t>
            </w:r>
            <w:proofErr w:type="spellStart"/>
            <w:r>
              <w:t>przyciski</w:t>
            </w:r>
            <w:proofErr w:type="spellEnd"/>
            <w:r>
              <w:t xml:space="preserve"> </w:t>
            </w:r>
            <w:proofErr w:type="spellStart"/>
            <w:r>
              <w:t>sterujące</w:t>
            </w:r>
            <w:proofErr w:type="spellEnd"/>
            <w:r>
              <w:t xml:space="preserve"> </w:t>
            </w:r>
            <w:proofErr w:type="spellStart"/>
            <w:r>
              <w:t>funkcjami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w </w:t>
            </w:r>
            <w:proofErr w:type="spellStart"/>
            <w:r>
              <w:t>tym</w:t>
            </w:r>
            <w:proofErr w:type="spellEnd"/>
            <w:r>
              <w:t xml:space="preserve"> 2 </w:t>
            </w:r>
            <w:proofErr w:type="spellStart"/>
            <w:r>
              <w:t>programowalne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424C1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6E9D25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192E1A9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1BB42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38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DB4E21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Światłowód</w:t>
            </w:r>
            <w:proofErr w:type="spellEnd"/>
            <w:r>
              <w:rPr>
                <w:b/>
                <w:bCs/>
              </w:rPr>
              <w:t xml:space="preserve"> – 2 </w:t>
            </w:r>
            <w:proofErr w:type="spellStart"/>
            <w:r>
              <w:rPr>
                <w:b/>
                <w:bCs/>
              </w:rPr>
              <w:t>szt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511B8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9A1E8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BB02812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E7F37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39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73618F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t>Światłowód</w:t>
            </w:r>
            <w:proofErr w:type="spellEnd"/>
            <w:r>
              <w:t xml:space="preserve">: </w:t>
            </w:r>
            <w:proofErr w:type="spellStart"/>
            <w:r>
              <w:t>średnica</w:t>
            </w:r>
            <w:proofErr w:type="spellEnd"/>
            <w:r>
              <w:t xml:space="preserve"> 4,8 mm, </w:t>
            </w:r>
            <w:proofErr w:type="spellStart"/>
            <w:r>
              <w:t>długość</w:t>
            </w:r>
            <w:proofErr w:type="spellEnd"/>
            <w:r>
              <w:t xml:space="preserve"> min. 250 cm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72A28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D237B7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8A1725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FE040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40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EDFB1A" w14:textId="77777777" w:rsidR="004F0AFF" w:rsidRDefault="003F130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Monitor </w:t>
            </w:r>
            <w:proofErr w:type="spellStart"/>
            <w:r>
              <w:rPr>
                <w:b/>
                <w:bCs/>
              </w:rPr>
              <w:t>operacyjny</w:t>
            </w:r>
            <w:proofErr w:type="spellEnd"/>
            <w:r>
              <w:rPr>
                <w:b/>
                <w:bCs/>
              </w:rPr>
              <w:t xml:space="preserve"> 4K/3D – 1 </w:t>
            </w:r>
            <w:proofErr w:type="spellStart"/>
            <w:r>
              <w:rPr>
                <w:b/>
                <w:bCs/>
              </w:rPr>
              <w:t>szt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C6FDD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061D5F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067D0C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AB7F1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41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378454" w14:textId="77777777" w:rsidR="004F0AFF" w:rsidRDefault="003F1309">
            <w:r>
              <w:t xml:space="preserve">Monitor </w:t>
            </w:r>
            <w:proofErr w:type="spellStart"/>
            <w:r>
              <w:t>wykorzysujący</w:t>
            </w:r>
            <w:proofErr w:type="spellEnd"/>
            <w:r>
              <w:t xml:space="preserve"> </w:t>
            </w:r>
            <w:proofErr w:type="spellStart"/>
            <w:r>
              <w:t>technologię</w:t>
            </w:r>
            <w:proofErr w:type="spellEnd"/>
            <w:r>
              <w:t xml:space="preserve"> 4K i 3D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DC3E5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516A4D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8BD560F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C0729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42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F851FC" w14:textId="77777777" w:rsidR="004F0AFF" w:rsidRDefault="003F1309">
            <w:proofErr w:type="spellStart"/>
            <w:r>
              <w:t>Rozdzielczość</w:t>
            </w:r>
            <w:proofErr w:type="spellEnd"/>
            <w:r>
              <w:t xml:space="preserve"> 4K min. 3840 x 2160 </w:t>
            </w:r>
            <w:proofErr w:type="spellStart"/>
            <w:r>
              <w:t>pikseli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6E0F8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57A0B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826DEF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9B65A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43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986AB9" w14:textId="77777777" w:rsidR="004F0AFF" w:rsidRDefault="003F1309">
            <w:proofErr w:type="spellStart"/>
            <w:r>
              <w:t>Rozmiar</w:t>
            </w:r>
            <w:proofErr w:type="spellEnd"/>
            <w:r>
              <w:t xml:space="preserve"> </w:t>
            </w:r>
            <w:proofErr w:type="spellStart"/>
            <w:r>
              <w:t>przekątnej</w:t>
            </w:r>
            <w:proofErr w:type="spellEnd"/>
            <w:r>
              <w:t xml:space="preserve"> </w:t>
            </w:r>
            <w:proofErr w:type="spellStart"/>
            <w:r>
              <w:t>ekranu</w:t>
            </w:r>
            <w:proofErr w:type="spellEnd"/>
            <w:r>
              <w:t xml:space="preserve"> min. 31”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4322F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A1E6FA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6533F29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444A8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44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ECCC20" w14:textId="77777777" w:rsidR="004F0AFF" w:rsidRDefault="003F1309">
            <w:proofErr w:type="spellStart"/>
            <w:r>
              <w:t>Wejścia</w:t>
            </w:r>
            <w:proofErr w:type="spellEnd"/>
            <w:r>
              <w:t xml:space="preserve"> </w:t>
            </w:r>
            <w:proofErr w:type="spellStart"/>
            <w:r>
              <w:t>wideo</w:t>
            </w:r>
            <w:proofErr w:type="spellEnd"/>
            <w:r>
              <w:t xml:space="preserve"> min.: 1x DisplayPort, 1x 12G-SDI, 1x DVI-D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5FDDB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C97325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27AB028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AAF73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45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DBB5DB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t>Mocowanie</w:t>
            </w:r>
            <w:proofErr w:type="spellEnd"/>
            <w:r>
              <w:t xml:space="preserve"> VESA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DC4C1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606E78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97AACD2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C4E21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46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21A9D3" w14:textId="77777777" w:rsidR="004F0AFF" w:rsidRDefault="003F1309">
            <w:proofErr w:type="spellStart"/>
            <w:r>
              <w:t>Nakładka</w:t>
            </w:r>
            <w:proofErr w:type="spellEnd"/>
            <w:r>
              <w:t xml:space="preserve"> 3D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okulary</w:t>
            </w:r>
            <w:proofErr w:type="spellEnd"/>
            <w:r>
              <w:t xml:space="preserve"> </w:t>
            </w:r>
            <w:proofErr w:type="spellStart"/>
            <w:r>
              <w:t>korekcyjne</w:t>
            </w:r>
            <w:proofErr w:type="spellEnd"/>
            <w:r>
              <w:t xml:space="preserve"> – 3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7CE2F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1BD300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34238DE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44DE0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47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05FE3E" w14:textId="77777777" w:rsidR="004F0AFF" w:rsidRDefault="003F1309">
            <w:proofErr w:type="spellStart"/>
            <w:r>
              <w:t>Okulary</w:t>
            </w:r>
            <w:proofErr w:type="spellEnd"/>
            <w:r>
              <w:t xml:space="preserve"> </w:t>
            </w:r>
            <w:proofErr w:type="spellStart"/>
            <w:r>
              <w:t>polaryzacyjne</w:t>
            </w:r>
            <w:proofErr w:type="spellEnd"/>
            <w:r>
              <w:t xml:space="preserve"> 3D, </w:t>
            </w:r>
            <w:proofErr w:type="spellStart"/>
            <w:r>
              <w:t>pasywne</w:t>
            </w:r>
            <w:proofErr w:type="spellEnd"/>
            <w:r>
              <w:t xml:space="preserve"> – 3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F7729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F4753B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9EBBEF2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8C6DC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48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5CFA16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Źródło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światła</w:t>
            </w:r>
            <w:proofErr w:type="spellEnd"/>
            <w:r>
              <w:rPr>
                <w:b/>
                <w:bCs/>
              </w:rPr>
              <w:t xml:space="preserve"> LED - 1 </w:t>
            </w:r>
            <w:proofErr w:type="spellStart"/>
            <w:r>
              <w:rPr>
                <w:b/>
                <w:bCs/>
              </w:rPr>
              <w:t>szt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F2E2B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EFDC85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7DB2A7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09219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49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5A188A" w14:textId="77777777" w:rsidR="004F0AFF" w:rsidRDefault="003F1309">
            <w:proofErr w:type="spellStart"/>
            <w:r>
              <w:t>Źródło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LED </w:t>
            </w:r>
            <w:proofErr w:type="spellStart"/>
            <w:r>
              <w:t>kompatybilne</w:t>
            </w:r>
            <w:proofErr w:type="spellEnd"/>
            <w:r>
              <w:t xml:space="preserve"> z </w:t>
            </w:r>
            <w:proofErr w:type="spellStart"/>
            <w:r>
              <w:t>oferowanym</w:t>
            </w:r>
            <w:proofErr w:type="spellEnd"/>
            <w:r>
              <w:t xml:space="preserve"> </w:t>
            </w:r>
            <w:proofErr w:type="spellStart"/>
            <w:r>
              <w:t>sterownikiem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6C1DA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BA805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203E50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F8869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50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5068FB" w14:textId="77777777" w:rsidR="004F0AFF" w:rsidRDefault="003F1309">
            <w:proofErr w:type="spellStart"/>
            <w:r>
              <w:t>Źródło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</w:t>
            </w:r>
            <w:proofErr w:type="spellStart"/>
            <w:r>
              <w:t>wyposażone</w:t>
            </w:r>
            <w:proofErr w:type="spellEnd"/>
            <w:r>
              <w:t xml:space="preserve"> w </w:t>
            </w:r>
            <w:proofErr w:type="spellStart"/>
            <w:r>
              <w:t>ekran</w:t>
            </w:r>
            <w:proofErr w:type="spellEnd"/>
            <w:r>
              <w:t xml:space="preserve"> </w:t>
            </w:r>
            <w:proofErr w:type="spellStart"/>
            <w:r>
              <w:t>dotykowy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D8576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9CD0D3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006BAE8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76F89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51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2C9785" w14:textId="77777777" w:rsidR="004F0AFF" w:rsidRDefault="003F1309">
            <w:proofErr w:type="spellStart"/>
            <w:r>
              <w:t>Źródło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</w:t>
            </w:r>
            <w:proofErr w:type="spellStart"/>
            <w:r>
              <w:t>wyposażone</w:t>
            </w:r>
            <w:proofErr w:type="spellEnd"/>
            <w:r>
              <w:t xml:space="preserve"> w </w:t>
            </w:r>
            <w:proofErr w:type="spellStart"/>
            <w:r>
              <w:t>tryb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</w:t>
            </w:r>
            <w:proofErr w:type="spellStart"/>
            <w:r>
              <w:t>białego</w:t>
            </w:r>
            <w:proofErr w:type="spellEnd"/>
            <w:r>
              <w:t xml:space="preserve"> i </w:t>
            </w:r>
            <w:proofErr w:type="spellStart"/>
            <w:r>
              <w:t>tryby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w </w:t>
            </w:r>
            <w:proofErr w:type="spellStart"/>
            <w:r>
              <w:t>bliskiej</w:t>
            </w:r>
            <w:proofErr w:type="spellEnd"/>
            <w:r>
              <w:t xml:space="preserve"> </w:t>
            </w:r>
            <w:proofErr w:type="spellStart"/>
            <w:r>
              <w:t>podczerwieni</w:t>
            </w:r>
            <w:proofErr w:type="spellEnd"/>
            <w:r>
              <w:t xml:space="preserve"> (NIR) </w:t>
            </w:r>
            <w:proofErr w:type="spellStart"/>
            <w:r>
              <w:t>przeznaczone</w:t>
            </w:r>
            <w:proofErr w:type="spellEnd"/>
            <w:r>
              <w:t xml:space="preserve"> do </w:t>
            </w:r>
            <w:proofErr w:type="spellStart"/>
            <w:r>
              <w:t>obrazowania</w:t>
            </w:r>
            <w:proofErr w:type="spellEnd"/>
            <w:r>
              <w:t xml:space="preserve"> </w:t>
            </w:r>
            <w:proofErr w:type="spellStart"/>
            <w:r>
              <w:t>fluorescencyjnego</w:t>
            </w:r>
            <w:proofErr w:type="spellEnd"/>
            <w:r>
              <w:t xml:space="preserve"> z </w:t>
            </w:r>
            <w:proofErr w:type="spellStart"/>
            <w:r>
              <w:t>użyciem</w:t>
            </w:r>
            <w:proofErr w:type="spellEnd"/>
            <w:r>
              <w:t xml:space="preserve"> ICG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BDA62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9C0208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A102D92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3D337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52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ED411E" w14:textId="77777777" w:rsidR="004F0AFF" w:rsidRDefault="003F1309">
            <w:proofErr w:type="spellStart"/>
            <w:r>
              <w:t>Dostępne</w:t>
            </w:r>
            <w:proofErr w:type="spellEnd"/>
            <w:r>
              <w:t xml:space="preserve"> </w:t>
            </w:r>
            <w:proofErr w:type="spellStart"/>
            <w:r>
              <w:t>tryby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</w:t>
            </w:r>
            <w:proofErr w:type="spellStart"/>
            <w:r>
              <w:t>bliskiej</w:t>
            </w:r>
            <w:proofErr w:type="spellEnd"/>
            <w:r>
              <w:t xml:space="preserve"> </w:t>
            </w:r>
            <w:proofErr w:type="spellStart"/>
            <w:r>
              <w:t>podczerwieni</w:t>
            </w:r>
            <w:proofErr w:type="spellEnd"/>
            <w:r>
              <w:t>:</w:t>
            </w:r>
          </w:p>
          <w:p w14:paraId="1BE7D54C" w14:textId="77777777" w:rsidR="004F0AFF" w:rsidRDefault="003F1309">
            <w:r>
              <w:t xml:space="preserve">- </w:t>
            </w:r>
            <w:proofErr w:type="spellStart"/>
            <w:r>
              <w:t>tryb</w:t>
            </w:r>
            <w:proofErr w:type="spellEnd"/>
            <w:r>
              <w:t xml:space="preserve"> </w:t>
            </w:r>
            <w:proofErr w:type="spellStart"/>
            <w:r>
              <w:t>monochromatyczny</w:t>
            </w:r>
            <w:proofErr w:type="spellEnd"/>
            <w:r>
              <w:t xml:space="preserve"> - </w:t>
            </w:r>
            <w:proofErr w:type="spellStart"/>
            <w:r>
              <w:t>obraz</w:t>
            </w:r>
            <w:proofErr w:type="spellEnd"/>
            <w:r>
              <w:t xml:space="preserve"> </w:t>
            </w:r>
            <w:proofErr w:type="spellStart"/>
            <w:r>
              <w:t>uzyskany</w:t>
            </w:r>
            <w:proofErr w:type="spellEnd"/>
            <w:r>
              <w:t xml:space="preserve"> z </w:t>
            </w:r>
            <w:proofErr w:type="spellStart"/>
            <w:r>
              <w:t>fluorescencji</w:t>
            </w:r>
            <w:proofErr w:type="spellEnd"/>
          </w:p>
          <w:p w14:paraId="27EE7D55" w14:textId="77777777" w:rsidR="004F0AFF" w:rsidRDefault="003F1309">
            <w:r>
              <w:t xml:space="preserve">- </w:t>
            </w:r>
            <w:proofErr w:type="spellStart"/>
            <w:r>
              <w:t>nałożony</w:t>
            </w:r>
            <w:proofErr w:type="spellEnd"/>
            <w:r>
              <w:t xml:space="preserve"> (overlay) - </w:t>
            </w:r>
            <w:proofErr w:type="spellStart"/>
            <w:r>
              <w:t>obraz</w:t>
            </w:r>
            <w:proofErr w:type="spellEnd"/>
            <w:r>
              <w:t xml:space="preserve"> w </w:t>
            </w:r>
            <w:proofErr w:type="spellStart"/>
            <w:r>
              <w:t>świetle</w:t>
            </w:r>
            <w:proofErr w:type="spellEnd"/>
            <w:r>
              <w:t xml:space="preserve"> </w:t>
            </w:r>
            <w:proofErr w:type="spellStart"/>
            <w:r>
              <w:t>białym</w:t>
            </w:r>
            <w:proofErr w:type="spellEnd"/>
            <w:r>
              <w:t xml:space="preserve"> z </w:t>
            </w:r>
            <w:proofErr w:type="spellStart"/>
            <w:r>
              <w:t>nałożonym</w:t>
            </w:r>
            <w:proofErr w:type="spellEnd"/>
            <w:r>
              <w:t xml:space="preserve"> </w:t>
            </w:r>
            <w:proofErr w:type="spellStart"/>
            <w:r>
              <w:t>obrazem</w:t>
            </w:r>
            <w:proofErr w:type="spellEnd"/>
            <w:r>
              <w:t xml:space="preserve"> </w:t>
            </w:r>
            <w:proofErr w:type="spellStart"/>
            <w:r>
              <w:t>fluorescencyjnym</w:t>
            </w:r>
            <w:proofErr w:type="spellEnd"/>
          </w:p>
          <w:p w14:paraId="034AEC9E" w14:textId="77777777" w:rsidR="004F0AFF" w:rsidRDefault="003F1309">
            <w:r>
              <w:t xml:space="preserve">- </w:t>
            </w:r>
            <w:proofErr w:type="spellStart"/>
            <w:r>
              <w:t>mapa</w:t>
            </w:r>
            <w:proofErr w:type="spellEnd"/>
            <w:r>
              <w:t xml:space="preserve"> </w:t>
            </w:r>
            <w:proofErr w:type="spellStart"/>
            <w:r>
              <w:t>intensywności</w:t>
            </w:r>
            <w:proofErr w:type="spellEnd"/>
            <w:r>
              <w:t xml:space="preserve"> - </w:t>
            </w:r>
            <w:proofErr w:type="spellStart"/>
            <w:r>
              <w:t>obraz</w:t>
            </w:r>
            <w:proofErr w:type="spellEnd"/>
            <w:r>
              <w:t xml:space="preserve"> w </w:t>
            </w:r>
            <w:proofErr w:type="spellStart"/>
            <w:r>
              <w:t>świetle</w:t>
            </w:r>
            <w:proofErr w:type="spellEnd"/>
            <w:r>
              <w:t xml:space="preserve"> </w:t>
            </w:r>
            <w:proofErr w:type="spellStart"/>
            <w:r>
              <w:t>białym</w:t>
            </w:r>
            <w:proofErr w:type="spellEnd"/>
            <w:r>
              <w:t xml:space="preserve"> z </w:t>
            </w:r>
            <w:proofErr w:type="spellStart"/>
            <w:r>
              <w:t>nałożonym</w:t>
            </w:r>
            <w:proofErr w:type="spellEnd"/>
            <w:r>
              <w:t xml:space="preserve"> </w:t>
            </w:r>
            <w:proofErr w:type="spellStart"/>
            <w:r>
              <w:t>obrazem</w:t>
            </w:r>
            <w:proofErr w:type="spellEnd"/>
            <w:r>
              <w:t xml:space="preserve"> </w:t>
            </w:r>
            <w:proofErr w:type="spellStart"/>
            <w:r>
              <w:t>fluorescencyjnym</w:t>
            </w:r>
            <w:proofErr w:type="spellEnd"/>
            <w:r>
              <w:t xml:space="preserve"> z </w:t>
            </w:r>
            <w:proofErr w:type="spellStart"/>
            <w:r>
              <w:t>nałożoną</w:t>
            </w:r>
            <w:proofErr w:type="spellEnd"/>
            <w:r>
              <w:t xml:space="preserve"> </w:t>
            </w:r>
            <w:proofErr w:type="spellStart"/>
            <w:r>
              <w:t>kolorystyką</w:t>
            </w:r>
            <w:proofErr w:type="spellEnd"/>
            <w:r>
              <w:t xml:space="preserve"> w </w:t>
            </w:r>
            <w:proofErr w:type="spellStart"/>
            <w:r>
              <w:t>zależności</w:t>
            </w:r>
            <w:proofErr w:type="spellEnd"/>
            <w:r>
              <w:t xml:space="preserve"> od </w:t>
            </w:r>
            <w:proofErr w:type="spellStart"/>
            <w:r>
              <w:t>natężenia</w:t>
            </w:r>
            <w:proofErr w:type="spellEnd"/>
            <w:r>
              <w:t xml:space="preserve"> </w:t>
            </w:r>
            <w:proofErr w:type="spellStart"/>
            <w:r>
              <w:t>fluorescencji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64087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A6B23A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BB6D9C6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B0ECF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53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809389" w14:textId="77777777" w:rsidR="004F0AFF" w:rsidRDefault="003F1309">
            <w:proofErr w:type="spellStart"/>
            <w:r>
              <w:t>Źródło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</w:t>
            </w:r>
            <w:proofErr w:type="spellStart"/>
            <w:r>
              <w:t>wyposażone</w:t>
            </w:r>
            <w:proofErr w:type="spellEnd"/>
            <w:r>
              <w:t xml:space="preserve"> w </w:t>
            </w:r>
            <w:proofErr w:type="spellStart"/>
            <w:r>
              <w:t>zintegrowane</w:t>
            </w:r>
            <w:proofErr w:type="spellEnd"/>
            <w:r>
              <w:t xml:space="preserve"> </w:t>
            </w:r>
            <w:proofErr w:type="spellStart"/>
            <w:r>
              <w:t>gniazdo</w:t>
            </w:r>
            <w:proofErr w:type="spellEnd"/>
            <w:r>
              <w:t xml:space="preserve"> </w:t>
            </w:r>
            <w:proofErr w:type="spellStart"/>
            <w:r>
              <w:t>komunikacyjne</w:t>
            </w:r>
            <w:proofErr w:type="spellEnd"/>
            <w:r>
              <w:t xml:space="preserve"> </w:t>
            </w:r>
            <w:proofErr w:type="spellStart"/>
            <w:r>
              <w:t>umożliwiające</w:t>
            </w:r>
            <w:proofErr w:type="spellEnd"/>
            <w:r>
              <w:t xml:space="preserve"> </w:t>
            </w:r>
            <w:proofErr w:type="spellStart"/>
            <w:r>
              <w:t>bezpośrednie</w:t>
            </w:r>
            <w:proofErr w:type="spellEnd"/>
            <w:r>
              <w:t xml:space="preserve"> </w:t>
            </w:r>
            <w:proofErr w:type="spellStart"/>
            <w:r>
              <w:t>połącznie</w:t>
            </w:r>
            <w:proofErr w:type="spellEnd"/>
            <w:r>
              <w:t xml:space="preserve"> z </w:t>
            </w:r>
            <w:proofErr w:type="spellStart"/>
            <w:r>
              <w:t>oferowanym</w:t>
            </w:r>
            <w:proofErr w:type="spellEnd"/>
            <w:r>
              <w:t xml:space="preserve"> </w:t>
            </w:r>
            <w:proofErr w:type="spellStart"/>
            <w:r>
              <w:t>sterownikiem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w </w:t>
            </w:r>
            <w:proofErr w:type="spellStart"/>
            <w:r>
              <w:t>celu</w:t>
            </w:r>
            <w:proofErr w:type="spellEnd"/>
            <w:r>
              <w:t xml:space="preserve"> </w:t>
            </w:r>
            <w:proofErr w:type="spellStart"/>
            <w:r>
              <w:t>wyświetlania</w:t>
            </w:r>
            <w:proofErr w:type="spellEnd"/>
            <w:r>
              <w:t xml:space="preserve"> </w:t>
            </w:r>
            <w:proofErr w:type="spellStart"/>
            <w:r>
              <w:t>poziomu</w:t>
            </w:r>
            <w:proofErr w:type="spellEnd"/>
            <w:r>
              <w:t xml:space="preserve"> </w:t>
            </w:r>
            <w:proofErr w:type="spellStart"/>
            <w:r>
              <w:t>intensywności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ekranie</w:t>
            </w:r>
            <w:proofErr w:type="spellEnd"/>
            <w:r>
              <w:t xml:space="preserve"> </w:t>
            </w:r>
            <w:proofErr w:type="spellStart"/>
            <w:r>
              <w:t>monitora</w:t>
            </w:r>
            <w:proofErr w:type="spellEnd"/>
            <w:r>
              <w:t xml:space="preserve"> </w:t>
            </w:r>
            <w:proofErr w:type="spellStart"/>
            <w:r>
              <w:t>operacyjnego</w:t>
            </w:r>
            <w:proofErr w:type="spellEnd"/>
            <w:r>
              <w:t xml:space="preserve"> i </w:t>
            </w:r>
            <w:proofErr w:type="spellStart"/>
            <w:r>
              <w:t>zmianę</w:t>
            </w:r>
            <w:proofErr w:type="spellEnd"/>
            <w:r>
              <w:t xml:space="preserve"> </w:t>
            </w:r>
            <w:proofErr w:type="spellStart"/>
            <w:r>
              <w:t>ustawień</w:t>
            </w:r>
            <w:proofErr w:type="spellEnd"/>
            <w:r>
              <w:t xml:space="preserve"> </w:t>
            </w:r>
            <w:proofErr w:type="spellStart"/>
            <w:r>
              <w:t>poprzez</w:t>
            </w:r>
            <w:proofErr w:type="spellEnd"/>
            <w:r>
              <w:t xml:space="preserve"> menu </w:t>
            </w:r>
            <w:proofErr w:type="spellStart"/>
            <w:r>
              <w:t>obsługowe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A8985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E9ADA1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0882D9E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CD441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54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B9106D" w14:textId="77777777" w:rsidR="004F0AFF" w:rsidRDefault="003F1309">
            <w:proofErr w:type="spellStart"/>
            <w:r>
              <w:rPr>
                <w:b/>
                <w:bCs/>
              </w:rPr>
              <w:t>Sztywny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wideoendoskop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laparoskopowy</w:t>
            </w:r>
            <w:proofErr w:type="spellEnd"/>
            <w:r>
              <w:rPr>
                <w:b/>
                <w:bCs/>
              </w:rPr>
              <w:t xml:space="preserve"> 4K/3D – 2 </w:t>
            </w:r>
            <w:proofErr w:type="spellStart"/>
            <w:r>
              <w:rPr>
                <w:b/>
                <w:bCs/>
              </w:rPr>
              <w:t>szt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B7EDC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28DBE2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16847B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4AC8F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55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0B5E0E" w14:textId="77777777" w:rsidR="004F0AFF" w:rsidRDefault="003F1309">
            <w:proofErr w:type="spellStart"/>
            <w:r>
              <w:t>Wideoendoskop</w:t>
            </w:r>
            <w:proofErr w:type="spellEnd"/>
            <w:r>
              <w:t xml:space="preserve"> </w:t>
            </w:r>
            <w:proofErr w:type="spellStart"/>
            <w:r>
              <w:t>wyposażony</w:t>
            </w:r>
            <w:proofErr w:type="spellEnd"/>
            <w:r>
              <w:t xml:space="preserve"> w </w:t>
            </w:r>
            <w:proofErr w:type="spellStart"/>
            <w:r>
              <w:t>dwa</w:t>
            </w:r>
            <w:proofErr w:type="spellEnd"/>
            <w:r>
              <w:t xml:space="preserve"> </w:t>
            </w:r>
            <w:proofErr w:type="spellStart"/>
            <w:r>
              <w:t>przetworniki</w:t>
            </w:r>
            <w:proofErr w:type="spellEnd"/>
            <w:r>
              <w:t xml:space="preserve"> </w:t>
            </w:r>
            <w:proofErr w:type="spellStart"/>
            <w:r>
              <w:t>obrazowe</w:t>
            </w:r>
            <w:proofErr w:type="spellEnd"/>
            <w:r>
              <w:t xml:space="preserve"> (</w:t>
            </w:r>
            <w:proofErr w:type="spellStart"/>
            <w:r>
              <w:t>chipy</w:t>
            </w:r>
            <w:proofErr w:type="spellEnd"/>
            <w:r>
              <w:t xml:space="preserve">) </w:t>
            </w:r>
            <w:proofErr w:type="spellStart"/>
            <w:r>
              <w:t>zintegrowane</w:t>
            </w:r>
            <w:proofErr w:type="spellEnd"/>
            <w:r>
              <w:t xml:space="preserve"> </w:t>
            </w:r>
            <w:proofErr w:type="spellStart"/>
            <w:r>
              <w:t>dystalnie</w:t>
            </w:r>
            <w:proofErr w:type="spellEnd"/>
            <w:r>
              <w:t xml:space="preserve"> w </w:t>
            </w:r>
            <w:proofErr w:type="spellStart"/>
            <w:r>
              <w:t>tubusie</w:t>
            </w:r>
            <w:proofErr w:type="spellEnd"/>
            <w:r>
              <w:t xml:space="preserve"> </w:t>
            </w:r>
            <w:proofErr w:type="spellStart"/>
            <w:r>
              <w:t>roboczym</w:t>
            </w:r>
            <w:proofErr w:type="spellEnd"/>
            <w:r>
              <w:t xml:space="preserve">, </w:t>
            </w:r>
            <w:proofErr w:type="spellStart"/>
            <w:r>
              <w:t>umożlwiające</w:t>
            </w:r>
            <w:proofErr w:type="spellEnd"/>
            <w:r>
              <w:t xml:space="preserve"> </w:t>
            </w:r>
            <w:proofErr w:type="spellStart"/>
            <w:r>
              <w:t>obrazowanie</w:t>
            </w:r>
            <w:proofErr w:type="spellEnd"/>
            <w:r>
              <w:t xml:space="preserve"> </w:t>
            </w:r>
            <w:proofErr w:type="spellStart"/>
            <w:r>
              <w:t>stereoskopowe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2401C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64D5BB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0B8766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95119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56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D00E2C" w14:textId="77777777" w:rsidR="004F0AFF" w:rsidRDefault="003F1309">
            <w:proofErr w:type="spellStart"/>
            <w:r>
              <w:t>Praca</w:t>
            </w:r>
            <w:proofErr w:type="spellEnd"/>
            <w:r>
              <w:t xml:space="preserve"> </w:t>
            </w:r>
            <w:proofErr w:type="spellStart"/>
            <w:r>
              <w:t>wideoendoskopu</w:t>
            </w:r>
            <w:proofErr w:type="spellEnd"/>
            <w:r>
              <w:t xml:space="preserve"> w </w:t>
            </w:r>
            <w:proofErr w:type="spellStart"/>
            <w:r>
              <w:t>standardzie</w:t>
            </w:r>
            <w:proofErr w:type="spellEnd"/>
            <w:r>
              <w:t xml:space="preserve"> </w:t>
            </w:r>
            <w:proofErr w:type="spellStart"/>
            <w:r>
              <w:t>rozdzielczości</w:t>
            </w:r>
            <w:proofErr w:type="spellEnd"/>
            <w:r>
              <w:t xml:space="preserve"> 4K min. 3840 × 2160 </w:t>
            </w:r>
            <w:proofErr w:type="spellStart"/>
            <w:r>
              <w:t>pikseli</w:t>
            </w:r>
            <w:proofErr w:type="spellEnd"/>
            <w:r>
              <w:t>, progressive scan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BC527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B4D768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93E3D3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A2AA5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57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6E183B" w14:textId="77777777" w:rsidR="004F0AFF" w:rsidRDefault="003F1309">
            <w:proofErr w:type="spellStart"/>
            <w:r>
              <w:t>Praca</w:t>
            </w:r>
            <w:proofErr w:type="spellEnd"/>
            <w:r>
              <w:t xml:space="preserve"> w </w:t>
            </w:r>
            <w:proofErr w:type="spellStart"/>
            <w:r>
              <w:t>trybach</w:t>
            </w:r>
            <w:proofErr w:type="spellEnd"/>
            <w:r>
              <w:t xml:space="preserve"> 3D i 2D z </w:t>
            </w:r>
            <w:proofErr w:type="spellStart"/>
            <w:r>
              <w:t>możliwością</w:t>
            </w:r>
            <w:proofErr w:type="spellEnd"/>
            <w:r>
              <w:t xml:space="preserve"> </w:t>
            </w:r>
            <w:proofErr w:type="spellStart"/>
            <w:r>
              <w:t>przełączania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A491F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804E08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952B3D9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BEEBD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58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6ADC9E" w14:textId="77777777" w:rsidR="004F0AFF" w:rsidRDefault="003F1309">
            <w:proofErr w:type="spellStart"/>
            <w:r>
              <w:t>Długość</w:t>
            </w:r>
            <w:proofErr w:type="spellEnd"/>
            <w:r>
              <w:t xml:space="preserve"> </w:t>
            </w:r>
            <w:proofErr w:type="spellStart"/>
            <w:r>
              <w:t>robocza</w:t>
            </w:r>
            <w:proofErr w:type="spellEnd"/>
            <w:r>
              <w:t xml:space="preserve"> 30 - 32 cm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9E6BB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9849C3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ADFFF5F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CA8F5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59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E98154" w14:textId="77777777" w:rsidR="004F0AFF" w:rsidRDefault="003F1309">
            <w:proofErr w:type="spellStart"/>
            <w:r>
              <w:t>Średnica</w:t>
            </w:r>
            <w:proofErr w:type="spellEnd"/>
            <w:r>
              <w:t xml:space="preserve"> </w:t>
            </w:r>
            <w:proofErr w:type="spellStart"/>
            <w:r>
              <w:t>tubusu</w:t>
            </w:r>
            <w:proofErr w:type="spellEnd"/>
            <w:r>
              <w:t xml:space="preserve"> 10 - 10,5 mm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13381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5B127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180C4B6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54DCC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60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A72633" w14:textId="77777777" w:rsidR="004F0AFF" w:rsidRDefault="003F1309">
            <w:proofErr w:type="spellStart"/>
            <w:r>
              <w:t>Kąta</w:t>
            </w:r>
            <w:proofErr w:type="spellEnd"/>
            <w:r>
              <w:t xml:space="preserve"> </w:t>
            </w:r>
            <w:proofErr w:type="spellStart"/>
            <w:r>
              <w:t>patrzenia</w:t>
            </w:r>
            <w:proofErr w:type="spellEnd"/>
            <w:r>
              <w:t xml:space="preserve"> 30°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712CD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D15A45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107F25C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07441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61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CB4B17" w14:textId="77777777" w:rsidR="004F0AFF" w:rsidRDefault="003F1309">
            <w:proofErr w:type="spellStart"/>
            <w:r>
              <w:t>Rękojeść</w:t>
            </w:r>
            <w:proofErr w:type="spellEnd"/>
            <w:r>
              <w:t xml:space="preserve"> </w:t>
            </w:r>
            <w:proofErr w:type="spellStart"/>
            <w:r>
              <w:t>wideoendoskopu</w:t>
            </w:r>
            <w:proofErr w:type="spellEnd"/>
            <w:r>
              <w:t xml:space="preserve"> </w:t>
            </w:r>
            <w:proofErr w:type="spellStart"/>
            <w:r>
              <w:t>wyposażona</w:t>
            </w:r>
            <w:proofErr w:type="spellEnd"/>
            <w:r>
              <w:t xml:space="preserve"> w min. 3 </w:t>
            </w:r>
            <w:proofErr w:type="spellStart"/>
            <w:r>
              <w:t>przyciski</w:t>
            </w:r>
            <w:proofErr w:type="spellEnd"/>
            <w:r>
              <w:t xml:space="preserve"> </w:t>
            </w:r>
            <w:proofErr w:type="spellStart"/>
            <w:r>
              <w:t>sterujące</w:t>
            </w:r>
            <w:proofErr w:type="spellEnd"/>
            <w:r>
              <w:t xml:space="preserve"> </w:t>
            </w:r>
            <w:proofErr w:type="spellStart"/>
            <w:r>
              <w:t>funkcjami</w:t>
            </w:r>
            <w:proofErr w:type="spellEnd"/>
            <w:r>
              <w:t xml:space="preserve"> </w:t>
            </w:r>
            <w:proofErr w:type="spellStart"/>
            <w:r>
              <w:t>sterownika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  <w:r>
              <w:t xml:space="preserve"> w </w:t>
            </w:r>
            <w:proofErr w:type="spellStart"/>
            <w:r>
              <w:t>tym</w:t>
            </w:r>
            <w:proofErr w:type="spellEnd"/>
            <w:r>
              <w:t xml:space="preserve"> 2 </w:t>
            </w:r>
            <w:proofErr w:type="spellStart"/>
            <w:r>
              <w:t>programowalne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0CA86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A5DC79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8E236AC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E99C8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62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277AA2" w14:textId="77777777" w:rsidR="004F0AFF" w:rsidRDefault="003F1309">
            <w:proofErr w:type="spellStart"/>
            <w:r>
              <w:t>Wideoendoskop</w:t>
            </w:r>
            <w:proofErr w:type="spellEnd"/>
            <w:r>
              <w:t xml:space="preserve"> </w:t>
            </w:r>
            <w:proofErr w:type="spellStart"/>
            <w:r>
              <w:t>wyposażony</w:t>
            </w:r>
            <w:proofErr w:type="spellEnd"/>
            <w:r>
              <w:t xml:space="preserve"> w </w:t>
            </w:r>
            <w:proofErr w:type="spellStart"/>
            <w:r>
              <w:t>przyłącze</w:t>
            </w:r>
            <w:proofErr w:type="spellEnd"/>
            <w:r>
              <w:t xml:space="preserve"> </w:t>
            </w:r>
            <w:proofErr w:type="spellStart"/>
            <w:r>
              <w:t>światłowodu</w:t>
            </w:r>
            <w:proofErr w:type="spellEnd"/>
            <w:r>
              <w:t xml:space="preserve"> </w:t>
            </w:r>
            <w:proofErr w:type="spellStart"/>
            <w:r>
              <w:t>umieszczone</w:t>
            </w:r>
            <w:proofErr w:type="spellEnd"/>
            <w:r>
              <w:t xml:space="preserve"> w </w:t>
            </w:r>
            <w:proofErr w:type="spellStart"/>
            <w:r>
              <w:t>części</w:t>
            </w:r>
            <w:proofErr w:type="spellEnd"/>
            <w:r>
              <w:t xml:space="preserve"> </w:t>
            </w:r>
            <w:proofErr w:type="spellStart"/>
            <w:r>
              <w:t>proksymalnej</w:t>
            </w:r>
            <w:proofErr w:type="spellEnd"/>
            <w:r>
              <w:t xml:space="preserve"> </w:t>
            </w:r>
            <w:proofErr w:type="spellStart"/>
            <w:r>
              <w:t>rękojeści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984F2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223F4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6500760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5840F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lastRenderedPageBreak/>
              <w:t>63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C0634D" w14:textId="77777777" w:rsidR="004F0AFF" w:rsidRDefault="003F1309">
            <w:proofErr w:type="spellStart"/>
            <w:r>
              <w:t>Wideoendoskop</w:t>
            </w:r>
            <w:proofErr w:type="spellEnd"/>
            <w:r>
              <w:t xml:space="preserve"> </w:t>
            </w:r>
            <w:proofErr w:type="spellStart"/>
            <w:r>
              <w:t>wyposażony</w:t>
            </w:r>
            <w:proofErr w:type="spellEnd"/>
            <w:r>
              <w:t xml:space="preserve"> w </w:t>
            </w:r>
            <w:proofErr w:type="spellStart"/>
            <w:r>
              <w:t>zintegrowany</w:t>
            </w:r>
            <w:proofErr w:type="spellEnd"/>
            <w:r>
              <w:t xml:space="preserve"> </w:t>
            </w:r>
            <w:proofErr w:type="spellStart"/>
            <w:r>
              <w:t>przewód</w:t>
            </w:r>
            <w:proofErr w:type="spellEnd"/>
            <w:r>
              <w:t xml:space="preserve"> </w:t>
            </w:r>
            <w:proofErr w:type="spellStart"/>
            <w:r>
              <w:t>łączący</w:t>
            </w:r>
            <w:proofErr w:type="spellEnd"/>
            <w:r>
              <w:t xml:space="preserve"> ze </w:t>
            </w:r>
            <w:proofErr w:type="spellStart"/>
            <w:r>
              <w:t>sterownikiem</w:t>
            </w:r>
            <w:proofErr w:type="spellEnd"/>
            <w:r>
              <w:t xml:space="preserve"> </w:t>
            </w:r>
            <w:proofErr w:type="spellStart"/>
            <w:r>
              <w:t>kamery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AE3D3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6F4252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116DFB8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37C19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64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09D3C1" w14:textId="77777777" w:rsidR="004F0AFF" w:rsidRDefault="003F1309">
            <w:proofErr w:type="spellStart"/>
            <w:r>
              <w:t>Wideoendoskop</w:t>
            </w:r>
            <w:proofErr w:type="spellEnd"/>
            <w:r>
              <w:t xml:space="preserve"> </w:t>
            </w:r>
            <w:proofErr w:type="spellStart"/>
            <w:r>
              <w:t>wraz</w:t>
            </w:r>
            <w:proofErr w:type="spellEnd"/>
            <w:r>
              <w:t xml:space="preserve"> </w:t>
            </w:r>
            <w:proofErr w:type="spellStart"/>
            <w:r>
              <w:t>przewodem</w:t>
            </w:r>
            <w:proofErr w:type="spellEnd"/>
            <w:r>
              <w:t xml:space="preserve"> </w:t>
            </w:r>
            <w:proofErr w:type="spellStart"/>
            <w:r>
              <w:t>autoklawowalny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0D8B8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AE69A0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6CF0B79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9138F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65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43FCA9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t>Kosz</w:t>
            </w:r>
            <w:proofErr w:type="spellEnd"/>
            <w:r>
              <w:t xml:space="preserve"> </w:t>
            </w:r>
            <w:proofErr w:type="spellStart"/>
            <w:r>
              <w:t>druciany</w:t>
            </w:r>
            <w:proofErr w:type="spellEnd"/>
            <w:r>
              <w:t xml:space="preserve"> do </w:t>
            </w:r>
            <w:proofErr w:type="spellStart"/>
            <w:r>
              <w:t>mycia</w:t>
            </w:r>
            <w:proofErr w:type="spellEnd"/>
            <w:r>
              <w:t xml:space="preserve">, </w:t>
            </w:r>
            <w:proofErr w:type="spellStart"/>
            <w:r>
              <w:t>sterylizacji</w:t>
            </w:r>
            <w:proofErr w:type="spellEnd"/>
            <w:r>
              <w:t xml:space="preserve"> i </w:t>
            </w:r>
            <w:proofErr w:type="spellStart"/>
            <w:r>
              <w:t>przechowywania</w:t>
            </w:r>
            <w:proofErr w:type="spellEnd"/>
            <w:r>
              <w:t xml:space="preserve"> </w:t>
            </w:r>
            <w:proofErr w:type="spellStart"/>
            <w:r>
              <w:t>sztywnego</w:t>
            </w:r>
            <w:proofErr w:type="spellEnd"/>
            <w:r>
              <w:t xml:space="preserve"> </w:t>
            </w:r>
            <w:proofErr w:type="spellStart"/>
            <w:r>
              <w:t>wideoendoskopu</w:t>
            </w:r>
            <w:proofErr w:type="spellEnd"/>
            <w:r>
              <w:t xml:space="preserve">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40878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9D3A3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2D00B4F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F8035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66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A4E70A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Insuflator</w:t>
            </w:r>
            <w:proofErr w:type="spellEnd"/>
            <w:r>
              <w:rPr>
                <w:b/>
                <w:bCs/>
              </w:rPr>
              <w:t xml:space="preserve"> CO2 - 1 </w:t>
            </w:r>
            <w:proofErr w:type="spellStart"/>
            <w:r>
              <w:rPr>
                <w:b/>
                <w:bCs/>
              </w:rPr>
              <w:t>szt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403A9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1438B4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AC1F87B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4EBF3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67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09D7C6" w14:textId="77777777" w:rsidR="004F0AFF" w:rsidRDefault="003F1309">
            <w:r>
              <w:t xml:space="preserve">Obsługa </w:t>
            </w:r>
            <w:proofErr w:type="spellStart"/>
            <w:r>
              <w:t>insuflatora</w:t>
            </w:r>
            <w:proofErr w:type="spellEnd"/>
            <w:r>
              <w:t xml:space="preserve"> </w:t>
            </w:r>
            <w:proofErr w:type="spellStart"/>
            <w:r>
              <w:t>poprzez</w:t>
            </w:r>
            <w:proofErr w:type="spellEnd"/>
            <w:r>
              <w:t xml:space="preserve"> </w:t>
            </w:r>
            <w:proofErr w:type="spellStart"/>
            <w:r>
              <w:t>zintegrowany</w:t>
            </w:r>
            <w:proofErr w:type="spellEnd"/>
            <w:r>
              <w:t xml:space="preserve"> </w:t>
            </w:r>
            <w:proofErr w:type="spellStart"/>
            <w:r>
              <w:t>ekran</w:t>
            </w:r>
            <w:proofErr w:type="spellEnd"/>
            <w:r>
              <w:t xml:space="preserve"> </w:t>
            </w:r>
            <w:proofErr w:type="spellStart"/>
            <w:r>
              <w:t>dotykowy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A7B56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E5F3A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B36A483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666F3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68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C52D14" w14:textId="77777777" w:rsidR="004F0AFF" w:rsidRDefault="003F1309">
            <w:proofErr w:type="spellStart"/>
            <w:r>
              <w:t>Insuflator</w:t>
            </w:r>
            <w:proofErr w:type="spellEnd"/>
            <w:r>
              <w:t xml:space="preserve"> </w:t>
            </w:r>
            <w:proofErr w:type="spellStart"/>
            <w:r>
              <w:t>wyposażony</w:t>
            </w:r>
            <w:proofErr w:type="spellEnd"/>
            <w:r>
              <w:t xml:space="preserve"> w </w:t>
            </w:r>
            <w:proofErr w:type="spellStart"/>
            <w:r>
              <w:t>tryb</w:t>
            </w:r>
            <w:proofErr w:type="spellEnd"/>
            <w:r>
              <w:t xml:space="preserve"> </w:t>
            </w:r>
            <w:proofErr w:type="spellStart"/>
            <w:r>
              <w:t>wysokoprzepływowy</w:t>
            </w:r>
            <w:proofErr w:type="spellEnd"/>
            <w:r>
              <w:t xml:space="preserve"> z </w:t>
            </w:r>
            <w:proofErr w:type="spellStart"/>
            <w:r>
              <w:t>możliwością</w:t>
            </w:r>
            <w:proofErr w:type="spellEnd"/>
            <w:r>
              <w:t xml:space="preserve"> </w:t>
            </w:r>
            <w:proofErr w:type="spellStart"/>
            <w:r>
              <w:t>regulacji</w:t>
            </w:r>
            <w:proofErr w:type="spellEnd"/>
            <w:r>
              <w:t xml:space="preserve"> </w:t>
            </w:r>
            <w:proofErr w:type="spellStart"/>
            <w:r>
              <w:t>przepływu</w:t>
            </w:r>
            <w:proofErr w:type="spellEnd"/>
            <w:r>
              <w:t xml:space="preserve"> do min. 50 l/min.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5F369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BE7FB9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762260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521A4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69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C78DE2" w14:textId="77777777" w:rsidR="004F0AFF" w:rsidRDefault="003F1309">
            <w:proofErr w:type="spellStart"/>
            <w:r>
              <w:t>Insuflator</w:t>
            </w:r>
            <w:proofErr w:type="spellEnd"/>
            <w:r>
              <w:t xml:space="preserve"> </w:t>
            </w:r>
            <w:proofErr w:type="spellStart"/>
            <w:r>
              <w:t>wyposażony</w:t>
            </w:r>
            <w:proofErr w:type="spellEnd"/>
            <w:r>
              <w:t xml:space="preserve"> w </w:t>
            </w:r>
            <w:proofErr w:type="spellStart"/>
            <w:r>
              <w:t>tryb</w:t>
            </w:r>
            <w:proofErr w:type="spellEnd"/>
            <w:r>
              <w:t xml:space="preserve"> </w:t>
            </w:r>
            <w:proofErr w:type="spellStart"/>
            <w:r>
              <w:t>pediatryczny</w:t>
            </w:r>
            <w:proofErr w:type="spellEnd"/>
            <w:r>
              <w:t xml:space="preserve"> z </w:t>
            </w:r>
            <w:proofErr w:type="spellStart"/>
            <w:r>
              <w:t>możliwością</w:t>
            </w:r>
            <w:proofErr w:type="spellEnd"/>
            <w:r>
              <w:t xml:space="preserve"> </w:t>
            </w:r>
            <w:proofErr w:type="spellStart"/>
            <w:r>
              <w:t>precyzyjnej</w:t>
            </w:r>
            <w:proofErr w:type="spellEnd"/>
            <w:r>
              <w:t xml:space="preserve"> </w:t>
            </w:r>
            <w:proofErr w:type="spellStart"/>
            <w:r>
              <w:t>regulacji</w:t>
            </w:r>
            <w:proofErr w:type="spellEnd"/>
            <w:r>
              <w:t xml:space="preserve"> </w:t>
            </w:r>
            <w:proofErr w:type="spellStart"/>
            <w:r>
              <w:t>przepływu</w:t>
            </w:r>
            <w:proofErr w:type="spellEnd"/>
            <w:r>
              <w:t xml:space="preserve"> co 0,1 l/min. w </w:t>
            </w:r>
            <w:proofErr w:type="spellStart"/>
            <w:r>
              <w:t>zakresie</w:t>
            </w:r>
            <w:proofErr w:type="spellEnd"/>
            <w:r>
              <w:t xml:space="preserve"> min. 0,1 -2 l/min.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9ADA6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B8E627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B11FE53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58EB4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70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46C062" w14:textId="77777777" w:rsidR="004F0AFF" w:rsidRDefault="003F1309"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opcjonalnego</w:t>
            </w:r>
            <w:proofErr w:type="spellEnd"/>
            <w:r>
              <w:t xml:space="preserve"> </w:t>
            </w:r>
            <w:proofErr w:type="spellStart"/>
            <w:r>
              <w:t>rozszerzenia</w:t>
            </w:r>
            <w:proofErr w:type="spellEnd"/>
            <w:r>
              <w:t xml:space="preserve"> </w:t>
            </w:r>
            <w:proofErr w:type="spellStart"/>
            <w:r>
              <w:t>insuflatora</w:t>
            </w:r>
            <w:proofErr w:type="spellEnd"/>
            <w:r>
              <w:t xml:space="preserve"> o </w:t>
            </w:r>
            <w:proofErr w:type="spellStart"/>
            <w:r>
              <w:t>tryby</w:t>
            </w:r>
            <w:proofErr w:type="spellEnd"/>
            <w:r>
              <w:t xml:space="preserve"> do </w:t>
            </w:r>
            <w:proofErr w:type="spellStart"/>
            <w:r>
              <w:t>procedur</w:t>
            </w:r>
            <w:proofErr w:type="spellEnd"/>
            <w:r>
              <w:t xml:space="preserve"> TEO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TaTME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4F554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87714A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347CC86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5672D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71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80A741" w14:textId="77777777" w:rsidR="004F0AFF" w:rsidRDefault="003F1309">
            <w:proofErr w:type="spellStart"/>
            <w:r>
              <w:t>Funkcja</w:t>
            </w:r>
            <w:proofErr w:type="spellEnd"/>
            <w:r>
              <w:t xml:space="preserve"> </w:t>
            </w:r>
            <w:proofErr w:type="spellStart"/>
            <w:r>
              <w:t>podgrzewania</w:t>
            </w:r>
            <w:proofErr w:type="spellEnd"/>
            <w:r>
              <w:t xml:space="preserve"> </w:t>
            </w:r>
            <w:proofErr w:type="spellStart"/>
            <w:r>
              <w:t>gazu</w:t>
            </w:r>
            <w:proofErr w:type="spellEnd"/>
            <w:r>
              <w:t xml:space="preserve"> </w:t>
            </w:r>
            <w:proofErr w:type="spellStart"/>
            <w:r>
              <w:t>insuflacyjnego</w:t>
            </w:r>
            <w:proofErr w:type="spellEnd"/>
            <w:r>
              <w:t xml:space="preserve"> z </w:t>
            </w:r>
            <w:proofErr w:type="spellStart"/>
            <w:r>
              <w:t>wykorzystaniem</w:t>
            </w:r>
            <w:proofErr w:type="spellEnd"/>
            <w:r>
              <w:t xml:space="preserve"> </w:t>
            </w:r>
            <w:proofErr w:type="spellStart"/>
            <w:r>
              <w:t>dedykowanych</w:t>
            </w:r>
            <w:proofErr w:type="spellEnd"/>
            <w:r>
              <w:t xml:space="preserve"> </w:t>
            </w:r>
            <w:proofErr w:type="spellStart"/>
            <w:r>
              <w:t>drenów</w:t>
            </w:r>
            <w:proofErr w:type="spellEnd"/>
            <w:r>
              <w:t xml:space="preserve"> </w:t>
            </w:r>
            <w:proofErr w:type="spellStart"/>
            <w:r>
              <w:t>insuflacyjnych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9D39D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C09CB0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9509EA3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7E208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72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B37BF7" w14:textId="77777777" w:rsidR="004F0AFF" w:rsidRDefault="003F1309">
            <w:proofErr w:type="spellStart"/>
            <w:r>
              <w:t>Funkcja</w:t>
            </w:r>
            <w:proofErr w:type="spellEnd"/>
            <w:r>
              <w:t xml:space="preserve"> </w:t>
            </w:r>
            <w:proofErr w:type="spellStart"/>
            <w:r>
              <w:t>ewakuacji</w:t>
            </w:r>
            <w:proofErr w:type="spellEnd"/>
            <w:r>
              <w:t xml:space="preserve"> </w:t>
            </w:r>
            <w:proofErr w:type="spellStart"/>
            <w:r>
              <w:t>dymu</w:t>
            </w:r>
            <w:proofErr w:type="spellEnd"/>
            <w:r>
              <w:t xml:space="preserve"> z </w:t>
            </w:r>
            <w:proofErr w:type="spellStart"/>
            <w:r>
              <w:t>wykorzystaniem</w:t>
            </w:r>
            <w:proofErr w:type="spellEnd"/>
            <w:r>
              <w:t xml:space="preserve"> </w:t>
            </w:r>
            <w:proofErr w:type="spellStart"/>
            <w:r>
              <w:t>dedykowanych</w:t>
            </w:r>
            <w:proofErr w:type="spellEnd"/>
            <w:r>
              <w:t xml:space="preserve"> </w:t>
            </w:r>
            <w:proofErr w:type="spellStart"/>
            <w:r>
              <w:t>drenów</w:t>
            </w:r>
            <w:proofErr w:type="spellEnd"/>
            <w:r>
              <w:t xml:space="preserve"> </w:t>
            </w:r>
            <w:proofErr w:type="spellStart"/>
            <w:r>
              <w:t>insuflacyjnych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A79C2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1E73E4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D53969E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E2AA0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73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A158FF" w14:textId="77777777" w:rsidR="004F0AFF" w:rsidRDefault="003F1309">
            <w:proofErr w:type="spellStart"/>
            <w:r>
              <w:t>Funkcja</w:t>
            </w:r>
            <w:proofErr w:type="spellEnd"/>
            <w:r>
              <w:t xml:space="preserve"> </w:t>
            </w:r>
            <w:proofErr w:type="spellStart"/>
            <w:r>
              <w:t>ewakuacji</w:t>
            </w:r>
            <w:proofErr w:type="spellEnd"/>
            <w:r>
              <w:t xml:space="preserve"> </w:t>
            </w:r>
            <w:proofErr w:type="spellStart"/>
            <w:r>
              <w:t>dymu</w:t>
            </w:r>
            <w:proofErr w:type="spellEnd"/>
            <w:r>
              <w:t xml:space="preserve"> </w:t>
            </w:r>
            <w:proofErr w:type="spellStart"/>
            <w:r>
              <w:t>dostępna</w:t>
            </w:r>
            <w:proofErr w:type="spellEnd"/>
            <w:r>
              <w:t xml:space="preserve"> w </w:t>
            </w:r>
            <w:proofErr w:type="spellStart"/>
            <w:r>
              <w:t>trybie</w:t>
            </w:r>
            <w:proofErr w:type="spellEnd"/>
            <w:r>
              <w:t xml:space="preserve"> </w:t>
            </w:r>
            <w:proofErr w:type="spellStart"/>
            <w:r>
              <w:t>ciągłym</w:t>
            </w:r>
            <w:proofErr w:type="spellEnd"/>
            <w:r>
              <w:t xml:space="preserve"> i w </w:t>
            </w:r>
            <w:proofErr w:type="spellStart"/>
            <w:r>
              <w:t>trybie</w:t>
            </w:r>
            <w:proofErr w:type="spellEnd"/>
            <w:r>
              <w:t xml:space="preserve"> z </w:t>
            </w:r>
            <w:proofErr w:type="spellStart"/>
            <w:r>
              <w:t>automatyczną</w:t>
            </w:r>
            <w:proofErr w:type="spellEnd"/>
            <w:r>
              <w:t xml:space="preserve"> </w:t>
            </w:r>
            <w:proofErr w:type="spellStart"/>
            <w:r>
              <w:t>aktywacją</w:t>
            </w:r>
            <w:proofErr w:type="spellEnd"/>
            <w:r>
              <w:t xml:space="preserve"> w </w:t>
            </w:r>
            <w:proofErr w:type="spellStart"/>
            <w:r>
              <w:t>połączeniu</w:t>
            </w:r>
            <w:proofErr w:type="spellEnd"/>
            <w:r>
              <w:t xml:space="preserve"> z </w:t>
            </w:r>
            <w:proofErr w:type="spellStart"/>
            <w:r>
              <w:t>kompatybilnym</w:t>
            </w:r>
            <w:proofErr w:type="spellEnd"/>
            <w:r>
              <w:t xml:space="preserve"> </w:t>
            </w:r>
            <w:proofErr w:type="spellStart"/>
            <w:r>
              <w:t>urządzeniem</w:t>
            </w:r>
            <w:proofErr w:type="spellEnd"/>
            <w:r>
              <w:t xml:space="preserve"> </w:t>
            </w:r>
            <w:proofErr w:type="spellStart"/>
            <w:r>
              <w:t>wysokiej</w:t>
            </w:r>
            <w:proofErr w:type="spellEnd"/>
            <w:r>
              <w:t xml:space="preserve"> </w:t>
            </w:r>
            <w:proofErr w:type="spellStart"/>
            <w:r>
              <w:t>częstotliwości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E0024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C4DCB3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0EBAB56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C6123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74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B51076" w14:textId="77777777" w:rsidR="004F0AFF" w:rsidRDefault="003F1309"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wykorzystania</w:t>
            </w:r>
            <w:proofErr w:type="spellEnd"/>
            <w:r>
              <w:t xml:space="preserve"> </w:t>
            </w:r>
            <w:proofErr w:type="spellStart"/>
            <w:r>
              <w:t>drenów</w:t>
            </w:r>
            <w:proofErr w:type="spellEnd"/>
            <w:r>
              <w:t xml:space="preserve"> </w:t>
            </w:r>
            <w:proofErr w:type="spellStart"/>
            <w:r>
              <w:t>insuflacyjnych</w:t>
            </w:r>
            <w:proofErr w:type="spellEnd"/>
            <w:r>
              <w:t xml:space="preserve"> z </w:t>
            </w:r>
            <w:proofErr w:type="spellStart"/>
            <w:r>
              <w:t>funkcją</w:t>
            </w:r>
            <w:proofErr w:type="spellEnd"/>
            <w:r>
              <w:t xml:space="preserve"> </w:t>
            </w:r>
            <w:proofErr w:type="spellStart"/>
            <w:r>
              <w:t>nawilżania</w:t>
            </w:r>
            <w:proofErr w:type="spellEnd"/>
            <w:r>
              <w:t xml:space="preserve"> </w:t>
            </w:r>
            <w:proofErr w:type="spellStart"/>
            <w:r>
              <w:t>gazu</w:t>
            </w:r>
            <w:proofErr w:type="spellEnd"/>
            <w:r>
              <w:t xml:space="preserve"> </w:t>
            </w:r>
            <w:proofErr w:type="spellStart"/>
            <w:r>
              <w:t>insuflacyjnego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4541D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FC30D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BD349B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18D14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75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21F5ED" w14:textId="77777777" w:rsidR="004F0AFF" w:rsidRDefault="003F1309">
            <w:proofErr w:type="spellStart"/>
            <w:r>
              <w:t>Wyświetlanie</w:t>
            </w:r>
            <w:proofErr w:type="spellEnd"/>
            <w:r>
              <w:t xml:space="preserve"> </w:t>
            </w:r>
            <w:proofErr w:type="spellStart"/>
            <w:r>
              <w:t>wartości</w:t>
            </w:r>
            <w:proofErr w:type="spellEnd"/>
            <w:r>
              <w:t xml:space="preserve"> </w:t>
            </w:r>
            <w:proofErr w:type="spellStart"/>
            <w:r>
              <w:t>zadanej</w:t>
            </w:r>
            <w:proofErr w:type="spellEnd"/>
            <w:r>
              <w:t xml:space="preserve"> i </w:t>
            </w:r>
            <w:proofErr w:type="spellStart"/>
            <w:r>
              <w:t>rzeczywistej</w:t>
            </w:r>
            <w:proofErr w:type="spellEnd"/>
            <w:r>
              <w:t xml:space="preserve"> </w:t>
            </w:r>
            <w:proofErr w:type="spellStart"/>
            <w:r>
              <w:t>ciśnienia</w:t>
            </w:r>
            <w:proofErr w:type="spellEnd"/>
            <w:r>
              <w:t xml:space="preserve"> </w:t>
            </w:r>
            <w:proofErr w:type="spellStart"/>
            <w:r>
              <w:t>insuflacji</w:t>
            </w:r>
            <w:proofErr w:type="spellEnd"/>
            <w:r>
              <w:t xml:space="preserve"> CO2 w </w:t>
            </w:r>
            <w:proofErr w:type="spellStart"/>
            <w:r>
              <w:t>trakcie</w:t>
            </w:r>
            <w:proofErr w:type="spellEnd"/>
            <w:r>
              <w:t xml:space="preserve"> </w:t>
            </w:r>
            <w:proofErr w:type="spellStart"/>
            <w:r>
              <w:t>insuflacji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E44A1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FBD2D1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EF23E78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BF7DE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76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4E800D" w14:textId="77777777" w:rsidR="004F0AFF" w:rsidRDefault="003F1309">
            <w:proofErr w:type="spellStart"/>
            <w:r>
              <w:t>Wyświetlanie</w:t>
            </w:r>
            <w:proofErr w:type="spellEnd"/>
            <w:r>
              <w:t xml:space="preserve"> </w:t>
            </w:r>
            <w:proofErr w:type="spellStart"/>
            <w:r>
              <w:t>wartości</w:t>
            </w:r>
            <w:proofErr w:type="spellEnd"/>
            <w:r>
              <w:t xml:space="preserve"> </w:t>
            </w:r>
            <w:proofErr w:type="spellStart"/>
            <w:r>
              <w:t>zadanej</w:t>
            </w:r>
            <w:proofErr w:type="spellEnd"/>
            <w:r>
              <w:t xml:space="preserve"> i </w:t>
            </w:r>
            <w:proofErr w:type="spellStart"/>
            <w:r>
              <w:t>rzeczywistej</w:t>
            </w:r>
            <w:proofErr w:type="spellEnd"/>
            <w:r>
              <w:t xml:space="preserve"> </w:t>
            </w:r>
            <w:proofErr w:type="spellStart"/>
            <w:r>
              <w:t>prędkości</w:t>
            </w:r>
            <w:proofErr w:type="spellEnd"/>
            <w:r>
              <w:t xml:space="preserve"> </w:t>
            </w:r>
            <w:proofErr w:type="spellStart"/>
            <w:r>
              <w:t>przepływu</w:t>
            </w:r>
            <w:proofErr w:type="spellEnd"/>
            <w:r>
              <w:t xml:space="preserve"> CO2 w </w:t>
            </w:r>
            <w:proofErr w:type="spellStart"/>
            <w:r>
              <w:t>trakcie</w:t>
            </w:r>
            <w:proofErr w:type="spellEnd"/>
            <w:r>
              <w:t xml:space="preserve"> </w:t>
            </w:r>
            <w:proofErr w:type="spellStart"/>
            <w:r>
              <w:t>insuflacji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93713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6AA2B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D97349E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536D9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77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9F23B3" w14:textId="77777777" w:rsidR="004F0AFF" w:rsidRDefault="003F1309">
            <w:proofErr w:type="spellStart"/>
            <w:r>
              <w:t>Przewód</w:t>
            </w:r>
            <w:proofErr w:type="spellEnd"/>
            <w:r>
              <w:t xml:space="preserve"> do </w:t>
            </w:r>
            <w:proofErr w:type="spellStart"/>
            <w:r>
              <w:t>połączenia</w:t>
            </w:r>
            <w:proofErr w:type="spellEnd"/>
            <w:r>
              <w:t xml:space="preserve"> z </w:t>
            </w:r>
            <w:proofErr w:type="spellStart"/>
            <w:r>
              <w:t>butlą</w:t>
            </w:r>
            <w:proofErr w:type="spellEnd"/>
            <w:r>
              <w:t xml:space="preserve"> CO2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29639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DD8DD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F89044B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CA5E3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78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8CAB56" w14:textId="77777777" w:rsidR="004F0AFF" w:rsidRDefault="003F1309">
            <w:r>
              <w:t xml:space="preserve">Dren </w:t>
            </w:r>
            <w:proofErr w:type="spellStart"/>
            <w:r>
              <w:t>insuflacyjny</w:t>
            </w:r>
            <w:proofErr w:type="spellEnd"/>
            <w:r>
              <w:t xml:space="preserve"> z </w:t>
            </w:r>
            <w:proofErr w:type="spellStart"/>
            <w:r>
              <w:t>filtrem</w:t>
            </w:r>
            <w:proofErr w:type="spellEnd"/>
            <w:r>
              <w:t xml:space="preserve"> z </w:t>
            </w:r>
            <w:proofErr w:type="spellStart"/>
            <w:r>
              <w:t>podgrzewaniem</w:t>
            </w:r>
            <w:proofErr w:type="spellEnd"/>
            <w:r>
              <w:t xml:space="preserve"> i </w:t>
            </w:r>
            <w:proofErr w:type="spellStart"/>
            <w:r>
              <w:t>ewakuacją</w:t>
            </w:r>
            <w:proofErr w:type="spellEnd"/>
            <w:r>
              <w:t xml:space="preserve"> </w:t>
            </w:r>
            <w:proofErr w:type="spellStart"/>
            <w:r>
              <w:t>dymu</w:t>
            </w:r>
            <w:proofErr w:type="spellEnd"/>
            <w:r>
              <w:t xml:space="preserve">, </w:t>
            </w:r>
            <w:proofErr w:type="spellStart"/>
            <w:r>
              <w:t>jednorazowy</w:t>
            </w:r>
            <w:proofErr w:type="spellEnd"/>
            <w:r>
              <w:t xml:space="preserve">, </w:t>
            </w:r>
            <w:proofErr w:type="spellStart"/>
            <w:r>
              <w:t>sterylny</w:t>
            </w:r>
            <w:proofErr w:type="spellEnd"/>
            <w:r>
              <w:t xml:space="preserve"> (</w:t>
            </w:r>
            <w:proofErr w:type="spellStart"/>
            <w:r>
              <w:t>opak</w:t>
            </w:r>
            <w:proofErr w:type="spellEnd"/>
            <w:r>
              <w:t xml:space="preserve">. 10 </w:t>
            </w:r>
            <w:proofErr w:type="spellStart"/>
            <w:r>
              <w:t>szt</w:t>
            </w:r>
            <w:proofErr w:type="spellEnd"/>
            <w:r>
              <w:t xml:space="preserve">.) – 2 </w:t>
            </w:r>
            <w:proofErr w:type="spellStart"/>
            <w:r>
              <w:t>opak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95CFC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517884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B9AEEBE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768EC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79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4F7654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Wózek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aparaturowy</w:t>
            </w:r>
            <w:proofErr w:type="spellEnd"/>
            <w:r>
              <w:rPr>
                <w:b/>
                <w:bCs/>
              </w:rPr>
              <w:t xml:space="preserve"> - 1 </w:t>
            </w:r>
            <w:proofErr w:type="spellStart"/>
            <w:r>
              <w:rPr>
                <w:b/>
                <w:bCs/>
              </w:rPr>
              <w:t>szt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7B43C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E47CF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2A645A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C5AEC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80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CF44F6" w14:textId="77777777" w:rsidR="004F0AFF" w:rsidRDefault="003F1309">
            <w:proofErr w:type="spellStart"/>
            <w:r>
              <w:t>Podstawa</w:t>
            </w:r>
            <w:proofErr w:type="spellEnd"/>
            <w:r>
              <w:t xml:space="preserve"> </w:t>
            </w:r>
            <w:proofErr w:type="spellStart"/>
            <w:r>
              <w:t>wyposażona</w:t>
            </w:r>
            <w:proofErr w:type="spellEnd"/>
            <w:r>
              <w:t xml:space="preserve"> w 4 </w:t>
            </w:r>
            <w:proofErr w:type="spellStart"/>
            <w:r>
              <w:t>antystatyczne</w:t>
            </w:r>
            <w:proofErr w:type="spellEnd"/>
            <w:r>
              <w:t xml:space="preserve"> </w:t>
            </w:r>
            <w:proofErr w:type="spellStart"/>
            <w:r>
              <w:t>koła</w:t>
            </w:r>
            <w:proofErr w:type="spellEnd"/>
            <w:r>
              <w:t xml:space="preserve"> z </w:t>
            </w:r>
            <w:proofErr w:type="spellStart"/>
            <w:r>
              <w:t>blokadą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min. 2 </w:t>
            </w:r>
            <w:proofErr w:type="spellStart"/>
            <w:r>
              <w:t>kołach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95799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668919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3D9B90E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CAA25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81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C1999A" w14:textId="77777777" w:rsidR="004F0AFF" w:rsidRDefault="003F1309">
            <w:r>
              <w:t xml:space="preserve">Min. 3 </w:t>
            </w:r>
            <w:proofErr w:type="spellStart"/>
            <w:r>
              <w:t>półki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1 </w:t>
            </w:r>
            <w:proofErr w:type="spellStart"/>
            <w:r>
              <w:t>szuflada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2E67D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515940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0978252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9D088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82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5D16F4" w14:textId="77777777" w:rsidR="004F0AFF" w:rsidRDefault="003F1309">
            <w:proofErr w:type="spellStart"/>
            <w:r>
              <w:t>Wysięgnik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ramię</w:t>
            </w:r>
            <w:proofErr w:type="spellEnd"/>
            <w:r>
              <w:t xml:space="preserve"> do </w:t>
            </w:r>
            <w:proofErr w:type="spellStart"/>
            <w:r>
              <w:t>zamocowania</w:t>
            </w:r>
            <w:proofErr w:type="spellEnd"/>
            <w:r>
              <w:t xml:space="preserve"> </w:t>
            </w:r>
            <w:proofErr w:type="spellStart"/>
            <w:r>
              <w:t>monitora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468EC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DFE66B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7E86084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6F496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83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5F9E15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t>Uchwyt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butlę</w:t>
            </w:r>
            <w:proofErr w:type="spellEnd"/>
            <w:r>
              <w:t xml:space="preserve"> CO2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403EC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B640FF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B3665D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CB4E5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84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885344" w14:textId="77777777" w:rsidR="004F0AFF" w:rsidRDefault="003F1309">
            <w:proofErr w:type="spellStart"/>
            <w:r>
              <w:t>Wysięgnik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płyny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EF297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160122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DBC2F1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ECF56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85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8FD254" w14:textId="77777777" w:rsidR="004F0AFF" w:rsidRDefault="003F1309">
            <w:pPr>
              <w:tabs>
                <w:tab w:val="left" w:pos="116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System </w:t>
            </w:r>
            <w:proofErr w:type="spellStart"/>
            <w:r>
              <w:rPr>
                <w:b/>
                <w:bCs/>
              </w:rPr>
              <w:t>rejestracji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sygnału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FullHD</w:t>
            </w:r>
            <w:proofErr w:type="spellEnd"/>
            <w:r>
              <w:rPr>
                <w:b/>
                <w:bCs/>
              </w:rPr>
              <w:t xml:space="preserve">/4K - 1 </w:t>
            </w:r>
            <w:proofErr w:type="spellStart"/>
            <w:r>
              <w:rPr>
                <w:b/>
                <w:bCs/>
              </w:rPr>
              <w:t>szt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84ACC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E5BE23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D707370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6842A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86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D2CA33" w14:textId="77777777" w:rsidR="004F0AFF" w:rsidRDefault="003F1309"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zapisu</w:t>
            </w:r>
            <w:proofErr w:type="spellEnd"/>
            <w:r>
              <w:t xml:space="preserve"> </w:t>
            </w:r>
            <w:proofErr w:type="spellStart"/>
            <w:r>
              <w:t>danych</w:t>
            </w:r>
            <w:proofErr w:type="spellEnd"/>
            <w:r>
              <w:t xml:space="preserve"> min.:</w:t>
            </w:r>
          </w:p>
          <w:p w14:paraId="62A4012F" w14:textId="77777777" w:rsidR="004F0AFF" w:rsidRDefault="003F1309">
            <w:r>
              <w:t xml:space="preserve">- do </w:t>
            </w:r>
            <w:proofErr w:type="spellStart"/>
            <w:r>
              <w:t>pamięci</w:t>
            </w:r>
            <w:proofErr w:type="spellEnd"/>
            <w:r>
              <w:t xml:space="preserve"> </w:t>
            </w:r>
            <w:proofErr w:type="spellStart"/>
            <w:r>
              <w:t>wbudowanej</w:t>
            </w:r>
            <w:proofErr w:type="spellEnd"/>
            <w:r>
              <w:t xml:space="preserve"> (min. 2TB) </w:t>
            </w:r>
          </w:p>
          <w:p w14:paraId="48CE4F2D" w14:textId="77777777" w:rsidR="004F0AFF" w:rsidRDefault="003F1309">
            <w:r>
              <w:t xml:space="preserve">- do </w:t>
            </w:r>
            <w:proofErr w:type="spellStart"/>
            <w:r>
              <w:t>pamięci</w:t>
            </w:r>
            <w:proofErr w:type="spellEnd"/>
            <w:r>
              <w:t xml:space="preserve"> USB </w:t>
            </w:r>
            <w:proofErr w:type="spellStart"/>
            <w:r>
              <w:t>poprzez</w:t>
            </w:r>
            <w:proofErr w:type="spellEnd"/>
            <w:r>
              <w:t xml:space="preserve"> </w:t>
            </w:r>
            <w:proofErr w:type="spellStart"/>
            <w:r>
              <w:t>interfejs</w:t>
            </w:r>
            <w:proofErr w:type="spellEnd"/>
            <w:r>
              <w:t xml:space="preserve"> USB 2.0 </w:t>
            </w:r>
            <w:proofErr w:type="spellStart"/>
            <w:r>
              <w:t>oraz</w:t>
            </w:r>
            <w:proofErr w:type="spellEnd"/>
            <w:r>
              <w:t xml:space="preserve"> 3.0, </w:t>
            </w:r>
          </w:p>
          <w:p w14:paraId="2DC048CA" w14:textId="77777777" w:rsidR="004F0AFF" w:rsidRDefault="003F1309">
            <w:r>
              <w:t xml:space="preserve">- do </w:t>
            </w:r>
            <w:proofErr w:type="spellStart"/>
            <w:r>
              <w:t>lokalizacji</w:t>
            </w:r>
            <w:proofErr w:type="spellEnd"/>
            <w:r>
              <w:t xml:space="preserve"> </w:t>
            </w:r>
            <w:proofErr w:type="spellStart"/>
            <w:r>
              <w:t>sieciowych</w:t>
            </w:r>
            <w:proofErr w:type="spellEnd"/>
          </w:p>
          <w:p w14:paraId="44B5463F" w14:textId="77777777" w:rsidR="004F0AFF" w:rsidRDefault="003F1309">
            <w:r>
              <w:t xml:space="preserve">- do </w:t>
            </w:r>
            <w:proofErr w:type="spellStart"/>
            <w:r>
              <w:t>lokalizacji</w:t>
            </w:r>
            <w:proofErr w:type="spellEnd"/>
            <w:r>
              <w:t xml:space="preserve"> FTP, </w:t>
            </w:r>
          </w:p>
          <w:p w14:paraId="7954C90F" w14:textId="77777777" w:rsidR="004F0AFF" w:rsidRDefault="003F1309">
            <w:r>
              <w:t xml:space="preserve">- </w:t>
            </w:r>
            <w:proofErr w:type="spellStart"/>
            <w:r>
              <w:t>bezpośrednio</w:t>
            </w:r>
            <w:proofErr w:type="spellEnd"/>
            <w:r>
              <w:t xml:space="preserve"> do </w:t>
            </w:r>
            <w:proofErr w:type="spellStart"/>
            <w:r>
              <w:t>systemu</w:t>
            </w:r>
            <w:proofErr w:type="spellEnd"/>
            <w:r>
              <w:t xml:space="preserve"> </w:t>
            </w:r>
            <w:proofErr w:type="spellStart"/>
            <w:r>
              <w:t>szpitalnego</w:t>
            </w:r>
            <w:proofErr w:type="spellEnd"/>
            <w:r>
              <w:t xml:space="preserve"> za pośrednictwem DICOM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B22D0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771515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A79BF94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095AF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87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F4A1CE" w14:textId="77777777" w:rsidR="004F0AFF" w:rsidRDefault="003F1309"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pobierania</w:t>
            </w:r>
            <w:proofErr w:type="spellEnd"/>
            <w:r>
              <w:t xml:space="preserve"> </w:t>
            </w:r>
            <w:proofErr w:type="spellStart"/>
            <w:r>
              <w:t>informacji</w:t>
            </w:r>
            <w:proofErr w:type="spellEnd"/>
            <w:r>
              <w:t xml:space="preserve"> z </w:t>
            </w:r>
            <w:proofErr w:type="spellStart"/>
            <w:r>
              <w:t>systemu</w:t>
            </w:r>
            <w:proofErr w:type="spellEnd"/>
            <w:r>
              <w:t xml:space="preserve"> </w:t>
            </w:r>
            <w:proofErr w:type="spellStart"/>
            <w:r>
              <w:t>szpitalnego</w:t>
            </w:r>
            <w:proofErr w:type="spellEnd"/>
            <w:r>
              <w:t xml:space="preserve"> za pośrednictwem HL7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F04C6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AEF855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742A34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B75D6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88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87A4BD" w14:textId="77777777" w:rsidR="004F0AFF" w:rsidRDefault="003F1309">
            <w:proofErr w:type="spellStart"/>
            <w:r>
              <w:t>Zapis</w:t>
            </w:r>
            <w:proofErr w:type="spellEnd"/>
            <w:r>
              <w:t xml:space="preserve"> </w:t>
            </w:r>
            <w:proofErr w:type="spellStart"/>
            <w:r>
              <w:t>sekwencji</w:t>
            </w:r>
            <w:proofErr w:type="spellEnd"/>
            <w:r>
              <w:t xml:space="preserve"> </w:t>
            </w:r>
            <w:proofErr w:type="spellStart"/>
            <w:r>
              <w:t>wideo</w:t>
            </w:r>
            <w:proofErr w:type="spellEnd"/>
            <w:r>
              <w:t xml:space="preserve"> w </w:t>
            </w:r>
            <w:proofErr w:type="spellStart"/>
            <w:r>
              <w:t>formacie</w:t>
            </w:r>
            <w:proofErr w:type="spellEnd"/>
            <w:r>
              <w:t xml:space="preserve">: .mpeg2, .mpeg4, mov w </w:t>
            </w:r>
            <w:proofErr w:type="spellStart"/>
            <w:r>
              <w:t>rozdzielczości</w:t>
            </w:r>
            <w:proofErr w:type="spellEnd"/>
            <w:r>
              <w:t xml:space="preserve"> do 4K z </w:t>
            </w:r>
            <w:proofErr w:type="spellStart"/>
            <w:r>
              <w:t>możliwością</w:t>
            </w:r>
            <w:proofErr w:type="spellEnd"/>
            <w:r>
              <w:t xml:space="preserve"> </w:t>
            </w:r>
            <w:proofErr w:type="spellStart"/>
            <w:r>
              <w:t>wyboru</w:t>
            </w:r>
            <w:proofErr w:type="spellEnd"/>
            <w:r>
              <w:t xml:space="preserve"> </w:t>
            </w:r>
            <w:proofErr w:type="spellStart"/>
            <w:r>
              <w:t>niższych</w:t>
            </w:r>
            <w:proofErr w:type="spellEnd"/>
            <w:r>
              <w:t xml:space="preserve"> </w:t>
            </w:r>
            <w:proofErr w:type="spellStart"/>
            <w:r>
              <w:t>rozdzielczości</w:t>
            </w:r>
            <w:proofErr w:type="spellEnd"/>
            <w:r>
              <w:t xml:space="preserve"> </w:t>
            </w:r>
            <w:proofErr w:type="spellStart"/>
            <w:r>
              <w:t>zapisu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C7E2D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5544F2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2C5D6B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7F7AF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89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9D4633" w14:textId="77777777" w:rsidR="004F0AFF" w:rsidRDefault="003F1309">
            <w:proofErr w:type="spellStart"/>
            <w:r>
              <w:t>Zapis</w:t>
            </w:r>
            <w:proofErr w:type="spellEnd"/>
            <w:r>
              <w:t xml:space="preserve"> </w:t>
            </w:r>
            <w:proofErr w:type="spellStart"/>
            <w:r>
              <w:t>zdjęć</w:t>
            </w:r>
            <w:proofErr w:type="spellEnd"/>
            <w:r>
              <w:t xml:space="preserve"> min. w </w:t>
            </w:r>
            <w:proofErr w:type="spellStart"/>
            <w:r>
              <w:t>formacie</w:t>
            </w:r>
            <w:proofErr w:type="spellEnd"/>
            <w:r>
              <w:t>: .jpg, .bmp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9ADEA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5C9B7D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2195C84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C9F45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lastRenderedPageBreak/>
              <w:t>90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AF24EB" w14:textId="77777777" w:rsidR="004F0AFF" w:rsidRDefault="003F1309">
            <w:proofErr w:type="spellStart"/>
            <w:r>
              <w:t>Funkcja</w:t>
            </w:r>
            <w:proofErr w:type="spellEnd"/>
            <w:r>
              <w:t xml:space="preserve"> </w:t>
            </w:r>
            <w:proofErr w:type="spellStart"/>
            <w:r>
              <w:t>kasowania</w:t>
            </w:r>
            <w:proofErr w:type="spellEnd"/>
            <w:r>
              <w:t xml:space="preserve"> </w:t>
            </w:r>
            <w:proofErr w:type="spellStart"/>
            <w:r>
              <w:t>wybranych</w:t>
            </w:r>
            <w:proofErr w:type="spellEnd"/>
            <w:r>
              <w:t xml:space="preserve"> </w:t>
            </w:r>
            <w:proofErr w:type="spellStart"/>
            <w:r>
              <w:t>zapisanych</w:t>
            </w:r>
            <w:proofErr w:type="spellEnd"/>
            <w:r>
              <w:t xml:space="preserve"> </w:t>
            </w:r>
            <w:proofErr w:type="spellStart"/>
            <w:r>
              <w:t>zdjęć</w:t>
            </w:r>
            <w:proofErr w:type="spellEnd"/>
            <w:r>
              <w:t xml:space="preserve"> i </w:t>
            </w:r>
            <w:proofErr w:type="spellStart"/>
            <w:r>
              <w:t>wideo</w:t>
            </w:r>
            <w:proofErr w:type="spellEnd"/>
            <w:r>
              <w:t xml:space="preserve"> </w:t>
            </w:r>
            <w:proofErr w:type="spellStart"/>
            <w:r>
              <w:t>przed</w:t>
            </w:r>
            <w:proofErr w:type="spellEnd"/>
            <w:r>
              <w:t xml:space="preserve"> </w:t>
            </w:r>
            <w:proofErr w:type="spellStart"/>
            <w:r>
              <w:t>końcowym</w:t>
            </w:r>
            <w:proofErr w:type="spellEnd"/>
            <w:r>
              <w:t xml:space="preserve"> </w:t>
            </w:r>
            <w:proofErr w:type="spellStart"/>
            <w:r>
              <w:t>zamknięciem</w:t>
            </w:r>
            <w:proofErr w:type="spellEnd"/>
            <w:r>
              <w:t xml:space="preserve"> </w:t>
            </w:r>
            <w:proofErr w:type="spellStart"/>
            <w:r>
              <w:t>procedury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28133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767953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BA87E88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FEF51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91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0C6118" w14:textId="77777777" w:rsidR="004F0AFF" w:rsidRDefault="003F1309">
            <w:proofErr w:type="spellStart"/>
            <w:r>
              <w:t>Funkcja</w:t>
            </w:r>
            <w:proofErr w:type="spellEnd"/>
            <w:r>
              <w:t xml:space="preserve"> </w:t>
            </w:r>
            <w:proofErr w:type="spellStart"/>
            <w:r>
              <w:t>wprowadzania</w:t>
            </w:r>
            <w:proofErr w:type="spellEnd"/>
            <w:r>
              <w:t xml:space="preserve"> </w:t>
            </w:r>
            <w:proofErr w:type="spellStart"/>
            <w:r>
              <w:t>informacji</w:t>
            </w:r>
            <w:proofErr w:type="spellEnd"/>
            <w:r>
              <w:t xml:space="preserve"> o </w:t>
            </w:r>
            <w:proofErr w:type="spellStart"/>
            <w:r>
              <w:t>pacjencie</w:t>
            </w:r>
            <w:proofErr w:type="spellEnd"/>
            <w:r>
              <w:t xml:space="preserve"> min. </w:t>
            </w:r>
            <w:proofErr w:type="spellStart"/>
            <w:r>
              <w:t>takich</w:t>
            </w:r>
            <w:proofErr w:type="spellEnd"/>
            <w:r>
              <w:t xml:space="preserve"> jak </w:t>
            </w:r>
            <w:proofErr w:type="spellStart"/>
            <w:r>
              <w:t>imię</w:t>
            </w:r>
            <w:proofErr w:type="spellEnd"/>
            <w:r>
              <w:t xml:space="preserve"> i </w:t>
            </w:r>
            <w:proofErr w:type="spellStart"/>
            <w:r>
              <w:t>nazwisko</w:t>
            </w:r>
            <w:proofErr w:type="spellEnd"/>
            <w:r>
              <w:t xml:space="preserve">, data </w:t>
            </w:r>
            <w:proofErr w:type="spellStart"/>
            <w:r>
              <w:t>urodzenia</w:t>
            </w:r>
            <w:proofErr w:type="spellEnd"/>
            <w:r>
              <w:t xml:space="preserve">, </w:t>
            </w:r>
            <w:proofErr w:type="spellStart"/>
            <w:r>
              <w:t>numer</w:t>
            </w:r>
            <w:proofErr w:type="spellEnd"/>
            <w:r>
              <w:t xml:space="preserve"> </w:t>
            </w:r>
            <w:proofErr w:type="spellStart"/>
            <w:r>
              <w:t>identyfikacyjny</w:t>
            </w:r>
            <w:proofErr w:type="spellEnd"/>
            <w:r>
              <w:t xml:space="preserve"> </w:t>
            </w:r>
            <w:proofErr w:type="spellStart"/>
            <w:r>
              <w:t>pacjenta</w:t>
            </w:r>
            <w:proofErr w:type="spellEnd"/>
            <w:r>
              <w:t xml:space="preserve">, </w:t>
            </w:r>
            <w:proofErr w:type="spellStart"/>
            <w:r>
              <w:t>nazwisko</w:t>
            </w:r>
            <w:proofErr w:type="spellEnd"/>
            <w:r>
              <w:t xml:space="preserve"> </w:t>
            </w:r>
            <w:proofErr w:type="spellStart"/>
            <w:r>
              <w:t>chirurga</w:t>
            </w:r>
            <w:proofErr w:type="spellEnd"/>
            <w:r>
              <w:t xml:space="preserve">, </w:t>
            </w:r>
            <w:proofErr w:type="spellStart"/>
            <w:r>
              <w:t>komentarz</w:t>
            </w:r>
            <w:proofErr w:type="spellEnd"/>
            <w:r>
              <w:t xml:space="preserve"> w </w:t>
            </w:r>
            <w:proofErr w:type="spellStart"/>
            <w:r>
              <w:t>odpowiednich</w:t>
            </w:r>
            <w:proofErr w:type="spellEnd"/>
            <w:r>
              <w:t xml:space="preserve"> </w:t>
            </w:r>
            <w:proofErr w:type="spellStart"/>
            <w:r>
              <w:t>przeznaczonych</w:t>
            </w:r>
            <w:proofErr w:type="spellEnd"/>
            <w:r>
              <w:t xml:space="preserve"> do </w:t>
            </w:r>
            <w:proofErr w:type="spellStart"/>
            <w:r>
              <w:t>tego</w:t>
            </w:r>
            <w:proofErr w:type="spellEnd"/>
            <w:r>
              <w:t xml:space="preserve"> </w:t>
            </w:r>
            <w:proofErr w:type="spellStart"/>
            <w:r>
              <w:t>polach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F5C05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E0B5BB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C90C41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0AF8B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92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F3EE4E" w14:textId="77777777" w:rsidR="004F0AFF" w:rsidRDefault="003F1309"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wprowadzania</w:t>
            </w:r>
            <w:proofErr w:type="spellEnd"/>
            <w:r>
              <w:t xml:space="preserve"> </w:t>
            </w:r>
            <w:proofErr w:type="spellStart"/>
            <w:r>
              <w:t>informacji</w:t>
            </w:r>
            <w:proofErr w:type="spellEnd"/>
            <w:r>
              <w:t xml:space="preserve"> </w:t>
            </w:r>
            <w:proofErr w:type="spellStart"/>
            <w:r>
              <w:t>przy</w:t>
            </w:r>
            <w:proofErr w:type="spellEnd"/>
            <w:r>
              <w:t xml:space="preserve"> </w:t>
            </w:r>
            <w:proofErr w:type="spellStart"/>
            <w:r>
              <w:t>pomocy</w:t>
            </w:r>
            <w:proofErr w:type="spellEnd"/>
            <w:r>
              <w:t xml:space="preserve"> </w:t>
            </w:r>
            <w:proofErr w:type="spellStart"/>
            <w:r>
              <w:t>zewnętrznej</w:t>
            </w:r>
            <w:proofErr w:type="spellEnd"/>
            <w:r>
              <w:t xml:space="preserve"> </w:t>
            </w:r>
            <w:proofErr w:type="spellStart"/>
            <w:r>
              <w:t>klawiatury</w:t>
            </w:r>
            <w:proofErr w:type="spellEnd"/>
            <w:r>
              <w:t xml:space="preserve"> i </w:t>
            </w:r>
            <w:proofErr w:type="spellStart"/>
            <w:r>
              <w:t>myszki</w:t>
            </w:r>
            <w:proofErr w:type="spellEnd"/>
            <w:r>
              <w:t xml:space="preserve">. 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09E2C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4EC2B7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A4F4A3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BE94F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93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66C5CA" w14:textId="77777777" w:rsidR="004F0AFF" w:rsidRDefault="003F1309">
            <w:proofErr w:type="spellStart"/>
            <w:r>
              <w:t>Wejścia</w:t>
            </w:r>
            <w:proofErr w:type="spellEnd"/>
            <w:r>
              <w:t xml:space="preserve"> </w:t>
            </w:r>
            <w:proofErr w:type="spellStart"/>
            <w:r>
              <w:t>wideo</w:t>
            </w:r>
            <w:proofErr w:type="spellEnd"/>
            <w:r>
              <w:t>: DP, HDMI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BEB75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8C6017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DD7186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DFF7F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94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390849" w14:textId="77777777" w:rsidR="004F0AFF" w:rsidRDefault="003F1309">
            <w:proofErr w:type="spellStart"/>
            <w:r>
              <w:t>Urządzenie</w:t>
            </w:r>
            <w:proofErr w:type="spellEnd"/>
            <w:r>
              <w:t xml:space="preserve"> </w:t>
            </w:r>
            <w:proofErr w:type="spellStart"/>
            <w:r>
              <w:t>wyposażone</w:t>
            </w:r>
            <w:proofErr w:type="spellEnd"/>
            <w:r>
              <w:t xml:space="preserve"> w min. 6 </w:t>
            </w:r>
            <w:proofErr w:type="spellStart"/>
            <w:r>
              <w:t>gniazd</w:t>
            </w:r>
            <w:proofErr w:type="spellEnd"/>
            <w:r>
              <w:t xml:space="preserve"> USB, w </w:t>
            </w:r>
            <w:proofErr w:type="spellStart"/>
            <w:r>
              <w:t>tym</w:t>
            </w:r>
            <w:proofErr w:type="spellEnd"/>
            <w:r>
              <w:t xml:space="preserve"> min. 4 </w:t>
            </w:r>
            <w:proofErr w:type="spellStart"/>
            <w:r>
              <w:t>gniazda</w:t>
            </w:r>
            <w:proofErr w:type="spellEnd"/>
            <w:r>
              <w:t xml:space="preserve"> USB 3.0 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FFCA0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F69C4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136CFA4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D1018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95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33D86E" w14:textId="77777777" w:rsidR="004F0AFF" w:rsidRDefault="003F1309"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wydruku</w:t>
            </w:r>
            <w:proofErr w:type="spellEnd"/>
            <w:r>
              <w:t xml:space="preserve"> </w:t>
            </w:r>
            <w:proofErr w:type="spellStart"/>
            <w:r>
              <w:t>automatycznie</w:t>
            </w:r>
            <w:proofErr w:type="spellEnd"/>
            <w:r>
              <w:t xml:space="preserve"> </w:t>
            </w:r>
            <w:proofErr w:type="spellStart"/>
            <w:r>
              <w:t>generowanych</w:t>
            </w:r>
            <w:proofErr w:type="spellEnd"/>
            <w:r>
              <w:t xml:space="preserve"> </w:t>
            </w:r>
            <w:proofErr w:type="spellStart"/>
            <w:r>
              <w:t>raportów</w:t>
            </w:r>
            <w:proofErr w:type="spellEnd"/>
            <w:r>
              <w:t xml:space="preserve"> z </w:t>
            </w:r>
            <w:proofErr w:type="spellStart"/>
            <w:r>
              <w:t>zabiegów</w:t>
            </w:r>
            <w:proofErr w:type="spellEnd"/>
            <w:r>
              <w:t xml:space="preserve"> z </w:t>
            </w:r>
            <w:proofErr w:type="spellStart"/>
            <w:r>
              <w:t>danymi</w:t>
            </w:r>
            <w:proofErr w:type="spellEnd"/>
            <w:r>
              <w:t xml:space="preserve"> </w:t>
            </w:r>
            <w:proofErr w:type="spellStart"/>
            <w:r>
              <w:t>obrazowymi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02C5B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67911D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6D9A85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C892B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96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B0F235" w14:textId="77777777" w:rsidR="004F0AFF" w:rsidRDefault="003F1309">
            <w:proofErr w:type="spellStart"/>
            <w:r>
              <w:t>Funkcja</w:t>
            </w:r>
            <w:proofErr w:type="spellEnd"/>
            <w:r>
              <w:t xml:space="preserve"> </w:t>
            </w:r>
            <w:proofErr w:type="spellStart"/>
            <w:r>
              <w:t>tworzenia</w:t>
            </w:r>
            <w:proofErr w:type="spellEnd"/>
            <w:r>
              <w:t xml:space="preserve"> </w:t>
            </w:r>
            <w:proofErr w:type="spellStart"/>
            <w:r>
              <w:t>raportów</w:t>
            </w:r>
            <w:proofErr w:type="spellEnd"/>
            <w:r>
              <w:t xml:space="preserve"> w </w:t>
            </w:r>
            <w:proofErr w:type="spellStart"/>
            <w:r>
              <w:t>formacie</w:t>
            </w:r>
            <w:proofErr w:type="spellEnd"/>
            <w:r>
              <w:t xml:space="preserve"> .pdf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48CDF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128087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CC6610F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1CD23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97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B9B7C4" w14:textId="77777777" w:rsidR="004F0AFF" w:rsidRDefault="003F1309">
            <w:proofErr w:type="spellStart"/>
            <w:r>
              <w:t>Funkcja</w:t>
            </w:r>
            <w:proofErr w:type="spellEnd"/>
            <w:r>
              <w:t xml:space="preserve"> </w:t>
            </w:r>
            <w:proofErr w:type="spellStart"/>
            <w:r>
              <w:t>nakładania</w:t>
            </w:r>
            <w:proofErr w:type="spellEnd"/>
            <w:r>
              <w:t xml:space="preserve"> </w:t>
            </w:r>
            <w:proofErr w:type="spellStart"/>
            <w:r>
              <w:t>znaku</w:t>
            </w:r>
            <w:proofErr w:type="spellEnd"/>
            <w:r>
              <w:t xml:space="preserve"> </w:t>
            </w:r>
            <w:proofErr w:type="spellStart"/>
            <w:r>
              <w:t>wodnego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obraz</w:t>
            </w:r>
            <w:proofErr w:type="spellEnd"/>
            <w:r>
              <w:t xml:space="preserve"> w </w:t>
            </w:r>
            <w:proofErr w:type="spellStart"/>
            <w:r>
              <w:t>postaci</w:t>
            </w:r>
            <w:proofErr w:type="spellEnd"/>
            <w:r>
              <w:t xml:space="preserve"> </w:t>
            </w:r>
            <w:proofErr w:type="spellStart"/>
            <w:r>
              <w:t>tekstu</w:t>
            </w:r>
            <w:proofErr w:type="spellEnd"/>
            <w:r>
              <w:t xml:space="preserve"> i </w:t>
            </w:r>
            <w:proofErr w:type="spellStart"/>
            <w:r>
              <w:t>znaku</w:t>
            </w:r>
            <w:proofErr w:type="spellEnd"/>
            <w:r>
              <w:t xml:space="preserve"> </w:t>
            </w:r>
            <w:proofErr w:type="spellStart"/>
            <w:r>
              <w:t>logu</w:t>
            </w:r>
            <w:proofErr w:type="spellEnd"/>
            <w:r>
              <w:t xml:space="preserve"> z </w:t>
            </w:r>
            <w:proofErr w:type="spellStart"/>
            <w:r>
              <w:t>możliwością</w:t>
            </w:r>
            <w:proofErr w:type="spellEnd"/>
            <w:r>
              <w:t xml:space="preserve"> </w:t>
            </w:r>
            <w:proofErr w:type="spellStart"/>
            <w:r>
              <w:t>regulacji</w:t>
            </w:r>
            <w:proofErr w:type="spellEnd"/>
            <w:r>
              <w:t xml:space="preserve"> </w:t>
            </w:r>
            <w:proofErr w:type="spellStart"/>
            <w:r>
              <w:t>przeźroczystości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CB92C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CA9518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2856D74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863DC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98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FD30D9" w14:textId="77777777" w:rsidR="004F0AFF" w:rsidRDefault="003F1309">
            <w:proofErr w:type="spellStart"/>
            <w:r>
              <w:t>Funkcja</w:t>
            </w:r>
            <w:proofErr w:type="spellEnd"/>
            <w:r>
              <w:t xml:space="preserve"> </w:t>
            </w:r>
            <w:proofErr w:type="spellStart"/>
            <w:r>
              <w:t>zapisywania</w:t>
            </w:r>
            <w:proofErr w:type="spellEnd"/>
            <w:r>
              <w:t xml:space="preserve"> </w:t>
            </w:r>
            <w:proofErr w:type="spellStart"/>
            <w:r>
              <w:t>procedur</w:t>
            </w:r>
            <w:proofErr w:type="spellEnd"/>
            <w:r>
              <w:t xml:space="preserve"> w </w:t>
            </w:r>
            <w:proofErr w:type="spellStart"/>
            <w:r>
              <w:t>wybranych</w:t>
            </w:r>
            <w:proofErr w:type="spellEnd"/>
            <w:r>
              <w:t xml:space="preserve"> </w:t>
            </w:r>
            <w:proofErr w:type="spellStart"/>
            <w:r>
              <w:t>lokalizacjach</w:t>
            </w:r>
            <w:proofErr w:type="spellEnd"/>
            <w:r>
              <w:t xml:space="preserve"> w </w:t>
            </w:r>
            <w:proofErr w:type="spellStart"/>
            <w:r>
              <w:t>tle</w:t>
            </w:r>
            <w:proofErr w:type="spellEnd"/>
            <w:r>
              <w:t xml:space="preserve"> </w:t>
            </w:r>
            <w:proofErr w:type="spellStart"/>
            <w:r>
              <w:t>umożliwiająca</w:t>
            </w:r>
            <w:proofErr w:type="spellEnd"/>
            <w:r>
              <w:t xml:space="preserve"> </w:t>
            </w:r>
            <w:proofErr w:type="spellStart"/>
            <w:r>
              <w:t>otwarcie</w:t>
            </w:r>
            <w:proofErr w:type="spellEnd"/>
            <w:r>
              <w:t xml:space="preserve"> </w:t>
            </w:r>
            <w:proofErr w:type="spellStart"/>
            <w:r>
              <w:t>nowej</w:t>
            </w:r>
            <w:proofErr w:type="spellEnd"/>
            <w:r>
              <w:t xml:space="preserve"> </w:t>
            </w:r>
            <w:proofErr w:type="spellStart"/>
            <w:r>
              <w:t>procedury</w:t>
            </w:r>
            <w:proofErr w:type="spellEnd"/>
            <w:r>
              <w:t xml:space="preserve">, </w:t>
            </w:r>
            <w:proofErr w:type="spellStart"/>
            <w:r>
              <w:t>wprowadzenie</w:t>
            </w:r>
            <w:proofErr w:type="spellEnd"/>
            <w:r>
              <w:t xml:space="preserve"> </w:t>
            </w:r>
            <w:proofErr w:type="spellStart"/>
            <w:r>
              <w:t>nowego</w:t>
            </w:r>
            <w:proofErr w:type="spellEnd"/>
            <w:r>
              <w:t xml:space="preserve"> </w:t>
            </w:r>
            <w:proofErr w:type="spellStart"/>
            <w:r>
              <w:t>pacjenta</w:t>
            </w:r>
            <w:proofErr w:type="spellEnd"/>
            <w:r>
              <w:t xml:space="preserve"> i </w:t>
            </w:r>
            <w:proofErr w:type="spellStart"/>
            <w:r>
              <w:t>zapis</w:t>
            </w:r>
            <w:proofErr w:type="spellEnd"/>
            <w:r>
              <w:t xml:space="preserve"> </w:t>
            </w:r>
            <w:proofErr w:type="spellStart"/>
            <w:r>
              <w:t>nowych</w:t>
            </w:r>
            <w:proofErr w:type="spellEnd"/>
            <w:r>
              <w:t xml:space="preserve"> </w:t>
            </w:r>
            <w:proofErr w:type="spellStart"/>
            <w:r>
              <w:t>zdjęć</w:t>
            </w:r>
            <w:proofErr w:type="spellEnd"/>
            <w:r>
              <w:t xml:space="preserve"> i </w:t>
            </w:r>
            <w:proofErr w:type="spellStart"/>
            <w:r>
              <w:t>wideo</w:t>
            </w:r>
            <w:proofErr w:type="spellEnd"/>
            <w:r>
              <w:t xml:space="preserve"> bez </w:t>
            </w:r>
            <w:proofErr w:type="spellStart"/>
            <w:r>
              <w:t>konieczności</w:t>
            </w:r>
            <w:proofErr w:type="spellEnd"/>
            <w:r>
              <w:t xml:space="preserve"> </w:t>
            </w:r>
            <w:proofErr w:type="spellStart"/>
            <w:r>
              <w:t>oczekiwania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zakończenie</w:t>
            </w:r>
            <w:proofErr w:type="spellEnd"/>
            <w:r>
              <w:t xml:space="preserve"> </w:t>
            </w:r>
            <w:proofErr w:type="spellStart"/>
            <w:r>
              <w:t>zapisu</w:t>
            </w:r>
            <w:proofErr w:type="spellEnd"/>
            <w:r>
              <w:t xml:space="preserve"> </w:t>
            </w:r>
            <w:proofErr w:type="spellStart"/>
            <w:r>
              <w:t>poprzednich</w:t>
            </w:r>
            <w:proofErr w:type="spellEnd"/>
            <w:r>
              <w:t xml:space="preserve"> </w:t>
            </w:r>
            <w:proofErr w:type="spellStart"/>
            <w:r>
              <w:t>procedur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47ACB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BA48B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8803B9E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C4B91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99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FE22F8" w14:textId="77777777" w:rsidR="004F0AFF" w:rsidRDefault="003F1309">
            <w:pPr>
              <w:tabs>
                <w:tab w:val="left" w:pos="720"/>
              </w:tabs>
            </w:pPr>
            <w:proofErr w:type="spellStart"/>
            <w:r>
              <w:t>Funkcja</w:t>
            </w:r>
            <w:proofErr w:type="spellEnd"/>
            <w:r>
              <w:t xml:space="preserve"> </w:t>
            </w:r>
            <w:proofErr w:type="spellStart"/>
            <w:r>
              <w:t>równoczesnego</w:t>
            </w:r>
            <w:proofErr w:type="spellEnd"/>
            <w:r>
              <w:t xml:space="preserve"> </w:t>
            </w:r>
            <w:proofErr w:type="spellStart"/>
            <w:r>
              <w:t>zapisu</w:t>
            </w:r>
            <w:proofErr w:type="spellEnd"/>
            <w:r>
              <w:t xml:space="preserve"> </w:t>
            </w:r>
            <w:proofErr w:type="spellStart"/>
            <w:r>
              <w:t>sygnału</w:t>
            </w:r>
            <w:proofErr w:type="spellEnd"/>
            <w:r>
              <w:t xml:space="preserve"> </w:t>
            </w:r>
            <w:proofErr w:type="spellStart"/>
            <w:r>
              <w:t>wideo</w:t>
            </w:r>
            <w:proofErr w:type="spellEnd"/>
            <w:r>
              <w:t xml:space="preserve"> z </w:t>
            </w:r>
            <w:proofErr w:type="spellStart"/>
            <w:r>
              <w:t>dwóch</w:t>
            </w:r>
            <w:proofErr w:type="spellEnd"/>
            <w:r>
              <w:t xml:space="preserve"> </w:t>
            </w:r>
            <w:proofErr w:type="spellStart"/>
            <w:r>
              <w:t>źródeł</w:t>
            </w:r>
            <w:proofErr w:type="spellEnd"/>
            <w:r>
              <w:t xml:space="preserve"> (</w:t>
            </w:r>
            <w:proofErr w:type="spellStart"/>
            <w:r>
              <w:t>zapis</w:t>
            </w:r>
            <w:proofErr w:type="spellEnd"/>
            <w:r>
              <w:t xml:space="preserve"> </w:t>
            </w:r>
            <w:proofErr w:type="spellStart"/>
            <w:r>
              <w:t>dwukanałowy</w:t>
            </w:r>
            <w:proofErr w:type="spellEnd"/>
            <w:r>
              <w:t xml:space="preserve">) w </w:t>
            </w:r>
            <w:proofErr w:type="spellStart"/>
            <w:r>
              <w:t>trybie</w:t>
            </w:r>
            <w:proofErr w:type="spellEnd"/>
            <w:r>
              <w:t xml:space="preserve">: </w:t>
            </w:r>
          </w:p>
          <w:p w14:paraId="7C904C9F" w14:textId="77777777" w:rsidR="004F0AFF" w:rsidRDefault="003F1309">
            <w:pPr>
              <w:tabs>
                <w:tab w:val="left" w:pos="720"/>
              </w:tabs>
            </w:pPr>
            <w:r>
              <w:t xml:space="preserve">- </w:t>
            </w:r>
            <w:proofErr w:type="spellStart"/>
            <w:r>
              <w:t>zsynchronizowanym</w:t>
            </w:r>
            <w:proofErr w:type="spellEnd"/>
            <w:r>
              <w:t xml:space="preserve"> </w:t>
            </w:r>
            <w:proofErr w:type="spellStart"/>
            <w:r>
              <w:t>czasowo</w:t>
            </w:r>
            <w:proofErr w:type="spellEnd"/>
            <w:r>
              <w:t xml:space="preserve"> (</w:t>
            </w:r>
            <w:proofErr w:type="spellStart"/>
            <w:r>
              <w:t>jednoczesne</w:t>
            </w:r>
            <w:proofErr w:type="spellEnd"/>
            <w:r>
              <w:t xml:space="preserve"> </w:t>
            </w:r>
            <w:proofErr w:type="spellStart"/>
            <w:r>
              <w:t>uruchomienie</w:t>
            </w:r>
            <w:proofErr w:type="spellEnd"/>
            <w:r>
              <w:t xml:space="preserve"> i </w:t>
            </w:r>
            <w:proofErr w:type="spellStart"/>
            <w:r>
              <w:t>zatrzymanie</w:t>
            </w:r>
            <w:proofErr w:type="spellEnd"/>
            <w:r>
              <w:t xml:space="preserve"> </w:t>
            </w:r>
            <w:proofErr w:type="spellStart"/>
            <w:r>
              <w:t>zapisu</w:t>
            </w:r>
            <w:proofErr w:type="spellEnd"/>
            <w:r>
              <w:t xml:space="preserve"> </w:t>
            </w:r>
            <w:proofErr w:type="spellStart"/>
            <w:r>
              <w:t>dla</w:t>
            </w:r>
            <w:proofErr w:type="spellEnd"/>
            <w:r>
              <w:t xml:space="preserve"> </w:t>
            </w:r>
            <w:proofErr w:type="spellStart"/>
            <w:r>
              <w:t>obydwu</w:t>
            </w:r>
            <w:proofErr w:type="spellEnd"/>
            <w:r>
              <w:t xml:space="preserve"> </w:t>
            </w:r>
            <w:proofErr w:type="spellStart"/>
            <w:r>
              <w:t>źródeł</w:t>
            </w:r>
            <w:proofErr w:type="spellEnd"/>
            <w:r>
              <w:t xml:space="preserve"> </w:t>
            </w:r>
            <w:proofErr w:type="spellStart"/>
            <w:r>
              <w:t>wideo</w:t>
            </w:r>
            <w:proofErr w:type="spellEnd"/>
            <w:r>
              <w:t xml:space="preserve">) </w:t>
            </w:r>
          </w:p>
          <w:p w14:paraId="46D8695F" w14:textId="77777777" w:rsidR="004F0AFF" w:rsidRDefault="003F1309">
            <w:pPr>
              <w:tabs>
                <w:tab w:val="left" w:pos="720"/>
              </w:tabs>
            </w:pPr>
            <w:r>
              <w:t xml:space="preserve">- </w:t>
            </w:r>
            <w:proofErr w:type="spellStart"/>
            <w:r>
              <w:t>asynchronicznym</w:t>
            </w:r>
            <w:proofErr w:type="spellEnd"/>
            <w:r>
              <w:t xml:space="preserve"> (</w:t>
            </w:r>
            <w:proofErr w:type="spellStart"/>
            <w:r>
              <w:t>niezależne</w:t>
            </w:r>
            <w:proofErr w:type="spellEnd"/>
            <w:r>
              <w:t xml:space="preserve"> </w:t>
            </w:r>
            <w:proofErr w:type="spellStart"/>
            <w:r>
              <w:t>uruchamianie</w:t>
            </w:r>
            <w:proofErr w:type="spellEnd"/>
            <w:r>
              <w:t xml:space="preserve"> z </w:t>
            </w:r>
            <w:proofErr w:type="spellStart"/>
            <w:r>
              <w:t>zatrzymywanie</w:t>
            </w:r>
            <w:proofErr w:type="spellEnd"/>
            <w:r>
              <w:t xml:space="preserve"> </w:t>
            </w:r>
            <w:proofErr w:type="spellStart"/>
            <w:r>
              <w:t>zapisu</w:t>
            </w:r>
            <w:proofErr w:type="spellEnd"/>
            <w:r>
              <w:t xml:space="preserve"> w </w:t>
            </w:r>
            <w:proofErr w:type="spellStart"/>
            <w:r>
              <w:t>obydwu</w:t>
            </w:r>
            <w:proofErr w:type="spellEnd"/>
            <w:r>
              <w:t xml:space="preserve"> </w:t>
            </w:r>
            <w:proofErr w:type="spellStart"/>
            <w:r>
              <w:t>źródłach</w:t>
            </w:r>
            <w:proofErr w:type="spellEnd"/>
            <w:r>
              <w:t xml:space="preserve"> </w:t>
            </w:r>
            <w:proofErr w:type="spellStart"/>
            <w:r>
              <w:t>wideo</w:t>
            </w:r>
            <w:proofErr w:type="spellEnd"/>
            <w:r>
              <w:t>).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4F33D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854A4D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3066BC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7C1FD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100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DDAC35" w14:textId="77777777" w:rsidR="004F0AFF" w:rsidRDefault="003F1309"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podłączenia</w:t>
            </w:r>
            <w:proofErr w:type="spellEnd"/>
            <w:r>
              <w:t xml:space="preserve"> i </w:t>
            </w:r>
            <w:proofErr w:type="spellStart"/>
            <w:r>
              <w:t>zapisu</w:t>
            </w:r>
            <w:proofErr w:type="spellEnd"/>
            <w:r>
              <w:t xml:space="preserve"> </w:t>
            </w:r>
            <w:proofErr w:type="spellStart"/>
            <w:r>
              <w:t>wideo</w:t>
            </w:r>
            <w:proofErr w:type="spellEnd"/>
            <w:r>
              <w:t xml:space="preserve"> ze </w:t>
            </w:r>
            <w:proofErr w:type="spellStart"/>
            <w:r>
              <w:t>źródła</w:t>
            </w:r>
            <w:proofErr w:type="spellEnd"/>
            <w:r>
              <w:t xml:space="preserve"> </w:t>
            </w:r>
            <w:proofErr w:type="spellStart"/>
            <w:r>
              <w:t>sygnału</w:t>
            </w:r>
            <w:proofErr w:type="spellEnd"/>
            <w:r>
              <w:t xml:space="preserve"> 3D.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243CD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3E671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4DD22E4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61532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101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C029A2" w14:textId="77777777" w:rsidR="004F0AFF" w:rsidRDefault="003F1309"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wyświetlenia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zapisu</w:t>
            </w:r>
            <w:proofErr w:type="spellEnd"/>
            <w:r>
              <w:t xml:space="preserve"> </w:t>
            </w:r>
            <w:proofErr w:type="spellStart"/>
            <w:r>
              <w:t>obrazu</w:t>
            </w:r>
            <w:proofErr w:type="spellEnd"/>
            <w:r>
              <w:t xml:space="preserve"> 3D </w:t>
            </w:r>
            <w:proofErr w:type="spellStart"/>
            <w:r>
              <w:t>jako</w:t>
            </w:r>
            <w:proofErr w:type="spellEnd"/>
            <w:r>
              <w:t xml:space="preserve"> </w:t>
            </w:r>
            <w:proofErr w:type="spellStart"/>
            <w:r>
              <w:t>obraz</w:t>
            </w:r>
            <w:proofErr w:type="spellEnd"/>
            <w:r>
              <w:t xml:space="preserve"> 2D.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09E83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1F7BC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C5A100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90603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102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C8F514" w14:textId="77777777" w:rsidR="004F0AFF" w:rsidRDefault="003F1309">
            <w:proofErr w:type="spellStart"/>
            <w:r>
              <w:t>Zaimplementowane</w:t>
            </w:r>
            <w:proofErr w:type="spellEnd"/>
            <w:r>
              <w:t xml:space="preserve"> </w:t>
            </w:r>
            <w:proofErr w:type="spellStart"/>
            <w:r>
              <w:t>oprogramowanie</w:t>
            </w:r>
            <w:proofErr w:type="spellEnd"/>
            <w:r>
              <w:t xml:space="preserve"> </w:t>
            </w:r>
            <w:proofErr w:type="spellStart"/>
            <w:r>
              <w:t>zabezpieczające</w:t>
            </w:r>
            <w:proofErr w:type="spellEnd"/>
            <w:r>
              <w:t xml:space="preserve"> </w:t>
            </w:r>
            <w:proofErr w:type="spellStart"/>
            <w:r>
              <w:t>przed</w:t>
            </w:r>
            <w:proofErr w:type="spellEnd"/>
            <w:r>
              <w:t xml:space="preserve"> malware, </w:t>
            </w:r>
            <w:proofErr w:type="spellStart"/>
            <w:r>
              <w:t>niezależne</w:t>
            </w:r>
            <w:proofErr w:type="spellEnd"/>
            <w:r>
              <w:t xml:space="preserve"> od </w:t>
            </w:r>
            <w:proofErr w:type="spellStart"/>
            <w:r>
              <w:t>łatek</w:t>
            </w:r>
            <w:proofErr w:type="spellEnd"/>
            <w:r>
              <w:t xml:space="preserve"> </w:t>
            </w:r>
            <w:proofErr w:type="spellStart"/>
            <w:r>
              <w:t>bezpieczeństwa</w:t>
            </w:r>
            <w:proofErr w:type="spellEnd"/>
            <w:r>
              <w:t xml:space="preserve"> </w:t>
            </w:r>
            <w:proofErr w:type="spellStart"/>
            <w:r>
              <w:t>systemu</w:t>
            </w:r>
            <w:proofErr w:type="spellEnd"/>
            <w:r>
              <w:t xml:space="preserve"> </w:t>
            </w:r>
            <w:proofErr w:type="spellStart"/>
            <w:r>
              <w:t>operacyjnego</w:t>
            </w:r>
            <w:proofErr w:type="spellEnd"/>
            <w:r>
              <w:t xml:space="preserve">, </w:t>
            </w:r>
            <w:proofErr w:type="spellStart"/>
            <w:r>
              <w:t>pozwalające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uruchomienie</w:t>
            </w:r>
            <w:proofErr w:type="spellEnd"/>
            <w:r>
              <w:t xml:space="preserve"> </w:t>
            </w:r>
            <w:proofErr w:type="spellStart"/>
            <w:r>
              <w:t>wyłącznie</w:t>
            </w:r>
            <w:proofErr w:type="spellEnd"/>
            <w:r>
              <w:t xml:space="preserve"> </w:t>
            </w:r>
            <w:proofErr w:type="spellStart"/>
            <w:r>
              <w:t>aplikacji</w:t>
            </w:r>
            <w:proofErr w:type="spellEnd"/>
            <w:r>
              <w:t xml:space="preserve"> </w:t>
            </w:r>
            <w:proofErr w:type="spellStart"/>
            <w:r>
              <w:t>zdefiniowanych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liście</w:t>
            </w:r>
            <w:proofErr w:type="spellEnd"/>
            <w:r>
              <w:t xml:space="preserve"> “white list”.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6ECFD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284133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C72DC27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26AA5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103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61FA31" w14:textId="77777777" w:rsidR="004F0AFF" w:rsidRDefault="003F1309"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zarządzania</w:t>
            </w:r>
            <w:proofErr w:type="spellEnd"/>
            <w:r>
              <w:t xml:space="preserve"> </w:t>
            </w:r>
            <w:proofErr w:type="spellStart"/>
            <w:r>
              <w:t>kontami</w:t>
            </w:r>
            <w:proofErr w:type="spellEnd"/>
            <w:r>
              <w:t xml:space="preserve"> </w:t>
            </w:r>
            <w:proofErr w:type="spellStart"/>
            <w:r>
              <w:t>użytkowników</w:t>
            </w:r>
            <w:proofErr w:type="spellEnd"/>
            <w:r>
              <w:t xml:space="preserve"> </w:t>
            </w:r>
            <w:proofErr w:type="spellStart"/>
            <w:r>
              <w:t>poprzez</w:t>
            </w:r>
            <w:proofErr w:type="spellEnd"/>
            <w:r>
              <w:t xml:space="preserve"> </w:t>
            </w:r>
            <w:proofErr w:type="spellStart"/>
            <w:r>
              <w:t>usługę</w:t>
            </w:r>
            <w:proofErr w:type="spellEnd"/>
            <w:r>
              <w:t xml:space="preserve"> Active Directory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tworzenie</w:t>
            </w:r>
            <w:proofErr w:type="spellEnd"/>
            <w:r>
              <w:t xml:space="preserve"> </w:t>
            </w:r>
            <w:proofErr w:type="spellStart"/>
            <w:r>
              <w:t>różnych</w:t>
            </w:r>
            <w:proofErr w:type="spellEnd"/>
            <w:r>
              <w:t xml:space="preserve"> </w:t>
            </w:r>
            <w:proofErr w:type="spellStart"/>
            <w:r>
              <w:t>profili</w:t>
            </w:r>
            <w:proofErr w:type="spellEnd"/>
            <w:r>
              <w:t xml:space="preserve"> </w:t>
            </w:r>
            <w:proofErr w:type="spellStart"/>
            <w:r>
              <w:t>ustawień</w:t>
            </w:r>
            <w:proofErr w:type="spellEnd"/>
            <w:r>
              <w:t xml:space="preserve"> </w:t>
            </w:r>
            <w:proofErr w:type="spellStart"/>
            <w:r>
              <w:t>dla</w:t>
            </w:r>
            <w:proofErr w:type="spellEnd"/>
            <w:r>
              <w:t xml:space="preserve"> </w:t>
            </w:r>
            <w:proofErr w:type="spellStart"/>
            <w:r>
              <w:t>różnych</w:t>
            </w:r>
            <w:proofErr w:type="spellEnd"/>
            <w:r>
              <w:t xml:space="preserve"> </w:t>
            </w:r>
            <w:proofErr w:type="spellStart"/>
            <w:r>
              <w:t>kont</w:t>
            </w:r>
            <w:proofErr w:type="spellEnd"/>
            <w:r>
              <w:t xml:space="preserve"> </w:t>
            </w:r>
            <w:proofErr w:type="spellStart"/>
            <w:r>
              <w:t>użytkowników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C7E5D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C86FB9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8BFE53B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74BD1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104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876EE0" w14:textId="77777777" w:rsidR="004F0AFF" w:rsidRDefault="003F1309"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ustawienia</w:t>
            </w:r>
            <w:proofErr w:type="spellEnd"/>
            <w:r>
              <w:t xml:space="preserve"> </w:t>
            </w:r>
            <w:proofErr w:type="spellStart"/>
            <w:r>
              <w:t>automatycznej</w:t>
            </w:r>
            <w:proofErr w:type="spellEnd"/>
            <w:r>
              <w:t xml:space="preserve"> </w:t>
            </w:r>
            <w:proofErr w:type="spellStart"/>
            <w:r>
              <w:t>synchronizacji</w:t>
            </w:r>
            <w:proofErr w:type="spellEnd"/>
            <w:r>
              <w:t xml:space="preserve"> </w:t>
            </w:r>
            <w:proofErr w:type="spellStart"/>
            <w:r>
              <w:t>czasu</w:t>
            </w:r>
            <w:proofErr w:type="spellEnd"/>
            <w:r>
              <w:t xml:space="preserve"> </w:t>
            </w:r>
            <w:proofErr w:type="spellStart"/>
            <w:r>
              <w:t>systemu</w:t>
            </w:r>
            <w:proofErr w:type="spellEnd"/>
            <w:r>
              <w:t xml:space="preserve"> z </w:t>
            </w:r>
            <w:proofErr w:type="spellStart"/>
            <w:r>
              <w:t>serwera</w:t>
            </w:r>
            <w:proofErr w:type="spellEnd"/>
            <w:r>
              <w:t xml:space="preserve"> NTP</w:t>
            </w:r>
          </w:p>
          <w:p w14:paraId="00B57ED1" w14:textId="77777777" w:rsidR="004F0AFF" w:rsidRDefault="003F1309">
            <w:proofErr w:type="spellStart"/>
            <w:r>
              <w:t>Urządzenie</w:t>
            </w:r>
            <w:proofErr w:type="spellEnd"/>
            <w:r>
              <w:t xml:space="preserve"> </w:t>
            </w:r>
            <w:proofErr w:type="spellStart"/>
            <w:r>
              <w:t>wyposażone</w:t>
            </w:r>
            <w:proofErr w:type="spellEnd"/>
            <w:r>
              <w:t xml:space="preserve"> w min. 1 </w:t>
            </w:r>
            <w:proofErr w:type="spellStart"/>
            <w:r>
              <w:t>gniazdo</w:t>
            </w:r>
            <w:proofErr w:type="spellEnd"/>
            <w:r>
              <w:t xml:space="preserve"> 1 GB Ethernet (RJ-45)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wbudowaną</w:t>
            </w:r>
            <w:proofErr w:type="spellEnd"/>
            <w:r>
              <w:t xml:space="preserve"> </w:t>
            </w:r>
            <w:proofErr w:type="spellStart"/>
            <w:r>
              <w:t>antenę</w:t>
            </w:r>
            <w:proofErr w:type="spellEnd"/>
            <w:r>
              <w:t xml:space="preserve"> do </w:t>
            </w:r>
            <w:proofErr w:type="spellStart"/>
            <w:r>
              <w:t>bezprzewodowego</w:t>
            </w:r>
            <w:proofErr w:type="spellEnd"/>
            <w:r>
              <w:t xml:space="preserve"> </w:t>
            </w:r>
            <w:proofErr w:type="spellStart"/>
            <w:r>
              <w:t>łączenia</w:t>
            </w:r>
            <w:proofErr w:type="spellEnd"/>
            <w:r>
              <w:t xml:space="preserve"> </w:t>
            </w:r>
            <w:proofErr w:type="spellStart"/>
            <w:r>
              <w:t>poprzez</w:t>
            </w:r>
            <w:proofErr w:type="spellEnd"/>
            <w:r>
              <w:t xml:space="preserve"> Wi-Fi.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CEB99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B1DEE0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BB6DED8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C9E89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105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EBDE3D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Uretrotom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B9A2A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A1A801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8F2E2AF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8FCBF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106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900E0F" w14:textId="77777777" w:rsidR="004F0AFF" w:rsidRDefault="003F1309">
            <w:proofErr w:type="spellStart"/>
            <w:r>
              <w:t>Optyka</w:t>
            </w:r>
            <w:proofErr w:type="spellEnd"/>
            <w:r>
              <w:t xml:space="preserve"> </w:t>
            </w:r>
            <w:proofErr w:type="spellStart"/>
            <w:r>
              <w:t>cystoskopowa</w:t>
            </w:r>
            <w:proofErr w:type="spellEnd"/>
            <w:r>
              <w:t xml:space="preserve"> </w:t>
            </w:r>
            <w:proofErr w:type="spellStart"/>
            <w:r>
              <w:t>oparta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systemie</w:t>
            </w:r>
            <w:proofErr w:type="spellEnd"/>
            <w:r>
              <w:t xml:space="preserve"> </w:t>
            </w:r>
            <w:proofErr w:type="spellStart"/>
            <w:r>
              <w:t>soczewek</w:t>
            </w:r>
            <w:proofErr w:type="spellEnd"/>
            <w:r>
              <w:t xml:space="preserve"> </w:t>
            </w:r>
            <w:proofErr w:type="spellStart"/>
            <w:r>
              <w:t>wałeczkowych</w:t>
            </w:r>
            <w:proofErr w:type="spellEnd"/>
            <w:r>
              <w:t xml:space="preserve">, </w:t>
            </w:r>
            <w:proofErr w:type="spellStart"/>
            <w:r>
              <w:t>kąt</w:t>
            </w:r>
            <w:proofErr w:type="spellEnd"/>
            <w:r>
              <w:t xml:space="preserve"> </w:t>
            </w:r>
            <w:proofErr w:type="spellStart"/>
            <w:r>
              <w:t>patrzenia</w:t>
            </w:r>
            <w:proofErr w:type="spellEnd"/>
            <w:r>
              <w:t xml:space="preserve"> 0°, </w:t>
            </w:r>
            <w:proofErr w:type="spellStart"/>
            <w:r>
              <w:t>śr</w:t>
            </w:r>
            <w:proofErr w:type="spellEnd"/>
            <w:r>
              <w:t xml:space="preserve">. 4 mm, </w:t>
            </w:r>
            <w:proofErr w:type="spellStart"/>
            <w:r>
              <w:t>dł</w:t>
            </w:r>
            <w:proofErr w:type="spellEnd"/>
            <w:r>
              <w:t xml:space="preserve">. 30 cm, </w:t>
            </w:r>
            <w:proofErr w:type="spellStart"/>
            <w:r>
              <w:t>autoklawowalna</w:t>
            </w:r>
            <w:proofErr w:type="spellEnd"/>
            <w:r>
              <w:t xml:space="preserve">. </w:t>
            </w:r>
            <w:proofErr w:type="spellStart"/>
            <w:r>
              <w:t>Optyka</w:t>
            </w:r>
            <w:proofErr w:type="spellEnd"/>
            <w:r>
              <w:t xml:space="preserve"> </w:t>
            </w:r>
            <w:proofErr w:type="spellStart"/>
            <w:r>
              <w:t>opatrzona</w:t>
            </w:r>
            <w:proofErr w:type="spellEnd"/>
            <w:r>
              <w:t xml:space="preserve"> </w:t>
            </w:r>
            <w:proofErr w:type="spellStart"/>
            <w:r>
              <w:t>słowną</w:t>
            </w:r>
            <w:proofErr w:type="spellEnd"/>
            <w:r>
              <w:t xml:space="preserve"> </w:t>
            </w:r>
            <w:proofErr w:type="spellStart"/>
            <w:r>
              <w:t>informacją</w:t>
            </w:r>
            <w:proofErr w:type="spellEnd"/>
            <w:r>
              <w:t xml:space="preserve"> </w:t>
            </w:r>
            <w:proofErr w:type="spellStart"/>
            <w:r>
              <w:t>potwierdzającą</w:t>
            </w:r>
            <w:proofErr w:type="spellEnd"/>
            <w:r>
              <w:t xml:space="preserve"> </w:t>
            </w:r>
            <w:proofErr w:type="spellStart"/>
            <w:r>
              <w:t>autoklawowalność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nadrukowanym</w:t>
            </w:r>
            <w:proofErr w:type="spellEnd"/>
            <w:r>
              <w:t xml:space="preserve"> </w:t>
            </w:r>
            <w:proofErr w:type="spellStart"/>
            <w:r>
              <w:t>kodem</w:t>
            </w:r>
            <w:proofErr w:type="spellEnd"/>
            <w:r>
              <w:t xml:space="preserve"> DATA MATRIX z </w:t>
            </w:r>
            <w:proofErr w:type="spellStart"/>
            <w:r>
              <w:t>zakodowanym</w:t>
            </w:r>
            <w:proofErr w:type="spellEnd"/>
            <w:r>
              <w:t xml:space="preserve"> min. </w:t>
            </w:r>
            <w:proofErr w:type="spellStart"/>
            <w:r>
              <w:t>numerem</w:t>
            </w:r>
            <w:proofErr w:type="spellEnd"/>
            <w:r>
              <w:t xml:space="preserve"> </w:t>
            </w:r>
            <w:proofErr w:type="spellStart"/>
            <w:r>
              <w:t>katalogowym</w:t>
            </w:r>
            <w:proofErr w:type="spellEnd"/>
            <w:r>
              <w:t xml:space="preserve"> i </w:t>
            </w:r>
            <w:proofErr w:type="spellStart"/>
            <w:r>
              <w:t>numerem</w:t>
            </w:r>
            <w:proofErr w:type="spellEnd"/>
            <w:r>
              <w:t xml:space="preserve"> </w:t>
            </w:r>
            <w:proofErr w:type="spellStart"/>
            <w:r>
              <w:t>seryjnym</w:t>
            </w:r>
            <w:proofErr w:type="spellEnd"/>
            <w:r>
              <w:t xml:space="preserve"> </w:t>
            </w:r>
            <w:proofErr w:type="spellStart"/>
            <w:r>
              <w:t>optyki</w:t>
            </w:r>
            <w:proofErr w:type="spellEnd"/>
            <w:r>
              <w:t xml:space="preserve">. </w:t>
            </w:r>
            <w:proofErr w:type="spellStart"/>
            <w:r>
              <w:t>Nadrukowane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obudowie</w:t>
            </w:r>
            <w:proofErr w:type="spellEnd"/>
            <w:r>
              <w:t xml:space="preserve"> </w:t>
            </w:r>
            <w:proofErr w:type="spellStart"/>
            <w:r>
              <w:t>optyki</w:t>
            </w:r>
            <w:proofErr w:type="spellEnd"/>
            <w:r>
              <w:t xml:space="preserve"> </w:t>
            </w:r>
            <w:proofErr w:type="spellStart"/>
            <w:r>
              <w:t>oznaczenie</w:t>
            </w:r>
            <w:proofErr w:type="spellEnd"/>
            <w:r>
              <w:t xml:space="preserve"> w </w:t>
            </w:r>
            <w:proofErr w:type="spellStart"/>
            <w:r>
              <w:t>postaci</w:t>
            </w:r>
            <w:proofErr w:type="spellEnd"/>
            <w:r>
              <w:t xml:space="preserve"> </w:t>
            </w:r>
            <w:proofErr w:type="spellStart"/>
            <w:r>
              <w:t>graficznej</w:t>
            </w:r>
            <w:proofErr w:type="spellEnd"/>
            <w:r>
              <w:t xml:space="preserve"> </w:t>
            </w:r>
            <w:proofErr w:type="spellStart"/>
            <w:r>
              <w:t>średnicy</w:t>
            </w:r>
            <w:proofErr w:type="spellEnd"/>
            <w:r>
              <w:t xml:space="preserve"> </w:t>
            </w:r>
            <w:proofErr w:type="spellStart"/>
            <w:r>
              <w:t>kompatybilnego</w:t>
            </w:r>
            <w:proofErr w:type="spellEnd"/>
            <w:r>
              <w:t xml:space="preserve"> </w:t>
            </w:r>
            <w:proofErr w:type="spellStart"/>
            <w:r>
              <w:t>światłowodu</w:t>
            </w:r>
            <w:proofErr w:type="spellEnd"/>
            <w:r>
              <w:t xml:space="preserve">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7814C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C1695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6B6C5B2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EF104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107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4FDF7D" w14:textId="77777777" w:rsidR="004F0AFF" w:rsidRDefault="003F1309">
            <w:proofErr w:type="spellStart"/>
            <w:r>
              <w:t>Tubus</w:t>
            </w:r>
            <w:proofErr w:type="spellEnd"/>
            <w:r>
              <w:t xml:space="preserve"> </w:t>
            </w:r>
            <w:proofErr w:type="spellStart"/>
            <w:r>
              <w:t>ochronny</w:t>
            </w:r>
            <w:proofErr w:type="spellEnd"/>
            <w:r>
              <w:t xml:space="preserve"> do </w:t>
            </w:r>
            <w:proofErr w:type="spellStart"/>
            <w:r>
              <w:t>optyki</w:t>
            </w:r>
            <w:proofErr w:type="spellEnd"/>
            <w:r>
              <w:t xml:space="preserve">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3D8FA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BC0FCB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DEEBC80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CB2D8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108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9E9B83" w14:textId="77777777" w:rsidR="004F0AFF" w:rsidRDefault="003F1309">
            <w:proofErr w:type="spellStart"/>
            <w:r>
              <w:t>Światłowód</w:t>
            </w:r>
            <w:proofErr w:type="spellEnd"/>
            <w:r>
              <w:t xml:space="preserve">, </w:t>
            </w:r>
            <w:proofErr w:type="spellStart"/>
            <w:r>
              <w:t>śr</w:t>
            </w:r>
            <w:proofErr w:type="spellEnd"/>
            <w:r>
              <w:t xml:space="preserve">. 3,5 mm, </w:t>
            </w:r>
            <w:proofErr w:type="spellStart"/>
            <w:r>
              <w:t>dł</w:t>
            </w:r>
            <w:proofErr w:type="spellEnd"/>
            <w:r>
              <w:t xml:space="preserve">. 230 cm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C0DA0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7894BB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49611CF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C24A0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lastRenderedPageBreak/>
              <w:t>109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9DB120" w14:textId="77777777" w:rsidR="004F0AFF" w:rsidRDefault="003F1309">
            <w:proofErr w:type="spellStart"/>
            <w:r>
              <w:t>Płaszcz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uretrotomu</w:t>
            </w:r>
            <w:proofErr w:type="spellEnd"/>
            <w:r>
              <w:t xml:space="preserve">  21</w:t>
            </w:r>
            <w:proofErr w:type="gramEnd"/>
            <w:r>
              <w:t xml:space="preserve"> Fr. – 1szt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A0EB4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6E9D52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C95F18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35DC7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110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575F6E" w14:textId="77777777" w:rsidR="004F0AFF" w:rsidRDefault="003F1309">
            <w:r>
              <w:t xml:space="preserve">Obturator, do </w:t>
            </w:r>
            <w:proofErr w:type="spellStart"/>
            <w:r>
              <w:t>zast</w:t>
            </w:r>
            <w:proofErr w:type="spellEnd"/>
            <w:r>
              <w:t xml:space="preserve">. z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uretrotomu</w:t>
            </w:r>
            <w:proofErr w:type="spellEnd"/>
            <w:r>
              <w:t xml:space="preserve"> 21 Fr. – 1szt.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F4BA2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96570B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F61F3A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607CA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111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9BB325" w14:textId="77777777" w:rsidR="004F0AFF" w:rsidRDefault="003F1309">
            <w:proofErr w:type="spellStart"/>
            <w:r>
              <w:t>Płaszcz</w:t>
            </w:r>
            <w:proofErr w:type="spellEnd"/>
            <w:r>
              <w:t xml:space="preserve"> </w:t>
            </w:r>
            <w:proofErr w:type="spellStart"/>
            <w:r>
              <w:t>dodatkowy</w:t>
            </w:r>
            <w:proofErr w:type="spellEnd"/>
            <w:r>
              <w:t xml:space="preserve"> do </w:t>
            </w:r>
            <w:proofErr w:type="spellStart"/>
            <w:r>
              <w:t>wprowadzania</w:t>
            </w:r>
            <w:proofErr w:type="spellEnd"/>
            <w:r>
              <w:t xml:space="preserve"> </w:t>
            </w:r>
            <w:proofErr w:type="spellStart"/>
            <w:r>
              <w:t>cewników</w:t>
            </w:r>
            <w:proofErr w:type="spellEnd"/>
            <w:r>
              <w:t xml:space="preserve"> </w:t>
            </w:r>
            <w:proofErr w:type="spellStart"/>
            <w:r>
              <w:t>balonowych</w:t>
            </w:r>
            <w:proofErr w:type="spellEnd"/>
            <w:r>
              <w:t xml:space="preserve">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34520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3CC517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1DC9377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CDF21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112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CE1A33" w14:textId="77777777" w:rsidR="004F0AFF" w:rsidRDefault="003F1309">
            <w:r>
              <w:t xml:space="preserve">Element </w:t>
            </w:r>
            <w:proofErr w:type="spellStart"/>
            <w:r>
              <w:t>pracujący</w:t>
            </w:r>
            <w:proofErr w:type="spellEnd"/>
            <w:r>
              <w:t xml:space="preserve"> </w:t>
            </w:r>
            <w:proofErr w:type="spellStart"/>
            <w:r>
              <w:t>resektoskopu</w:t>
            </w:r>
            <w:proofErr w:type="spellEnd"/>
            <w:r>
              <w:t xml:space="preserve"> </w:t>
            </w:r>
            <w:proofErr w:type="spellStart"/>
            <w:r>
              <w:t>monopolarnego</w:t>
            </w:r>
            <w:proofErr w:type="spellEnd"/>
            <w:r>
              <w:t xml:space="preserve">, </w:t>
            </w:r>
            <w:proofErr w:type="spellStart"/>
            <w:r>
              <w:t>pasywny</w:t>
            </w:r>
            <w:proofErr w:type="spellEnd"/>
            <w:r>
              <w:t xml:space="preserve">, </w:t>
            </w:r>
            <w:proofErr w:type="spellStart"/>
            <w:r>
              <w:t>wyposażony</w:t>
            </w:r>
            <w:proofErr w:type="spellEnd"/>
            <w:r>
              <w:t xml:space="preserve"> w </w:t>
            </w:r>
            <w:proofErr w:type="spellStart"/>
            <w:r>
              <w:t>zamknięte</w:t>
            </w:r>
            <w:proofErr w:type="spellEnd"/>
            <w:r>
              <w:t xml:space="preserve"> </w:t>
            </w:r>
            <w:proofErr w:type="spellStart"/>
            <w:r>
              <w:t>uchwyty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palce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przekręcane</w:t>
            </w:r>
            <w:proofErr w:type="spellEnd"/>
            <w:r>
              <w:t xml:space="preserve"> </w:t>
            </w:r>
            <w:proofErr w:type="spellStart"/>
            <w:r>
              <w:t>mocowanie</w:t>
            </w:r>
            <w:proofErr w:type="spellEnd"/>
            <w:r>
              <w:t xml:space="preserve"> do </w:t>
            </w:r>
            <w:proofErr w:type="spellStart"/>
            <w:r>
              <w:t>płaszcza</w:t>
            </w:r>
            <w:proofErr w:type="spellEnd"/>
            <w:r>
              <w:t xml:space="preserve"> i </w:t>
            </w:r>
            <w:proofErr w:type="spellStart"/>
            <w:r>
              <w:t>optyki</w:t>
            </w:r>
            <w:proofErr w:type="spellEnd"/>
            <w:r>
              <w:t xml:space="preserve">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D0044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41B57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017289A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121D4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113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F975CC" w14:textId="77777777" w:rsidR="004F0AFF" w:rsidRDefault="003F1309">
            <w:proofErr w:type="spellStart"/>
            <w:r>
              <w:t>Nóż</w:t>
            </w:r>
            <w:proofErr w:type="spellEnd"/>
            <w:r>
              <w:t xml:space="preserve"> </w:t>
            </w:r>
            <w:proofErr w:type="spellStart"/>
            <w:r>
              <w:t>prosty</w:t>
            </w:r>
            <w:proofErr w:type="spellEnd"/>
            <w:r>
              <w:t xml:space="preserve"> </w:t>
            </w:r>
            <w:proofErr w:type="spellStart"/>
            <w:r>
              <w:t>kompatybilny</w:t>
            </w:r>
            <w:proofErr w:type="spellEnd"/>
            <w:r>
              <w:t xml:space="preserve"> z </w:t>
            </w:r>
            <w:proofErr w:type="spellStart"/>
            <w:r>
              <w:t>ofertowanym</w:t>
            </w:r>
            <w:proofErr w:type="spellEnd"/>
            <w:r>
              <w:t xml:space="preserve"> </w:t>
            </w:r>
            <w:proofErr w:type="spellStart"/>
            <w:r>
              <w:t>uretrotomem</w:t>
            </w:r>
            <w:proofErr w:type="spellEnd"/>
            <w:r>
              <w:t xml:space="preserve"> (</w:t>
            </w:r>
            <w:proofErr w:type="spellStart"/>
            <w:r>
              <w:t>opak</w:t>
            </w:r>
            <w:proofErr w:type="spellEnd"/>
            <w:r>
              <w:t xml:space="preserve">. 6 </w:t>
            </w:r>
            <w:proofErr w:type="spellStart"/>
            <w:r>
              <w:t>szt</w:t>
            </w:r>
            <w:proofErr w:type="spellEnd"/>
            <w:r>
              <w:t xml:space="preserve">). – 1 </w:t>
            </w:r>
            <w:proofErr w:type="spellStart"/>
            <w:r>
              <w:t>opak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28E0A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3F8D2A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CDFD2F4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7D531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114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E98D91" w14:textId="77777777" w:rsidR="004F0AFF" w:rsidRDefault="003F1309">
            <w:r>
              <w:t xml:space="preserve">Tuleja </w:t>
            </w:r>
            <w:proofErr w:type="spellStart"/>
            <w:r>
              <w:t>ochronna</w:t>
            </w:r>
            <w:proofErr w:type="spellEnd"/>
            <w:r>
              <w:t xml:space="preserve"> do </w:t>
            </w:r>
            <w:proofErr w:type="spellStart"/>
            <w:r>
              <w:t>przechowywania</w:t>
            </w:r>
            <w:proofErr w:type="spellEnd"/>
            <w:r>
              <w:t xml:space="preserve"> </w:t>
            </w:r>
            <w:proofErr w:type="spellStart"/>
            <w:r>
              <w:t>noży</w:t>
            </w:r>
            <w:proofErr w:type="spellEnd"/>
            <w:r>
              <w:t xml:space="preserve">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E8E95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4B82A5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D2C5FB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AC9A6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115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AC515C" w14:textId="77777777" w:rsidR="004F0AFF" w:rsidRDefault="003F1309">
            <w:r>
              <w:t xml:space="preserve">Taca </w:t>
            </w:r>
            <w:proofErr w:type="spellStart"/>
            <w:r>
              <w:t>druciana</w:t>
            </w:r>
            <w:proofErr w:type="spellEnd"/>
            <w:r>
              <w:t xml:space="preserve"> ze </w:t>
            </w:r>
            <w:proofErr w:type="spellStart"/>
            <w:r>
              <w:t>składanymi</w:t>
            </w:r>
            <w:proofErr w:type="spellEnd"/>
            <w:r>
              <w:t xml:space="preserve"> </w:t>
            </w:r>
            <w:proofErr w:type="spellStart"/>
            <w:r>
              <w:t>uchwytami</w:t>
            </w:r>
            <w:proofErr w:type="spellEnd"/>
            <w:r>
              <w:t xml:space="preserve">, </w:t>
            </w:r>
            <w:proofErr w:type="spellStart"/>
            <w:r>
              <w:t>boki</w:t>
            </w:r>
            <w:proofErr w:type="spellEnd"/>
            <w:r>
              <w:t xml:space="preserve"> z </w:t>
            </w:r>
            <w:proofErr w:type="spellStart"/>
            <w:r>
              <w:t>płyty</w:t>
            </w:r>
            <w:proofErr w:type="spellEnd"/>
            <w:r>
              <w:t xml:space="preserve"> </w:t>
            </w:r>
            <w:proofErr w:type="spellStart"/>
            <w:r>
              <w:t>perforowanej</w:t>
            </w:r>
            <w:proofErr w:type="spellEnd"/>
            <w:r>
              <w:t xml:space="preserve">, z </w:t>
            </w:r>
            <w:proofErr w:type="spellStart"/>
            <w:r>
              <w:t>pokrywą</w:t>
            </w:r>
            <w:proofErr w:type="spellEnd"/>
            <w:r>
              <w:t xml:space="preserve">, </w:t>
            </w:r>
            <w:proofErr w:type="spellStart"/>
            <w:r>
              <w:t>matą</w:t>
            </w:r>
            <w:proofErr w:type="spellEnd"/>
            <w:r>
              <w:t xml:space="preserve"> </w:t>
            </w:r>
            <w:proofErr w:type="spellStart"/>
            <w:r>
              <w:t>silikonową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kołkami</w:t>
            </w:r>
            <w:proofErr w:type="spellEnd"/>
            <w:r>
              <w:t xml:space="preserve"> </w:t>
            </w:r>
            <w:proofErr w:type="spellStart"/>
            <w:r>
              <w:t>mocującymi</w:t>
            </w:r>
            <w:proofErr w:type="spellEnd"/>
            <w:r>
              <w:t xml:space="preserve"> i </w:t>
            </w:r>
            <w:proofErr w:type="spellStart"/>
            <w:r>
              <w:t>paskami</w:t>
            </w:r>
            <w:proofErr w:type="spellEnd"/>
            <w:r>
              <w:t xml:space="preserve"> </w:t>
            </w:r>
            <w:proofErr w:type="spellStart"/>
            <w:r>
              <w:t>silikonowymi</w:t>
            </w:r>
            <w:proofErr w:type="spellEnd"/>
            <w:r>
              <w:t xml:space="preserve">. </w:t>
            </w:r>
            <w:proofErr w:type="spellStart"/>
            <w:r>
              <w:t>Wym</w:t>
            </w:r>
            <w:proofErr w:type="spellEnd"/>
            <w:r>
              <w:t xml:space="preserve">. </w:t>
            </w:r>
            <w:proofErr w:type="spellStart"/>
            <w:r>
              <w:t>zewnętrzne</w:t>
            </w:r>
            <w:proofErr w:type="spellEnd"/>
            <w:r>
              <w:t xml:space="preserve"> </w:t>
            </w:r>
            <w:proofErr w:type="spellStart"/>
            <w:r>
              <w:t>tacy</w:t>
            </w:r>
            <w:proofErr w:type="spellEnd"/>
            <w:r>
              <w:t xml:space="preserve"> 480 x 250 x66 mm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BA1E8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30D370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C5A874A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606B6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116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066281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Resektoskopy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bipolarne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FDDF4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6AAC24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A1F8206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05142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117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E2CFB9" w14:textId="77777777" w:rsidR="004F0AFF" w:rsidRDefault="003F1309">
            <w:proofErr w:type="spellStart"/>
            <w:r>
              <w:t>Płaszcz</w:t>
            </w:r>
            <w:proofErr w:type="spellEnd"/>
            <w:r>
              <w:t xml:space="preserve"> </w:t>
            </w:r>
            <w:proofErr w:type="spellStart"/>
            <w:r>
              <w:t>resektoskopu</w:t>
            </w:r>
            <w:proofErr w:type="spellEnd"/>
            <w:r>
              <w:t xml:space="preserve"> </w:t>
            </w:r>
            <w:proofErr w:type="spellStart"/>
            <w:r>
              <w:t>obrotowy</w:t>
            </w:r>
            <w:proofErr w:type="spellEnd"/>
            <w:r>
              <w:t xml:space="preserve">, </w:t>
            </w:r>
            <w:proofErr w:type="spellStart"/>
            <w:r>
              <w:t>przepływowy</w:t>
            </w:r>
            <w:proofErr w:type="spellEnd"/>
            <w:r>
              <w:t xml:space="preserve">, </w:t>
            </w:r>
            <w:proofErr w:type="spellStart"/>
            <w:r>
              <w:t>rozmiar</w:t>
            </w:r>
            <w:proofErr w:type="spellEnd"/>
            <w:r>
              <w:t xml:space="preserve"> 26 Fr., </w:t>
            </w:r>
            <w:proofErr w:type="spellStart"/>
            <w:r>
              <w:t>składający</w:t>
            </w:r>
            <w:proofErr w:type="spellEnd"/>
            <w:r>
              <w:t xml:space="preserve"> </w:t>
            </w:r>
            <w:proofErr w:type="spellStart"/>
            <w:r>
              <w:t>się</w:t>
            </w:r>
            <w:proofErr w:type="spellEnd"/>
            <w:r>
              <w:t xml:space="preserve"> z </w:t>
            </w:r>
            <w:proofErr w:type="spellStart"/>
            <w:r>
              <w:t>płaszcza</w:t>
            </w:r>
            <w:proofErr w:type="spellEnd"/>
            <w:r>
              <w:t xml:space="preserve"> </w:t>
            </w:r>
            <w:proofErr w:type="spellStart"/>
            <w:r>
              <w:t>zewnętrznego</w:t>
            </w:r>
            <w:proofErr w:type="spellEnd"/>
            <w:r>
              <w:t xml:space="preserve"> i </w:t>
            </w:r>
            <w:proofErr w:type="spellStart"/>
            <w:r>
              <w:t>wewnętrznego</w:t>
            </w:r>
            <w:proofErr w:type="spellEnd"/>
            <w:r>
              <w:t xml:space="preserve"> z </w:t>
            </w:r>
            <w:proofErr w:type="spellStart"/>
            <w:r>
              <w:t>ukośną</w:t>
            </w:r>
            <w:proofErr w:type="spellEnd"/>
            <w:r>
              <w:t xml:space="preserve"> </w:t>
            </w:r>
            <w:proofErr w:type="spellStart"/>
            <w:r>
              <w:t>końcówką</w:t>
            </w:r>
            <w:proofErr w:type="spellEnd"/>
            <w:r>
              <w:t xml:space="preserve"> </w:t>
            </w:r>
            <w:proofErr w:type="spellStart"/>
            <w:r>
              <w:t>ceramiczną</w:t>
            </w:r>
            <w:proofErr w:type="spellEnd"/>
            <w:r>
              <w:t xml:space="preserve">, </w:t>
            </w:r>
            <w:proofErr w:type="spellStart"/>
            <w:r>
              <w:t>mocowanie</w:t>
            </w:r>
            <w:proofErr w:type="spellEnd"/>
            <w:r>
              <w:t xml:space="preserve"> </w:t>
            </w:r>
            <w:proofErr w:type="spellStart"/>
            <w:r>
              <w:t>pomiędzy</w:t>
            </w:r>
            <w:proofErr w:type="spellEnd"/>
            <w:r>
              <w:t xml:space="preserve">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zewnętrznym</w:t>
            </w:r>
            <w:proofErr w:type="spellEnd"/>
            <w:r>
              <w:t xml:space="preserve"> i </w:t>
            </w:r>
            <w:proofErr w:type="spellStart"/>
            <w:r>
              <w:t>wewnętrznym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"</w:t>
            </w:r>
            <w:proofErr w:type="spellStart"/>
            <w:r>
              <w:t>klik</w:t>
            </w:r>
            <w:proofErr w:type="spellEnd"/>
            <w:r>
              <w:t xml:space="preserve">", </w:t>
            </w:r>
            <w:proofErr w:type="spellStart"/>
            <w:r>
              <w:t>mocowanie</w:t>
            </w:r>
            <w:proofErr w:type="spellEnd"/>
            <w:r>
              <w:t xml:space="preserve"> do </w:t>
            </w:r>
            <w:proofErr w:type="spellStart"/>
            <w:r>
              <w:t>elementu</w:t>
            </w:r>
            <w:proofErr w:type="spellEnd"/>
            <w:r>
              <w:t xml:space="preserve"> </w:t>
            </w:r>
            <w:proofErr w:type="spellStart"/>
            <w:r>
              <w:t>pracującego</w:t>
            </w:r>
            <w:proofErr w:type="spellEnd"/>
            <w:r>
              <w:t xml:space="preserve"> </w:t>
            </w:r>
            <w:proofErr w:type="spellStart"/>
            <w:r>
              <w:t>obrotowe</w:t>
            </w:r>
            <w:proofErr w:type="spellEnd"/>
            <w:r>
              <w:t xml:space="preserve">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479E7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97D052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49C8774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CC0EC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118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5F9FAB" w14:textId="77777777" w:rsidR="004F0AFF" w:rsidRDefault="003F1309">
            <w:r>
              <w:t xml:space="preserve">Element </w:t>
            </w:r>
            <w:proofErr w:type="spellStart"/>
            <w:r>
              <w:t>pracujący</w:t>
            </w:r>
            <w:proofErr w:type="spellEnd"/>
            <w:r>
              <w:t xml:space="preserve"> </w:t>
            </w:r>
            <w:proofErr w:type="spellStart"/>
            <w:r>
              <w:t>resektoskopu</w:t>
            </w:r>
            <w:proofErr w:type="spellEnd"/>
            <w:r>
              <w:t xml:space="preserve"> </w:t>
            </w:r>
            <w:proofErr w:type="spellStart"/>
            <w:r>
              <w:t>bipolarnego</w:t>
            </w:r>
            <w:proofErr w:type="spellEnd"/>
            <w:r>
              <w:t xml:space="preserve">, </w:t>
            </w:r>
            <w:proofErr w:type="spellStart"/>
            <w:r>
              <w:t>bierny</w:t>
            </w:r>
            <w:proofErr w:type="spellEnd"/>
            <w:r>
              <w:t xml:space="preserve">, </w:t>
            </w:r>
            <w:proofErr w:type="spellStart"/>
            <w:r>
              <w:t>wykorzystujący</w:t>
            </w:r>
            <w:proofErr w:type="spellEnd"/>
            <w:r>
              <w:t xml:space="preserve"> </w:t>
            </w:r>
            <w:proofErr w:type="spellStart"/>
            <w:r>
              <w:t>dwubiegunowe</w:t>
            </w:r>
            <w:proofErr w:type="spellEnd"/>
            <w:r>
              <w:t xml:space="preserve"> </w:t>
            </w:r>
            <w:proofErr w:type="spellStart"/>
            <w:r>
              <w:t>elektrody</w:t>
            </w:r>
            <w:proofErr w:type="spellEnd"/>
            <w:r>
              <w:t xml:space="preserve"> i </w:t>
            </w:r>
            <w:proofErr w:type="spellStart"/>
            <w:r>
              <w:t>technikę</w:t>
            </w:r>
            <w:proofErr w:type="spellEnd"/>
            <w:r>
              <w:t xml:space="preserve"> w </w:t>
            </w:r>
            <w:proofErr w:type="spellStart"/>
            <w:r>
              <w:t>pełni</w:t>
            </w:r>
            <w:proofErr w:type="spellEnd"/>
            <w:r>
              <w:t xml:space="preserve"> </w:t>
            </w:r>
            <w:proofErr w:type="spellStart"/>
            <w:r>
              <w:t>bipolarną</w:t>
            </w:r>
            <w:proofErr w:type="spellEnd"/>
            <w:r>
              <w:t xml:space="preserve"> </w:t>
            </w:r>
            <w:proofErr w:type="spellStart"/>
            <w:r>
              <w:t>niewymagającą</w:t>
            </w:r>
            <w:proofErr w:type="spellEnd"/>
            <w:r>
              <w:t xml:space="preserve"> </w:t>
            </w:r>
            <w:proofErr w:type="spellStart"/>
            <w:r>
              <w:t>zaangażowania</w:t>
            </w:r>
            <w:proofErr w:type="spellEnd"/>
            <w:r>
              <w:t xml:space="preserve"> </w:t>
            </w:r>
            <w:proofErr w:type="spellStart"/>
            <w:r>
              <w:t>płaszcza</w:t>
            </w:r>
            <w:proofErr w:type="spellEnd"/>
            <w:r>
              <w:t xml:space="preserve"> </w:t>
            </w:r>
            <w:proofErr w:type="spellStart"/>
            <w:r>
              <w:t>resektoskopu</w:t>
            </w:r>
            <w:proofErr w:type="spellEnd"/>
            <w:r>
              <w:t xml:space="preserve"> </w:t>
            </w:r>
            <w:proofErr w:type="spellStart"/>
            <w:r>
              <w:t>jako</w:t>
            </w:r>
            <w:proofErr w:type="spellEnd"/>
            <w:r>
              <w:t xml:space="preserve"> </w:t>
            </w:r>
            <w:proofErr w:type="spellStart"/>
            <w:r>
              <w:t>części</w:t>
            </w:r>
            <w:proofErr w:type="spellEnd"/>
            <w:r>
              <w:t xml:space="preserve"> </w:t>
            </w:r>
            <w:proofErr w:type="spellStart"/>
            <w:r>
              <w:t>obwodu</w:t>
            </w:r>
            <w:proofErr w:type="spellEnd"/>
            <w:r>
              <w:t xml:space="preserve"> </w:t>
            </w:r>
            <w:proofErr w:type="spellStart"/>
            <w:r>
              <w:t>przepływu</w:t>
            </w:r>
            <w:proofErr w:type="spellEnd"/>
            <w:r>
              <w:t xml:space="preserve"> </w:t>
            </w:r>
            <w:proofErr w:type="spellStart"/>
            <w:r>
              <w:t>prądu</w:t>
            </w:r>
            <w:proofErr w:type="spellEnd"/>
            <w:r>
              <w:t xml:space="preserve"> HF, </w:t>
            </w:r>
            <w:proofErr w:type="spellStart"/>
            <w:r>
              <w:t>wyposażony</w:t>
            </w:r>
            <w:proofErr w:type="spellEnd"/>
            <w:r>
              <w:t xml:space="preserve"> w </w:t>
            </w:r>
            <w:proofErr w:type="spellStart"/>
            <w:r>
              <w:t>zamknięte</w:t>
            </w:r>
            <w:proofErr w:type="spellEnd"/>
            <w:r>
              <w:t xml:space="preserve"> </w:t>
            </w:r>
            <w:proofErr w:type="spellStart"/>
            <w:r>
              <w:t>uchwyty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palce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obrotowe</w:t>
            </w:r>
            <w:proofErr w:type="spellEnd"/>
            <w:r>
              <w:t xml:space="preserve"> </w:t>
            </w:r>
            <w:proofErr w:type="spellStart"/>
            <w:r>
              <w:t>mocowanie</w:t>
            </w:r>
            <w:proofErr w:type="spellEnd"/>
            <w:r>
              <w:t xml:space="preserve"> do </w:t>
            </w:r>
            <w:proofErr w:type="spellStart"/>
            <w:r>
              <w:t>płaszcza</w:t>
            </w:r>
            <w:proofErr w:type="spellEnd"/>
            <w:r>
              <w:t xml:space="preserve"> i </w:t>
            </w:r>
            <w:proofErr w:type="spellStart"/>
            <w:r>
              <w:t>optyki</w:t>
            </w:r>
            <w:proofErr w:type="spellEnd"/>
            <w:r>
              <w:t xml:space="preserve">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7D1F8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2ECDD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00E11BF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0543C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119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05426B" w14:textId="77777777" w:rsidR="004F0AFF" w:rsidRDefault="003F1309">
            <w:r>
              <w:t xml:space="preserve">Obturator </w:t>
            </w:r>
            <w:proofErr w:type="spellStart"/>
            <w:r>
              <w:t>kompatybilny</w:t>
            </w:r>
            <w:proofErr w:type="spellEnd"/>
            <w:r>
              <w:t xml:space="preserve"> z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resektoskopowym</w:t>
            </w:r>
            <w:proofErr w:type="spellEnd"/>
            <w:r>
              <w:t xml:space="preserve"> 26 Fr.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D1CDA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CB3DC9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CF4ACCB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CBC26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120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EDA01E" w14:textId="77777777" w:rsidR="004F0AFF" w:rsidRDefault="003F1309">
            <w:proofErr w:type="spellStart"/>
            <w:r>
              <w:t>Optyka</w:t>
            </w:r>
            <w:proofErr w:type="spellEnd"/>
            <w:r>
              <w:t xml:space="preserve"> </w:t>
            </w:r>
            <w:proofErr w:type="spellStart"/>
            <w:r>
              <w:t>cystoskopowa</w:t>
            </w:r>
            <w:proofErr w:type="spellEnd"/>
            <w:r>
              <w:t xml:space="preserve"> </w:t>
            </w:r>
            <w:proofErr w:type="spellStart"/>
            <w:r>
              <w:t>oparta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systemie</w:t>
            </w:r>
            <w:proofErr w:type="spellEnd"/>
            <w:r>
              <w:t xml:space="preserve"> </w:t>
            </w:r>
            <w:proofErr w:type="spellStart"/>
            <w:r>
              <w:t>soczewek</w:t>
            </w:r>
            <w:proofErr w:type="spellEnd"/>
            <w:r>
              <w:t xml:space="preserve"> </w:t>
            </w:r>
            <w:proofErr w:type="spellStart"/>
            <w:r>
              <w:t>wałeczkowych</w:t>
            </w:r>
            <w:proofErr w:type="spellEnd"/>
            <w:r>
              <w:t xml:space="preserve">, </w:t>
            </w:r>
            <w:proofErr w:type="spellStart"/>
            <w:r>
              <w:t>kąt</w:t>
            </w:r>
            <w:proofErr w:type="spellEnd"/>
            <w:r>
              <w:t xml:space="preserve"> </w:t>
            </w:r>
            <w:proofErr w:type="spellStart"/>
            <w:r>
              <w:t>patrzenia</w:t>
            </w:r>
            <w:proofErr w:type="spellEnd"/>
            <w:r>
              <w:t xml:space="preserve"> 30°, </w:t>
            </w:r>
            <w:proofErr w:type="spellStart"/>
            <w:r>
              <w:t>śr</w:t>
            </w:r>
            <w:proofErr w:type="spellEnd"/>
            <w:r>
              <w:t xml:space="preserve">. 4 mm, </w:t>
            </w:r>
            <w:proofErr w:type="spellStart"/>
            <w:r>
              <w:t>dł</w:t>
            </w:r>
            <w:proofErr w:type="spellEnd"/>
            <w:r>
              <w:t xml:space="preserve">. 30 cm, </w:t>
            </w:r>
            <w:proofErr w:type="spellStart"/>
            <w:r>
              <w:t>autoklawowalna</w:t>
            </w:r>
            <w:proofErr w:type="spellEnd"/>
            <w:r>
              <w:t xml:space="preserve">. </w:t>
            </w:r>
            <w:proofErr w:type="spellStart"/>
            <w:r>
              <w:t>Optyka</w:t>
            </w:r>
            <w:proofErr w:type="spellEnd"/>
            <w:r>
              <w:t xml:space="preserve"> </w:t>
            </w:r>
            <w:proofErr w:type="spellStart"/>
            <w:r>
              <w:t>opatrzona</w:t>
            </w:r>
            <w:proofErr w:type="spellEnd"/>
            <w:r>
              <w:t xml:space="preserve"> </w:t>
            </w:r>
            <w:proofErr w:type="spellStart"/>
            <w:r>
              <w:t>słowną</w:t>
            </w:r>
            <w:proofErr w:type="spellEnd"/>
            <w:r>
              <w:t xml:space="preserve"> </w:t>
            </w:r>
            <w:proofErr w:type="spellStart"/>
            <w:r>
              <w:t>informacją</w:t>
            </w:r>
            <w:proofErr w:type="spellEnd"/>
            <w:r>
              <w:t xml:space="preserve"> </w:t>
            </w:r>
            <w:proofErr w:type="spellStart"/>
            <w:r>
              <w:t>potwierdzającą</w:t>
            </w:r>
            <w:proofErr w:type="spellEnd"/>
            <w:r>
              <w:t xml:space="preserve"> </w:t>
            </w:r>
            <w:proofErr w:type="spellStart"/>
            <w:r>
              <w:t>autoklawowalność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nadrukowanym</w:t>
            </w:r>
            <w:proofErr w:type="spellEnd"/>
            <w:r>
              <w:t xml:space="preserve"> </w:t>
            </w:r>
            <w:proofErr w:type="spellStart"/>
            <w:r>
              <w:t>kodem</w:t>
            </w:r>
            <w:proofErr w:type="spellEnd"/>
            <w:r>
              <w:t xml:space="preserve"> DATA MATRIX z </w:t>
            </w:r>
            <w:proofErr w:type="spellStart"/>
            <w:r>
              <w:t>zakodowanym</w:t>
            </w:r>
            <w:proofErr w:type="spellEnd"/>
            <w:r>
              <w:t xml:space="preserve"> min. </w:t>
            </w:r>
            <w:proofErr w:type="spellStart"/>
            <w:r>
              <w:t>numerem</w:t>
            </w:r>
            <w:proofErr w:type="spellEnd"/>
            <w:r>
              <w:t xml:space="preserve"> </w:t>
            </w:r>
            <w:proofErr w:type="spellStart"/>
            <w:r>
              <w:t>katalogowym</w:t>
            </w:r>
            <w:proofErr w:type="spellEnd"/>
            <w:r>
              <w:t xml:space="preserve"> i </w:t>
            </w:r>
            <w:proofErr w:type="spellStart"/>
            <w:r>
              <w:t>numerem</w:t>
            </w:r>
            <w:proofErr w:type="spellEnd"/>
            <w:r>
              <w:t xml:space="preserve"> </w:t>
            </w:r>
            <w:proofErr w:type="spellStart"/>
            <w:r>
              <w:t>seryjnym</w:t>
            </w:r>
            <w:proofErr w:type="spellEnd"/>
            <w:r>
              <w:t xml:space="preserve"> </w:t>
            </w:r>
            <w:proofErr w:type="spellStart"/>
            <w:r>
              <w:t>optyki</w:t>
            </w:r>
            <w:proofErr w:type="spellEnd"/>
            <w:r>
              <w:t xml:space="preserve">. </w:t>
            </w:r>
            <w:proofErr w:type="spellStart"/>
            <w:r>
              <w:t>Nadrukowane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obudowie</w:t>
            </w:r>
            <w:proofErr w:type="spellEnd"/>
            <w:r>
              <w:t xml:space="preserve"> </w:t>
            </w:r>
            <w:proofErr w:type="spellStart"/>
            <w:r>
              <w:t>optyki</w:t>
            </w:r>
            <w:proofErr w:type="spellEnd"/>
            <w:r>
              <w:t xml:space="preserve"> </w:t>
            </w:r>
            <w:proofErr w:type="spellStart"/>
            <w:r>
              <w:t>oznaczenie</w:t>
            </w:r>
            <w:proofErr w:type="spellEnd"/>
            <w:r>
              <w:t xml:space="preserve"> w </w:t>
            </w:r>
            <w:proofErr w:type="spellStart"/>
            <w:r>
              <w:t>postaci</w:t>
            </w:r>
            <w:proofErr w:type="spellEnd"/>
            <w:r>
              <w:t xml:space="preserve"> </w:t>
            </w:r>
            <w:proofErr w:type="spellStart"/>
            <w:r>
              <w:t>graficznej</w:t>
            </w:r>
            <w:proofErr w:type="spellEnd"/>
            <w:r>
              <w:t xml:space="preserve"> </w:t>
            </w:r>
            <w:proofErr w:type="spellStart"/>
            <w:r>
              <w:t>średnicy</w:t>
            </w:r>
            <w:proofErr w:type="spellEnd"/>
            <w:r>
              <w:t xml:space="preserve"> </w:t>
            </w:r>
            <w:proofErr w:type="spellStart"/>
            <w:r>
              <w:t>kompatybilnego</w:t>
            </w:r>
            <w:proofErr w:type="spellEnd"/>
            <w:r>
              <w:t xml:space="preserve"> </w:t>
            </w:r>
            <w:proofErr w:type="spellStart"/>
            <w:r>
              <w:t>światłowodu</w:t>
            </w:r>
            <w:proofErr w:type="spellEnd"/>
            <w:r>
              <w:t xml:space="preserve">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24694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E896F8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5B4191F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95B59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121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647DDB" w14:textId="77777777" w:rsidR="004F0AFF" w:rsidRDefault="003F1309">
            <w:proofErr w:type="spellStart"/>
            <w:r>
              <w:t>Tubus</w:t>
            </w:r>
            <w:proofErr w:type="spellEnd"/>
            <w:r>
              <w:t xml:space="preserve"> </w:t>
            </w:r>
            <w:proofErr w:type="spellStart"/>
            <w:r>
              <w:t>ochronny</w:t>
            </w:r>
            <w:proofErr w:type="spellEnd"/>
            <w:r>
              <w:t xml:space="preserve"> do </w:t>
            </w:r>
            <w:proofErr w:type="spellStart"/>
            <w:r>
              <w:t>optyki</w:t>
            </w:r>
            <w:proofErr w:type="spellEnd"/>
            <w:r>
              <w:t xml:space="preserve">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3D1B2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471317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DC11EDB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3483D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122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B2B72E" w14:textId="77777777" w:rsidR="004F0AFF" w:rsidRDefault="003F1309">
            <w:proofErr w:type="spellStart"/>
            <w:r>
              <w:t>Pojemnik</w:t>
            </w:r>
            <w:proofErr w:type="spellEnd"/>
            <w:r>
              <w:t xml:space="preserve"> </w:t>
            </w:r>
            <w:proofErr w:type="spellStart"/>
            <w:r>
              <w:t>plastikowy</w:t>
            </w:r>
            <w:proofErr w:type="spellEnd"/>
            <w:r>
              <w:t xml:space="preserve"> do </w:t>
            </w:r>
            <w:proofErr w:type="spellStart"/>
            <w:r>
              <w:t>sterylizacji</w:t>
            </w:r>
            <w:proofErr w:type="spellEnd"/>
            <w:r>
              <w:t xml:space="preserve"> i </w:t>
            </w:r>
            <w:proofErr w:type="spellStart"/>
            <w:r>
              <w:t>przechowywania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, </w:t>
            </w:r>
            <w:proofErr w:type="spellStart"/>
            <w:r>
              <w:t>wymiary</w:t>
            </w:r>
            <w:proofErr w:type="spellEnd"/>
            <w:r>
              <w:t xml:space="preserve"> </w:t>
            </w:r>
            <w:proofErr w:type="spellStart"/>
            <w:r>
              <w:t>zewnętrzne</w:t>
            </w:r>
            <w:proofErr w:type="spellEnd"/>
            <w:r>
              <w:t xml:space="preserve"> 525x240x70mm. W </w:t>
            </w:r>
            <w:proofErr w:type="spellStart"/>
            <w:r>
              <w:t>zestawie</w:t>
            </w:r>
            <w:proofErr w:type="spellEnd"/>
            <w:r>
              <w:t xml:space="preserve"> </w:t>
            </w:r>
            <w:proofErr w:type="spellStart"/>
            <w:r>
              <w:t>pokrywa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silikonowe</w:t>
            </w:r>
            <w:proofErr w:type="spellEnd"/>
            <w:r>
              <w:t xml:space="preserve"> maty, </w:t>
            </w:r>
            <w:proofErr w:type="spellStart"/>
            <w:r>
              <w:t>trzpienie</w:t>
            </w:r>
            <w:proofErr w:type="spellEnd"/>
            <w:r>
              <w:t xml:space="preserve"> i </w:t>
            </w:r>
            <w:proofErr w:type="spellStart"/>
            <w:r>
              <w:t>paski</w:t>
            </w:r>
            <w:proofErr w:type="spellEnd"/>
            <w:r>
              <w:t xml:space="preserve"> do </w:t>
            </w:r>
            <w:proofErr w:type="spellStart"/>
            <w:r>
              <w:t>ufiksowania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 – 2szt.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2A450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A6741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A07C25C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C9726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123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35BD45" w14:textId="77777777" w:rsidR="004F0AFF" w:rsidRDefault="003F1309">
            <w:proofErr w:type="spellStart"/>
            <w:r>
              <w:t>Światłowód</w:t>
            </w:r>
            <w:proofErr w:type="spellEnd"/>
            <w:r>
              <w:t xml:space="preserve">, </w:t>
            </w:r>
            <w:proofErr w:type="spellStart"/>
            <w:r>
              <w:t>śr</w:t>
            </w:r>
            <w:proofErr w:type="spellEnd"/>
            <w:r>
              <w:t xml:space="preserve">. 3,5 mm, </w:t>
            </w:r>
            <w:proofErr w:type="spellStart"/>
            <w:r>
              <w:t>dł</w:t>
            </w:r>
            <w:proofErr w:type="spellEnd"/>
            <w:r>
              <w:t xml:space="preserve">. 230 cm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AAC53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5D0EA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818BC8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B804E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124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A12F0A" w14:textId="03EA293A" w:rsidR="004F0AFF" w:rsidRDefault="003F1309">
            <w:proofErr w:type="spellStart"/>
            <w:r>
              <w:t>Pętla</w:t>
            </w:r>
            <w:proofErr w:type="spellEnd"/>
            <w:r>
              <w:t xml:space="preserve"> </w:t>
            </w:r>
            <w:proofErr w:type="spellStart"/>
            <w:r>
              <w:t>tnąca</w:t>
            </w:r>
            <w:proofErr w:type="spellEnd"/>
            <w:r>
              <w:t xml:space="preserve"> </w:t>
            </w:r>
            <w:proofErr w:type="spellStart"/>
            <w:r>
              <w:t>bipolarna</w:t>
            </w:r>
            <w:proofErr w:type="spellEnd"/>
            <w:r>
              <w:t xml:space="preserve">, </w:t>
            </w:r>
            <w:proofErr w:type="spellStart"/>
            <w:r>
              <w:t>dwubiegunowa</w:t>
            </w:r>
            <w:proofErr w:type="spellEnd"/>
            <w:r>
              <w:t xml:space="preserve">, </w:t>
            </w:r>
            <w:proofErr w:type="spellStart"/>
            <w:r>
              <w:t>obydwa</w:t>
            </w:r>
            <w:proofErr w:type="spellEnd"/>
            <w:r>
              <w:t xml:space="preserve"> </w:t>
            </w:r>
            <w:proofErr w:type="spellStart"/>
            <w:r>
              <w:t>bieguny</w:t>
            </w:r>
            <w:proofErr w:type="spellEnd"/>
            <w:r>
              <w:t xml:space="preserve"> </w:t>
            </w:r>
            <w:proofErr w:type="spellStart"/>
            <w:r>
              <w:t>umieszczone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tej</w:t>
            </w:r>
            <w:proofErr w:type="spellEnd"/>
            <w:r>
              <w:t xml:space="preserve"> </w:t>
            </w:r>
            <w:proofErr w:type="spellStart"/>
            <w:r>
              <w:t>samej</w:t>
            </w:r>
            <w:proofErr w:type="spellEnd"/>
            <w:r>
              <w:t xml:space="preserve"> </w:t>
            </w:r>
            <w:proofErr w:type="spellStart"/>
            <w:r>
              <w:t>prowadnicy</w:t>
            </w:r>
            <w:proofErr w:type="spellEnd"/>
            <w:r>
              <w:t xml:space="preserve"> w </w:t>
            </w:r>
            <w:proofErr w:type="spellStart"/>
            <w:r>
              <w:t>części</w:t>
            </w:r>
            <w:proofErr w:type="spellEnd"/>
            <w:r>
              <w:t xml:space="preserve"> </w:t>
            </w:r>
            <w:proofErr w:type="spellStart"/>
            <w:r>
              <w:t>dystalnej</w:t>
            </w:r>
            <w:proofErr w:type="spellEnd"/>
            <w:r>
              <w:t xml:space="preserve">, </w:t>
            </w:r>
            <w:proofErr w:type="spellStart"/>
            <w:r>
              <w:t>wyposażona</w:t>
            </w:r>
            <w:proofErr w:type="spellEnd"/>
            <w:r>
              <w:t xml:space="preserve"> w </w:t>
            </w:r>
            <w:proofErr w:type="spellStart"/>
            <w:r>
              <w:t>dwa</w:t>
            </w:r>
            <w:proofErr w:type="spellEnd"/>
            <w:r>
              <w:t xml:space="preserve"> </w:t>
            </w:r>
            <w:proofErr w:type="spellStart"/>
            <w:r>
              <w:t>druty</w:t>
            </w:r>
            <w:proofErr w:type="spellEnd"/>
            <w:r>
              <w:t xml:space="preserve"> </w:t>
            </w:r>
            <w:proofErr w:type="spellStart"/>
            <w:r>
              <w:t>prowadzące</w:t>
            </w:r>
            <w:proofErr w:type="spellEnd"/>
            <w:r>
              <w:t xml:space="preserve">, </w:t>
            </w:r>
            <w:proofErr w:type="spellStart"/>
            <w:r>
              <w:t>kompatybilna</w:t>
            </w:r>
            <w:proofErr w:type="spellEnd"/>
            <w:r>
              <w:t xml:space="preserve"> z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resektoskopowym</w:t>
            </w:r>
            <w:proofErr w:type="spellEnd"/>
            <w:r>
              <w:t xml:space="preserve"> 26 Fr., </w:t>
            </w:r>
            <w:proofErr w:type="spellStart"/>
            <w:r>
              <w:t>jednorazowa</w:t>
            </w:r>
            <w:proofErr w:type="spellEnd"/>
            <w:r>
              <w:t xml:space="preserve"> (</w:t>
            </w:r>
            <w:proofErr w:type="gramStart"/>
            <w:r>
              <w:t>opak.-</w:t>
            </w:r>
            <w:proofErr w:type="gramEnd"/>
            <w:r>
              <w:t xml:space="preserve">10 </w:t>
            </w:r>
            <w:proofErr w:type="spellStart"/>
            <w:r>
              <w:t>szt</w:t>
            </w:r>
            <w:proofErr w:type="spellEnd"/>
            <w:r>
              <w:t xml:space="preserve">.) – </w:t>
            </w:r>
            <w:r w:rsidR="00C25A07">
              <w:t>10</w:t>
            </w:r>
            <w:r>
              <w:t xml:space="preserve"> </w:t>
            </w:r>
            <w:proofErr w:type="spellStart"/>
            <w:r>
              <w:t>opak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968F0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F95402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F81F88B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062F6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125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54AB5B" w14:textId="25F0134A" w:rsidR="004F0AFF" w:rsidRDefault="003F1309">
            <w:proofErr w:type="spellStart"/>
            <w:r>
              <w:t>Elektroda</w:t>
            </w:r>
            <w:proofErr w:type="spellEnd"/>
            <w:r>
              <w:t xml:space="preserve"> </w:t>
            </w:r>
            <w:proofErr w:type="spellStart"/>
            <w:r>
              <w:t>koagulacyjna</w:t>
            </w:r>
            <w:proofErr w:type="spellEnd"/>
            <w:r>
              <w:t xml:space="preserve"> </w:t>
            </w:r>
            <w:proofErr w:type="spellStart"/>
            <w:r>
              <w:t>haczykowa</w:t>
            </w:r>
            <w:proofErr w:type="spellEnd"/>
            <w:r>
              <w:t xml:space="preserve"> </w:t>
            </w:r>
            <w:proofErr w:type="spellStart"/>
            <w:r>
              <w:t>bipolarna</w:t>
            </w:r>
            <w:proofErr w:type="spellEnd"/>
            <w:r>
              <w:t xml:space="preserve">, </w:t>
            </w:r>
            <w:proofErr w:type="spellStart"/>
            <w:r>
              <w:t>dwubiegunowa</w:t>
            </w:r>
            <w:proofErr w:type="spellEnd"/>
            <w:r>
              <w:t xml:space="preserve">, </w:t>
            </w:r>
            <w:proofErr w:type="spellStart"/>
            <w:r>
              <w:t>obydwa</w:t>
            </w:r>
            <w:proofErr w:type="spellEnd"/>
            <w:r>
              <w:t xml:space="preserve"> </w:t>
            </w:r>
            <w:proofErr w:type="spellStart"/>
            <w:r>
              <w:t>bieguny</w:t>
            </w:r>
            <w:proofErr w:type="spellEnd"/>
            <w:r>
              <w:t xml:space="preserve"> </w:t>
            </w:r>
            <w:proofErr w:type="spellStart"/>
            <w:r>
              <w:t>umieszczone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tej</w:t>
            </w:r>
            <w:proofErr w:type="spellEnd"/>
            <w:r>
              <w:t xml:space="preserve"> </w:t>
            </w:r>
            <w:proofErr w:type="spellStart"/>
            <w:r>
              <w:t>samej</w:t>
            </w:r>
            <w:proofErr w:type="spellEnd"/>
            <w:r>
              <w:t xml:space="preserve"> </w:t>
            </w:r>
            <w:proofErr w:type="spellStart"/>
            <w:r>
              <w:t>prowadnicy</w:t>
            </w:r>
            <w:proofErr w:type="spellEnd"/>
            <w:r>
              <w:t xml:space="preserve"> w </w:t>
            </w:r>
            <w:proofErr w:type="spellStart"/>
            <w:r>
              <w:t>części</w:t>
            </w:r>
            <w:proofErr w:type="spellEnd"/>
            <w:r>
              <w:t xml:space="preserve"> </w:t>
            </w:r>
            <w:proofErr w:type="spellStart"/>
            <w:r>
              <w:t>dystalnej</w:t>
            </w:r>
            <w:proofErr w:type="spellEnd"/>
            <w:r>
              <w:t xml:space="preserve">, </w:t>
            </w:r>
            <w:proofErr w:type="spellStart"/>
            <w:r>
              <w:t>wyposażona</w:t>
            </w:r>
            <w:proofErr w:type="spellEnd"/>
            <w:r>
              <w:t xml:space="preserve"> w </w:t>
            </w:r>
            <w:proofErr w:type="spellStart"/>
            <w:r>
              <w:t>dwa</w:t>
            </w:r>
            <w:proofErr w:type="spellEnd"/>
            <w:r>
              <w:t xml:space="preserve"> </w:t>
            </w:r>
            <w:proofErr w:type="spellStart"/>
            <w:r>
              <w:t>druty</w:t>
            </w:r>
            <w:proofErr w:type="spellEnd"/>
            <w:r>
              <w:t xml:space="preserve"> </w:t>
            </w:r>
            <w:proofErr w:type="spellStart"/>
            <w:r>
              <w:t>prowadzące</w:t>
            </w:r>
            <w:proofErr w:type="spellEnd"/>
            <w:r>
              <w:t xml:space="preserve">, </w:t>
            </w:r>
            <w:proofErr w:type="spellStart"/>
            <w:r>
              <w:t>kompatybilna</w:t>
            </w:r>
            <w:proofErr w:type="spellEnd"/>
            <w:r>
              <w:t xml:space="preserve"> z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resektoskopowym</w:t>
            </w:r>
            <w:proofErr w:type="spellEnd"/>
            <w:r>
              <w:t xml:space="preserve"> 26 Fr., </w:t>
            </w:r>
            <w:proofErr w:type="spellStart"/>
            <w:r>
              <w:t>jednorazowa</w:t>
            </w:r>
            <w:proofErr w:type="spellEnd"/>
            <w:r>
              <w:t xml:space="preserve"> (</w:t>
            </w:r>
            <w:proofErr w:type="gramStart"/>
            <w:r>
              <w:t>opak.-</w:t>
            </w:r>
            <w:proofErr w:type="gramEnd"/>
            <w:r>
              <w:t xml:space="preserve">10 </w:t>
            </w:r>
            <w:proofErr w:type="spellStart"/>
            <w:r>
              <w:t>szt</w:t>
            </w:r>
            <w:proofErr w:type="spellEnd"/>
            <w:r>
              <w:t xml:space="preserve">.) – </w:t>
            </w:r>
            <w:r w:rsidR="00C25A07">
              <w:t>4</w:t>
            </w:r>
            <w:r>
              <w:t xml:space="preserve"> </w:t>
            </w:r>
            <w:proofErr w:type="spellStart"/>
            <w:r>
              <w:t>opak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3E72F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CE1ED7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4B8B930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28CF8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lastRenderedPageBreak/>
              <w:t>126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AF3302" w14:textId="2F66466A" w:rsidR="004F0AFF" w:rsidRDefault="003F1309">
            <w:proofErr w:type="spellStart"/>
            <w:r>
              <w:t>Elektroda</w:t>
            </w:r>
            <w:proofErr w:type="spellEnd"/>
            <w:r>
              <w:t xml:space="preserve"> </w:t>
            </w:r>
            <w:proofErr w:type="spellStart"/>
            <w:r>
              <w:t>koagulacyjna</w:t>
            </w:r>
            <w:proofErr w:type="spellEnd"/>
            <w:r>
              <w:t xml:space="preserve"> </w:t>
            </w:r>
            <w:proofErr w:type="spellStart"/>
            <w:r>
              <w:t>bipolarna</w:t>
            </w:r>
            <w:proofErr w:type="spellEnd"/>
            <w:r>
              <w:t xml:space="preserve">, </w:t>
            </w:r>
            <w:proofErr w:type="spellStart"/>
            <w:r>
              <w:t>dwubiegunowa</w:t>
            </w:r>
            <w:proofErr w:type="spellEnd"/>
            <w:r>
              <w:t xml:space="preserve">, </w:t>
            </w:r>
            <w:proofErr w:type="spellStart"/>
            <w:r>
              <w:t>obydwa</w:t>
            </w:r>
            <w:proofErr w:type="spellEnd"/>
            <w:r>
              <w:t xml:space="preserve"> </w:t>
            </w:r>
            <w:proofErr w:type="spellStart"/>
            <w:r>
              <w:t>bieguny</w:t>
            </w:r>
            <w:proofErr w:type="spellEnd"/>
            <w:r>
              <w:t xml:space="preserve"> </w:t>
            </w:r>
            <w:proofErr w:type="spellStart"/>
            <w:r>
              <w:t>umieszczone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tej</w:t>
            </w:r>
            <w:proofErr w:type="spellEnd"/>
            <w:r>
              <w:t xml:space="preserve"> </w:t>
            </w:r>
            <w:proofErr w:type="spellStart"/>
            <w:r>
              <w:t>samej</w:t>
            </w:r>
            <w:proofErr w:type="spellEnd"/>
            <w:r>
              <w:t xml:space="preserve"> </w:t>
            </w:r>
            <w:proofErr w:type="spellStart"/>
            <w:r>
              <w:t>prowadnicy</w:t>
            </w:r>
            <w:proofErr w:type="spellEnd"/>
            <w:r>
              <w:t xml:space="preserve"> w </w:t>
            </w:r>
            <w:proofErr w:type="spellStart"/>
            <w:r>
              <w:t>części</w:t>
            </w:r>
            <w:proofErr w:type="spellEnd"/>
            <w:r>
              <w:t xml:space="preserve"> </w:t>
            </w:r>
            <w:proofErr w:type="spellStart"/>
            <w:r>
              <w:t>dystalnej</w:t>
            </w:r>
            <w:proofErr w:type="spellEnd"/>
            <w:r>
              <w:t xml:space="preserve">, </w:t>
            </w:r>
            <w:proofErr w:type="spellStart"/>
            <w:r>
              <w:t>wyposażona</w:t>
            </w:r>
            <w:proofErr w:type="spellEnd"/>
            <w:r>
              <w:t xml:space="preserve"> w </w:t>
            </w:r>
            <w:proofErr w:type="spellStart"/>
            <w:r>
              <w:t>dwa</w:t>
            </w:r>
            <w:proofErr w:type="spellEnd"/>
            <w:r>
              <w:t xml:space="preserve"> </w:t>
            </w:r>
            <w:proofErr w:type="spellStart"/>
            <w:r>
              <w:t>druty</w:t>
            </w:r>
            <w:proofErr w:type="spellEnd"/>
            <w:r>
              <w:t xml:space="preserve"> </w:t>
            </w:r>
            <w:proofErr w:type="spellStart"/>
            <w:r>
              <w:t>prowadzące</w:t>
            </w:r>
            <w:proofErr w:type="spellEnd"/>
            <w:r>
              <w:t xml:space="preserve">, </w:t>
            </w:r>
            <w:proofErr w:type="spellStart"/>
            <w:r>
              <w:t>kompatybilna</w:t>
            </w:r>
            <w:proofErr w:type="spellEnd"/>
            <w:r>
              <w:t xml:space="preserve"> z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resektoskopowym</w:t>
            </w:r>
            <w:proofErr w:type="spellEnd"/>
            <w:r>
              <w:t xml:space="preserve"> 26 Fr., </w:t>
            </w:r>
            <w:proofErr w:type="spellStart"/>
            <w:r>
              <w:t>jednorazowa</w:t>
            </w:r>
            <w:proofErr w:type="spellEnd"/>
            <w:r>
              <w:t xml:space="preserve"> (</w:t>
            </w:r>
            <w:proofErr w:type="gramStart"/>
            <w:r>
              <w:t>opak.-</w:t>
            </w:r>
            <w:proofErr w:type="gramEnd"/>
            <w:r>
              <w:t xml:space="preserve">10 </w:t>
            </w:r>
            <w:proofErr w:type="spellStart"/>
            <w:r>
              <w:t>szt</w:t>
            </w:r>
            <w:proofErr w:type="spellEnd"/>
            <w:r>
              <w:t xml:space="preserve">.) – </w:t>
            </w:r>
            <w:r w:rsidR="00C25A07">
              <w:t>4</w:t>
            </w:r>
            <w:r>
              <w:t xml:space="preserve"> </w:t>
            </w:r>
            <w:proofErr w:type="spellStart"/>
            <w:r>
              <w:t>opak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44A50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7BB418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FED91F4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A5305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127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3B7103" w14:textId="77777777" w:rsidR="004F0AFF" w:rsidRDefault="003F1309">
            <w:r>
              <w:t xml:space="preserve">Adapter do </w:t>
            </w:r>
            <w:proofErr w:type="spellStart"/>
            <w:r>
              <w:t>połączenia</w:t>
            </w:r>
            <w:proofErr w:type="spellEnd"/>
            <w:r>
              <w:t xml:space="preserve"> </w:t>
            </w:r>
            <w:proofErr w:type="spellStart"/>
            <w:r>
              <w:t>ewakuatora</w:t>
            </w:r>
            <w:proofErr w:type="spellEnd"/>
            <w:r>
              <w:t xml:space="preserve"> z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zewnętrznym</w:t>
            </w:r>
            <w:proofErr w:type="spellEnd"/>
            <w:r>
              <w:t xml:space="preserve"> </w:t>
            </w:r>
            <w:proofErr w:type="spellStart"/>
            <w:r>
              <w:t>resektoskopu</w:t>
            </w:r>
            <w:proofErr w:type="spellEnd"/>
            <w:r>
              <w:t xml:space="preserve"> 26Fr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6B54F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A819AA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C6192A6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053FF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128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72D598" w14:textId="77777777" w:rsidR="004F0AFF" w:rsidRDefault="003F1309">
            <w:proofErr w:type="spellStart"/>
            <w:r>
              <w:t>Strzykawka</w:t>
            </w:r>
            <w:proofErr w:type="spellEnd"/>
            <w:r>
              <w:t xml:space="preserve"> </w:t>
            </w:r>
            <w:proofErr w:type="spellStart"/>
            <w:r>
              <w:t>pęcherzowa</w:t>
            </w:r>
            <w:proofErr w:type="spellEnd"/>
            <w:r>
              <w:t xml:space="preserve">, 150ml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79084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3F6062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CAEDEA0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43DEA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129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C22369" w14:textId="77777777" w:rsidR="004F0AFF" w:rsidRDefault="003F1309">
            <w:proofErr w:type="spellStart"/>
            <w:r>
              <w:t>Przyłącze</w:t>
            </w:r>
            <w:proofErr w:type="spellEnd"/>
            <w:r>
              <w:t xml:space="preserve"> do </w:t>
            </w:r>
            <w:proofErr w:type="spellStart"/>
            <w:r>
              <w:t>ewakuatora</w:t>
            </w:r>
            <w:proofErr w:type="spellEnd"/>
            <w:r>
              <w:t xml:space="preserve">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D52C2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0C29D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C8D110F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9F63C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130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C3F0AF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Resektoskop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laserowy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F53B5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F1992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20BFD39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D4468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131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A1F62B" w14:textId="77777777" w:rsidR="004F0AFF" w:rsidRDefault="003F1309">
            <w:r>
              <w:t xml:space="preserve">Element </w:t>
            </w:r>
            <w:proofErr w:type="spellStart"/>
            <w:r>
              <w:t>pracujący</w:t>
            </w:r>
            <w:proofErr w:type="spellEnd"/>
            <w:r>
              <w:t xml:space="preserve"> </w:t>
            </w:r>
            <w:proofErr w:type="spellStart"/>
            <w:r>
              <w:t>bierny</w:t>
            </w:r>
            <w:proofErr w:type="spellEnd"/>
            <w:r>
              <w:t xml:space="preserve">, </w:t>
            </w:r>
            <w:proofErr w:type="spellStart"/>
            <w:r>
              <w:t>przeznaczony</w:t>
            </w:r>
            <w:proofErr w:type="spellEnd"/>
            <w:r>
              <w:t xml:space="preserve"> do </w:t>
            </w:r>
            <w:proofErr w:type="spellStart"/>
            <w:r>
              <w:t>pracy</w:t>
            </w:r>
            <w:proofErr w:type="spellEnd"/>
            <w:r>
              <w:t xml:space="preserve"> z </w:t>
            </w:r>
            <w:proofErr w:type="spellStart"/>
            <w:r>
              <w:t>włóknami</w:t>
            </w:r>
            <w:proofErr w:type="spellEnd"/>
            <w:r>
              <w:t xml:space="preserve"> </w:t>
            </w:r>
            <w:proofErr w:type="spellStart"/>
            <w:r>
              <w:t>laserowymi</w:t>
            </w:r>
            <w:proofErr w:type="spellEnd"/>
            <w:r>
              <w:t xml:space="preserve"> </w:t>
            </w:r>
            <w:proofErr w:type="spellStart"/>
            <w:r>
              <w:t>podczas</w:t>
            </w:r>
            <w:proofErr w:type="spellEnd"/>
            <w:r>
              <w:t xml:space="preserve"> </w:t>
            </w:r>
            <w:proofErr w:type="spellStart"/>
            <w:r>
              <w:t>laserowej</w:t>
            </w:r>
            <w:proofErr w:type="spellEnd"/>
            <w:r>
              <w:t xml:space="preserve"> </w:t>
            </w:r>
            <w:proofErr w:type="spellStart"/>
            <w:r>
              <w:t>enukleacji</w:t>
            </w:r>
            <w:proofErr w:type="spellEnd"/>
            <w:r>
              <w:t xml:space="preserve"> </w:t>
            </w:r>
            <w:proofErr w:type="spellStart"/>
            <w:r>
              <w:t>prostaty</w:t>
            </w:r>
            <w:proofErr w:type="spellEnd"/>
            <w:r>
              <w:t xml:space="preserve">, </w:t>
            </w:r>
            <w:proofErr w:type="spellStart"/>
            <w:r>
              <w:t>wykorzystujący</w:t>
            </w:r>
            <w:proofErr w:type="spellEnd"/>
            <w:r>
              <w:t xml:space="preserve"> </w:t>
            </w:r>
            <w:proofErr w:type="spellStart"/>
            <w:r>
              <w:t>wymienne</w:t>
            </w:r>
            <w:proofErr w:type="spellEnd"/>
            <w:r>
              <w:t xml:space="preserve"> </w:t>
            </w:r>
            <w:proofErr w:type="spellStart"/>
            <w:r>
              <w:t>prowadnice</w:t>
            </w:r>
            <w:proofErr w:type="spellEnd"/>
            <w:r>
              <w:t xml:space="preserve"> do </w:t>
            </w:r>
            <w:proofErr w:type="spellStart"/>
            <w:r>
              <w:t>włókien</w:t>
            </w:r>
            <w:proofErr w:type="spellEnd"/>
            <w:r>
              <w:t xml:space="preserve"> </w:t>
            </w:r>
            <w:proofErr w:type="spellStart"/>
            <w:r>
              <w:t>laserowych</w:t>
            </w:r>
            <w:proofErr w:type="spellEnd"/>
            <w:r>
              <w:t xml:space="preserve"> </w:t>
            </w:r>
            <w:proofErr w:type="spellStart"/>
            <w:r>
              <w:t>różnego</w:t>
            </w:r>
            <w:proofErr w:type="spellEnd"/>
            <w:r>
              <w:t xml:space="preserve"> </w:t>
            </w:r>
            <w:proofErr w:type="spellStart"/>
            <w:r>
              <w:t>rozmiaru</w:t>
            </w:r>
            <w:proofErr w:type="spellEnd"/>
            <w:r>
              <w:t xml:space="preserve">, </w:t>
            </w:r>
            <w:proofErr w:type="spellStart"/>
            <w:r>
              <w:t>wyposażony</w:t>
            </w:r>
            <w:proofErr w:type="spellEnd"/>
            <w:r>
              <w:t xml:space="preserve"> w </w:t>
            </w:r>
            <w:proofErr w:type="spellStart"/>
            <w:r>
              <w:t>mocowanie</w:t>
            </w:r>
            <w:proofErr w:type="spellEnd"/>
            <w:r>
              <w:t xml:space="preserve"> </w:t>
            </w:r>
            <w:proofErr w:type="spellStart"/>
            <w:r>
              <w:t>obrotowe</w:t>
            </w:r>
            <w:proofErr w:type="spellEnd"/>
            <w:r>
              <w:t xml:space="preserve"> do </w:t>
            </w:r>
            <w:proofErr w:type="spellStart"/>
            <w:r>
              <w:t>płaszcza</w:t>
            </w:r>
            <w:proofErr w:type="spellEnd"/>
            <w:r>
              <w:t xml:space="preserve"> </w:t>
            </w:r>
            <w:proofErr w:type="spellStart"/>
            <w:r>
              <w:t>resektoskopu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w </w:t>
            </w:r>
            <w:proofErr w:type="spellStart"/>
            <w:r>
              <w:t>zamknięte</w:t>
            </w:r>
            <w:proofErr w:type="spellEnd"/>
            <w:r>
              <w:t xml:space="preserve"> </w:t>
            </w:r>
            <w:proofErr w:type="spellStart"/>
            <w:r>
              <w:t>uchwyty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palce</w:t>
            </w:r>
            <w:proofErr w:type="spellEnd"/>
            <w:r>
              <w:t xml:space="preserve">, </w:t>
            </w:r>
            <w:proofErr w:type="spellStart"/>
            <w:r>
              <w:t>kompatybilny</w:t>
            </w:r>
            <w:proofErr w:type="spellEnd"/>
            <w:r>
              <w:t xml:space="preserve"> z </w:t>
            </w:r>
            <w:proofErr w:type="spellStart"/>
            <w:r>
              <w:t>optyką</w:t>
            </w:r>
            <w:proofErr w:type="spellEnd"/>
            <w:r>
              <w:t xml:space="preserve"> </w:t>
            </w:r>
            <w:proofErr w:type="spellStart"/>
            <w:r>
              <w:t>cystoskopową</w:t>
            </w:r>
            <w:proofErr w:type="spellEnd"/>
            <w:r>
              <w:t xml:space="preserve"> o </w:t>
            </w:r>
            <w:proofErr w:type="spellStart"/>
            <w:r>
              <w:t>śr</w:t>
            </w:r>
            <w:proofErr w:type="spellEnd"/>
            <w:r>
              <w:t xml:space="preserve">. 4 mm i </w:t>
            </w:r>
            <w:proofErr w:type="spellStart"/>
            <w:r>
              <w:t>dł</w:t>
            </w:r>
            <w:proofErr w:type="spellEnd"/>
            <w:r>
              <w:t xml:space="preserve">. 30 cm i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resektoskopu</w:t>
            </w:r>
            <w:proofErr w:type="spellEnd"/>
            <w:r>
              <w:t xml:space="preserve"> o </w:t>
            </w:r>
            <w:proofErr w:type="spellStart"/>
            <w:r>
              <w:t>rozm</w:t>
            </w:r>
            <w:proofErr w:type="spellEnd"/>
            <w:r>
              <w:t xml:space="preserve">. 26 Fr.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6D9CA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1F5BA7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3C4DC1B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FE283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132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5A45EF" w14:textId="77777777" w:rsidR="004F0AFF" w:rsidRDefault="003F1309">
            <w:proofErr w:type="spellStart"/>
            <w:r>
              <w:t>Płaszcz</w:t>
            </w:r>
            <w:proofErr w:type="spellEnd"/>
            <w:r>
              <w:t xml:space="preserve"> </w:t>
            </w:r>
            <w:proofErr w:type="spellStart"/>
            <w:r>
              <w:t>resektoskopu</w:t>
            </w:r>
            <w:proofErr w:type="spellEnd"/>
            <w:r>
              <w:t xml:space="preserve"> </w:t>
            </w:r>
            <w:proofErr w:type="spellStart"/>
            <w:r>
              <w:t>obrotowy</w:t>
            </w:r>
            <w:proofErr w:type="spellEnd"/>
            <w:r>
              <w:t xml:space="preserve">, </w:t>
            </w:r>
            <w:proofErr w:type="spellStart"/>
            <w:r>
              <w:t>przepływowy</w:t>
            </w:r>
            <w:proofErr w:type="spellEnd"/>
            <w:r>
              <w:t xml:space="preserve">, </w:t>
            </w:r>
            <w:proofErr w:type="spellStart"/>
            <w:r>
              <w:t>rozmiar</w:t>
            </w:r>
            <w:proofErr w:type="spellEnd"/>
            <w:r>
              <w:t xml:space="preserve"> 26 Fr., </w:t>
            </w:r>
            <w:proofErr w:type="spellStart"/>
            <w:r>
              <w:t>składający</w:t>
            </w:r>
            <w:proofErr w:type="spellEnd"/>
            <w:r>
              <w:t xml:space="preserve"> </w:t>
            </w:r>
            <w:proofErr w:type="spellStart"/>
            <w:r>
              <w:t>się</w:t>
            </w:r>
            <w:proofErr w:type="spellEnd"/>
            <w:r>
              <w:t xml:space="preserve"> z </w:t>
            </w:r>
            <w:proofErr w:type="spellStart"/>
            <w:r>
              <w:t>płaszcza</w:t>
            </w:r>
            <w:proofErr w:type="spellEnd"/>
            <w:r>
              <w:t xml:space="preserve"> </w:t>
            </w:r>
            <w:proofErr w:type="spellStart"/>
            <w:r>
              <w:t>zewnętrznego</w:t>
            </w:r>
            <w:proofErr w:type="spellEnd"/>
            <w:r>
              <w:t xml:space="preserve"> i </w:t>
            </w:r>
            <w:proofErr w:type="spellStart"/>
            <w:r>
              <w:t>wewnętrznego</w:t>
            </w:r>
            <w:proofErr w:type="spellEnd"/>
            <w:r>
              <w:t xml:space="preserve"> z </w:t>
            </w:r>
            <w:proofErr w:type="spellStart"/>
            <w:r>
              <w:t>ukośną</w:t>
            </w:r>
            <w:proofErr w:type="spellEnd"/>
            <w:r>
              <w:t xml:space="preserve"> </w:t>
            </w:r>
            <w:proofErr w:type="spellStart"/>
            <w:r>
              <w:t>końcówką</w:t>
            </w:r>
            <w:proofErr w:type="spellEnd"/>
            <w:r>
              <w:t xml:space="preserve"> </w:t>
            </w:r>
            <w:proofErr w:type="spellStart"/>
            <w:r>
              <w:t>ceramiczną</w:t>
            </w:r>
            <w:proofErr w:type="spellEnd"/>
            <w:r>
              <w:t xml:space="preserve">, </w:t>
            </w:r>
            <w:proofErr w:type="spellStart"/>
            <w:r>
              <w:t>mocowanie</w:t>
            </w:r>
            <w:proofErr w:type="spellEnd"/>
            <w:r>
              <w:t xml:space="preserve"> </w:t>
            </w:r>
            <w:proofErr w:type="spellStart"/>
            <w:r>
              <w:t>pomiędzy</w:t>
            </w:r>
            <w:proofErr w:type="spellEnd"/>
            <w:r>
              <w:t xml:space="preserve">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zewnętrznym</w:t>
            </w:r>
            <w:proofErr w:type="spellEnd"/>
            <w:r>
              <w:t xml:space="preserve"> i </w:t>
            </w:r>
            <w:proofErr w:type="spellStart"/>
            <w:r>
              <w:t>wewnętrznym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"</w:t>
            </w:r>
            <w:proofErr w:type="spellStart"/>
            <w:r>
              <w:t>klik</w:t>
            </w:r>
            <w:proofErr w:type="spellEnd"/>
            <w:r>
              <w:t xml:space="preserve">", </w:t>
            </w:r>
            <w:proofErr w:type="spellStart"/>
            <w:r>
              <w:t>mocowanie</w:t>
            </w:r>
            <w:proofErr w:type="spellEnd"/>
            <w:r>
              <w:t xml:space="preserve"> do </w:t>
            </w:r>
            <w:proofErr w:type="spellStart"/>
            <w:r>
              <w:t>elementu</w:t>
            </w:r>
            <w:proofErr w:type="spellEnd"/>
            <w:r>
              <w:t xml:space="preserve"> </w:t>
            </w:r>
            <w:proofErr w:type="spellStart"/>
            <w:r>
              <w:t>pracującego</w:t>
            </w:r>
            <w:proofErr w:type="spellEnd"/>
            <w:r>
              <w:t xml:space="preserve"> </w:t>
            </w:r>
            <w:proofErr w:type="spellStart"/>
            <w:r>
              <w:t>obrotowe</w:t>
            </w:r>
            <w:proofErr w:type="spellEnd"/>
            <w:r>
              <w:t xml:space="preserve">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39CE3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AA1A6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BDA4D6F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3CD21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133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54DE34" w14:textId="77777777" w:rsidR="004F0AFF" w:rsidRDefault="003F1309">
            <w:r>
              <w:t xml:space="preserve">Obturator </w:t>
            </w:r>
            <w:proofErr w:type="spellStart"/>
            <w:r>
              <w:t>kompatybilny</w:t>
            </w:r>
            <w:proofErr w:type="spellEnd"/>
            <w:r>
              <w:t xml:space="preserve"> z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resektoskopowym</w:t>
            </w:r>
            <w:proofErr w:type="spellEnd"/>
            <w:r>
              <w:t xml:space="preserve"> 26 Fr.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DD318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C2E50F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E140D96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D9852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134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D4E263" w14:textId="77777777" w:rsidR="004F0AFF" w:rsidRDefault="003F1309">
            <w:proofErr w:type="spellStart"/>
            <w:r>
              <w:t>Optyka</w:t>
            </w:r>
            <w:proofErr w:type="spellEnd"/>
            <w:r>
              <w:t xml:space="preserve"> </w:t>
            </w:r>
            <w:proofErr w:type="spellStart"/>
            <w:r>
              <w:t>cystoskopowa</w:t>
            </w:r>
            <w:proofErr w:type="spellEnd"/>
            <w:r>
              <w:t xml:space="preserve"> </w:t>
            </w:r>
            <w:proofErr w:type="spellStart"/>
            <w:r>
              <w:t>oparta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systemie</w:t>
            </w:r>
            <w:proofErr w:type="spellEnd"/>
            <w:r>
              <w:t xml:space="preserve"> </w:t>
            </w:r>
            <w:proofErr w:type="spellStart"/>
            <w:r>
              <w:t>soczewek</w:t>
            </w:r>
            <w:proofErr w:type="spellEnd"/>
            <w:r>
              <w:t xml:space="preserve"> </w:t>
            </w:r>
            <w:proofErr w:type="spellStart"/>
            <w:r>
              <w:t>wałeczkowych</w:t>
            </w:r>
            <w:proofErr w:type="spellEnd"/>
            <w:r>
              <w:t xml:space="preserve">, </w:t>
            </w:r>
            <w:proofErr w:type="spellStart"/>
            <w:r>
              <w:t>kąt</w:t>
            </w:r>
            <w:proofErr w:type="spellEnd"/>
            <w:r>
              <w:t xml:space="preserve"> </w:t>
            </w:r>
            <w:proofErr w:type="spellStart"/>
            <w:r>
              <w:t>patrzenia</w:t>
            </w:r>
            <w:proofErr w:type="spellEnd"/>
            <w:r>
              <w:t xml:space="preserve"> 30°, </w:t>
            </w:r>
            <w:proofErr w:type="spellStart"/>
            <w:r>
              <w:t>śr</w:t>
            </w:r>
            <w:proofErr w:type="spellEnd"/>
            <w:r>
              <w:t xml:space="preserve">. 4 mm, </w:t>
            </w:r>
            <w:proofErr w:type="spellStart"/>
            <w:r>
              <w:t>dł</w:t>
            </w:r>
            <w:proofErr w:type="spellEnd"/>
            <w:r>
              <w:t xml:space="preserve">. 30 cm, </w:t>
            </w:r>
            <w:proofErr w:type="spellStart"/>
            <w:r>
              <w:t>autoklawowalna</w:t>
            </w:r>
            <w:proofErr w:type="spellEnd"/>
            <w:r>
              <w:t xml:space="preserve">. </w:t>
            </w:r>
            <w:proofErr w:type="spellStart"/>
            <w:r>
              <w:t>Optyka</w:t>
            </w:r>
            <w:proofErr w:type="spellEnd"/>
            <w:r>
              <w:t xml:space="preserve"> </w:t>
            </w:r>
            <w:proofErr w:type="spellStart"/>
            <w:r>
              <w:t>opatrzona</w:t>
            </w:r>
            <w:proofErr w:type="spellEnd"/>
            <w:r>
              <w:t xml:space="preserve"> </w:t>
            </w:r>
            <w:proofErr w:type="spellStart"/>
            <w:r>
              <w:t>słowną</w:t>
            </w:r>
            <w:proofErr w:type="spellEnd"/>
            <w:r>
              <w:t xml:space="preserve"> </w:t>
            </w:r>
            <w:proofErr w:type="spellStart"/>
            <w:r>
              <w:t>informacją</w:t>
            </w:r>
            <w:proofErr w:type="spellEnd"/>
            <w:r>
              <w:t xml:space="preserve"> </w:t>
            </w:r>
            <w:proofErr w:type="spellStart"/>
            <w:r>
              <w:t>potwierdzającą</w:t>
            </w:r>
            <w:proofErr w:type="spellEnd"/>
            <w:r>
              <w:t xml:space="preserve"> </w:t>
            </w:r>
            <w:proofErr w:type="spellStart"/>
            <w:r>
              <w:t>autoklawowalność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nadrukowanym</w:t>
            </w:r>
            <w:proofErr w:type="spellEnd"/>
            <w:r>
              <w:t xml:space="preserve"> </w:t>
            </w:r>
            <w:proofErr w:type="spellStart"/>
            <w:r>
              <w:t>kodem</w:t>
            </w:r>
            <w:proofErr w:type="spellEnd"/>
            <w:r>
              <w:t xml:space="preserve"> DATA MATRIX z </w:t>
            </w:r>
            <w:proofErr w:type="spellStart"/>
            <w:r>
              <w:t>zakodowanym</w:t>
            </w:r>
            <w:proofErr w:type="spellEnd"/>
            <w:r>
              <w:t xml:space="preserve"> min. </w:t>
            </w:r>
            <w:proofErr w:type="spellStart"/>
            <w:r>
              <w:t>numerem</w:t>
            </w:r>
            <w:proofErr w:type="spellEnd"/>
            <w:r>
              <w:t xml:space="preserve"> </w:t>
            </w:r>
            <w:proofErr w:type="spellStart"/>
            <w:r>
              <w:t>katalogowym</w:t>
            </w:r>
            <w:proofErr w:type="spellEnd"/>
            <w:r>
              <w:t xml:space="preserve"> i </w:t>
            </w:r>
            <w:proofErr w:type="spellStart"/>
            <w:r>
              <w:t>numerem</w:t>
            </w:r>
            <w:proofErr w:type="spellEnd"/>
            <w:r>
              <w:t xml:space="preserve"> </w:t>
            </w:r>
            <w:proofErr w:type="spellStart"/>
            <w:r>
              <w:t>seryjnym</w:t>
            </w:r>
            <w:proofErr w:type="spellEnd"/>
            <w:r>
              <w:t xml:space="preserve"> </w:t>
            </w:r>
            <w:proofErr w:type="spellStart"/>
            <w:r>
              <w:t>optyki</w:t>
            </w:r>
            <w:proofErr w:type="spellEnd"/>
            <w:r>
              <w:t xml:space="preserve">. </w:t>
            </w:r>
            <w:proofErr w:type="spellStart"/>
            <w:r>
              <w:t>Nadrukowane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obudowie</w:t>
            </w:r>
            <w:proofErr w:type="spellEnd"/>
            <w:r>
              <w:t xml:space="preserve"> </w:t>
            </w:r>
            <w:proofErr w:type="spellStart"/>
            <w:r>
              <w:t>optyki</w:t>
            </w:r>
            <w:proofErr w:type="spellEnd"/>
            <w:r>
              <w:t xml:space="preserve"> </w:t>
            </w:r>
            <w:proofErr w:type="spellStart"/>
            <w:r>
              <w:t>oznaczenie</w:t>
            </w:r>
            <w:proofErr w:type="spellEnd"/>
            <w:r>
              <w:t xml:space="preserve"> w </w:t>
            </w:r>
            <w:proofErr w:type="spellStart"/>
            <w:r>
              <w:t>postaci</w:t>
            </w:r>
            <w:proofErr w:type="spellEnd"/>
            <w:r>
              <w:t xml:space="preserve"> </w:t>
            </w:r>
            <w:proofErr w:type="spellStart"/>
            <w:r>
              <w:t>graficznej</w:t>
            </w:r>
            <w:proofErr w:type="spellEnd"/>
            <w:r>
              <w:t xml:space="preserve"> </w:t>
            </w:r>
            <w:proofErr w:type="spellStart"/>
            <w:r>
              <w:t>średnicy</w:t>
            </w:r>
            <w:proofErr w:type="spellEnd"/>
            <w:r>
              <w:t xml:space="preserve"> </w:t>
            </w:r>
            <w:proofErr w:type="spellStart"/>
            <w:r>
              <w:t>kompatybilnego</w:t>
            </w:r>
            <w:proofErr w:type="spellEnd"/>
            <w:r>
              <w:t xml:space="preserve"> </w:t>
            </w:r>
            <w:proofErr w:type="spellStart"/>
            <w:r>
              <w:t>światłowodu</w:t>
            </w:r>
            <w:proofErr w:type="spellEnd"/>
            <w:r>
              <w:t xml:space="preserve">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FDA79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12109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E0C9B73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59EFF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135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577A3F" w14:textId="77777777" w:rsidR="004F0AFF" w:rsidRDefault="003F1309">
            <w:proofErr w:type="spellStart"/>
            <w:r>
              <w:t>Światłowód</w:t>
            </w:r>
            <w:proofErr w:type="spellEnd"/>
            <w:r>
              <w:t xml:space="preserve">, </w:t>
            </w:r>
            <w:proofErr w:type="spellStart"/>
            <w:r>
              <w:t>śr</w:t>
            </w:r>
            <w:proofErr w:type="spellEnd"/>
            <w:r>
              <w:t xml:space="preserve">. 3,5 mm, </w:t>
            </w:r>
            <w:proofErr w:type="spellStart"/>
            <w:r>
              <w:t>dł</w:t>
            </w:r>
            <w:proofErr w:type="spellEnd"/>
            <w:r>
              <w:t xml:space="preserve">. 230 cm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F9A07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8E16C7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2D734D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B4455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136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D628FF" w14:textId="77777777" w:rsidR="004F0AFF" w:rsidRDefault="003F1309">
            <w:proofErr w:type="spellStart"/>
            <w:r>
              <w:t>Wymienna</w:t>
            </w:r>
            <w:proofErr w:type="spellEnd"/>
            <w:r>
              <w:t xml:space="preserve"> </w:t>
            </w:r>
            <w:proofErr w:type="spellStart"/>
            <w:r>
              <w:t>prowadnica</w:t>
            </w:r>
            <w:proofErr w:type="spellEnd"/>
            <w:r>
              <w:t xml:space="preserve"> </w:t>
            </w:r>
            <w:proofErr w:type="spellStart"/>
            <w:r>
              <w:t>włókna</w:t>
            </w:r>
            <w:proofErr w:type="spellEnd"/>
            <w:r>
              <w:t xml:space="preserve"> </w:t>
            </w:r>
            <w:proofErr w:type="spellStart"/>
            <w:r>
              <w:t>laserowego</w:t>
            </w:r>
            <w:proofErr w:type="spellEnd"/>
            <w:r>
              <w:t xml:space="preserve"> z </w:t>
            </w:r>
            <w:proofErr w:type="spellStart"/>
            <w:r>
              <w:t>kanałem</w:t>
            </w:r>
            <w:proofErr w:type="spellEnd"/>
            <w:r>
              <w:t xml:space="preserve"> o </w:t>
            </w:r>
            <w:proofErr w:type="spellStart"/>
            <w:r>
              <w:t>śr</w:t>
            </w:r>
            <w:proofErr w:type="spellEnd"/>
            <w:r>
              <w:t xml:space="preserve">. 0,8 mm, </w:t>
            </w:r>
            <w:proofErr w:type="spellStart"/>
            <w:r>
              <w:t>kompatybilna</w:t>
            </w:r>
            <w:proofErr w:type="spellEnd"/>
            <w:r>
              <w:t xml:space="preserve"> z </w:t>
            </w:r>
            <w:proofErr w:type="spellStart"/>
            <w:r>
              <w:t>elementem</w:t>
            </w:r>
            <w:proofErr w:type="spellEnd"/>
            <w:r>
              <w:t xml:space="preserve"> </w:t>
            </w:r>
            <w:proofErr w:type="spellStart"/>
            <w:r>
              <w:t>pracującym</w:t>
            </w:r>
            <w:proofErr w:type="spellEnd"/>
            <w:r>
              <w:t xml:space="preserve">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EFB68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39FE22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433339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12274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137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7A3B44" w14:textId="77777777" w:rsidR="004F0AFF" w:rsidRDefault="003F1309">
            <w:proofErr w:type="spellStart"/>
            <w:r>
              <w:t>Wymienna</w:t>
            </w:r>
            <w:proofErr w:type="spellEnd"/>
            <w:r>
              <w:t xml:space="preserve"> </w:t>
            </w:r>
            <w:proofErr w:type="spellStart"/>
            <w:r>
              <w:t>prowadnica</w:t>
            </w:r>
            <w:proofErr w:type="spellEnd"/>
            <w:r>
              <w:t xml:space="preserve"> </w:t>
            </w:r>
            <w:proofErr w:type="spellStart"/>
            <w:r>
              <w:t>włókna</w:t>
            </w:r>
            <w:proofErr w:type="spellEnd"/>
            <w:r>
              <w:t xml:space="preserve"> </w:t>
            </w:r>
            <w:proofErr w:type="spellStart"/>
            <w:r>
              <w:t>laserowego</w:t>
            </w:r>
            <w:proofErr w:type="spellEnd"/>
            <w:r>
              <w:t xml:space="preserve"> z </w:t>
            </w:r>
            <w:proofErr w:type="spellStart"/>
            <w:r>
              <w:t>kanałem</w:t>
            </w:r>
            <w:proofErr w:type="spellEnd"/>
            <w:r>
              <w:t xml:space="preserve"> o </w:t>
            </w:r>
            <w:proofErr w:type="spellStart"/>
            <w:r>
              <w:t>śr</w:t>
            </w:r>
            <w:proofErr w:type="spellEnd"/>
            <w:r>
              <w:t xml:space="preserve">. 1,5 mm, </w:t>
            </w:r>
            <w:proofErr w:type="spellStart"/>
            <w:r>
              <w:t>kompatybilna</w:t>
            </w:r>
            <w:proofErr w:type="spellEnd"/>
            <w:r>
              <w:t xml:space="preserve"> z </w:t>
            </w:r>
            <w:proofErr w:type="spellStart"/>
            <w:r>
              <w:t>elementem</w:t>
            </w:r>
            <w:proofErr w:type="spellEnd"/>
            <w:r>
              <w:t xml:space="preserve"> </w:t>
            </w:r>
            <w:proofErr w:type="spellStart"/>
            <w:r>
              <w:t>pracującym</w:t>
            </w:r>
            <w:proofErr w:type="spellEnd"/>
            <w:r>
              <w:t xml:space="preserve">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40836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FF0A18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15134A9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4E8E1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138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AD82E3" w14:textId="77777777" w:rsidR="004F0AFF" w:rsidRDefault="003F1309">
            <w:proofErr w:type="spellStart"/>
            <w:r>
              <w:t>Wymienna</w:t>
            </w:r>
            <w:proofErr w:type="spellEnd"/>
            <w:r>
              <w:t xml:space="preserve"> </w:t>
            </w:r>
            <w:proofErr w:type="spellStart"/>
            <w:r>
              <w:t>prowadnica</w:t>
            </w:r>
            <w:proofErr w:type="spellEnd"/>
            <w:r>
              <w:t xml:space="preserve"> </w:t>
            </w:r>
            <w:proofErr w:type="spellStart"/>
            <w:r>
              <w:t>włókna</w:t>
            </w:r>
            <w:proofErr w:type="spellEnd"/>
            <w:r>
              <w:t xml:space="preserve"> </w:t>
            </w:r>
            <w:proofErr w:type="spellStart"/>
            <w:r>
              <w:t>laserowego</w:t>
            </w:r>
            <w:proofErr w:type="spellEnd"/>
            <w:r>
              <w:t xml:space="preserve"> z </w:t>
            </w:r>
            <w:proofErr w:type="spellStart"/>
            <w:r>
              <w:t>kanałem</w:t>
            </w:r>
            <w:proofErr w:type="spellEnd"/>
            <w:r>
              <w:t xml:space="preserve"> o </w:t>
            </w:r>
            <w:proofErr w:type="spellStart"/>
            <w:r>
              <w:t>śr</w:t>
            </w:r>
            <w:proofErr w:type="spellEnd"/>
            <w:r>
              <w:t xml:space="preserve">. 0,8 mm, </w:t>
            </w:r>
            <w:proofErr w:type="spellStart"/>
            <w:r>
              <w:t>wyposażona</w:t>
            </w:r>
            <w:proofErr w:type="spellEnd"/>
            <w:r>
              <w:t xml:space="preserve"> w </w:t>
            </w:r>
            <w:proofErr w:type="spellStart"/>
            <w:r>
              <w:t>retraktor</w:t>
            </w:r>
            <w:proofErr w:type="spellEnd"/>
            <w:r>
              <w:t xml:space="preserve"> </w:t>
            </w:r>
            <w:proofErr w:type="spellStart"/>
            <w:r>
              <w:t>prostaty</w:t>
            </w:r>
            <w:proofErr w:type="spellEnd"/>
            <w:r>
              <w:t xml:space="preserve"> w </w:t>
            </w:r>
            <w:proofErr w:type="spellStart"/>
            <w:r>
              <w:t>końcu</w:t>
            </w:r>
            <w:proofErr w:type="spellEnd"/>
            <w:r>
              <w:t xml:space="preserve"> </w:t>
            </w:r>
            <w:proofErr w:type="spellStart"/>
            <w:r>
              <w:t>dystalnym</w:t>
            </w:r>
            <w:proofErr w:type="spellEnd"/>
            <w:r>
              <w:t xml:space="preserve">, </w:t>
            </w:r>
            <w:proofErr w:type="spellStart"/>
            <w:r>
              <w:t>kompatybilna</w:t>
            </w:r>
            <w:proofErr w:type="spellEnd"/>
            <w:r>
              <w:t xml:space="preserve"> z </w:t>
            </w:r>
            <w:proofErr w:type="spellStart"/>
            <w:r>
              <w:t>elementem</w:t>
            </w:r>
            <w:proofErr w:type="spellEnd"/>
            <w:r>
              <w:t xml:space="preserve"> </w:t>
            </w:r>
            <w:proofErr w:type="spellStart"/>
            <w:r>
              <w:t>pracującym</w:t>
            </w:r>
            <w:proofErr w:type="spellEnd"/>
            <w:r>
              <w:t xml:space="preserve">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830E5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C9EB3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50C6708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5DFA2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139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52A44E" w14:textId="77777777" w:rsidR="004F0AFF" w:rsidRDefault="003F1309">
            <w:proofErr w:type="spellStart"/>
            <w:r>
              <w:t>Wymienna</w:t>
            </w:r>
            <w:proofErr w:type="spellEnd"/>
            <w:r>
              <w:t xml:space="preserve"> </w:t>
            </w:r>
            <w:proofErr w:type="spellStart"/>
            <w:r>
              <w:t>prowadnica</w:t>
            </w:r>
            <w:proofErr w:type="spellEnd"/>
            <w:r>
              <w:t xml:space="preserve"> </w:t>
            </w:r>
            <w:proofErr w:type="spellStart"/>
            <w:r>
              <w:t>włókna</w:t>
            </w:r>
            <w:proofErr w:type="spellEnd"/>
            <w:r>
              <w:t xml:space="preserve"> </w:t>
            </w:r>
            <w:proofErr w:type="spellStart"/>
            <w:r>
              <w:t>laserowego</w:t>
            </w:r>
            <w:proofErr w:type="spellEnd"/>
            <w:r>
              <w:t xml:space="preserve"> z </w:t>
            </w:r>
            <w:proofErr w:type="spellStart"/>
            <w:r>
              <w:t>kanałem</w:t>
            </w:r>
            <w:proofErr w:type="spellEnd"/>
            <w:r>
              <w:t xml:space="preserve"> o </w:t>
            </w:r>
            <w:proofErr w:type="spellStart"/>
            <w:r>
              <w:t>śr</w:t>
            </w:r>
            <w:proofErr w:type="spellEnd"/>
            <w:r>
              <w:t xml:space="preserve">. 1,5 mm, </w:t>
            </w:r>
            <w:proofErr w:type="spellStart"/>
            <w:r>
              <w:t>wyposażona</w:t>
            </w:r>
            <w:proofErr w:type="spellEnd"/>
            <w:r>
              <w:t xml:space="preserve"> w </w:t>
            </w:r>
            <w:proofErr w:type="spellStart"/>
            <w:r>
              <w:t>retraktor</w:t>
            </w:r>
            <w:proofErr w:type="spellEnd"/>
            <w:r>
              <w:t xml:space="preserve"> </w:t>
            </w:r>
            <w:proofErr w:type="spellStart"/>
            <w:r>
              <w:t>prostaty</w:t>
            </w:r>
            <w:proofErr w:type="spellEnd"/>
            <w:r>
              <w:t xml:space="preserve"> w </w:t>
            </w:r>
            <w:proofErr w:type="spellStart"/>
            <w:r>
              <w:t>końcu</w:t>
            </w:r>
            <w:proofErr w:type="spellEnd"/>
            <w:r>
              <w:t xml:space="preserve"> </w:t>
            </w:r>
            <w:proofErr w:type="spellStart"/>
            <w:r>
              <w:t>dystalnym</w:t>
            </w:r>
            <w:proofErr w:type="spellEnd"/>
            <w:r>
              <w:t xml:space="preserve">, </w:t>
            </w:r>
            <w:proofErr w:type="spellStart"/>
            <w:r>
              <w:t>kompatybilna</w:t>
            </w:r>
            <w:proofErr w:type="spellEnd"/>
            <w:r>
              <w:t xml:space="preserve"> z </w:t>
            </w:r>
            <w:proofErr w:type="spellStart"/>
            <w:r>
              <w:t>elementem</w:t>
            </w:r>
            <w:proofErr w:type="spellEnd"/>
            <w:r>
              <w:t xml:space="preserve"> </w:t>
            </w:r>
            <w:proofErr w:type="spellStart"/>
            <w:r>
              <w:t>pracującym</w:t>
            </w:r>
            <w:proofErr w:type="spellEnd"/>
            <w:r>
              <w:t xml:space="preserve">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75FAA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1DF352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F6A5C8C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D97A5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140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384788" w14:textId="77777777" w:rsidR="004F0AFF" w:rsidRDefault="003F1309">
            <w:proofErr w:type="spellStart"/>
            <w:r>
              <w:t>Pojemnik</w:t>
            </w:r>
            <w:proofErr w:type="spellEnd"/>
            <w:r>
              <w:t xml:space="preserve"> </w:t>
            </w:r>
            <w:proofErr w:type="spellStart"/>
            <w:r>
              <w:t>plastikowy</w:t>
            </w:r>
            <w:proofErr w:type="spellEnd"/>
            <w:r>
              <w:t xml:space="preserve"> do </w:t>
            </w:r>
            <w:proofErr w:type="spellStart"/>
            <w:r>
              <w:t>sterylizacji</w:t>
            </w:r>
            <w:proofErr w:type="spellEnd"/>
            <w:r>
              <w:t xml:space="preserve"> i </w:t>
            </w:r>
            <w:proofErr w:type="spellStart"/>
            <w:r>
              <w:t>przechowywania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, </w:t>
            </w:r>
            <w:proofErr w:type="spellStart"/>
            <w:r>
              <w:t>wymiary</w:t>
            </w:r>
            <w:proofErr w:type="spellEnd"/>
            <w:r>
              <w:t xml:space="preserve"> </w:t>
            </w:r>
            <w:proofErr w:type="spellStart"/>
            <w:r>
              <w:t>zewnętrzne</w:t>
            </w:r>
            <w:proofErr w:type="spellEnd"/>
            <w:r>
              <w:t xml:space="preserve"> 525x240x70mm. W </w:t>
            </w:r>
            <w:proofErr w:type="spellStart"/>
            <w:r>
              <w:t>zestawie</w:t>
            </w:r>
            <w:proofErr w:type="spellEnd"/>
            <w:r>
              <w:t xml:space="preserve"> </w:t>
            </w:r>
            <w:proofErr w:type="spellStart"/>
            <w:r>
              <w:t>pokrywa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silikonowe</w:t>
            </w:r>
            <w:proofErr w:type="spellEnd"/>
            <w:r>
              <w:t xml:space="preserve"> maty, </w:t>
            </w:r>
            <w:proofErr w:type="spellStart"/>
            <w:r>
              <w:t>trzpienie</w:t>
            </w:r>
            <w:proofErr w:type="spellEnd"/>
            <w:r>
              <w:t xml:space="preserve"> i </w:t>
            </w:r>
            <w:proofErr w:type="spellStart"/>
            <w:r>
              <w:t>paski</w:t>
            </w:r>
            <w:proofErr w:type="spellEnd"/>
            <w:r>
              <w:t xml:space="preserve"> do </w:t>
            </w:r>
            <w:proofErr w:type="spellStart"/>
            <w:r>
              <w:t>ufiksowania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 – 2szt.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1D0F0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D5C16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4EC0986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6D3A8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141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6C2F4D" w14:textId="77777777" w:rsidR="004F0AFF" w:rsidRDefault="003F1309">
            <w:proofErr w:type="spellStart"/>
            <w:r>
              <w:t>Tubus</w:t>
            </w:r>
            <w:proofErr w:type="spellEnd"/>
            <w:r>
              <w:t xml:space="preserve"> </w:t>
            </w:r>
            <w:proofErr w:type="spellStart"/>
            <w:r>
              <w:t>ochronny</w:t>
            </w:r>
            <w:proofErr w:type="spellEnd"/>
            <w:r>
              <w:t xml:space="preserve"> do </w:t>
            </w:r>
            <w:proofErr w:type="spellStart"/>
            <w:r>
              <w:t>optyki</w:t>
            </w:r>
            <w:proofErr w:type="spellEnd"/>
            <w:r>
              <w:t xml:space="preserve">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5F956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F2A68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7E5B827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362A2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lastRenderedPageBreak/>
              <w:t>142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FBF727" w14:textId="77777777" w:rsidR="004F0AFF" w:rsidRDefault="003F1309">
            <w:proofErr w:type="spellStart"/>
            <w:r>
              <w:t>Optyka</w:t>
            </w:r>
            <w:proofErr w:type="spellEnd"/>
            <w:r>
              <w:t xml:space="preserve"> </w:t>
            </w:r>
            <w:proofErr w:type="spellStart"/>
            <w:r>
              <w:t>urologiczna</w:t>
            </w:r>
            <w:proofErr w:type="spellEnd"/>
            <w:r>
              <w:t xml:space="preserve"> z </w:t>
            </w:r>
            <w:proofErr w:type="spellStart"/>
            <w:r>
              <w:t>równoległym</w:t>
            </w:r>
            <w:proofErr w:type="spellEnd"/>
            <w:r>
              <w:t xml:space="preserve"> </w:t>
            </w:r>
            <w:proofErr w:type="spellStart"/>
            <w:r>
              <w:t>okularem</w:t>
            </w:r>
            <w:proofErr w:type="spellEnd"/>
            <w:r>
              <w:t xml:space="preserve">, </w:t>
            </w:r>
            <w:proofErr w:type="spellStart"/>
            <w:r>
              <w:t>kąt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patrzenia</w:t>
            </w:r>
            <w:proofErr w:type="spellEnd"/>
            <w:r>
              <w:t xml:space="preserve">  6</w:t>
            </w:r>
            <w:proofErr w:type="gramEnd"/>
            <w:r>
              <w:t xml:space="preserve">°, </w:t>
            </w:r>
            <w:proofErr w:type="spellStart"/>
            <w:r>
              <w:t>autoklawowalna</w:t>
            </w:r>
            <w:proofErr w:type="spellEnd"/>
            <w:r>
              <w:t xml:space="preserve">, </w:t>
            </w:r>
            <w:proofErr w:type="spellStart"/>
            <w:r>
              <w:t>średnica</w:t>
            </w:r>
            <w:proofErr w:type="spellEnd"/>
            <w:r>
              <w:t xml:space="preserve"> </w:t>
            </w:r>
            <w:proofErr w:type="spellStart"/>
            <w:r>
              <w:t>kompatybilna</w:t>
            </w:r>
            <w:proofErr w:type="spellEnd"/>
            <w:r>
              <w:t xml:space="preserve"> z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resektoskopu</w:t>
            </w:r>
            <w:proofErr w:type="spellEnd"/>
            <w:r>
              <w:t xml:space="preserve"> 26 Fr., </w:t>
            </w:r>
            <w:proofErr w:type="spellStart"/>
            <w:r>
              <w:t>wyposażona</w:t>
            </w:r>
            <w:proofErr w:type="spellEnd"/>
            <w:r>
              <w:t xml:space="preserve"> w system </w:t>
            </w:r>
            <w:proofErr w:type="spellStart"/>
            <w:r>
              <w:t>soczewek</w:t>
            </w:r>
            <w:proofErr w:type="spellEnd"/>
            <w:r>
              <w:t xml:space="preserve"> </w:t>
            </w:r>
            <w:proofErr w:type="spellStart"/>
            <w:r>
              <w:t>wałeczkowych</w:t>
            </w:r>
            <w:proofErr w:type="spellEnd"/>
            <w:r>
              <w:t xml:space="preserve">, </w:t>
            </w:r>
            <w:proofErr w:type="spellStart"/>
            <w:r>
              <w:t>przyłącze</w:t>
            </w:r>
            <w:proofErr w:type="spellEnd"/>
            <w:r>
              <w:t xml:space="preserve"> LUER-Lock do </w:t>
            </w:r>
            <w:proofErr w:type="spellStart"/>
            <w:r>
              <w:t>podłączenia</w:t>
            </w:r>
            <w:proofErr w:type="spellEnd"/>
            <w:r>
              <w:t xml:space="preserve"> </w:t>
            </w:r>
            <w:proofErr w:type="spellStart"/>
            <w:r>
              <w:t>płukania</w:t>
            </w:r>
            <w:proofErr w:type="spellEnd"/>
            <w:r>
              <w:t xml:space="preserve">, </w:t>
            </w:r>
            <w:proofErr w:type="spellStart"/>
            <w:r>
              <w:t>kanał</w:t>
            </w:r>
            <w:proofErr w:type="spellEnd"/>
            <w:r>
              <w:t xml:space="preserve"> </w:t>
            </w:r>
            <w:proofErr w:type="spellStart"/>
            <w:r>
              <w:t>roboczy</w:t>
            </w:r>
            <w:proofErr w:type="spellEnd"/>
            <w:r>
              <w:t xml:space="preserve"> do </w:t>
            </w:r>
            <w:proofErr w:type="spellStart"/>
            <w:r>
              <w:t>wprowadzenia</w:t>
            </w:r>
            <w:proofErr w:type="spellEnd"/>
            <w:r>
              <w:t xml:space="preserve"> </w:t>
            </w:r>
            <w:proofErr w:type="spellStart"/>
            <w:r>
              <w:t>ostrza</w:t>
            </w:r>
            <w:proofErr w:type="spellEnd"/>
            <w:r>
              <w:t xml:space="preserve"> </w:t>
            </w:r>
            <w:proofErr w:type="spellStart"/>
            <w:r>
              <w:t>morcelatora</w:t>
            </w:r>
            <w:proofErr w:type="spellEnd"/>
            <w:r>
              <w:t xml:space="preserve">, </w:t>
            </w:r>
            <w:proofErr w:type="spellStart"/>
            <w:r>
              <w:t>wejście</w:t>
            </w:r>
            <w:proofErr w:type="spellEnd"/>
            <w:r>
              <w:t xml:space="preserve"> </w:t>
            </w:r>
            <w:proofErr w:type="spellStart"/>
            <w:r>
              <w:t>kanału</w:t>
            </w:r>
            <w:proofErr w:type="spellEnd"/>
            <w:r>
              <w:t xml:space="preserve"> </w:t>
            </w:r>
            <w:proofErr w:type="spellStart"/>
            <w:r>
              <w:t>roboczego</w:t>
            </w:r>
            <w:proofErr w:type="spellEnd"/>
            <w:r>
              <w:t xml:space="preserve"> </w:t>
            </w:r>
            <w:proofErr w:type="spellStart"/>
            <w:r>
              <w:t>wyposażone</w:t>
            </w:r>
            <w:proofErr w:type="spellEnd"/>
            <w:r>
              <w:t xml:space="preserve"> w </w:t>
            </w:r>
            <w:proofErr w:type="spellStart"/>
            <w:r>
              <w:t>uszczelkę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rozbieralny</w:t>
            </w:r>
            <w:proofErr w:type="spellEnd"/>
            <w:r>
              <w:t xml:space="preserve"> </w:t>
            </w:r>
            <w:proofErr w:type="spellStart"/>
            <w:r>
              <w:t>kranik</w:t>
            </w:r>
            <w:proofErr w:type="spellEnd"/>
            <w:r>
              <w:t xml:space="preserve">. </w:t>
            </w:r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wykorzystania</w:t>
            </w:r>
            <w:proofErr w:type="spellEnd"/>
            <w:r>
              <w:t xml:space="preserve"> </w:t>
            </w:r>
            <w:proofErr w:type="spellStart"/>
            <w:r>
              <w:t>oferowanej</w:t>
            </w:r>
            <w:proofErr w:type="spellEnd"/>
            <w:r>
              <w:t xml:space="preserve"> </w:t>
            </w:r>
            <w:proofErr w:type="spellStart"/>
            <w:r>
              <w:t>optyki</w:t>
            </w:r>
            <w:proofErr w:type="spellEnd"/>
            <w:r>
              <w:t xml:space="preserve"> z </w:t>
            </w:r>
            <w:proofErr w:type="spellStart"/>
            <w:r>
              <w:t>równoległym</w:t>
            </w:r>
            <w:proofErr w:type="spellEnd"/>
            <w:r>
              <w:t xml:space="preserve"> </w:t>
            </w:r>
            <w:proofErr w:type="spellStart"/>
            <w:r>
              <w:t>okularem</w:t>
            </w:r>
            <w:proofErr w:type="spellEnd"/>
            <w:r>
              <w:t xml:space="preserve"> do </w:t>
            </w:r>
            <w:proofErr w:type="spellStart"/>
            <w:r>
              <w:t>zabiegów</w:t>
            </w:r>
            <w:proofErr w:type="spellEnd"/>
            <w:r>
              <w:t xml:space="preserve"> </w:t>
            </w:r>
            <w:proofErr w:type="spellStart"/>
            <w:r>
              <w:t>przezskórnej</w:t>
            </w:r>
            <w:proofErr w:type="spellEnd"/>
            <w:r>
              <w:t xml:space="preserve"> </w:t>
            </w:r>
            <w:proofErr w:type="spellStart"/>
            <w:r>
              <w:t>nefrolitotrypsji</w:t>
            </w:r>
            <w:proofErr w:type="spellEnd"/>
            <w:r>
              <w:t xml:space="preserve">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457CF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D7FBDB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59CED6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D6A7D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143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F14D01" w14:textId="77777777" w:rsidR="004F0AFF" w:rsidRDefault="003F1309">
            <w:r>
              <w:t xml:space="preserve">Adapter do </w:t>
            </w:r>
            <w:proofErr w:type="spellStart"/>
            <w:r>
              <w:t>połączenia</w:t>
            </w:r>
            <w:proofErr w:type="spellEnd"/>
            <w:r>
              <w:t xml:space="preserve"> </w:t>
            </w:r>
            <w:proofErr w:type="spellStart"/>
            <w:r>
              <w:t>optyki</w:t>
            </w:r>
            <w:proofErr w:type="spellEnd"/>
            <w:r>
              <w:t xml:space="preserve"> do </w:t>
            </w:r>
            <w:proofErr w:type="spellStart"/>
            <w:r>
              <w:t>morcelatora</w:t>
            </w:r>
            <w:proofErr w:type="spellEnd"/>
            <w:r>
              <w:t xml:space="preserve"> z </w:t>
            </w:r>
            <w:proofErr w:type="spellStart"/>
            <w:r>
              <w:t>zewnętrznym</w:t>
            </w:r>
            <w:proofErr w:type="spellEnd"/>
            <w:r>
              <w:t xml:space="preserve">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resektoskopu</w:t>
            </w:r>
            <w:proofErr w:type="spellEnd"/>
            <w:r>
              <w:t xml:space="preserve">, </w:t>
            </w:r>
            <w:proofErr w:type="spellStart"/>
            <w:r>
              <w:t>mocowanie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klik</w:t>
            </w:r>
            <w:proofErr w:type="spellEnd"/>
            <w:r>
              <w:t xml:space="preserve">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23E2C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C0983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C7E9288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4C0CF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144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9B22D2" w14:textId="77777777" w:rsidR="004F0AFF" w:rsidRDefault="003F1309">
            <w:r>
              <w:t xml:space="preserve">Adapter do </w:t>
            </w:r>
            <w:proofErr w:type="spellStart"/>
            <w:r>
              <w:t>połączenia</w:t>
            </w:r>
            <w:proofErr w:type="spellEnd"/>
            <w:r>
              <w:t xml:space="preserve"> </w:t>
            </w:r>
            <w:proofErr w:type="spellStart"/>
            <w:r>
              <w:t>optyki</w:t>
            </w:r>
            <w:proofErr w:type="spellEnd"/>
            <w:r>
              <w:t xml:space="preserve"> do </w:t>
            </w:r>
            <w:proofErr w:type="spellStart"/>
            <w:r>
              <w:t>morcelatora</w:t>
            </w:r>
            <w:proofErr w:type="spellEnd"/>
            <w:r>
              <w:t xml:space="preserve"> z </w:t>
            </w:r>
            <w:proofErr w:type="spellStart"/>
            <w:r>
              <w:t>zewnętrznym</w:t>
            </w:r>
            <w:proofErr w:type="spellEnd"/>
            <w:r>
              <w:t xml:space="preserve">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resektoskopu</w:t>
            </w:r>
            <w:proofErr w:type="spellEnd"/>
            <w:r>
              <w:t xml:space="preserve">, </w:t>
            </w:r>
            <w:proofErr w:type="spellStart"/>
            <w:r>
              <w:t>mocowanie</w:t>
            </w:r>
            <w:proofErr w:type="spellEnd"/>
            <w:r>
              <w:t xml:space="preserve"> </w:t>
            </w:r>
            <w:proofErr w:type="spellStart"/>
            <w:r>
              <w:t>obrotowe</w:t>
            </w:r>
            <w:proofErr w:type="spellEnd"/>
            <w:r>
              <w:t xml:space="preserve">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93B52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983037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1659A5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C8627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145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766131" w14:textId="77777777" w:rsidR="004F0AFF" w:rsidRDefault="003F1309">
            <w:proofErr w:type="spellStart"/>
            <w:r>
              <w:t>Kosz</w:t>
            </w:r>
            <w:proofErr w:type="spellEnd"/>
            <w:r>
              <w:t xml:space="preserve"> do </w:t>
            </w:r>
            <w:proofErr w:type="spellStart"/>
            <w:r>
              <w:t>mycia</w:t>
            </w:r>
            <w:proofErr w:type="spellEnd"/>
            <w:r>
              <w:t xml:space="preserve"> i </w:t>
            </w:r>
            <w:proofErr w:type="spellStart"/>
            <w:r>
              <w:t>sterylizacji</w:t>
            </w:r>
            <w:proofErr w:type="spellEnd"/>
            <w:r>
              <w:t xml:space="preserve"> </w:t>
            </w:r>
            <w:proofErr w:type="spellStart"/>
            <w:r>
              <w:t>optyki</w:t>
            </w:r>
            <w:proofErr w:type="spellEnd"/>
            <w:r>
              <w:t xml:space="preserve">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7B9F9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A566CD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097368E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DDF91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146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A9646E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Resektoskopy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monopolarne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7ECCF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89127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E07746E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14A3B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147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D8FA1F" w14:textId="77777777" w:rsidR="004F0AFF" w:rsidRDefault="003F1309">
            <w:r>
              <w:t xml:space="preserve">Element </w:t>
            </w:r>
            <w:proofErr w:type="spellStart"/>
            <w:r>
              <w:t>pracujący</w:t>
            </w:r>
            <w:proofErr w:type="spellEnd"/>
            <w:r>
              <w:t xml:space="preserve"> </w:t>
            </w:r>
            <w:proofErr w:type="spellStart"/>
            <w:r>
              <w:t>resektoskopu</w:t>
            </w:r>
            <w:proofErr w:type="spellEnd"/>
            <w:r>
              <w:t xml:space="preserve"> </w:t>
            </w:r>
            <w:proofErr w:type="spellStart"/>
            <w:r>
              <w:t>monopolarnego</w:t>
            </w:r>
            <w:proofErr w:type="spellEnd"/>
            <w:r>
              <w:t xml:space="preserve">, </w:t>
            </w:r>
            <w:proofErr w:type="spellStart"/>
            <w:r>
              <w:t>bierny</w:t>
            </w:r>
            <w:proofErr w:type="spellEnd"/>
            <w:r>
              <w:t xml:space="preserve">, </w:t>
            </w:r>
            <w:proofErr w:type="spellStart"/>
            <w:r>
              <w:t>wyposażony</w:t>
            </w:r>
            <w:proofErr w:type="spellEnd"/>
            <w:r>
              <w:t xml:space="preserve"> w </w:t>
            </w:r>
            <w:proofErr w:type="spellStart"/>
            <w:r>
              <w:t>zamknięte</w:t>
            </w:r>
            <w:proofErr w:type="spellEnd"/>
            <w:r>
              <w:t xml:space="preserve"> </w:t>
            </w:r>
            <w:proofErr w:type="spellStart"/>
            <w:r>
              <w:t>uchwyty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palce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przekręcane</w:t>
            </w:r>
            <w:proofErr w:type="spellEnd"/>
            <w:r>
              <w:t xml:space="preserve"> </w:t>
            </w:r>
            <w:proofErr w:type="spellStart"/>
            <w:r>
              <w:t>mocowanie</w:t>
            </w:r>
            <w:proofErr w:type="spellEnd"/>
            <w:r>
              <w:t xml:space="preserve"> do </w:t>
            </w:r>
            <w:proofErr w:type="spellStart"/>
            <w:r>
              <w:t>płaszcza</w:t>
            </w:r>
            <w:proofErr w:type="spellEnd"/>
            <w:r>
              <w:t xml:space="preserve"> i </w:t>
            </w:r>
            <w:proofErr w:type="spellStart"/>
            <w:r>
              <w:t>optyki</w:t>
            </w:r>
            <w:proofErr w:type="spellEnd"/>
            <w:r>
              <w:t xml:space="preserve">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00526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6501E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0447D29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0A748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148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265696" w14:textId="77777777" w:rsidR="004F0AFF" w:rsidRDefault="003F1309">
            <w:proofErr w:type="spellStart"/>
            <w:r>
              <w:t>Optyka</w:t>
            </w:r>
            <w:proofErr w:type="spellEnd"/>
            <w:r>
              <w:t xml:space="preserve"> </w:t>
            </w:r>
            <w:proofErr w:type="spellStart"/>
            <w:r>
              <w:t>cystoskopowa</w:t>
            </w:r>
            <w:proofErr w:type="spellEnd"/>
            <w:r>
              <w:t xml:space="preserve"> </w:t>
            </w:r>
            <w:proofErr w:type="spellStart"/>
            <w:r>
              <w:t>oparta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systemie</w:t>
            </w:r>
            <w:proofErr w:type="spellEnd"/>
            <w:r>
              <w:t xml:space="preserve"> </w:t>
            </w:r>
            <w:proofErr w:type="spellStart"/>
            <w:r>
              <w:t>soczewek</w:t>
            </w:r>
            <w:proofErr w:type="spellEnd"/>
            <w:r>
              <w:t xml:space="preserve"> </w:t>
            </w:r>
            <w:proofErr w:type="spellStart"/>
            <w:r>
              <w:t>wałeczkowych</w:t>
            </w:r>
            <w:proofErr w:type="spellEnd"/>
            <w:r>
              <w:t xml:space="preserve">, </w:t>
            </w:r>
            <w:proofErr w:type="spellStart"/>
            <w:r>
              <w:t>kąt</w:t>
            </w:r>
            <w:proofErr w:type="spellEnd"/>
            <w:r>
              <w:t xml:space="preserve"> </w:t>
            </w:r>
            <w:proofErr w:type="spellStart"/>
            <w:r>
              <w:t>patrzenia</w:t>
            </w:r>
            <w:proofErr w:type="spellEnd"/>
            <w:r>
              <w:t xml:space="preserve"> 30°, </w:t>
            </w:r>
            <w:proofErr w:type="spellStart"/>
            <w:r>
              <w:t>śr</w:t>
            </w:r>
            <w:proofErr w:type="spellEnd"/>
            <w:r>
              <w:t xml:space="preserve">. 4 mm, </w:t>
            </w:r>
            <w:proofErr w:type="spellStart"/>
            <w:r>
              <w:t>dł</w:t>
            </w:r>
            <w:proofErr w:type="spellEnd"/>
            <w:r>
              <w:t xml:space="preserve">. 30 cm, </w:t>
            </w:r>
            <w:proofErr w:type="spellStart"/>
            <w:r>
              <w:t>autoklawowalna</w:t>
            </w:r>
            <w:proofErr w:type="spellEnd"/>
            <w:r>
              <w:t xml:space="preserve">. </w:t>
            </w:r>
            <w:proofErr w:type="spellStart"/>
            <w:r>
              <w:t>Optyka</w:t>
            </w:r>
            <w:proofErr w:type="spellEnd"/>
            <w:r>
              <w:t xml:space="preserve"> </w:t>
            </w:r>
            <w:proofErr w:type="spellStart"/>
            <w:r>
              <w:t>opatrzona</w:t>
            </w:r>
            <w:proofErr w:type="spellEnd"/>
            <w:r>
              <w:t xml:space="preserve"> </w:t>
            </w:r>
            <w:proofErr w:type="spellStart"/>
            <w:r>
              <w:t>słowną</w:t>
            </w:r>
            <w:proofErr w:type="spellEnd"/>
            <w:r>
              <w:t xml:space="preserve"> </w:t>
            </w:r>
            <w:proofErr w:type="spellStart"/>
            <w:r>
              <w:t>informacją</w:t>
            </w:r>
            <w:proofErr w:type="spellEnd"/>
            <w:r>
              <w:t xml:space="preserve"> </w:t>
            </w:r>
            <w:proofErr w:type="spellStart"/>
            <w:r>
              <w:t>potwierdzającą</w:t>
            </w:r>
            <w:proofErr w:type="spellEnd"/>
            <w:r>
              <w:t xml:space="preserve"> </w:t>
            </w:r>
            <w:proofErr w:type="spellStart"/>
            <w:r>
              <w:t>autoklawowalność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nadrukowanym</w:t>
            </w:r>
            <w:proofErr w:type="spellEnd"/>
            <w:r>
              <w:t xml:space="preserve"> </w:t>
            </w:r>
            <w:proofErr w:type="spellStart"/>
            <w:r>
              <w:t>kodem</w:t>
            </w:r>
            <w:proofErr w:type="spellEnd"/>
            <w:r>
              <w:t xml:space="preserve"> DATA MATRIX z </w:t>
            </w:r>
            <w:proofErr w:type="spellStart"/>
            <w:r>
              <w:t>zakodowanym</w:t>
            </w:r>
            <w:proofErr w:type="spellEnd"/>
            <w:r>
              <w:t xml:space="preserve"> min. </w:t>
            </w:r>
            <w:proofErr w:type="spellStart"/>
            <w:r>
              <w:t>numerem</w:t>
            </w:r>
            <w:proofErr w:type="spellEnd"/>
            <w:r>
              <w:t xml:space="preserve"> </w:t>
            </w:r>
            <w:proofErr w:type="spellStart"/>
            <w:r>
              <w:t>katalogowym</w:t>
            </w:r>
            <w:proofErr w:type="spellEnd"/>
            <w:r>
              <w:t xml:space="preserve"> i </w:t>
            </w:r>
            <w:proofErr w:type="spellStart"/>
            <w:r>
              <w:t>numerem</w:t>
            </w:r>
            <w:proofErr w:type="spellEnd"/>
            <w:r>
              <w:t xml:space="preserve"> </w:t>
            </w:r>
            <w:proofErr w:type="spellStart"/>
            <w:r>
              <w:t>seryjnym</w:t>
            </w:r>
            <w:proofErr w:type="spellEnd"/>
            <w:r>
              <w:t xml:space="preserve"> </w:t>
            </w:r>
            <w:proofErr w:type="spellStart"/>
            <w:r>
              <w:t>optyki</w:t>
            </w:r>
            <w:proofErr w:type="spellEnd"/>
            <w:r>
              <w:t xml:space="preserve">. </w:t>
            </w:r>
            <w:proofErr w:type="spellStart"/>
            <w:r>
              <w:t>Nadrukowane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obudowie</w:t>
            </w:r>
            <w:proofErr w:type="spellEnd"/>
            <w:r>
              <w:t xml:space="preserve"> </w:t>
            </w:r>
            <w:proofErr w:type="spellStart"/>
            <w:r>
              <w:t>optyki</w:t>
            </w:r>
            <w:proofErr w:type="spellEnd"/>
            <w:r>
              <w:t xml:space="preserve"> </w:t>
            </w:r>
            <w:proofErr w:type="spellStart"/>
            <w:r>
              <w:t>oznaczenie</w:t>
            </w:r>
            <w:proofErr w:type="spellEnd"/>
            <w:r>
              <w:t xml:space="preserve"> w </w:t>
            </w:r>
            <w:proofErr w:type="spellStart"/>
            <w:r>
              <w:t>postaci</w:t>
            </w:r>
            <w:proofErr w:type="spellEnd"/>
            <w:r>
              <w:t xml:space="preserve"> </w:t>
            </w:r>
            <w:proofErr w:type="spellStart"/>
            <w:r>
              <w:t>graficznej</w:t>
            </w:r>
            <w:proofErr w:type="spellEnd"/>
            <w:r>
              <w:t xml:space="preserve"> </w:t>
            </w:r>
            <w:proofErr w:type="spellStart"/>
            <w:r>
              <w:t>średnicy</w:t>
            </w:r>
            <w:proofErr w:type="spellEnd"/>
            <w:r>
              <w:t xml:space="preserve"> </w:t>
            </w:r>
            <w:proofErr w:type="spellStart"/>
            <w:r>
              <w:t>kompatybilnego</w:t>
            </w:r>
            <w:proofErr w:type="spellEnd"/>
            <w:r>
              <w:t xml:space="preserve"> </w:t>
            </w:r>
            <w:proofErr w:type="spellStart"/>
            <w:r>
              <w:t>światłowodu</w:t>
            </w:r>
            <w:proofErr w:type="spellEnd"/>
            <w:r>
              <w:t xml:space="preserve">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D47AA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72416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EF55F9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827F2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149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56207E" w14:textId="77777777" w:rsidR="004F0AFF" w:rsidRDefault="003F1309">
            <w:proofErr w:type="spellStart"/>
            <w:r>
              <w:t>Tubus</w:t>
            </w:r>
            <w:proofErr w:type="spellEnd"/>
            <w:r>
              <w:t xml:space="preserve"> </w:t>
            </w:r>
            <w:proofErr w:type="spellStart"/>
            <w:r>
              <w:t>ochronny</w:t>
            </w:r>
            <w:proofErr w:type="spellEnd"/>
            <w:r>
              <w:t xml:space="preserve"> do </w:t>
            </w:r>
            <w:proofErr w:type="spellStart"/>
            <w:r>
              <w:t>optyki</w:t>
            </w:r>
            <w:proofErr w:type="spellEnd"/>
            <w:r>
              <w:t xml:space="preserve">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29435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09119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2434933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602BF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150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83B152" w14:textId="77777777" w:rsidR="004F0AFF" w:rsidRDefault="003F1309">
            <w:proofErr w:type="spellStart"/>
            <w:r>
              <w:t>Płaszcz</w:t>
            </w:r>
            <w:proofErr w:type="spellEnd"/>
            <w:r>
              <w:t xml:space="preserve"> </w:t>
            </w:r>
            <w:proofErr w:type="spellStart"/>
            <w:r>
              <w:t>resektoskopu</w:t>
            </w:r>
            <w:proofErr w:type="spellEnd"/>
            <w:r>
              <w:t xml:space="preserve"> </w:t>
            </w:r>
            <w:proofErr w:type="spellStart"/>
            <w:r>
              <w:t>obrotowy</w:t>
            </w:r>
            <w:proofErr w:type="spellEnd"/>
            <w:r>
              <w:t xml:space="preserve">, </w:t>
            </w:r>
            <w:proofErr w:type="spellStart"/>
            <w:r>
              <w:t>przepływowy</w:t>
            </w:r>
            <w:proofErr w:type="spellEnd"/>
            <w:r>
              <w:t xml:space="preserve">, </w:t>
            </w:r>
            <w:proofErr w:type="spellStart"/>
            <w:r>
              <w:t>rozmiar</w:t>
            </w:r>
            <w:proofErr w:type="spellEnd"/>
            <w:r>
              <w:t xml:space="preserve"> 26 Fr., </w:t>
            </w:r>
            <w:proofErr w:type="spellStart"/>
            <w:r>
              <w:t>składający</w:t>
            </w:r>
            <w:proofErr w:type="spellEnd"/>
            <w:r>
              <w:t xml:space="preserve"> </w:t>
            </w:r>
            <w:proofErr w:type="spellStart"/>
            <w:r>
              <w:t>się</w:t>
            </w:r>
            <w:proofErr w:type="spellEnd"/>
            <w:r>
              <w:t xml:space="preserve"> z </w:t>
            </w:r>
            <w:proofErr w:type="spellStart"/>
            <w:r>
              <w:t>płaszcza</w:t>
            </w:r>
            <w:proofErr w:type="spellEnd"/>
            <w:r>
              <w:t xml:space="preserve"> </w:t>
            </w:r>
            <w:proofErr w:type="spellStart"/>
            <w:r>
              <w:t>zewnętrznego</w:t>
            </w:r>
            <w:proofErr w:type="spellEnd"/>
            <w:r>
              <w:t xml:space="preserve"> i </w:t>
            </w:r>
            <w:proofErr w:type="spellStart"/>
            <w:r>
              <w:t>wewnętrznego</w:t>
            </w:r>
            <w:proofErr w:type="spellEnd"/>
            <w:r>
              <w:t xml:space="preserve"> z </w:t>
            </w:r>
            <w:proofErr w:type="spellStart"/>
            <w:r>
              <w:t>ukośną</w:t>
            </w:r>
            <w:proofErr w:type="spellEnd"/>
            <w:r>
              <w:t xml:space="preserve"> </w:t>
            </w:r>
            <w:proofErr w:type="spellStart"/>
            <w:r>
              <w:t>końcówką</w:t>
            </w:r>
            <w:proofErr w:type="spellEnd"/>
            <w:r>
              <w:t xml:space="preserve"> </w:t>
            </w:r>
            <w:proofErr w:type="spellStart"/>
            <w:r>
              <w:t>ceramiczną</w:t>
            </w:r>
            <w:proofErr w:type="spellEnd"/>
            <w:r>
              <w:t xml:space="preserve">, </w:t>
            </w:r>
            <w:proofErr w:type="spellStart"/>
            <w:r>
              <w:t>mocowanie</w:t>
            </w:r>
            <w:proofErr w:type="spellEnd"/>
            <w:r>
              <w:t xml:space="preserve"> </w:t>
            </w:r>
            <w:proofErr w:type="spellStart"/>
            <w:r>
              <w:t>pomiędzy</w:t>
            </w:r>
            <w:proofErr w:type="spellEnd"/>
            <w:r>
              <w:t xml:space="preserve">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zewnętrznym</w:t>
            </w:r>
            <w:proofErr w:type="spellEnd"/>
            <w:r>
              <w:t xml:space="preserve"> i </w:t>
            </w:r>
            <w:proofErr w:type="spellStart"/>
            <w:r>
              <w:t>wewnętrznym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"</w:t>
            </w:r>
            <w:proofErr w:type="spellStart"/>
            <w:r>
              <w:t>klik</w:t>
            </w:r>
            <w:proofErr w:type="spellEnd"/>
            <w:r>
              <w:t xml:space="preserve">", </w:t>
            </w:r>
            <w:proofErr w:type="spellStart"/>
            <w:r>
              <w:t>mocowanie</w:t>
            </w:r>
            <w:proofErr w:type="spellEnd"/>
            <w:r>
              <w:t xml:space="preserve"> do </w:t>
            </w:r>
            <w:proofErr w:type="spellStart"/>
            <w:r>
              <w:t>elementu</w:t>
            </w:r>
            <w:proofErr w:type="spellEnd"/>
            <w:r>
              <w:t xml:space="preserve"> </w:t>
            </w:r>
            <w:proofErr w:type="spellStart"/>
            <w:r>
              <w:t>pracującego</w:t>
            </w:r>
            <w:proofErr w:type="spellEnd"/>
            <w:r>
              <w:t xml:space="preserve"> </w:t>
            </w:r>
            <w:proofErr w:type="spellStart"/>
            <w:r>
              <w:t>obrotowe</w:t>
            </w:r>
            <w:proofErr w:type="spellEnd"/>
            <w:r>
              <w:t xml:space="preserve">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3663A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9A5889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C9E11B2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5C03A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151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057E4E" w14:textId="77777777" w:rsidR="004F0AFF" w:rsidRDefault="003F1309">
            <w:r>
              <w:t xml:space="preserve">Obturator </w:t>
            </w:r>
            <w:proofErr w:type="spellStart"/>
            <w:r>
              <w:t>kompatybilny</w:t>
            </w:r>
            <w:proofErr w:type="spellEnd"/>
            <w:r>
              <w:t xml:space="preserve"> z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resektoskopowym</w:t>
            </w:r>
            <w:proofErr w:type="spellEnd"/>
            <w:r>
              <w:t xml:space="preserve"> 26 Fr.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CB3F6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4BBCFD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E246C53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19C71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152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F66BC9" w14:textId="77777777" w:rsidR="004F0AFF" w:rsidRDefault="003F1309">
            <w:proofErr w:type="spellStart"/>
            <w:r>
              <w:t>Światłowód</w:t>
            </w:r>
            <w:proofErr w:type="spellEnd"/>
            <w:r>
              <w:t xml:space="preserve">, </w:t>
            </w:r>
            <w:proofErr w:type="spellStart"/>
            <w:r>
              <w:t>śr</w:t>
            </w:r>
            <w:proofErr w:type="spellEnd"/>
            <w:r>
              <w:t xml:space="preserve">. 3,5 mm, </w:t>
            </w:r>
            <w:proofErr w:type="spellStart"/>
            <w:r>
              <w:t>dł</w:t>
            </w:r>
            <w:proofErr w:type="spellEnd"/>
            <w:r>
              <w:t xml:space="preserve">. 230 cm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91AF9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0B4A0B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A444706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5C8E4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153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CC4498" w14:textId="2914A509" w:rsidR="004F0AFF" w:rsidRDefault="003F1309">
            <w:proofErr w:type="spellStart"/>
            <w:r>
              <w:t>Pętla</w:t>
            </w:r>
            <w:proofErr w:type="spellEnd"/>
            <w:r>
              <w:t xml:space="preserve"> </w:t>
            </w:r>
            <w:proofErr w:type="spellStart"/>
            <w:r>
              <w:t>tnąca</w:t>
            </w:r>
            <w:proofErr w:type="spellEnd"/>
            <w:r>
              <w:t xml:space="preserve"> </w:t>
            </w:r>
            <w:proofErr w:type="spellStart"/>
            <w:r>
              <w:t>monopolarna</w:t>
            </w:r>
            <w:proofErr w:type="spellEnd"/>
            <w:r>
              <w:t xml:space="preserve">, </w:t>
            </w:r>
            <w:proofErr w:type="spellStart"/>
            <w:r>
              <w:t>kompatybilna</w:t>
            </w:r>
            <w:proofErr w:type="spellEnd"/>
            <w:r>
              <w:t xml:space="preserve"> z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resektoskopowym</w:t>
            </w:r>
            <w:proofErr w:type="spellEnd"/>
            <w:r>
              <w:t xml:space="preserve"> 26 Fr., </w:t>
            </w:r>
            <w:proofErr w:type="spellStart"/>
            <w:r>
              <w:t>jednorazowa</w:t>
            </w:r>
            <w:proofErr w:type="spellEnd"/>
            <w:r>
              <w:t xml:space="preserve"> (</w:t>
            </w:r>
            <w:proofErr w:type="gramStart"/>
            <w:r>
              <w:t>opak.-</w:t>
            </w:r>
            <w:proofErr w:type="gramEnd"/>
            <w:r>
              <w:t xml:space="preserve">10 </w:t>
            </w:r>
            <w:proofErr w:type="spellStart"/>
            <w:r>
              <w:t>szt</w:t>
            </w:r>
            <w:proofErr w:type="spellEnd"/>
            <w:r>
              <w:t xml:space="preserve">.) – </w:t>
            </w:r>
            <w:r w:rsidR="00C25A07">
              <w:t>6</w:t>
            </w:r>
            <w:r>
              <w:t xml:space="preserve"> </w:t>
            </w:r>
            <w:proofErr w:type="spellStart"/>
            <w:r>
              <w:t>opak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70312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1B1011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3923A78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658BC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154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AFCF32" w14:textId="21992877" w:rsidR="004F0AFF" w:rsidRDefault="003F1309">
            <w:proofErr w:type="spellStart"/>
            <w:r>
              <w:t>Elektroda</w:t>
            </w:r>
            <w:proofErr w:type="spellEnd"/>
            <w:r>
              <w:t xml:space="preserve"> </w:t>
            </w:r>
            <w:proofErr w:type="spellStart"/>
            <w:r>
              <w:t>koagulacyjna</w:t>
            </w:r>
            <w:proofErr w:type="spellEnd"/>
            <w:r>
              <w:t xml:space="preserve"> </w:t>
            </w:r>
            <w:proofErr w:type="spellStart"/>
            <w:r>
              <w:t>monopolarna</w:t>
            </w:r>
            <w:proofErr w:type="spellEnd"/>
            <w:r>
              <w:t xml:space="preserve">, </w:t>
            </w:r>
            <w:proofErr w:type="spellStart"/>
            <w:r>
              <w:t>kulka</w:t>
            </w:r>
            <w:proofErr w:type="spellEnd"/>
            <w:r>
              <w:t xml:space="preserve"> 3mm, </w:t>
            </w:r>
            <w:proofErr w:type="spellStart"/>
            <w:r>
              <w:t>kompatybilna</w:t>
            </w:r>
            <w:proofErr w:type="spellEnd"/>
            <w:r>
              <w:t xml:space="preserve"> z </w:t>
            </w:r>
            <w:proofErr w:type="spellStart"/>
            <w:r>
              <w:t>płaszczem</w:t>
            </w:r>
            <w:proofErr w:type="spellEnd"/>
            <w:r>
              <w:t xml:space="preserve"> </w:t>
            </w:r>
            <w:proofErr w:type="spellStart"/>
            <w:r>
              <w:t>resektoskopowym</w:t>
            </w:r>
            <w:proofErr w:type="spellEnd"/>
            <w:r>
              <w:t xml:space="preserve"> 26 Fr., </w:t>
            </w:r>
            <w:proofErr w:type="spellStart"/>
            <w:r>
              <w:t>jednorazowa</w:t>
            </w:r>
            <w:proofErr w:type="spellEnd"/>
            <w:r>
              <w:t xml:space="preserve"> (</w:t>
            </w:r>
            <w:proofErr w:type="gramStart"/>
            <w:r>
              <w:t>opak.-</w:t>
            </w:r>
            <w:proofErr w:type="gramEnd"/>
            <w:r>
              <w:t xml:space="preserve">10 </w:t>
            </w:r>
            <w:proofErr w:type="spellStart"/>
            <w:r>
              <w:t>szt</w:t>
            </w:r>
            <w:proofErr w:type="spellEnd"/>
            <w:r>
              <w:t xml:space="preserve">.) – </w:t>
            </w:r>
            <w:r w:rsidR="00C25A07">
              <w:t>5</w:t>
            </w:r>
            <w:r>
              <w:t xml:space="preserve"> </w:t>
            </w:r>
            <w:proofErr w:type="spellStart"/>
            <w:r>
              <w:t>opak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AC87B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DEFCBA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2CB41E0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D9F1B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155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1A2D48" w14:textId="77777777" w:rsidR="004F0AFF" w:rsidRDefault="003F1309">
            <w:proofErr w:type="spellStart"/>
            <w:r>
              <w:t>Pojemnik</w:t>
            </w:r>
            <w:proofErr w:type="spellEnd"/>
            <w:r>
              <w:t xml:space="preserve"> </w:t>
            </w:r>
            <w:proofErr w:type="spellStart"/>
            <w:r>
              <w:t>plastikowy</w:t>
            </w:r>
            <w:proofErr w:type="spellEnd"/>
            <w:r>
              <w:t xml:space="preserve"> do </w:t>
            </w:r>
            <w:proofErr w:type="spellStart"/>
            <w:r>
              <w:t>sterylizacji</w:t>
            </w:r>
            <w:proofErr w:type="spellEnd"/>
            <w:r>
              <w:t xml:space="preserve"> i </w:t>
            </w:r>
            <w:proofErr w:type="spellStart"/>
            <w:r>
              <w:t>przechowywania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, </w:t>
            </w:r>
            <w:proofErr w:type="spellStart"/>
            <w:r>
              <w:t>wymiary</w:t>
            </w:r>
            <w:proofErr w:type="spellEnd"/>
            <w:r>
              <w:t xml:space="preserve"> </w:t>
            </w:r>
            <w:proofErr w:type="spellStart"/>
            <w:r>
              <w:t>zewnętrzne</w:t>
            </w:r>
            <w:proofErr w:type="spellEnd"/>
            <w:r>
              <w:t xml:space="preserve"> 525x240x70mm. W </w:t>
            </w:r>
            <w:proofErr w:type="spellStart"/>
            <w:r>
              <w:t>zestawie</w:t>
            </w:r>
            <w:proofErr w:type="spellEnd"/>
            <w:r>
              <w:t xml:space="preserve"> </w:t>
            </w:r>
            <w:proofErr w:type="spellStart"/>
            <w:r>
              <w:t>pokrywa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silikonowe</w:t>
            </w:r>
            <w:proofErr w:type="spellEnd"/>
            <w:r>
              <w:t xml:space="preserve"> maty, </w:t>
            </w:r>
            <w:proofErr w:type="spellStart"/>
            <w:r>
              <w:t>trzpienie</w:t>
            </w:r>
            <w:proofErr w:type="spellEnd"/>
            <w:r>
              <w:t xml:space="preserve"> i </w:t>
            </w:r>
            <w:proofErr w:type="spellStart"/>
            <w:r>
              <w:t>paski</w:t>
            </w:r>
            <w:proofErr w:type="spellEnd"/>
            <w:r>
              <w:t xml:space="preserve"> do </w:t>
            </w:r>
            <w:proofErr w:type="spellStart"/>
            <w:r>
              <w:t>ufiksowania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 – 2szt.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47E10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91648D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835E75B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AB013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156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5BA3AD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Zestaw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narzędzi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laparoskopowych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A3233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8B39D1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4ABFA3A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F9857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157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832124" w14:textId="0F436D4C" w:rsidR="004F0AFF" w:rsidRDefault="003F1309">
            <w:proofErr w:type="spellStart"/>
            <w:r w:rsidRPr="00F23D45">
              <w:t>Optyka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laparoskopowa</w:t>
            </w:r>
            <w:proofErr w:type="spellEnd"/>
            <w:r w:rsidRPr="00F23D45">
              <w:t xml:space="preserve">, </w:t>
            </w:r>
            <w:proofErr w:type="spellStart"/>
            <w:r w:rsidRPr="00F23D45">
              <w:t>średnica</w:t>
            </w:r>
            <w:proofErr w:type="spellEnd"/>
            <w:r w:rsidRPr="00F23D45">
              <w:t xml:space="preserve"> 10 mm, </w:t>
            </w:r>
            <w:proofErr w:type="spellStart"/>
            <w:r w:rsidRPr="00F23D45">
              <w:t>długość</w:t>
            </w:r>
            <w:proofErr w:type="spellEnd"/>
            <w:r w:rsidRPr="00F23D45">
              <w:t xml:space="preserve"> 31–32 cm, </w:t>
            </w:r>
            <w:proofErr w:type="spellStart"/>
            <w:r w:rsidRPr="00F23D45">
              <w:t>kąt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patrzenia</w:t>
            </w:r>
            <w:proofErr w:type="spellEnd"/>
            <w:r w:rsidRPr="00F23D45">
              <w:t xml:space="preserve"> 30°, </w:t>
            </w:r>
            <w:proofErr w:type="spellStart"/>
            <w:r w:rsidRPr="00F23D45">
              <w:t>autoklawowalna</w:t>
            </w:r>
            <w:proofErr w:type="spellEnd"/>
            <w:r w:rsidRPr="00F23D45">
              <w:t xml:space="preserve">, </w:t>
            </w:r>
            <w:proofErr w:type="spellStart"/>
            <w:r w:rsidRPr="00F23D45">
              <w:t>wyposażona</w:t>
            </w:r>
            <w:proofErr w:type="spellEnd"/>
            <w:r w:rsidRPr="00F23D45">
              <w:t xml:space="preserve"> w min.: </w:t>
            </w:r>
            <w:proofErr w:type="spellStart"/>
            <w:r w:rsidRPr="00F23D45">
              <w:t>oznakowanie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średnicy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kompatybilnego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światłowodu</w:t>
            </w:r>
            <w:proofErr w:type="spellEnd"/>
            <w:r w:rsidRPr="00F23D45">
              <w:t xml:space="preserve"> w </w:t>
            </w:r>
            <w:proofErr w:type="spellStart"/>
            <w:r w:rsidRPr="00F23D45">
              <w:t>postaci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cyfrowej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lub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graficznej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umieszczone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obok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przyłącza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światłowodu</w:t>
            </w:r>
            <w:proofErr w:type="spellEnd"/>
            <w:r w:rsidRPr="00F23D45">
              <w:t xml:space="preserve">, </w:t>
            </w:r>
            <w:proofErr w:type="spellStart"/>
            <w:r w:rsidRPr="00F23D45">
              <w:t>oznakowanie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kodem</w:t>
            </w:r>
            <w:proofErr w:type="spellEnd"/>
            <w:r w:rsidRPr="00F23D45">
              <w:t xml:space="preserve"> QR </w:t>
            </w:r>
            <w:proofErr w:type="spellStart"/>
            <w:r w:rsidRPr="00F23D45">
              <w:t>lub</w:t>
            </w:r>
            <w:proofErr w:type="spellEnd"/>
            <w:r w:rsidRPr="00F23D45">
              <w:t xml:space="preserve"> DATA MATRIX z </w:t>
            </w:r>
            <w:proofErr w:type="spellStart"/>
            <w:r w:rsidRPr="00F23D45">
              <w:t>zakodowanym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numerem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katalogowym</w:t>
            </w:r>
            <w:proofErr w:type="spellEnd"/>
            <w:r w:rsidRPr="00F23D45">
              <w:t xml:space="preserve"> i </w:t>
            </w:r>
            <w:proofErr w:type="spellStart"/>
            <w:r w:rsidRPr="00F23D45">
              <w:t>numerem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seryjnym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optyki</w:t>
            </w:r>
            <w:proofErr w:type="spellEnd"/>
            <w:r w:rsidRPr="00F23D45">
              <w:t xml:space="preserve"> - 2 </w:t>
            </w:r>
            <w:proofErr w:type="spellStart"/>
            <w:r w:rsidRPr="00F23D45">
              <w:t>szt</w:t>
            </w:r>
            <w:proofErr w:type="spellEnd"/>
            <w:r w:rsidRPr="00F23D45"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9B514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89B32F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65ECE8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AB492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158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214A75" w14:textId="77777777" w:rsidR="004F0AFF" w:rsidRDefault="003F1309">
            <w:proofErr w:type="spellStart"/>
            <w:r>
              <w:t>Światłowód</w:t>
            </w:r>
            <w:proofErr w:type="spellEnd"/>
            <w:r>
              <w:t xml:space="preserve">, </w:t>
            </w:r>
            <w:proofErr w:type="spellStart"/>
            <w:r>
              <w:t>średnica</w:t>
            </w:r>
            <w:proofErr w:type="spellEnd"/>
            <w:r>
              <w:t xml:space="preserve"> 4,8mm, </w:t>
            </w:r>
            <w:proofErr w:type="spellStart"/>
            <w:r>
              <w:t>długość</w:t>
            </w:r>
            <w:proofErr w:type="spellEnd"/>
            <w:r>
              <w:t xml:space="preserve"> 250cm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3251A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745E9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EAE044E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25157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lastRenderedPageBreak/>
              <w:t>159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B62218" w14:textId="77777777" w:rsidR="004F0AFF" w:rsidRDefault="003F1309">
            <w:proofErr w:type="spellStart"/>
            <w:r>
              <w:t>Igła</w:t>
            </w:r>
            <w:proofErr w:type="spellEnd"/>
            <w:r>
              <w:t xml:space="preserve"> </w:t>
            </w:r>
            <w:proofErr w:type="spellStart"/>
            <w:r>
              <w:t>Veress’a</w:t>
            </w:r>
            <w:proofErr w:type="spellEnd"/>
            <w:r>
              <w:t xml:space="preserve">, do </w:t>
            </w:r>
            <w:proofErr w:type="spellStart"/>
            <w:r>
              <w:t>wytworzenia</w:t>
            </w:r>
            <w:proofErr w:type="spellEnd"/>
            <w:r>
              <w:t xml:space="preserve"> </w:t>
            </w:r>
            <w:proofErr w:type="spellStart"/>
            <w:r>
              <w:t>odmy</w:t>
            </w:r>
            <w:proofErr w:type="spellEnd"/>
            <w:r>
              <w:t xml:space="preserve"> </w:t>
            </w:r>
            <w:proofErr w:type="spellStart"/>
            <w:r>
              <w:t>otrzewnowej</w:t>
            </w:r>
            <w:proofErr w:type="spellEnd"/>
            <w:r>
              <w:t xml:space="preserve">, ze </w:t>
            </w:r>
            <w:proofErr w:type="spellStart"/>
            <w:r>
              <w:t>sprężystą</w:t>
            </w:r>
            <w:proofErr w:type="spellEnd"/>
            <w:r>
              <w:t xml:space="preserve"> </w:t>
            </w:r>
            <w:proofErr w:type="spellStart"/>
            <w:r>
              <w:t>tępą</w:t>
            </w:r>
            <w:proofErr w:type="spellEnd"/>
            <w:r>
              <w:t xml:space="preserve"> </w:t>
            </w:r>
            <w:proofErr w:type="spellStart"/>
            <w:r>
              <w:t>kaniulą</w:t>
            </w:r>
            <w:proofErr w:type="spellEnd"/>
            <w:r>
              <w:t xml:space="preserve"> </w:t>
            </w:r>
            <w:proofErr w:type="spellStart"/>
            <w:r>
              <w:t>wewnętrzną</w:t>
            </w:r>
            <w:proofErr w:type="spellEnd"/>
            <w:r>
              <w:t xml:space="preserve">, z </w:t>
            </w:r>
            <w:proofErr w:type="spellStart"/>
            <w:r>
              <w:t>przyłączem</w:t>
            </w:r>
            <w:proofErr w:type="spellEnd"/>
            <w:r>
              <w:t xml:space="preserve"> LUER-Lock, </w:t>
            </w:r>
            <w:proofErr w:type="spellStart"/>
            <w:r>
              <w:t>autoklawowalna</w:t>
            </w:r>
            <w:proofErr w:type="spellEnd"/>
            <w:r>
              <w:t xml:space="preserve">, </w:t>
            </w:r>
            <w:proofErr w:type="spellStart"/>
            <w:r>
              <w:t>średnica</w:t>
            </w:r>
            <w:proofErr w:type="spellEnd"/>
            <w:r>
              <w:t xml:space="preserve"> 2,1 mm, </w:t>
            </w:r>
            <w:proofErr w:type="spellStart"/>
            <w:r>
              <w:t>długość</w:t>
            </w:r>
            <w:proofErr w:type="spellEnd"/>
            <w:r>
              <w:t xml:space="preserve"> 13–14 </w:t>
            </w:r>
            <w:proofErr w:type="gramStart"/>
            <w:r>
              <w:t>cm  -</w:t>
            </w:r>
            <w:proofErr w:type="gramEnd"/>
            <w:r>
              <w:t xml:space="preserve">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46C9B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B52089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00B6B0F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E80AB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160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EEE06C" w14:textId="77777777" w:rsidR="004F0AFF" w:rsidRDefault="003F1309">
            <w:proofErr w:type="spellStart"/>
            <w:r>
              <w:t>Kleszcze</w:t>
            </w:r>
            <w:proofErr w:type="spellEnd"/>
            <w:r>
              <w:t xml:space="preserve"> </w:t>
            </w:r>
            <w:proofErr w:type="spellStart"/>
            <w:r>
              <w:t>preparacyjno</w:t>
            </w:r>
            <w:proofErr w:type="spellEnd"/>
            <w:r>
              <w:t xml:space="preserve"> – </w:t>
            </w:r>
            <w:proofErr w:type="spellStart"/>
            <w:r>
              <w:t>chwytające</w:t>
            </w:r>
            <w:proofErr w:type="spellEnd"/>
            <w:r>
              <w:t xml:space="preserve"> </w:t>
            </w:r>
            <w:proofErr w:type="spellStart"/>
            <w:r>
              <w:t>typu</w:t>
            </w:r>
            <w:proofErr w:type="spellEnd"/>
            <w:r>
              <w:t xml:space="preserve"> Kelly, </w:t>
            </w:r>
            <w:proofErr w:type="spellStart"/>
            <w:r>
              <w:t>obie</w:t>
            </w:r>
            <w:proofErr w:type="spellEnd"/>
            <w:r>
              <w:t xml:space="preserve"> </w:t>
            </w:r>
            <w:proofErr w:type="spellStart"/>
            <w:r>
              <w:t>bransze</w:t>
            </w:r>
            <w:proofErr w:type="spellEnd"/>
            <w:r>
              <w:t xml:space="preserve"> </w:t>
            </w:r>
            <w:proofErr w:type="spellStart"/>
            <w:r>
              <w:t>ruchome</w:t>
            </w:r>
            <w:proofErr w:type="spellEnd"/>
            <w:r>
              <w:t xml:space="preserve"> o </w:t>
            </w:r>
            <w:proofErr w:type="spellStart"/>
            <w:proofErr w:type="gramStart"/>
            <w:r>
              <w:t>długości</w:t>
            </w:r>
            <w:proofErr w:type="spellEnd"/>
            <w:r>
              <w:t xml:space="preserve">  22</w:t>
            </w:r>
            <w:proofErr w:type="gramEnd"/>
            <w:r>
              <w:t xml:space="preserve">mm, </w:t>
            </w:r>
            <w:proofErr w:type="spellStart"/>
            <w:r>
              <w:t>monopolarne</w:t>
            </w:r>
            <w:proofErr w:type="spellEnd"/>
            <w:r>
              <w:t xml:space="preserve">, </w:t>
            </w:r>
            <w:proofErr w:type="spellStart"/>
            <w:r>
              <w:t>obrotowe</w:t>
            </w:r>
            <w:proofErr w:type="spellEnd"/>
            <w:r>
              <w:t xml:space="preserve">, </w:t>
            </w:r>
            <w:proofErr w:type="spellStart"/>
            <w:r>
              <w:t>rozbieralne</w:t>
            </w:r>
            <w:proofErr w:type="spellEnd"/>
            <w:r>
              <w:t xml:space="preserve">, </w:t>
            </w:r>
            <w:proofErr w:type="spellStart"/>
            <w:r>
              <w:t>komplet</w:t>
            </w:r>
            <w:proofErr w:type="spellEnd"/>
            <w:r>
              <w:t xml:space="preserve">: </w:t>
            </w:r>
            <w:proofErr w:type="spellStart"/>
            <w:r>
              <w:t>uchwyt</w:t>
            </w:r>
            <w:proofErr w:type="spellEnd"/>
            <w:r>
              <w:t xml:space="preserve"> </w:t>
            </w:r>
            <w:proofErr w:type="spellStart"/>
            <w:r>
              <w:t>plastikowy</w:t>
            </w:r>
            <w:proofErr w:type="spellEnd"/>
            <w:r>
              <w:t xml:space="preserve"> bez </w:t>
            </w:r>
            <w:proofErr w:type="spellStart"/>
            <w:r>
              <w:t>zapinki</w:t>
            </w:r>
            <w:proofErr w:type="spellEnd"/>
            <w:r>
              <w:t xml:space="preserve"> z </w:t>
            </w:r>
            <w:proofErr w:type="spellStart"/>
            <w:r>
              <w:t>dużą</w:t>
            </w:r>
            <w:proofErr w:type="spellEnd"/>
            <w:r>
              <w:t xml:space="preserve"> </w:t>
            </w:r>
            <w:proofErr w:type="spellStart"/>
            <w:r>
              <w:t>powierzchnią</w:t>
            </w:r>
            <w:proofErr w:type="spellEnd"/>
            <w:r>
              <w:t xml:space="preserve"> </w:t>
            </w:r>
            <w:proofErr w:type="spellStart"/>
            <w:r>
              <w:t>styku</w:t>
            </w:r>
            <w:proofErr w:type="spellEnd"/>
            <w:r>
              <w:t xml:space="preserve"> w </w:t>
            </w:r>
            <w:proofErr w:type="spellStart"/>
            <w:r>
              <w:t>obrębie</w:t>
            </w:r>
            <w:proofErr w:type="spellEnd"/>
            <w:r>
              <w:t xml:space="preserve"> </w:t>
            </w:r>
            <w:proofErr w:type="spellStart"/>
            <w:r>
              <w:t>pierścienia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palec</w:t>
            </w:r>
            <w:proofErr w:type="spellEnd"/>
            <w:r>
              <w:t xml:space="preserve">,  </w:t>
            </w:r>
            <w:proofErr w:type="spellStart"/>
            <w:r>
              <w:t>tubus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izolowany</w:t>
            </w:r>
            <w:proofErr w:type="spellEnd"/>
            <w:r>
              <w:t xml:space="preserve"> z </w:t>
            </w:r>
            <w:proofErr w:type="spellStart"/>
            <w:r>
              <w:t>przyłączem</w:t>
            </w:r>
            <w:proofErr w:type="spellEnd"/>
            <w:r>
              <w:t xml:space="preserve"> do </w:t>
            </w:r>
            <w:proofErr w:type="spellStart"/>
            <w:r>
              <w:t>przepłukiwania</w:t>
            </w:r>
            <w:proofErr w:type="spellEnd"/>
            <w:r>
              <w:t xml:space="preserve">, </w:t>
            </w:r>
            <w:proofErr w:type="spellStart"/>
            <w:r>
              <w:t>wkład</w:t>
            </w:r>
            <w:proofErr w:type="spellEnd"/>
            <w:r>
              <w:t xml:space="preserve"> </w:t>
            </w:r>
            <w:proofErr w:type="spellStart"/>
            <w:r>
              <w:t>roboczy</w:t>
            </w:r>
            <w:proofErr w:type="spellEnd"/>
            <w:r>
              <w:t xml:space="preserve">; </w:t>
            </w:r>
            <w:proofErr w:type="spellStart"/>
            <w:r>
              <w:t>śr</w:t>
            </w:r>
            <w:proofErr w:type="spellEnd"/>
            <w:r>
              <w:t xml:space="preserve">. 5 mm, </w:t>
            </w:r>
            <w:proofErr w:type="spellStart"/>
            <w:r>
              <w:t>dł</w:t>
            </w:r>
            <w:proofErr w:type="spellEnd"/>
            <w:r>
              <w:t xml:space="preserve">. 36 cm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246AF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27AC5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6A33AC7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16F63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161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EF842D" w14:textId="77777777" w:rsidR="004F0AFF" w:rsidRDefault="003F1309">
            <w:proofErr w:type="spellStart"/>
            <w:r>
              <w:t>Kleszcze</w:t>
            </w:r>
            <w:proofErr w:type="spellEnd"/>
            <w:r>
              <w:t xml:space="preserve"> </w:t>
            </w:r>
            <w:proofErr w:type="spellStart"/>
            <w:r>
              <w:t>chwytające</w:t>
            </w:r>
            <w:proofErr w:type="spellEnd"/>
            <w:r>
              <w:t xml:space="preserve"> </w:t>
            </w:r>
            <w:proofErr w:type="spellStart"/>
            <w:r>
              <w:t>bransze</w:t>
            </w:r>
            <w:proofErr w:type="spellEnd"/>
            <w:r>
              <w:t xml:space="preserve"> </w:t>
            </w:r>
            <w:proofErr w:type="spellStart"/>
            <w:r>
              <w:t>okienkowe</w:t>
            </w:r>
            <w:proofErr w:type="spellEnd"/>
            <w:r>
              <w:t xml:space="preserve"> z </w:t>
            </w:r>
            <w:proofErr w:type="spellStart"/>
            <w:r>
              <w:t>drobnym</w:t>
            </w:r>
            <w:proofErr w:type="spellEnd"/>
            <w:r>
              <w:t xml:space="preserve"> </w:t>
            </w:r>
            <w:proofErr w:type="spellStart"/>
            <w:r>
              <w:t>ząbkowaniem</w:t>
            </w:r>
            <w:proofErr w:type="spellEnd"/>
            <w:r>
              <w:t xml:space="preserve">, </w:t>
            </w:r>
            <w:proofErr w:type="spellStart"/>
            <w:r>
              <w:t>jedna</w:t>
            </w:r>
            <w:proofErr w:type="spellEnd"/>
            <w:r>
              <w:t xml:space="preserve"> </w:t>
            </w:r>
            <w:proofErr w:type="spellStart"/>
            <w:r>
              <w:t>bransza</w:t>
            </w:r>
            <w:proofErr w:type="spellEnd"/>
            <w:r>
              <w:t xml:space="preserve"> </w:t>
            </w:r>
            <w:proofErr w:type="spellStart"/>
            <w:r>
              <w:t>ruchoma</w:t>
            </w:r>
            <w:proofErr w:type="spellEnd"/>
            <w:r>
              <w:t xml:space="preserve">, </w:t>
            </w:r>
            <w:proofErr w:type="spellStart"/>
            <w:r>
              <w:t>bransze</w:t>
            </w:r>
            <w:proofErr w:type="spellEnd"/>
            <w:r>
              <w:t xml:space="preserve"> o </w:t>
            </w:r>
            <w:proofErr w:type="spellStart"/>
            <w:r>
              <w:t>długości</w:t>
            </w:r>
            <w:proofErr w:type="spellEnd"/>
            <w:r>
              <w:t xml:space="preserve"> 26mm, </w:t>
            </w:r>
            <w:proofErr w:type="spellStart"/>
            <w:r>
              <w:t>monopolarne</w:t>
            </w:r>
            <w:proofErr w:type="spellEnd"/>
            <w:r>
              <w:t xml:space="preserve">, </w:t>
            </w:r>
            <w:proofErr w:type="spellStart"/>
            <w:r>
              <w:t>obrotowe</w:t>
            </w:r>
            <w:proofErr w:type="spellEnd"/>
            <w:r>
              <w:t xml:space="preserve">, </w:t>
            </w:r>
            <w:proofErr w:type="spellStart"/>
            <w:r>
              <w:t>rozbieralne</w:t>
            </w:r>
            <w:proofErr w:type="spellEnd"/>
            <w:r>
              <w:t xml:space="preserve">, </w:t>
            </w:r>
            <w:proofErr w:type="spellStart"/>
            <w:r>
              <w:t>komplet</w:t>
            </w:r>
            <w:proofErr w:type="spellEnd"/>
            <w:r>
              <w:t xml:space="preserve">: </w:t>
            </w:r>
            <w:proofErr w:type="spellStart"/>
            <w:r>
              <w:t>uchwyt</w:t>
            </w:r>
            <w:proofErr w:type="spellEnd"/>
            <w:r>
              <w:t xml:space="preserve"> </w:t>
            </w:r>
            <w:proofErr w:type="spellStart"/>
            <w:r>
              <w:t>plastikowy</w:t>
            </w:r>
            <w:proofErr w:type="spellEnd"/>
            <w:r>
              <w:t xml:space="preserve"> bez </w:t>
            </w:r>
            <w:proofErr w:type="spellStart"/>
            <w:r>
              <w:t>zapinki</w:t>
            </w:r>
            <w:proofErr w:type="spellEnd"/>
            <w:r>
              <w:t xml:space="preserve"> z </w:t>
            </w:r>
            <w:proofErr w:type="spellStart"/>
            <w:r>
              <w:t>dużą</w:t>
            </w:r>
            <w:proofErr w:type="spellEnd"/>
            <w:r>
              <w:t xml:space="preserve"> </w:t>
            </w:r>
            <w:proofErr w:type="spellStart"/>
            <w:r>
              <w:t>powierzchnią</w:t>
            </w:r>
            <w:proofErr w:type="spellEnd"/>
            <w:r>
              <w:t xml:space="preserve"> </w:t>
            </w:r>
            <w:proofErr w:type="spellStart"/>
            <w:r>
              <w:t>styku</w:t>
            </w:r>
            <w:proofErr w:type="spellEnd"/>
            <w:r>
              <w:t xml:space="preserve"> w </w:t>
            </w:r>
            <w:proofErr w:type="spellStart"/>
            <w:r>
              <w:t>obrębie</w:t>
            </w:r>
            <w:proofErr w:type="spellEnd"/>
            <w:r>
              <w:t xml:space="preserve"> </w:t>
            </w:r>
            <w:proofErr w:type="spellStart"/>
            <w:r>
              <w:t>pierścienia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palec</w:t>
            </w:r>
            <w:proofErr w:type="spellEnd"/>
            <w:r>
              <w:t xml:space="preserve">,  </w:t>
            </w:r>
            <w:proofErr w:type="spellStart"/>
            <w:r>
              <w:t>tubus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izolowany</w:t>
            </w:r>
            <w:proofErr w:type="spellEnd"/>
            <w:r>
              <w:t xml:space="preserve"> z </w:t>
            </w:r>
            <w:proofErr w:type="spellStart"/>
            <w:r>
              <w:t>przyłączem</w:t>
            </w:r>
            <w:proofErr w:type="spellEnd"/>
            <w:r>
              <w:t xml:space="preserve"> do </w:t>
            </w:r>
            <w:proofErr w:type="spellStart"/>
            <w:r>
              <w:t>przepłukiwania</w:t>
            </w:r>
            <w:proofErr w:type="spellEnd"/>
            <w:r>
              <w:t xml:space="preserve">, </w:t>
            </w:r>
            <w:proofErr w:type="spellStart"/>
            <w:r>
              <w:t>wkład</w:t>
            </w:r>
            <w:proofErr w:type="spellEnd"/>
            <w:r>
              <w:t xml:space="preserve"> </w:t>
            </w:r>
            <w:proofErr w:type="spellStart"/>
            <w:r>
              <w:t>roboczy</w:t>
            </w:r>
            <w:proofErr w:type="spellEnd"/>
            <w:r>
              <w:t xml:space="preserve">; </w:t>
            </w:r>
            <w:proofErr w:type="spellStart"/>
            <w:r>
              <w:t>śr</w:t>
            </w:r>
            <w:proofErr w:type="spellEnd"/>
            <w:r>
              <w:t xml:space="preserve">. 5 mm, </w:t>
            </w:r>
            <w:proofErr w:type="spellStart"/>
            <w:r>
              <w:t>dł</w:t>
            </w:r>
            <w:proofErr w:type="spellEnd"/>
            <w:r>
              <w:t xml:space="preserve">. 36 cm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AE8C0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3F1F5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A652380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12D82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162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FA6326" w14:textId="77777777" w:rsidR="004F0AFF" w:rsidRDefault="003F1309">
            <w:proofErr w:type="spellStart"/>
            <w:r>
              <w:t>Nożyczki</w:t>
            </w:r>
            <w:proofErr w:type="spellEnd"/>
            <w:r>
              <w:t xml:space="preserve"> </w:t>
            </w:r>
            <w:proofErr w:type="spellStart"/>
            <w:r>
              <w:t>typu</w:t>
            </w:r>
            <w:proofErr w:type="spellEnd"/>
            <w:r>
              <w:t xml:space="preserve"> METZENBAUM, </w:t>
            </w:r>
            <w:proofErr w:type="spellStart"/>
            <w:r>
              <w:t>ostrza</w:t>
            </w:r>
            <w:proofErr w:type="spellEnd"/>
            <w:r>
              <w:t xml:space="preserve"> </w:t>
            </w:r>
            <w:proofErr w:type="spellStart"/>
            <w:r>
              <w:t>zakrzywione</w:t>
            </w:r>
            <w:proofErr w:type="spellEnd"/>
            <w:r>
              <w:t xml:space="preserve">, oba </w:t>
            </w:r>
            <w:proofErr w:type="spellStart"/>
            <w:r>
              <w:t>ostrza</w:t>
            </w:r>
            <w:proofErr w:type="spellEnd"/>
            <w:r>
              <w:t xml:space="preserve"> </w:t>
            </w:r>
            <w:proofErr w:type="spellStart"/>
            <w:r>
              <w:t>ruchome</w:t>
            </w:r>
            <w:proofErr w:type="spellEnd"/>
            <w:r>
              <w:t xml:space="preserve">, </w:t>
            </w:r>
            <w:proofErr w:type="spellStart"/>
            <w:r>
              <w:t>długość</w:t>
            </w:r>
            <w:proofErr w:type="spellEnd"/>
            <w:r>
              <w:t xml:space="preserve"> </w:t>
            </w:r>
            <w:proofErr w:type="spellStart"/>
            <w:r>
              <w:t>ostrzy</w:t>
            </w:r>
            <w:proofErr w:type="spellEnd"/>
            <w:r>
              <w:t xml:space="preserve"> 15mm; </w:t>
            </w:r>
            <w:proofErr w:type="spellStart"/>
            <w:r>
              <w:t>monopolarne</w:t>
            </w:r>
            <w:proofErr w:type="spellEnd"/>
            <w:r>
              <w:t xml:space="preserve">, </w:t>
            </w:r>
            <w:proofErr w:type="spellStart"/>
            <w:r>
              <w:t>obrotowe</w:t>
            </w:r>
            <w:proofErr w:type="spellEnd"/>
            <w:r>
              <w:t xml:space="preserve">, </w:t>
            </w:r>
            <w:proofErr w:type="spellStart"/>
            <w:r>
              <w:t>rozbieralne</w:t>
            </w:r>
            <w:proofErr w:type="spellEnd"/>
            <w:r>
              <w:t xml:space="preserve">, </w:t>
            </w:r>
            <w:proofErr w:type="spellStart"/>
            <w:r>
              <w:t>komplet</w:t>
            </w:r>
            <w:proofErr w:type="spellEnd"/>
            <w:r>
              <w:t xml:space="preserve">: </w:t>
            </w:r>
            <w:proofErr w:type="spellStart"/>
            <w:r>
              <w:t>uchwyt</w:t>
            </w:r>
            <w:proofErr w:type="spellEnd"/>
            <w:r>
              <w:t xml:space="preserve"> </w:t>
            </w:r>
            <w:proofErr w:type="spellStart"/>
            <w:r>
              <w:t>plastikowy</w:t>
            </w:r>
            <w:proofErr w:type="spellEnd"/>
            <w:r>
              <w:t xml:space="preserve"> bez </w:t>
            </w:r>
            <w:proofErr w:type="spellStart"/>
            <w:r>
              <w:t>zapinki</w:t>
            </w:r>
            <w:proofErr w:type="spellEnd"/>
            <w:r>
              <w:t xml:space="preserve">, z </w:t>
            </w:r>
            <w:proofErr w:type="spellStart"/>
            <w:r>
              <w:t>dużą</w:t>
            </w:r>
            <w:proofErr w:type="spellEnd"/>
            <w:r>
              <w:t xml:space="preserve"> </w:t>
            </w:r>
            <w:proofErr w:type="spellStart"/>
            <w:r>
              <w:t>powierzchnią</w:t>
            </w:r>
            <w:proofErr w:type="spellEnd"/>
            <w:r>
              <w:t xml:space="preserve"> </w:t>
            </w:r>
            <w:proofErr w:type="spellStart"/>
            <w:r>
              <w:t>styku</w:t>
            </w:r>
            <w:proofErr w:type="spellEnd"/>
            <w:r>
              <w:t xml:space="preserve"> w </w:t>
            </w:r>
            <w:proofErr w:type="spellStart"/>
            <w:r>
              <w:t>obrębie</w:t>
            </w:r>
            <w:proofErr w:type="spellEnd"/>
            <w:r>
              <w:t xml:space="preserve"> </w:t>
            </w:r>
            <w:proofErr w:type="spellStart"/>
            <w:r>
              <w:t>pierścienia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palec</w:t>
            </w:r>
            <w:proofErr w:type="spellEnd"/>
            <w:r>
              <w:t xml:space="preserve">, </w:t>
            </w:r>
            <w:proofErr w:type="spellStart"/>
            <w:r>
              <w:t>tubus</w:t>
            </w:r>
            <w:proofErr w:type="spellEnd"/>
            <w:r>
              <w:t xml:space="preserve"> </w:t>
            </w:r>
            <w:proofErr w:type="spellStart"/>
            <w:r>
              <w:t>izolowany</w:t>
            </w:r>
            <w:proofErr w:type="spellEnd"/>
            <w:r>
              <w:t xml:space="preserve"> z </w:t>
            </w:r>
            <w:proofErr w:type="spellStart"/>
            <w:r>
              <w:t>przyłączem</w:t>
            </w:r>
            <w:proofErr w:type="spellEnd"/>
            <w:r>
              <w:t xml:space="preserve"> do </w:t>
            </w:r>
            <w:proofErr w:type="spellStart"/>
            <w:r>
              <w:t>przepłukiwania</w:t>
            </w:r>
            <w:proofErr w:type="spellEnd"/>
            <w:r>
              <w:t xml:space="preserve">, </w:t>
            </w:r>
            <w:proofErr w:type="spellStart"/>
            <w:r>
              <w:t>wkład</w:t>
            </w:r>
            <w:proofErr w:type="spellEnd"/>
            <w:r>
              <w:t xml:space="preserve"> </w:t>
            </w:r>
            <w:proofErr w:type="spellStart"/>
            <w:r>
              <w:t>roboczy</w:t>
            </w:r>
            <w:proofErr w:type="spellEnd"/>
            <w:r>
              <w:t xml:space="preserve">; </w:t>
            </w:r>
            <w:proofErr w:type="spellStart"/>
            <w:r>
              <w:t>śr</w:t>
            </w:r>
            <w:proofErr w:type="spellEnd"/>
            <w:r>
              <w:t xml:space="preserve">. 5 mm, </w:t>
            </w:r>
            <w:proofErr w:type="spellStart"/>
            <w:r>
              <w:t>dł</w:t>
            </w:r>
            <w:proofErr w:type="spellEnd"/>
            <w:r>
              <w:t xml:space="preserve">. 36 cm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BA77A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8C389F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D0D8464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0FA30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163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EDAF2A" w14:textId="77777777" w:rsidR="004F0AFF" w:rsidRDefault="003F1309">
            <w:proofErr w:type="spellStart"/>
            <w:r>
              <w:t>Elektroda</w:t>
            </w:r>
            <w:proofErr w:type="spellEnd"/>
            <w:r>
              <w:t xml:space="preserve"> </w:t>
            </w:r>
            <w:proofErr w:type="spellStart"/>
            <w:r>
              <w:t>haczykowa</w:t>
            </w:r>
            <w:proofErr w:type="spellEnd"/>
            <w:r>
              <w:t xml:space="preserve">, </w:t>
            </w:r>
            <w:proofErr w:type="spellStart"/>
            <w:r>
              <w:t>monopolarna</w:t>
            </w:r>
            <w:proofErr w:type="spellEnd"/>
            <w:r>
              <w:t xml:space="preserve">, </w:t>
            </w:r>
            <w:proofErr w:type="spellStart"/>
            <w:r>
              <w:t>kształ</w:t>
            </w:r>
            <w:proofErr w:type="spellEnd"/>
            <w:r>
              <w:t xml:space="preserve"> L, </w:t>
            </w:r>
            <w:proofErr w:type="spellStart"/>
            <w:r>
              <w:t>rozmiar</w:t>
            </w:r>
            <w:proofErr w:type="spellEnd"/>
            <w:r>
              <w:t xml:space="preserve"> 5 mm, </w:t>
            </w:r>
            <w:proofErr w:type="spellStart"/>
            <w:r>
              <w:t>długość</w:t>
            </w:r>
            <w:proofErr w:type="spellEnd"/>
            <w:r>
              <w:t xml:space="preserve"> </w:t>
            </w:r>
            <w:proofErr w:type="spellStart"/>
            <w:r>
              <w:t>robocza</w:t>
            </w:r>
            <w:proofErr w:type="spellEnd"/>
            <w:r>
              <w:t xml:space="preserve"> 36 cm, </w:t>
            </w:r>
            <w:proofErr w:type="spellStart"/>
            <w:r>
              <w:t>tubus</w:t>
            </w:r>
            <w:proofErr w:type="spellEnd"/>
            <w:r>
              <w:t xml:space="preserve"> </w:t>
            </w:r>
            <w:proofErr w:type="spellStart"/>
            <w:r>
              <w:t>izolowany</w:t>
            </w:r>
            <w:proofErr w:type="spellEnd"/>
            <w:r>
              <w:t xml:space="preserve">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65A88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FE83A8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E40A4AC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9CF1A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164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EF814A" w14:textId="77777777" w:rsidR="004F0AFF" w:rsidRDefault="003F1309">
            <w:proofErr w:type="spellStart"/>
            <w:r>
              <w:t>Kleszcze</w:t>
            </w:r>
            <w:proofErr w:type="spellEnd"/>
            <w:r>
              <w:t xml:space="preserve"> </w:t>
            </w:r>
            <w:proofErr w:type="spellStart"/>
            <w:r>
              <w:t>chwytające</w:t>
            </w:r>
            <w:proofErr w:type="spellEnd"/>
            <w:r>
              <w:t xml:space="preserve"> </w:t>
            </w:r>
            <w:proofErr w:type="spellStart"/>
            <w:r>
              <w:t>typu</w:t>
            </w:r>
            <w:proofErr w:type="spellEnd"/>
            <w:r>
              <w:t xml:space="preserve"> „</w:t>
            </w:r>
            <w:proofErr w:type="spellStart"/>
            <w:r>
              <w:t>aligator</w:t>
            </w:r>
            <w:proofErr w:type="spellEnd"/>
            <w:r>
              <w:t xml:space="preserve">”, </w:t>
            </w:r>
            <w:proofErr w:type="spellStart"/>
            <w:r>
              <w:t>obie</w:t>
            </w:r>
            <w:proofErr w:type="spellEnd"/>
            <w:r>
              <w:t xml:space="preserve"> </w:t>
            </w:r>
            <w:proofErr w:type="spellStart"/>
            <w:r>
              <w:t>bransze</w:t>
            </w:r>
            <w:proofErr w:type="spellEnd"/>
            <w:r>
              <w:t xml:space="preserve"> </w:t>
            </w:r>
            <w:proofErr w:type="spellStart"/>
            <w:r>
              <w:t>ruchome</w:t>
            </w:r>
            <w:proofErr w:type="spellEnd"/>
            <w:r>
              <w:t xml:space="preserve">, </w:t>
            </w:r>
            <w:proofErr w:type="spellStart"/>
            <w:r>
              <w:t>bransze</w:t>
            </w:r>
            <w:proofErr w:type="spellEnd"/>
            <w:r>
              <w:t xml:space="preserve"> o </w:t>
            </w:r>
            <w:proofErr w:type="spellStart"/>
            <w:proofErr w:type="gramStart"/>
            <w:r>
              <w:t>długości</w:t>
            </w:r>
            <w:proofErr w:type="spellEnd"/>
            <w:r>
              <w:t xml:space="preserve">  18</w:t>
            </w:r>
            <w:proofErr w:type="gramEnd"/>
            <w:r>
              <w:t xml:space="preserve">mm, </w:t>
            </w:r>
            <w:proofErr w:type="spellStart"/>
            <w:r>
              <w:t>monopolarne</w:t>
            </w:r>
            <w:proofErr w:type="spellEnd"/>
            <w:r>
              <w:t xml:space="preserve">, </w:t>
            </w:r>
            <w:proofErr w:type="spellStart"/>
            <w:r>
              <w:t>obrotowe</w:t>
            </w:r>
            <w:proofErr w:type="spellEnd"/>
            <w:r>
              <w:t xml:space="preserve">, </w:t>
            </w:r>
            <w:proofErr w:type="spellStart"/>
            <w:r>
              <w:t>rozbieralne</w:t>
            </w:r>
            <w:proofErr w:type="spellEnd"/>
            <w:r>
              <w:t xml:space="preserve">, </w:t>
            </w:r>
            <w:proofErr w:type="spellStart"/>
            <w:r>
              <w:t>komplet</w:t>
            </w:r>
            <w:proofErr w:type="spellEnd"/>
            <w:r>
              <w:t xml:space="preserve">: </w:t>
            </w:r>
            <w:proofErr w:type="spellStart"/>
            <w:r>
              <w:t>uchwyt</w:t>
            </w:r>
            <w:proofErr w:type="spellEnd"/>
            <w:r>
              <w:t xml:space="preserve"> </w:t>
            </w:r>
            <w:proofErr w:type="spellStart"/>
            <w:r>
              <w:t>plastikowy</w:t>
            </w:r>
            <w:proofErr w:type="spellEnd"/>
            <w:r>
              <w:t xml:space="preserve"> z </w:t>
            </w:r>
            <w:proofErr w:type="spellStart"/>
            <w:r>
              <w:t>zapinką</w:t>
            </w:r>
            <w:proofErr w:type="spellEnd"/>
            <w:r>
              <w:t xml:space="preserve"> z </w:t>
            </w:r>
            <w:proofErr w:type="spellStart"/>
            <w:r>
              <w:t>dużą</w:t>
            </w:r>
            <w:proofErr w:type="spellEnd"/>
            <w:r>
              <w:t xml:space="preserve"> </w:t>
            </w:r>
            <w:proofErr w:type="spellStart"/>
            <w:r>
              <w:t>powierzchnią</w:t>
            </w:r>
            <w:proofErr w:type="spellEnd"/>
            <w:r>
              <w:t xml:space="preserve"> </w:t>
            </w:r>
            <w:proofErr w:type="spellStart"/>
            <w:r>
              <w:t>styku</w:t>
            </w:r>
            <w:proofErr w:type="spellEnd"/>
            <w:r>
              <w:t xml:space="preserve"> w </w:t>
            </w:r>
            <w:proofErr w:type="spellStart"/>
            <w:r>
              <w:t>obrębie</w:t>
            </w:r>
            <w:proofErr w:type="spellEnd"/>
            <w:r>
              <w:t xml:space="preserve"> </w:t>
            </w:r>
            <w:proofErr w:type="spellStart"/>
            <w:r>
              <w:t>pierścienia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palec</w:t>
            </w:r>
            <w:proofErr w:type="spellEnd"/>
            <w:r>
              <w:t xml:space="preserve">,  </w:t>
            </w:r>
            <w:proofErr w:type="spellStart"/>
            <w:r>
              <w:t>tubus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izolowany</w:t>
            </w:r>
            <w:proofErr w:type="spellEnd"/>
            <w:r>
              <w:t xml:space="preserve"> z </w:t>
            </w:r>
            <w:proofErr w:type="spellStart"/>
            <w:r>
              <w:t>przyłączem</w:t>
            </w:r>
            <w:proofErr w:type="spellEnd"/>
            <w:r>
              <w:t xml:space="preserve"> do </w:t>
            </w:r>
            <w:proofErr w:type="spellStart"/>
            <w:r>
              <w:t>przepłukiwania</w:t>
            </w:r>
            <w:proofErr w:type="spellEnd"/>
            <w:r>
              <w:t xml:space="preserve">, </w:t>
            </w:r>
            <w:proofErr w:type="spellStart"/>
            <w:r>
              <w:t>wkład</w:t>
            </w:r>
            <w:proofErr w:type="spellEnd"/>
            <w:r>
              <w:t xml:space="preserve"> </w:t>
            </w:r>
            <w:proofErr w:type="spellStart"/>
            <w:r>
              <w:t>roboczy</w:t>
            </w:r>
            <w:proofErr w:type="spellEnd"/>
            <w:r>
              <w:t xml:space="preserve">; </w:t>
            </w:r>
            <w:proofErr w:type="spellStart"/>
            <w:r>
              <w:t>śr</w:t>
            </w:r>
            <w:proofErr w:type="spellEnd"/>
            <w:r>
              <w:t xml:space="preserve">. 5 mm, </w:t>
            </w:r>
            <w:proofErr w:type="spellStart"/>
            <w:r>
              <w:t>dł</w:t>
            </w:r>
            <w:proofErr w:type="spellEnd"/>
            <w:r>
              <w:t xml:space="preserve">. 36 </w:t>
            </w:r>
            <w:proofErr w:type="gramStart"/>
            <w:r>
              <w:t>cm  -</w:t>
            </w:r>
            <w:proofErr w:type="gramEnd"/>
            <w:r>
              <w:t xml:space="preserve">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3FC3C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45B514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A034DCF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FA1D3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165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40CDA9" w14:textId="77777777" w:rsidR="004F0AFF" w:rsidRDefault="003F1309">
            <w:proofErr w:type="spellStart"/>
            <w:r>
              <w:t>Kleszcze</w:t>
            </w:r>
            <w:proofErr w:type="spellEnd"/>
            <w:r>
              <w:t xml:space="preserve"> </w:t>
            </w:r>
            <w:proofErr w:type="spellStart"/>
            <w:r>
              <w:t>chwytające</w:t>
            </w:r>
            <w:proofErr w:type="spellEnd"/>
            <w:r>
              <w:t xml:space="preserve"> </w:t>
            </w:r>
            <w:proofErr w:type="spellStart"/>
            <w:r>
              <w:t>typu</w:t>
            </w:r>
            <w:proofErr w:type="spellEnd"/>
            <w:r>
              <w:t xml:space="preserve"> "</w:t>
            </w:r>
            <w:proofErr w:type="spellStart"/>
            <w:r>
              <w:t>pazury</w:t>
            </w:r>
            <w:proofErr w:type="spellEnd"/>
            <w:r>
              <w:t xml:space="preserve">", </w:t>
            </w:r>
            <w:proofErr w:type="spellStart"/>
            <w:r>
              <w:t>zęby</w:t>
            </w:r>
            <w:proofErr w:type="spellEnd"/>
            <w:r>
              <w:t xml:space="preserve"> 2 x 3, </w:t>
            </w:r>
            <w:proofErr w:type="spellStart"/>
            <w:r>
              <w:t>jedna</w:t>
            </w:r>
            <w:proofErr w:type="spellEnd"/>
            <w:r>
              <w:t xml:space="preserve"> </w:t>
            </w:r>
            <w:proofErr w:type="spellStart"/>
            <w:r>
              <w:t>bransza</w:t>
            </w:r>
            <w:proofErr w:type="spellEnd"/>
            <w:r>
              <w:t xml:space="preserve"> </w:t>
            </w:r>
            <w:proofErr w:type="spellStart"/>
            <w:r>
              <w:t>ruchoma</w:t>
            </w:r>
            <w:proofErr w:type="spellEnd"/>
            <w:r>
              <w:t xml:space="preserve">, </w:t>
            </w:r>
            <w:proofErr w:type="spellStart"/>
            <w:r>
              <w:t>bransze</w:t>
            </w:r>
            <w:proofErr w:type="spellEnd"/>
            <w:r>
              <w:t xml:space="preserve"> o </w:t>
            </w:r>
            <w:proofErr w:type="spellStart"/>
            <w:r>
              <w:t>długości</w:t>
            </w:r>
            <w:proofErr w:type="spellEnd"/>
            <w:r>
              <w:t xml:space="preserve"> 26mm, </w:t>
            </w:r>
            <w:proofErr w:type="spellStart"/>
            <w:r>
              <w:t>monopolarne</w:t>
            </w:r>
            <w:proofErr w:type="spellEnd"/>
            <w:r>
              <w:t xml:space="preserve">, </w:t>
            </w:r>
            <w:proofErr w:type="spellStart"/>
            <w:r>
              <w:t>obrotowe</w:t>
            </w:r>
            <w:proofErr w:type="spellEnd"/>
            <w:r>
              <w:t xml:space="preserve">, </w:t>
            </w:r>
            <w:proofErr w:type="spellStart"/>
            <w:r>
              <w:t>rozbieralne</w:t>
            </w:r>
            <w:proofErr w:type="spellEnd"/>
            <w:r>
              <w:t xml:space="preserve">, </w:t>
            </w:r>
            <w:proofErr w:type="spellStart"/>
            <w:r>
              <w:t>komplet</w:t>
            </w:r>
            <w:proofErr w:type="spellEnd"/>
            <w:r>
              <w:t xml:space="preserve">: </w:t>
            </w:r>
            <w:proofErr w:type="spellStart"/>
            <w:r>
              <w:t>uchwyt</w:t>
            </w:r>
            <w:proofErr w:type="spellEnd"/>
            <w:r>
              <w:t xml:space="preserve"> </w:t>
            </w:r>
            <w:proofErr w:type="spellStart"/>
            <w:r>
              <w:t>plastikowy</w:t>
            </w:r>
            <w:proofErr w:type="spellEnd"/>
            <w:r>
              <w:t xml:space="preserve"> z </w:t>
            </w:r>
            <w:proofErr w:type="spellStart"/>
            <w:r>
              <w:t>zapinką</w:t>
            </w:r>
            <w:proofErr w:type="spellEnd"/>
            <w:r>
              <w:t xml:space="preserve"> z </w:t>
            </w:r>
            <w:proofErr w:type="spellStart"/>
            <w:r>
              <w:t>dużą</w:t>
            </w:r>
            <w:proofErr w:type="spellEnd"/>
            <w:r>
              <w:t xml:space="preserve"> </w:t>
            </w:r>
            <w:proofErr w:type="spellStart"/>
            <w:r>
              <w:t>powierzchnią</w:t>
            </w:r>
            <w:proofErr w:type="spellEnd"/>
            <w:r>
              <w:t xml:space="preserve"> </w:t>
            </w:r>
            <w:proofErr w:type="spellStart"/>
            <w:r>
              <w:t>styku</w:t>
            </w:r>
            <w:proofErr w:type="spellEnd"/>
            <w:r>
              <w:t xml:space="preserve"> w </w:t>
            </w:r>
            <w:proofErr w:type="spellStart"/>
            <w:r>
              <w:t>obrębie</w:t>
            </w:r>
            <w:proofErr w:type="spellEnd"/>
            <w:r>
              <w:t xml:space="preserve"> </w:t>
            </w:r>
            <w:proofErr w:type="spellStart"/>
            <w:r>
              <w:t>pierścienia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palec</w:t>
            </w:r>
            <w:proofErr w:type="spellEnd"/>
            <w:r>
              <w:t xml:space="preserve">,  </w:t>
            </w:r>
            <w:proofErr w:type="spellStart"/>
            <w:r>
              <w:t>tubus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izolowany</w:t>
            </w:r>
            <w:proofErr w:type="spellEnd"/>
            <w:r>
              <w:t xml:space="preserve"> z </w:t>
            </w:r>
            <w:proofErr w:type="spellStart"/>
            <w:r>
              <w:t>przyłączem</w:t>
            </w:r>
            <w:proofErr w:type="spellEnd"/>
            <w:r>
              <w:t xml:space="preserve"> do </w:t>
            </w:r>
            <w:proofErr w:type="spellStart"/>
            <w:r>
              <w:t>przepłukiwania</w:t>
            </w:r>
            <w:proofErr w:type="spellEnd"/>
            <w:r>
              <w:t xml:space="preserve">, </w:t>
            </w:r>
            <w:proofErr w:type="spellStart"/>
            <w:r>
              <w:t>wkład</w:t>
            </w:r>
            <w:proofErr w:type="spellEnd"/>
            <w:r>
              <w:t xml:space="preserve"> </w:t>
            </w:r>
            <w:proofErr w:type="spellStart"/>
            <w:r>
              <w:t>roboczy</w:t>
            </w:r>
            <w:proofErr w:type="spellEnd"/>
            <w:r>
              <w:t xml:space="preserve">; </w:t>
            </w:r>
            <w:proofErr w:type="spellStart"/>
            <w:r>
              <w:t>śr</w:t>
            </w:r>
            <w:proofErr w:type="spellEnd"/>
            <w:r>
              <w:t xml:space="preserve">. 5 mm, </w:t>
            </w:r>
            <w:proofErr w:type="spellStart"/>
            <w:r>
              <w:t>dł</w:t>
            </w:r>
            <w:proofErr w:type="spellEnd"/>
            <w:r>
              <w:t xml:space="preserve">. 36-45 </w:t>
            </w:r>
            <w:proofErr w:type="gramStart"/>
            <w:r>
              <w:t>cm  -</w:t>
            </w:r>
            <w:proofErr w:type="gramEnd"/>
            <w:r>
              <w:t xml:space="preserve">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1E82B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899AC5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A037089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CCDAA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166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ED64C6" w14:textId="77777777" w:rsidR="004F0AFF" w:rsidRDefault="003F1309">
            <w:proofErr w:type="spellStart"/>
            <w:r>
              <w:t>Kleszcze</w:t>
            </w:r>
            <w:proofErr w:type="spellEnd"/>
            <w:r>
              <w:t xml:space="preserve"> </w:t>
            </w:r>
            <w:proofErr w:type="spellStart"/>
            <w:r>
              <w:t>chwytające</w:t>
            </w:r>
            <w:proofErr w:type="spellEnd"/>
            <w:r>
              <w:t xml:space="preserve">, </w:t>
            </w:r>
            <w:proofErr w:type="spellStart"/>
            <w:r>
              <w:t>bransze</w:t>
            </w:r>
            <w:proofErr w:type="spellEnd"/>
            <w:r>
              <w:t xml:space="preserve"> </w:t>
            </w:r>
            <w:proofErr w:type="spellStart"/>
            <w:r>
              <w:t>atraumatyczne</w:t>
            </w:r>
            <w:proofErr w:type="spellEnd"/>
            <w:r>
              <w:t xml:space="preserve">, </w:t>
            </w:r>
            <w:proofErr w:type="spellStart"/>
            <w:r>
              <w:t>okienkowe</w:t>
            </w:r>
            <w:proofErr w:type="spellEnd"/>
            <w:r>
              <w:t xml:space="preserve">, </w:t>
            </w:r>
            <w:proofErr w:type="spellStart"/>
            <w:r>
              <w:t>długość</w:t>
            </w:r>
            <w:proofErr w:type="spellEnd"/>
            <w:r>
              <w:t xml:space="preserve"> </w:t>
            </w:r>
            <w:proofErr w:type="spellStart"/>
            <w:r>
              <w:t>branszy</w:t>
            </w:r>
            <w:proofErr w:type="spellEnd"/>
            <w:r>
              <w:t xml:space="preserve"> 24mm, </w:t>
            </w:r>
            <w:proofErr w:type="spellStart"/>
            <w:r>
              <w:t>obie</w:t>
            </w:r>
            <w:proofErr w:type="spellEnd"/>
            <w:r>
              <w:t xml:space="preserve"> </w:t>
            </w:r>
            <w:proofErr w:type="spellStart"/>
            <w:r>
              <w:t>bransze</w:t>
            </w:r>
            <w:proofErr w:type="spellEnd"/>
            <w:r>
              <w:t xml:space="preserve"> </w:t>
            </w:r>
            <w:proofErr w:type="spellStart"/>
            <w:r>
              <w:t>ruchome</w:t>
            </w:r>
            <w:proofErr w:type="spellEnd"/>
            <w:r>
              <w:t xml:space="preserve">, </w:t>
            </w:r>
            <w:proofErr w:type="spellStart"/>
            <w:r>
              <w:t>monopolarne</w:t>
            </w:r>
            <w:proofErr w:type="spellEnd"/>
            <w:r>
              <w:t xml:space="preserve">, </w:t>
            </w:r>
            <w:proofErr w:type="spellStart"/>
            <w:r>
              <w:t>obrotowe</w:t>
            </w:r>
            <w:proofErr w:type="spellEnd"/>
            <w:r>
              <w:t xml:space="preserve">, </w:t>
            </w:r>
            <w:proofErr w:type="spellStart"/>
            <w:r>
              <w:t>rozbieralne</w:t>
            </w:r>
            <w:proofErr w:type="spellEnd"/>
            <w:r>
              <w:t xml:space="preserve">, </w:t>
            </w:r>
            <w:proofErr w:type="spellStart"/>
            <w:r>
              <w:t>komplet</w:t>
            </w:r>
            <w:proofErr w:type="spellEnd"/>
            <w:r>
              <w:t xml:space="preserve">: </w:t>
            </w:r>
            <w:proofErr w:type="spellStart"/>
            <w:r>
              <w:t>uchwyt</w:t>
            </w:r>
            <w:proofErr w:type="spellEnd"/>
            <w:r>
              <w:t xml:space="preserve"> </w:t>
            </w:r>
            <w:proofErr w:type="spellStart"/>
            <w:r>
              <w:t>plastikowy</w:t>
            </w:r>
            <w:proofErr w:type="spellEnd"/>
            <w:r>
              <w:t xml:space="preserve"> z </w:t>
            </w:r>
            <w:proofErr w:type="spellStart"/>
            <w:r>
              <w:t>zapinką</w:t>
            </w:r>
            <w:proofErr w:type="spellEnd"/>
            <w:r>
              <w:t xml:space="preserve"> z </w:t>
            </w:r>
            <w:proofErr w:type="spellStart"/>
            <w:r>
              <w:t>dużą</w:t>
            </w:r>
            <w:proofErr w:type="spellEnd"/>
            <w:r>
              <w:t xml:space="preserve"> </w:t>
            </w:r>
            <w:proofErr w:type="spellStart"/>
            <w:r>
              <w:t>powierzchnią</w:t>
            </w:r>
            <w:proofErr w:type="spellEnd"/>
            <w:r>
              <w:t xml:space="preserve"> </w:t>
            </w:r>
            <w:proofErr w:type="spellStart"/>
            <w:r>
              <w:t>styku</w:t>
            </w:r>
            <w:proofErr w:type="spellEnd"/>
            <w:r>
              <w:t xml:space="preserve"> w </w:t>
            </w:r>
            <w:proofErr w:type="spellStart"/>
            <w:r>
              <w:t>obrębie</w:t>
            </w:r>
            <w:proofErr w:type="spellEnd"/>
            <w:r>
              <w:t xml:space="preserve"> </w:t>
            </w:r>
            <w:proofErr w:type="spellStart"/>
            <w:r>
              <w:t>pierścienia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palec</w:t>
            </w:r>
            <w:proofErr w:type="spellEnd"/>
            <w:r>
              <w:t xml:space="preserve">,  </w:t>
            </w:r>
            <w:proofErr w:type="spellStart"/>
            <w:r>
              <w:t>tubus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izolowany</w:t>
            </w:r>
            <w:proofErr w:type="spellEnd"/>
            <w:r>
              <w:t xml:space="preserve"> z </w:t>
            </w:r>
            <w:proofErr w:type="spellStart"/>
            <w:r>
              <w:t>przyłączem</w:t>
            </w:r>
            <w:proofErr w:type="spellEnd"/>
            <w:r>
              <w:t xml:space="preserve"> do </w:t>
            </w:r>
            <w:proofErr w:type="spellStart"/>
            <w:r>
              <w:t>przepłukiwania</w:t>
            </w:r>
            <w:proofErr w:type="spellEnd"/>
            <w:r>
              <w:t xml:space="preserve">, </w:t>
            </w:r>
            <w:proofErr w:type="spellStart"/>
            <w:r>
              <w:t>wkład</w:t>
            </w:r>
            <w:proofErr w:type="spellEnd"/>
            <w:r>
              <w:t xml:space="preserve"> </w:t>
            </w:r>
            <w:proofErr w:type="spellStart"/>
            <w:r>
              <w:t>roboczy</w:t>
            </w:r>
            <w:proofErr w:type="spellEnd"/>
            <w:r>
              <w:t xml:space="preserve">; </w:t>
            </w:r>
            <w:proofErr w:type="spellStart"/>
            <w:r>
              <w:t>śr</w:t>
            </w:r>
            <w:proofErr w:type="spellEnd"/>
            <w:r>
              <w:t xml:space="preserve">. 5 mm, </w:t>
            </w:r>
            <w:proofErr w:type="spellStart"/>
            <w:r>
              <w:t>dł</w:t>
            </w:r>
            <w:proofErr w:type="spellEnd"/>
            <w:r>
              <w:t xml:space="preserve">. 36 cm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4008F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A51AD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8892346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012E1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167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51AE33" w14:textId="77777777" w:rsidR="004F0AFF" w:rsidRDefault="003F1309">
            <w:proofErr w:type="spellStart"/>
            <w:r>
              <w:t>Kleszcze</w:t>
            </w:r>
            <w:proofErr w:type="spellEnd"/>
            <w:r>
              <w:t xml:space="preserve"> </w:t>
            </w:r>
            <w:proofErr w:type="spellStart"/>
            <w:r>
              <w:t>preparacyjno</w:t>
            </w:r>
            <w:proofErr w:type="spellEnd"/>
            <w:r>
              <w:t xml:space="preserve"> – </w:t>
            </w:r>
            <w:proofErr w:type="spellStart"/>
            <w:r>
              <w:t>chwytające</w:t>
            </w:r>
            <w:proofErr w:type="spellEnd"/>
            <w:r>
              <w:t xml:space="preserve"> </w:t>
            </w:r>
            <w:proofErr w:type="spellStart"/>
            <w:r>
              <w:t>typu</w:t>
            </w:r>
            <w:proofErr w:type="spellEnd"/>
            <w:r>
              <w:t xml:space="preserve"> Kelly, </w:t>
            </w:r>
            <w:proofErr w:type="spellStart"/>
            <w:r>
              <w:t>obie</w:t>
            </w:r>
            <w:proofErr w:type="spellEnd"/>
            <w:r>
              <w:t xml:space="preserve"> </w:t>
            </w:r>
            <w:proofErr w:type="spellStart"/>
            <w:r>
              <w:t>bransze</w:t>
            </w:r>
            <w:proofErr w:type="spellEnd"/>
            <w:r>
              <w:t xml:space="preserve"> </w:t>
            </w:r>
            <w:proofErr w:type="spellStart"/>
            <w:r>
              <w:t>ruchome</w:t>
            </w:r>
            <w:proofErr w:type="spellEnd"/>
            <w:r>
              <w:t xml:space="preserve">, </w:t>
            </w:r>
            <w:proofErr w:type="spellStart"/>
            <w:r>
              <w:t>bransze</w:t>
            </w:r>
            <w:proofErr w:type="spellEnd"/>
            <w:r>
              <w:t xml:space="preserve"> o </w:t>
            </w:r>
            <w:proofErr w:type="spellStart"/>
            <w:r>
              <w:t>długości</w:t>
            </w:r>
            <w:proofErr w:type="spellEnd"/>
            <w:r>
              <w:t xml:space="preserve"> 19mm, </w:t>
            </w:r>
            <w:proofErr w:type="spellStart"/>
            <w:r>
              <w:t>bipolarne</w:t>
            </w:r>
            <w:proofErr w:type="spellEnd"/>
            <w:r>
              <w:t xml:space="preserve">, </w:t>
            </w:r>
            <w:proofErr w:type="spellStart"/>
            <w:r>
              <w:t>obrotowe</w:t>
            </w:r>
            <w:proofErr w:type="spellEnd"/>
            <w:r>
              <w:t xml:space="preserve">, </w:t>
            </w:r>
            <w:proofErr w:type="spellStart"/>
            <w:r>
              <w:t>rozbieralne</w:t>
            </w:r>
            <w:proofErr w:type="spellEnd"/>
            <w:r>
              <w:t xml:space="preserve">, </w:t>
            </w:r>
            <w:proofErr w:type="spellStart"/>
            <w:r>
              <w:t>komplet</w:t>
            </w:r>
            <w:proofErr w:type="spellEnd"/>
            <w:r>
              <w:t xml:space="preserve">: </w:t>
            </w:r>
            <w:proofErr w:type="spellStart"/>
            <w:r>
              <w:t>uchwyt</w:t>
            </w:r>
            <w:proofErr w:type="spellEnd"/>
            <w:r>
              <w:t xml:space="preserve"> bez </w:t>
            </w:r>
            <w:proofErr w:type="spellStart"/>
            <w:r>
              <w:t>zapinki</w:t>
            </w:r>
            <w:proofErr w:type="spellEnd"/>
            <w:r>
              <w:t xml:space="preserve"> z </w:t>
            </w:r>
            <w:proofErr w:type="spellStart"/>
            <w:r>
              <w:t>podłączeniem</w:t>
            </w:r>
            <w:proofErr w:type="spellEnd"/>
            <w:r>
              <w:t xml:space="preserve"> do </w:t>
            </w:r>
            <w:proofErr w:type="spellStart"/>
            <w:r>
              <w:t>koagulacji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bipolarnej</w:t>
            </w:r>
            <w:proofErr w:type="spellEnd"/>
            <w:r>
              <w:t xml:space="preserve">,  </w:t>
            </w:r>
            <w:proofErr w:type="spellStart"/>
            <w:r>
              <w:t>tubus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izolowany</w:t>
            </w:r>
            <w:proofErr w:type="spellEnd"/>
            <w:r>
              <w:t xml:space="preserve"> z </w:t>
            </w:r>
            <w:proofErr w:type="spellStart"/>
            <w:r>
              <w:t>przyłączem</w:t>
            </w:r>
            <w:proofErr w:type="spellEnd"/>
            <w:r>
              <w:t xml:space="preserve"> do </w:t>
            </w:r>
            <w:proofErr w:type="spellStart"/>
            <w:r>
              <w:t>przepłukiwania</w:t>
            </w:r>
            <w:proofErr w:type="spellEnd"/>
            <w:r>
              <w:t xml:space="preserve">, </w:t>
            </w:r>
            <w:proofErr w:type="spellStart"/>
            <w:r>
              <w:t>wkład</w:t>
            </w:r>
            <w:proofErr w:type="spellEnd"/>
            <w:r>
              <w:t xml:space="preserve"> </w:t>
            </w:r>
            <w:proofErr w:type="spellStart"/>
            <w:r>
              <w:t>roboczy</w:t>
            </w:r>
            <w:proofErr w:type="spellEnd"/>
            <w:r>
              <w:t xml:space="preserve">; </w:t>
            </w:r>
            <w:proofErr w:type="spellStart"/>
            <w:r>
              <w:t>śr</w:t>
            </w:r>
            <w:proofErr w:type="spellEnd"/>
            <w:r>
              <w:t xml:space="preserve">. 5 mm, </w:t>
            </w:r>
            <w:proofErr w:type="spellStart"/>
            <w:r>
              <w:t>dł</w:t>
            </w:r>
            <w:proofErr w:type="spellEnd"/>
            <w:r>
              <w:t xml:space="preserve">. 36 cm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94BAC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CF80B4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1AE72A6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1B22E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168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15BB52" w14:textId="77777777" w:rsidR="004F0AFF" w:rsidRDefault="003F1309">
            <w:proofErr w:type="spellStart"/>
            <w:r>
              <w:t>Kleszcze</w:t>
            </w:r>
            <w:proofErr w:type="spellEnd"/>
            <w:r>
              <w:t xml:space="preserve"> </w:t>
            </w:r>
            <w:proofErr w:type="spellStart"/>
            <w:r>
              <w:t>chwytające</w:t>
            </w:r>
            <w:proofErr w:type="spellEnd"/>
            <w:r>
              <w:t xml:space="preserve"> </w:t>
            </w:r>
            <w:proofErr w:type="spellStart"/>
            <w:r>
              <w:t>bransze</w:t>
            </w:r>
            <w:proofErr w:type="spellEnd"/>
            <w:r>
              <w:t xml:space="preserve"> </w:t>
            </w:r>
            <w:proofErr w:type="spellStart"/>
            <w:r>
              <w:t>okienkowe</w:t>
            </w:r>
            <w:proofErr w:type="spellEnd"/>
            <w:r>
              <w:t xml:space="preserve"> z </w:t>
            </w:r>
            <w:proofErr w:type="spellStart"/>
            <w:r>
              <w:t>drobnym</w:t>
            </w:r>
            <w:proofErr w:type="spellEnd"/>
            <w:r>
              <w:t xml:space="preserve"> </w:t>
            </w:r>
            <w:proofErr w:type="spellStart"/>
            <w:r>
              <w:t>ząbkowaniem</w:t>
            </w:r>
            <w:proofErr w:type="spellEnd"/>
            <w:r>
              <w:t xml:space="preserve">, </w:t>
            </w:r>
            <w:proofErr w:type="spellStart"/>
            <w:r>
              <w:t>obie</w:t>
            </w:r>
            <w:proofErr w:type="spellEnd"/>
            <w:r>
              <w:t xml:space="preserve"> </w:t>
            </w:r>
            <w:proofErr w:type="spellStart"/>
            <w:r>
              <w:t>bransze</w:t>
            </w:r>
            <w:proofErr w:type="spellEnd"/>
            <w:r>
              <w:t xml:space="preserve"> </w:t>
            </w:r>
            <w:proofErr w:type="spellStart"/>
            <w:r>
              <w:t>ruchome</w:t>
            </w:r>
            <w:proofErr w:type="spellEnd"/>
            <w:r>
              <w:t xml:space="preserve">, </w:t>
            </w:r>
            <w:proofErr w:type="spellStart"/>
            <w:r>
              <w:t>bransze</w:t>
            </w:r>
            <w:proofErr w:type="spellEnd"/>
            <w:r>
              <w:t xml:space="preserve"> o </w:t>
            </w:r>
            <w:proofErr w:type="spellStart"/>
            <w:r>
              <w:t>długości</w:t>
            </w:r>
            <w:proofErr w:type="spellEnd"/>
            <w:r>
              <w:t xml:space="preserve"> 18mm, </w:t>
            </w:r>
            <w:proofErr w:type="spellStart"/>
            <w:r>
              <w:t>bipolarne</w:t>
            </w:r>
            <w:proofErr w:type="spellEnd"/>
            <w:r>
              <w:t xml:space="preserve">, </w:t>
            </w:r>
            <w:proofErr w:type="spellStart"/>
            <w:r>
              <w:t>obrotowe</w:t>
            </w:r>
            <w:proofErr w:type="spellEnd"/>
            <w:r>
              <w:t xml:space="preserve">, </w:t>
            </w:r>
            <w:proofErr w:type="spellStart"/>
            <w:r>
              <w:t>rozbieralne</w:t>
            </w:r>
            <w:proofErr w:type="spellEnd"/>
            <w:r>
              <w:t xml:space="preserve">, </w:t>
            </w:r>
            <w:proofErr w:type="spellStart"/>
            <w:r>
              <w:t>komplet</w:t>
            </w:r>
            <w:proofErr w:type="spellEnd"/>
            <w:r>
              <w:t xml:space="preserve">: </w:t>
            </w:r>
            <w:proofErr w:type="spellStart"/>
            <w:r>
              <w:t>uchwyt</w:t>
            </w:r>
            <w:proofErr w:type="spellEnd"/>
            <w:r>
              <w:t xml:space="preserve"> bez </w:t>
            </w:r>
            <w:proofErr w:type="spellStart"/>
            <w:r>
              <w:t>zapinki</w:t>
            </w:r>
            <w:proofErr w:type="spellEnd"/>
            <w:r>
              <w:t xml:space="preserve"> z </w:t>
            </w:r>
            <w:proofErr w:type="spellStart"/>
            <w:r>
              <w:t>podłączeniem</w:t>
            </w:r>
            <w:proofErr w:type="spellEnd"/>
            <w:r>
              <w:t xml:space="preserve"> do </w:t>
            </w:r>
            <w:proofErr w:type="spellStart"/>
            <w:r>
              <w:t>koagulacji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bipolarnej</w:t>
            </w:r>
            <w:proofErr w:type="spellEnd"/>
            <w:r>
              <w:t xml:space="preserve">,  </w:t>
            </w:r>
            <w:proofErr w:type="spellStart"/>
            <w:r>
              <w:t>tubus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izolowany</w:t>
            </w:r>
            <w:proofErr w:type="spellEnd"/>
            <w:r>
              <w:t xml:space="preserve"> z </w:t>
            </w:r>
            <w:proofErr w:type="spellStart"/>
            <w:r>
              <w:t>przyłączem</w:t>
            </w:r>
            <w:proofErr w:type="spellEnd"/>
            <w:r>
              <w:t xml:space="preserve"> do </w:t>
            </w:r>
            <w:proofErr w:type="spellStart"/>
            <w:r>
              <w:t>przepłukiwania</w:t>
            </w:r>
            <w:proofErr w:type="spellEnd"/>
            <w:r>
              <w:t xml:space="preserve">, </w:t>
            </w:r>
            <w:proofErr w:type="spellStart"/>
            <w:r>
              <w:t>wkład</w:t>
            </w:r>
            <w:proofErr w:type="spellEnd"/>
            <w:r>
              <w:t xml:space="preserve"> </w:t>
            </w:r>
            <w:proofErr w:type="spellStart"/>
            <w:r>
              <w:t>roboczy</w:t>
            </w:r>
            <w:proofErr w:type="spellEnd"/>
            <w:r>
              <w:t xml:space="preserve">; </w:t>
            </w:r>
            <w:proofErr w:type="spellStart"/>
            <w:r>
              <w:t>śr</w:t>
            </w:r>
            <w:proofErr w:type="spellEnd"/>
            <w:r>
              <w:t xml:space="preserve">. 5 mm, </w:t>
            </w:r>
            <w:proofErr w:type="spellStart"/>
            <w:r>
              <w:t>dł</w:t>
            </w:r>
            <w:proofErr w:type="spellEnd"/>
            <w:r>
              <w:t xml:space="preserve">. 36 cm 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C031B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4066A4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5843702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7138A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169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980DAE" w14:textId="77777777" w:rsidR="004F0AFF" w:rsidRDefault="003F1309">
            <w:r>
              <w:t xml:space="preserve">Rurka </w:t>
            </w:r>
            <w:proofErr w:type="spellStart"/>
            <w:proofErr w:type="gramStart"/>
            <w:r>
              <w:t>ssąco</w:t>
            </w:r>
            <w:proofErr w:type="spellEnd"/>
            <w:r>
              <w:t xml:space="preserve">  -</w:t>
            </w:r>
            <w:proofErr w:type="gramEnd"/>
            <w:r>
              <w:t xml:space="preserve"> </w:t>
            </w:r>
            <w:proofErr w:type="spellStart"/>
            <w:r>
              <w:t>płucząca</w:t>
            </w:r>
            <w:proofErr w:type="spellEnd"/>
            <w:r>
              <w:t xml:space="preserve">, z </w:t>
            </w:r>
            <w:proofErr w:type="spellStart"/>
            <w:r>
              <w:t>otworami</w:t>
            </w:r>
            <w:proofErr w:type="spellEnd"/>
            <w:r>
              <w:t xml:space="preserve"> </w:t>
            </w:r>
            <w:proofErr w:type="spellStart"/>
            <w:r>
              <w:t>bocznymi</w:t>
            </w:r>
            <w:proofErr w:type="spellEnd"/>
            <w:r>
              <w:t xml:space="preserve">, z </w:t>
            </w:r>
            <w:proofErr w:type="spellStart"/>
            <w:r>
              <w:t>podwójnym</w:t>
            </w:r>
            <w:proofErr w:type="spellEnd"/>
            <w:r>
              <w:t xml:space="preserve"> </w:t>
            </w:r>
            <w:proofErr w:type="spellStart"/>
            <w:r>
              <w:t>zaworem</w:t>
            </w:r>
            <w:proofErr w:type="spellEnd"/>
            <w:r>
              <w:t xml:space="preserve"> </w:t>
            </w:r>
            <w:proofErr w:type="spellStart"/>
            <w:r>
              <w:t>odcinającym</w:t>
            </w:r>
            <w:proofErr w:type="spellEnd"/>
            <w:r>
              <w:t xml:space="preserve">, </w:t>
            </w:r>
            <w:proofErr w:type="spellStart"/>
            <w:r>
              <w:t>długość</w:t>
            </w:r>
            <w:proofErr w:type="spellEnd"/>
            <w:r>
              <w:t xml:space="preserve"> 36 cm, </w:t>
            </w:r>
            <w:proofErr w:type="spellStart"/>
            <w:r>
              <w:t>rozmiar</w:t>
            </w:r>
            <w:proofErr w:type="spellEnd"/>
            <w:r>
              <w:t xml:space="preserve"> 5 </w:t>
            </w:r>
            <w:proofErr w:type="gramStart"/>
            <w:r>
              <w:t>mm  -</w:t>
            </w:r>
            <w:proofErr w:type="gramEnd"/>
            <w:r>
              <w:t xml:space="preserve">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5194F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CCAFE2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66ACD0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3F33A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lastRenderedPageBreak/>
              <w:t>170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AC4A2E" w14:textId="28C4C032" w:rsidR="004F0AFF" w:rsidRPr="00F23D45" w:rsidRDefault="003F1309">
            <w:proofErr w:type="spellStart"/>
            <w:r w:rsidRPr="00F23D45">
              <w:t>Imadło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laparoskopowe</w:t>
            </w:r>
            <w:proofErr w:type="spellEnd"/>
            <w:r w:rsidRPr="00F23D45">
              <w:t xml:space="preserve">, </w:t>
            </w:r>
            <w:proofErr w:type="spellStart"/>
            <w:r w:rsidRPr="00F23D45">
              <w:t>rozmiar</w:t>
            </w:r>
            <w:proofErr w:type="spellEnd"/>
            <w:r w:rsidRPr="00F23D45">
              <w:t xml:space="preserve"> 5 mm, </w:t>
            </w:r>
            <w:proofErr w:type="spellStart"/>
            <w:r w:rsidRPr="00F23D45">
              <w:t>długość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robocza</w:t>
            </w:r>
            <w:proofErr w:type="spellEnd"/>
            <w:r w:rsidRPr="00F23D45">
              <w:t xml:space="preserve"> 33 cm; </w:t>
            </w:r>
            <w:proofErr w:type="spellStart"/>
            <w:r w:rsidRPr="00F23D45">
              <w:t>uchwyt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pistoletowy</w:t>
            </w:r>
            <w:proofErr w:type="spellEnd"/>
            <w:r w:rsidRPr="00F23D45">
              <w:t xml:space="preserve"> z </w:t>
            </w:r>
            <w:proofErr w:type="spellStart"/>
            <w:r w:rsidRPr="00F23D45">
              <w:t>wyłączaną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zapinką</w:t>
            </w:r>
            <w:proofErr w:type="spellEnd"/>
            <w:r w:rsidRPr="00F23D45">
              <w:t xml:space="preserve">, </w:t>
            </w:r>
            <w:proofErr w:type="spellStart"/>
            <w:r w:rsidRPr="00F23D45">
              <w:t>bransze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zakrzywione</w:t>
            </w:r>
            <w:proofErr w:type="spellEnd"/>
            <w:r w:rsidRPr="00F23D45">
              <w:t xml:space="preserve"> w </w:t>
            </w:r>
            <w:proofErr w:type="spellStart"/>
            <w:r w:rsidRPr="00F23D45">
              <w:t>lewo</w:t>
            </w:r>
            <w:proofErr w:type="spellEnd"/>
            <w:r w:rsidRPr="00F23D45">
              <w:t xml:space="preserve">, z </w:t>
            </w:r>
            <w:proofErr w:type="spellStart"/>
            <w:r w:rsidRPr="00F23D45">
              <w:t>wkładką</w:t>
            </w:r>
            <w:proofErr w:type="spellEnd"/>
            <w:r w:rsidRPr="00F23D45">
              <w:t xml:space="preserve"> z </w:t>
            </w:r>
            <w:proofErr w:type="spellStart"/>
            <w:r w:rsidRPr="00F23D45">
              <w:t>węglika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wolframu</w:t>
            </w:r>
            <w:proofErr w:type="spellEnd"/>
            <w:r w:rsidRPr="00F23D45">
              <w:t xml:space="preserve"> – 2 </w:t>
            </w:r>
            <w:proofErr w:type="spellStart"/>
            <w:r w:rsidRPr="00F23D45">
              <w:t>szt</w:t>
            </w:r>
            <w:proofErr w:type="spellEnd"/>
            <w:r w:rsidRPr="00F23D45"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A6A45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FCAC4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DC64F0E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4780B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171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2104A2" w14:textId="79CFFAA3" w:rsidR="004F0AFF" w:rsidRPr="00F23D45" w:rsidRDefault="003F1309">
            <w:proofErr w:type="spellStart"/>
            <w:r w:rsidRPr="00F23D45">
              <w:t>Imadło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laparoskopowe</w:t>
            </w:r>
            <w:proofErr w:type="spellEnd"/>
            <w:r w:rsidRPr="00F23D45">
              <w:t xml:space="preserve">, </w:t>
            </w:r>
            <w:proofErr w:type="spellStart"/>
            <w:r w:rsidRPr="00F23D45">
              <w:t>rozmiar</w:t>
            </w:r>
            <w:proofErr w:type="spellEnd"/>
            <w:r w:rsidRPr="00F23D45">
              <w:t xml:space="preserve"> 5 mm, </w:t>
            </w:r>
            <w:proofErr w:type="spellStart"/>
            <w:r w:rsidRPr="00F23D45">
              <w:t>długość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robocza</w:t>
            </w:r>
            <w:proofErr w:type="spellEnd"/>
            <w:r w:rsidRPr="00F23D45">
              <w:t xml:space="preserve"> 33 cm; </w:t>
            </w:r>
            <w:proofErr w:type="spellStart"/>
            <w:r w:rsidRPr="00F23D45">
              <w:t>uchwyt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pistoletowy</w:t>
            </w:r>
            <w:proofErr w:type="spellEnd"/>
            <w:r w:rsidRPr="00F23D45">
              <w:t xml:space="preserve"> z </w:t>
            </w:r>
            <w:proofErr w:type="spellStart"/>
            <w:r w:rsidRPr="00F23D45">
              <w:t>wyłączaną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zapinką</w:t>
            </w:r>
            <w:proofErr w:type="spellEnd"/>
            <w:r w:rsidRPr="00F23D45">
              <w:t xml:space="preserve">, </w:t>
            </w:r>
            <w:proofErr w:type="spellStart"/>
            <w:r w:rsidRPr="00F23D45">
              <w:t>bransze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proste</w:t>
            </w:r>
            <w:proofErr w:type="spellEnd"/>
            <w:r w:rsidRPr="00F23D45">
              <w:t xml:space="preserve">, z </w:t>
            </w:r>
            <w:proofErr w:type="spellStart"/>
            <w:r w:rsidRPr="00F23D45">
              <w:t>wkładką</w:t>
            </w:r>
            <w:proofErr w:type="spellEnd"/>
            <w:r w:rsidRPr="00F23D45">
              <w:t xml:space="preserve"> z </w:t>
            </w:r>
            <w:proofErr w:type="spellStart"/>
            <w:r w:rsidRPr="00F23D45">
              <w:t>węglika</w:t>
            </w:r>
            <w:proofErr w:type="spellEnd"/>
            <w:r w:rsidRPr="00F23D45">
              <w:t xml:space="preserve"> </w:t>
            </w:r>
            <w:proofErr w:type="spellStart"/>
            <w:r w:rsidRPr="00F23D45">
              <w:t>wolframu</w:t>
            </w:r>
            <w:proofErr w:type="spellEnd"/>
            <w:r w:rsidRPr="00F23D45">
              <w:t xml:space="preserve"> - 2 </w:t>
            </w:r>
            <w:proofErr w:type="spellStart"/>
            <w:r w:rsidRPr="00F23D45">
              <w:t>szt</w:t>
            </w:r>
            <w:proofErr w:type="spellEnd"/>
            <w:r w:rsidRPr="00F23D45"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BB77C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EE8DE5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513429B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D37CC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172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672DC5" w14:textId="77777777" w:rsidR="004F0AFF" w:rsidRDefault="003F1309">
            <w:proofErr w:type="spellStart"/>
            <w:r>
              <w:t>Pojemnik</w:t>
            </w:r>
            <w:proofErr w:type="spellEnd"/>
            <w:r>
              <w:t xml:space="preserve"> do </w:t>
            </w:r>
            <w:proofErr w:type="spellStart"/>
            <w:r>
              <w:t>przechowywania</w:t>
            </w:r>
            <w:proofErr w:type="spellEnd"/>
            <w:r>
              <w:t xml:space="preserve"> i </w:t>
            </w:r>
            <w:proofErr w:type="spellStart"/>
            <w:r>
              <w:t>sterylizacji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- 2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53B6F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9FA1E9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21F4A7F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EF21C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173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EFB7AB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Zestaw</w:t>
            </w:r>
            <w:proofErr w:type="spellEnd"/>
            <w:r>
              <w:rPr>
                <w:b/>
                <w:bCs/>
              </w:rPr>
              <w:t xml:space="preserve"> do mini PCNL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65F60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9B913A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5702F72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79973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174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AC0CB3" w14:textId="77777777" w:rsidR="004F0AFF" w:rsidRDefault="003F1309">
            <w:proofErr w:type="spellStart"/>
            <w:r>
              <w:t>Nefroskop</w:t>
            </w:r>
            <w:proofErr w:type="spellEnd"/>
            <w:r>
              <w:t xml:space="preserve"> do </w:t>
            </w:r>
            <w:proofErr w:type="spellStart"/>
            <w:r>
              <w:t>minimalnie</w:t>
            </w:r>
            <w:proofErr w:type="spellEnd"/>
            <w:r>
              <w:t xml:space="preserve"> </w:t>
            </w:r>
            <w:proofErr w:type="spellStart"/>
            <w:r>
              <w:t>inwazyjnych</w:t>
            </w:r>
            <w:proofErr w:type="spellEnd"/>
            <w:r>
              <w:t xml:space="preserve"> </w:t>
            </w:r>
            <w:proofErr w:type="spellStart"/>
            <w:r>
              <w:t>procedur</w:t>
            </w:r>
            <w:proofErr w:type="spellEnd"/>
            <w:r>
              <w:t xml:space="preserve"> PCNL – 1 </w:t>
            </w:r>
            <w:proofErr w:type="spellStart"/>
            <w:r>
              <w:t>szt</w:t>
            </w:r>
            <w:proofErr w:type="spellEnd"/>
            <w:r>
              <w:t>.</w:t>
            </w:r>
          </w:p>
          <w:p w14:paraId="47700D70" w14:textId="77777777" w:rsidR="004F0AFF" w:rsidRDefault="003F1309">
            <w:proofErr w:type="spellStart"/>
            <w:r>
              <w:t>Kąt</w:t>
            </w:r>
            <w:proofErr w:type="spellEnd"/>
            <w:r>
              <w:t xml:space="preserve"> </w:t>
            </w:r>
            <w:proofErr w:type="spellStart"/>
            <w:r>
              <w:t>patrzenia</w:t>
            </w:r>
            <w:proofErr w:type="spellEnd"/>
            <w:r>
              <w:t xml:space="preserve"> </w:t>
            </w:r>
            <w:proofErr w:type="spellStart"/>
            <w:r>
              <w:t>nefroskopu</w:t>
            </w:r>
            <w:proofErr w:type="spellEnd"/>
            <w:r>
              <w:t xml:space="preserve"> 12°, </w:t>
            </w:r>
            <w:proofErr w:type="spellStart"/>
            <w:r>
              <w:t>Rozmiar</w:t>
            </w:r>
            <w:proofErr w:type="spellEnd"/>
            <w:r>
              <w:t xml:space="preserve"> </w:t>
            </w:r>
            <w:proofErr w:type="spellStart"/>
            <w:r>
              <w:t>tubusu</w:t>
            </w:r>
            <w:proofErr w:type="spellEnd"/>
            <w:r>
              <w:t xml:space="preserve"> </w:t>
            </w:r>
            <w:proofErr w:type="spellStart"/>
            <w:r>
              <w:t>nefroskopu</w:t>
            </w:r>
            <w:proofErr w:type="spellEnd"/>
            <w:r>
              <w:t xml:space="preserve"> 12 Fr., </w:t>
            </w:r>
            <w:proofErr w:type="spellStart"/>
            <w:r>
              <w:t>Długość</w:t>
            </w:r>
            <w:proofErr w:type="spellEnd"/>
            <w:r>
              <w:t xml:space="preserve"> </w:t>
            </w:r>
            <w:proofErr w:type="spellStart"/>
            <w:r>
              <w:t>robocza</w:t>
            </w:r>
            <w:proofErr w:type="spellEnd"/>
            <w:r>
              <w:t xml:space="preserve"> 22cm, </w:t>
            </w:r>
            <w:proofErr w:type="spellStart"/>
            <w:r>
              <w:t>Nefroskop</w:t>
            </w:r>
            <w:proofErr w:type="spellEnd"/>
            <w:r>
              <w:t xml:space="preserve"> </w:t>
            </w:r>
            <w:proofErr w:type="spellStart"/>
            <w:r>
              <w:t>wyposażony</w:t>
            </w:r>
            <w:proofErr w:type="spellEnd"/>
            <w:r>
              <w:t xml:space="preserve"> w </w:t>
            </w:r>
            <w:proofErr w:type="spellStart"/>
            <w:r>
              <w:t>okular</w:t>
            </w:r>
            <w:proofErr w:type="spellEnd"/>
            <w:r>
              <w:t xml:space="preserve"> </w:t>
            </w:r>
            <w:proofErr w:type="spellStart"/>
            <w:r>
              <w:t>skośny</w:t>
            </w:r>
            <w:proofErr w:type="spellEnd"/>
            <w:r>
              <w:t xml:space="preserve">, </w:t>
            </w:r>
            <w:proofErr w:type="spellStart"/>
            <w:r>
              <w:t>Nefroskop</w:t>
            </w:r>
            <w:proofErr w:type="spellEnd"/>
            <w:r>
              <w:t xml:space="preserve"> </w:t>
            </w:r>
            <w:proofErr w:type="spellStart"/>
            <w:r>
              <w:t>wyposażony</w:t>
            </w:r>
            <w:proofErr w:type="spellEnd"/>
            <w:r>
              <w:t xml:space="preserve"> w </w:t>
            </w:r>
            <w:proofErr w:type="spellStart"/>
            <w:r>
              <w:t>osiowy</w:t>
            </w:r>
            <w:proofErr w:type="spellEnd"/>
            <w:r>
              <w:t xml:space="preserve"> </w:t>
            </w:r>
            <w:proofErr w:type="spellStart"/>
            <w:r>
              <w:t>kanał</w:t>
            </w:r>
            <w:proofErr w:type="spellEnd"/>
            <w:r>
              <w:t xml:space="preserve"> </w:t>
            </w:r>
            <w:proofErr w:type="spellStart"/>
            <w:r>
              <w:t>roboczy</w:t>
            </w:r>
            <w:proofErr w:type="spellEnd"/>
            <w:r>
              <w:t xml:space="preserve"> o </w:t>
            </w:r>
            <w:proofErr w:type="spellStart"/>
            <w:r>
              <w:t>rozmiarze</w:t>
            </w:r>
            <w:proofErr w:type="spellEnd"/>
            <w:r>
              <w:t xml:space="preserve"> min. 6,5 Fr., </w:t>
            </w:r>
            <w:proofErr w:type="spellStart"/>
            <w:r>
              <w:t>Wejście</w:t>
            </w:r>
            <w:proofErr w:type="spellEnd"/>
            <w:r>
              <w:t xml:space="preserve"> do </w:t>
            </w:r>
            <w:proofErr w:type="spellStart"/>
            <w:r>
              <w:t>kanału</w:t>
            </w:r>
            <w:proofErr w:type="spellEnd"/>
            <w:r>
              <w:t xml:space="preserve"> </w:t>
            </w:r>
            <w:proofErr w:type="spellStart"/>
            <w:r>
              <w:t>roboczego</w:t>
            </w:r>
            <w:proofErr w:type="spellEnd"/>
            <w:r>
              <w:t xml:space="preserve"> </w:t>
            </w:r>
            <w:proofErr w:type="spellStart"/>
            <w:r>
              <w:t>nefroskopu</w:t>
            </w:r>
            <w:proofErr w:type="spellEnd"/>
            <w:r>
              <w:t xml:space="preserve"> </w:t>
            </w:r>
            <w:proofErr w:type="spellStart"/>
            <w:r>
              <w:t>wyposażone</w:t>
            </w:r>
            <w:proofErr w:type="spellEnd"/>
            <w:r>
              <w:t xml:space="preserve"> w </w:t>
            </w:r>
            <w:proofErr w:type="spellStart"/>
            <w:r>
              <w:t>zdejmowany</w:t>
            </w:r>
            <w:proofErr w:type="spellEnd"/>
            <w:r>
              <w:t xml:space="preserve"> port z </w:t>
            </w:r>
            <w:proofErr w:type="spellStart"/>
            <w:r>
              <w:t>wymienną</w:t>
            </w:r>
            <w:proofErr w:type="spellEnd"/>
            <w:r>
              <w:t xml:space="preserve"> </w:t>
            </w:r>
            <w:proofErr w:type="spellStart"/>
            <w:r>
              <w:t>uszczelką</w:t>
            </w:r>
            <w:proofErr w:type="spellEnd"/>
            <w:r>
              <w:t xml:space="preserve"> do </w:t>
            </w:r>
            <w:proofErr w:type="spellStart"/>
            <w:r>
              <w:t>wprowadzania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, </w:t>
            </w:r>
            <w:proofErr w:type="spellStart"/>
            <w:r>
              <w:t>Mocowanie</w:t>
            </w:r>
            <w:proofErr w:type="spellEnd"/>
            <w:r>
              <w:t xml:space="preserve"> </w:t>
            </w:r>
            <w:proofErr w:type="spellStart"/>
            <w:r>
              <w:t>portu</w:t>
            </w:r>
            <w:proofErr w:type="spellEnd"/>
            <w:r>
              <w:t xml:space="preserve"> </w:t>
            </w:r>
            <w:proofErr w:type="spellStart"/>
            <w:r>
              <w:t>instrumentowego</w:t>
            </w:r>
            <w:proofErr w:type="spellEnd"/>
            <w:r>
              <w:t xml:space="preserve"> do </w:t>
            </w:r>
            <w:proofErr w:type="spellStart"/>
            <w:r>
              <w:t>nefroskopu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szybkozłącze</w:t>
            </w:r>
            <w:proofErr w:type="spellEnd"/>
            <w:r>
              <w:t xml:space="preserve">, </w:t>
            </w:r>
            <w:proofErr w:type="spellStart"/>
            <w:r>
              <w:t>Zdejmowany</w:t>
            </w:r>
            <w:proofErr w:type="spellEnd"/>
            <w:r>
              <w:t xml:space="preserve"> port </w:t>
            </w:r>
            <w:proofErr w:type="spellStart"/>
            <w:r>
              <w:t>instrumentowy</w:t>
            </w:r>
            <w:proofErr w:type="spellEnd"/>
            <w:r>
              <w:t xml:space="preserve"> </w:t>
            </w:r>
            <w:proofErr w:type="spellStart"/>
            <w:r>
              <w:t>wyposażony</w:t>
            </w:r>
            <w:proofErr w:type="spellEnd"/>
            <w:r>
              <w:t xml:space="preserve"> w </w:t>
            </w:r>
            <w:proofErr w:type="spellStart"/>
            <w:r>
              <w:t>boczny</w:t>
            </w:r>
            <w:proofErr w:type="spellEnd"/>
            <w:r>
              <w:t xml:space="preserve"> </w:t>
            </w:r>
            <w:proofErr w:type="spellStart"/>
            <w:r>
              <w:t>zawór</w:t>
            </w:r>
            <w:proofErr w:type="spellEnd"/>
            <w:r>
              <w:t xml:space="preserve"> do </w:t>
            </w:r>
            <w:proofErr w:type="spellStart"/>
            <w:r>
              <w:t>podłączenia</w:t>
            </w:r>
            <w:proofErr w:type="spellEnd"/>
            <w:r>
              <w:t xml:space="preserve"> </w:t>
            </w:r>
            <w:proofErr w:type="spellStart"/>
            <w:r>
              <w:t>napływu</w:t>
            </w:r>
            <w:proofErr w:type="spellEnd"/>
          </w:p>
          <w:p w14:paraId="30C0566F" w14:textId="77777777" w:rsidR="004F0AFF" w:rsidRDefault="003F1309"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sterylizacji</w:t>
            </w:r>
            <w:proofErr w:type="spellEnd"/>
            <w:r>
              <w:t xml:space="preserve"> </w:t>
            </w:r>
            <w:proofErr w:type="spellStart"/>
            <w:r>
              <w:t>nefroskopu</w:t>
            </w:r>
            <w:proofErr w:type="spellEnd"/>
            <w:r>
              <w:t xml:space="preserve"> w </w:t>
            </w:r>
            <w:proofErr w:type="spellStart"/>
            <w:r>
              <w:t>autoklawie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C0A48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73F44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812EC2C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D923D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175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400F6D" w14:textId="77777777" w:rsidR="004F0AFF" w:rsidRDefault="003F1309">
            <w:proofErr w:type="spellStart"/>
            <w:r>
              <w:t>Płaszcz</w:t>
            </w:r>
            <w:proofErr w:type="spellEnd"/>
            <w:r>
              <w:t xml:space="preserve"> </w:t>
            </w:r>
            <w:proofErr w:type="spellStart"/>
            <w:r>
              <w:t>operacyjny</w:t>
            </w:r>
            <w:proofErr w:type="spellEnd"/>
            <w:r>
              <w:t xml:space="preserve"> </w:t>
            </w:r>
            <w:proofErr w:type="spellStart"/>
            <w:r>
              <w:t>nefroskopu</w:t>
            </w:r>
            <w:proofErr w:type="spellEnd"/>
            <w:r>
              <w:t xml:space="preserve">, </w:t>
            </w:r>
            <w:proofErr w:type="spellStart"/>
            <w:r>
              <w:t>koniec</w:t>
            </w:r>
            <w:proofErr w:type="spellEnd"/>
            <w:r>
              <w:t xml:space="preserve"> </w:t>
            </w:r>
            <w:proofErr w:type="spellStart"/>
            <w:r>
              <w:t>proksymalny</w:t>
            </w:r>
            <w:proofErr w:type="spellEnd"/>
            <w:r>
              <w:t xml:space="preserve"> </w:t>
            </w:r>
            <w:proofErr w:type="spellStart"/>
            <w:r>
              <w:t>płaszcza</w:t>
            </w:r>
            <w:proofErr w:type="spellEnd"/>
            <w:r>
              <w:t xml:space="preserve"> w </w:t>
            </w:r>
            <w:proofErr w:type="spellStart"/>
            <w:r>
              <w:t>kształcie</w:t>
            </w:r>
            <w:proofErr w:type="spellEnd"/>
            <w:r>
              <w:t xml:space="preserve"> </w:t>
            </w:r>
            <w:proofErr w:type="spellStart"/>
            <w:r>
              <w:t>lejka</w:t>
            </w:r>
            <w:proofErr w:type="spellEnd"/>
            <w:r>
              <w:t xml:space="preserve"> </w:t>
            </w:r>
            <w:proofErr w:type="spellStart"/>
            <w:r>
              <w:t>ułatwiającego</w:t>
            </w:r>
            <w:proofErr w:type="spellEnd"/>
            <w:r>
              <w:t xml:space="preserve"> </w:t>
            </w:r>
            <w:proofErr w:type="spellStart"/>
            <w:r>
              <w:t>wprowadzanie</w:t>
            </w:r>
            <w:proofErr w:type="spellEnd"/>
            <w:r>
              <w:t xml:space="preserve"> </w:t>
            </w:r>
            <w:proofErr w:type="spellStart"/>
            <w:r>
              <w:t>nefroskopu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wydobywanie</w:t>
            </w:r>
            <w:proofErr w:type="spellEnd"/>
            <w:r>
              <w:t xml:space="preserve"> </w:t>
            </w:r>
            <w:proofErr w:type="spellStart"/>
            <w:r>
              <w:t>złogów</w:t>
            </w:r>
            <w:proofErr w:type="spellEnd"/>
            <w:r>
              <w:t xml:space="preserve">, </w:t>
            </w:r>
            <w:proofErr w:type="spellStart"/>
            <w:r>
              <w:t>rozmiar</w:t>
            </w:r>
            <w:proofErr w:type="spellEnd"/>
            <w:r>
              <w:t xml:space="preserve"> </w:t>
            </w:r>
            <w:proofErr w:type="spellStart"/>
            <w:r>
              <w:t>płaszcza</w:t>
            </w:r>
            <w:proofErr w:type="spellEnd"/>
            <w:r>
              <w:t xml:space="preserve"> [</w:t>
            </w:r>
            <w:proofErr w:type="spellStart"/>
            <w:r>
              <w:t>wew</w:t>
            </w:r>
            <w:proofErr w:type="spellEnd"/>
            <w:r>
              <w:t xml:space="preserve">. / </w:t>
            </w:r>
            <w:proofErr w:type="spellStart"/>
            <w:proofErr w:type="gramStart"/>
            <w:r>
              <w:t>zew</w:t>
            </w:r>
            <w:proofErr w:type="spellEnd"/>
            <w:proofErr w:type="gramEnd"/>
            <w:r>
              <w:t xml:space="preserve">.] - 15/16 Fr., </w:t>
            </w:r>
            <w:proofErr w:type="spellStart"/>
            <w:r>
              <w:t>długość</w:t>
            </w:r>
            <w:proofErr w:type="spellEnd"/>
            <w:r>
              <w:t xml:space="preserve"> 15 cm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9C7DE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95B379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7086E1F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FB04D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176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F57011" w14:textId="77777777" w:rsidR="004F0AFF" w:rsidRDefault="003F1309">
            <w:proofErr w:type="spellStart"/>
            <w:r>
              <w:t>Płaszcz</w:t>
            </w:r>
            <w:proofErr w:type="spellEnd"/>
            <w:r>
              <w:t xml:space="preserve"> </w:t>
            </w:r>
            <w:proofErr w:type="spellStart"/>
            <w:r>
              <w:t>operacyjny</w:t>
            </w:r>
            <w:proofErr w:type="spellEnd"/>
            <w:r>
              <w:t xml:space="preserve"> </w:t>
            </w:r>
            <w:proofErr w:type="spellStart"/>
            <w:r>
              <w:t>nefroskopu</w:t>
            </w:r>
            <w:proofErr w:type="spellEnd"/>
            <w:r>
              <w:t xml:space="preserve">, </w:t>
            </w:r>
            <w:proofErr w:type="spellStart"/>
            <w:r>
              <w:t>koniec</w:t>
            </w:r>
            <w:proofErr w:type="spellEnd"/>
            <w:r>
              <w:t xml:space="preserve"> </w:t>
            </w:r>
            <w:proofErr w:type="spellStart"/>
            <w:r>
              <w:t>proksymalny</w:t>
            </w:r>
            <w:proofErr w:type="spellEnd"/>
            <w:r>
              <w:t xml:space="preserve"> </w:t>
            </w:r>
            <w:proofErr w:type="spellStart"/>
            <w:r>
              <w:t>płaszcza</w:t>
            </w:r>
            <w:proofErr w:type="spellEnd"/>
            <w:r>
              <w:t xml:space="preserve"> w </w:t>
            </w:r>
            <w:proofErr w:type="spellStart"/>
            <w:r>
              <w:t>kształcie</w:t>
            </w:r>
            <w:proofErr w:type="spellEnd"/>
            <w:r>
              <w:t xml:space="preserve"> </w:t>
            </w:r>
            <w:proofErr w:type="spellStart"/>
            <w:r>
              <w:t>lejka</w:t>
            </w:r>
            <w:proofErr w:type="spellEnd"/>
            <w:r>
              <w:t xml:space="preserve"> </w:t>
            </w:r>
            <w:proofErr w:type="spellStart"/>
            <w:r>
              <w:t>ułatwiającego</w:t>
            </w:r>
            <w:proofErr w:type="spellEnd"/>
            <w:r>
              <w:t xml:space="preserve"> </w:t>
            </w:r>
            <w:proofErr w:type="spellStart"/>
            <w:r>
              <w:t>wprowadzanie</w:t>
            </w:r>
            <w:proofErr w:type="spellEnd"/>
            <w:r>
              <w:t xml:space="preserve"> </w:t>
            </w:r>
            <w:proofErr w:type="spellStart"/>
            <w:r>
              <w:t>nefroskopu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wydobywanie</w:t>
            </w:r>
            <w:proofErr w:type="spellEnd"/>
            <w:r>
              <w:t xml:space="preserve"> </w:t>
            </w:r>
            <w:proofErr w:type="spellStart"/>
            <w:r>
              <w:t>złogów</w:t>
            </w:r>
            <w:proofErr w:type="spellEnd"/>
            <w:r>
              <w:t xml:space="preserve">, </w:t>
            </w:r>
            <w:proofErr w:type="spellStart"/>
            <w:r>
              <w:t>rozmiar</w:t>
            </w:r>
            <w:proofErr w:type="spellEnd"/>
            <w:r>
              <w:t xml:space="preserve"> </w:t>
            </w:r>
            <w:proofErr w:type="spellStart"/>
            <w:r>
              <w:t>płaszcza</w:t>
            </w:r>
            <w:proofErr w:type="spellEnd"/>
            <w:r>
              <w:t xml:space="preserve"> [</w:t>
            </w:r>
            <w:proofErr w:type="spellStart"/>
            <w:r>
              <w:t>wew</w:t>
            </w:r>
            <w:proofErr w:type="spellEnd"/>
            <w:r>
              <w:t xml:space="preserve">. / </w:t>
            </w:r>
            <w:proofErr w:type="spellStart"/>
            <w:proofErr w:type="gramStart"/>
            <w:r>
              <w:t>zew</w:t>
            </w:r>
            <w:proofErr w:type="spellEnd"/>
            <w:proofErr w:type="gramEnd"/>
            <w:r>
              <w:t xml:space="preserve">.] – 16,5/17,5Fr., </w:t>
            </w:r>
            <w:proofErr w:type="spellStart"/>
            <w:r>
              <w:t>długość</w:t>
            </w:r>
            <w:proofErr w:type="spellEnd"/>
            <w:r>
              <w:t xml:space="preserve"> 15 cm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D90C5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BB99C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6A414A7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755F8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177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DE5D5C" w14:textId="77777777" w:rsidR="004F0AFF" w:rsidRDefault="003F1309">
            <w:proofErr w:type="spellStart"/>
            <w:r>
              <w:t>Płaszcz</w:t>
            </w:r>
            <w:proofErr w:type="spellEnd"/>
            <w:r>
              <w:t xml:space="preserve"> </w:t>
            </w:r>
            <w:proofErr w:type="spellStart"/>
            <w:r>
              <w:t>operacyjny</w:t>
            </w:r>
            <w:proofErr w:type="spellEnd"/>
            <w:r>
              <w:t xml:space="preserve"> </w:t>
            </w:r>
            <w:proofErr w:type="spellStart"/>
            <w:r>
              <w:t>nefroskopu</w:t>
            </w:r>
            <w:proofErr w:type="spellEnd"/>
            <w:r>
              <w:t xml:space="preserve">, </w:t>
            </w:r>
            <w:proofErr w:type="spellStart"/>
            <w:r>
              <w:t>koniec</w:t>
            </w:r>
            <w:proofErr w:type="spellEnd"/>
            <w:r>
              <w:t xml:space="preserve"> </w:t>
            </w:r>
            <w:proofErr w:type="spellStart"/>
            <w:r>
              <w:t>proksymalny</w:t>
            </w:r>
            <w:proofErr w:type="spellEnd"/>
            <w:r>
              <w:t xml:space="preserve"> </w:t>
            </w:r>
            <w:proofErr w:type="spellStart"/>
            <w:r>
              <w:t>płaszcza</w:t>
            </w:r>
            <w:proofErr w:type="spellEnd"/>
            <w:r>
              <w:t xml:space="preserve"> w </w:t>
            </w:r>
            <w:proofErr w:type="spellStart"/>
            <w:r>
              <w:t>kształcie</w:t>
            </w:r>
            <w:proofErr w:type="spellEnd"/>
            <w:r>
              <w:t xml:space="preserve"> </w:t>
            </w:r>
            <w:proofErr w:type="spellStart"/>
            <w:r>
              <w:t>lejka</w:t>
            </w:r>
            <w:proofErr w:type="spellEnd"/>
            <w:r>
              <w:t xml:space="preserve"> </w:t>
            </w:r>
            <w:proofErr w:type="spellStart"/>
            <w:r>
              <w:t>ułatwiającego</w:t>
            </w:r>
            <w:proofErr w:type="spellEnd"/>
            <w:r>
              <w:t xml:space="preserve"> </w:t>
            </w:r>
            <w:proofErr w:type="spellStart"/>
            <w:r>
              <w:t>wprowadzanie</w:t>
            </w:r>
            <w:proofErr w:type="spellEnd"/>
            <w:r>
              <w:t xml:space="preserve"> </w:t>
            </w:r>
            <w:proofErr w:type="spellStart"/>
            <w:r>
              <w:t>nefroskopu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wydobywanie</w:t>
            </w:r>
            <w:proofErr w:type="spellEnd"/>
            <w:r>
              <w:t xml:space="preserve"> </w:t>
            </w:r>
            <w:proofErr w:type="spellStart"/>
            <w:r>
              <w:t>złogów</w:t>
            </w:r>
            <w:proofErr w:type="spellEnd"/>
            <w:r>
              <w:t xml:space="preserve">, </w:t>
            </w:r>
            <w:proofErr w:type="spellStart"/>
            <w:r>
              <w:t>rozmiar</w:t>
            </w:r>
            <w:proofErr w:type="spellEnd"/>
            <w:r>
              <w:t xml:space="preserve"> </w:t>
            </w:r>
            <w:proofErr w:type="spellStart"/>
            <w:r>
              <w:t>płaszcza</w:t>
            </w:r>
            <w:proofErr w:type="spellEnd"/>
            <w:r>
              <w:t xml:space="preserve"> [</w:t>
            </w:r>
            <w:proofErr w:type="spellStart"/>
            <w:r>
              <w:t>wew</w:t>
            </w:r>
            <w:proofErr w:type="spellEnd"/>
            <w:r>
              <w:t xml:space="preserve">. / </w:t>
            </w:r>
            <w:proofErr w:type="spellStart"/>
            <w:proofErr w:type="gramStart"/>
            <w:r>
              <w:t>zew</w:t>
            </w:r>
            <w:proofErr w:type="spellEnd"/>
            <w:proofErr w:type="gramEnd"/>
            <w:r>
              <w:t xml:space="preserve">.] – 21/22Fr., </w:t>
            </w:r>
            <w:proofErr w:type="spellStart"/>
            <w:r>
              <w:t>długość</w:t>
            </w:r>
            <w:proofErr w:type="spellEnd"/>
            <w:r>
              <w:t xml:space="preserve"> 15 cm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B08FC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889AB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EF089DC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B9310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178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9A6B73" w14:textId="77777777" w:rsidR="004F0AFF" w:rsidRDefault="003F1309">
            <w:proofErr w:type="spellStart"/>
            <w:r>
              <w:t>Rozszerzadło</w:t>
            </w:r>
            <w:proofErr w:type="spellEnd"/>
            <w:r>
              <w:t xml:space="preserve"> </w:t>
            </w:r>
            <w:proofErr w:type="spellStart"/>
            <w:r>
              <w:t>jednostopniowe</w:t>
            </w:r>
            <w:proofErr w:type="spellEnd"/>
            <w:r>
              <w:t xml:space="preserve"> do </w:t>
            </w:r>
            <w:proofErr w:type="spellStart"/>
            <w:r>
              <w:t>wytworzenia</w:t>
            </w:r>
            <w:proofErr w:type="spellEnd"/>
            <w:r>
              <w:t xml:space="preserve"> </w:t>
            </w:r>
            <w:proofErr w:type="spellStart"/>
            <w:r>
              <w:t>przetoki</w:t>
            </w:r>
            <w:proofErr w:type="spellEnd"/>
            <w:r>
              <w:t xml:space="preserve"> </w:t>
            </w:r>
            <w:proofErr w:type="spellStart"/>
            <w:r>
              <w:t>nerkowej</w:t>
            </w:r>
            <w:proofErr w:type="spellEnd"/>
            <w:r>
              <w:t xml:space="preserve">, </w:t>
            </w:r>
            <w:proofErr w:type="spellStart"/>
            <w:r>
              <w:t>wyposażone</w:t>
            </w:r>
            <w:proofErr w:type="spellEnd"/>
            <w:r>
              <w:t xml:space="preserve"> w </w:t>
            </w:r>
            <w:proofErr w:type="spellStart"/>
            <w:r>
              <w:t>kanał</w:t>
            </w:r>
            <w:proofErr w:type="spellEnd"/>
            <w:r>
              <w:t xml:space="preserve"> </w:t>
            </w:r>
            <w:proofErr w:type="spellStart"/>
            <w:r>
              <w:t>dla</w:t>
            </w:r>
            <w:proofErr w:type="spellEnd"/>
            <w:r>
              <w:t xml:space="preserve"> </w:t>
            </w:r>
            <w:proofErr w:type="spellStart"/>
            <w:r>
              <w:t>drutu</w:t>
            </w:r>
            <w:proofErr w:type="spellEnd"/>
            <w:r>
              <w:t xml:space="preserve"> </w:t>
            </w:r>
            <w:proofErr w:type="spellStart"/>
            <w:r>
              <w:t>prowadzącego</w:t>
            </w:r>
            <w:proofErr w:type="spellEnd"/>
            <w:r>
              <w:t xml:space="preserve">. </w:t>
            </w:r>
            <w:proofErr w:type="spellStart"/>
            <w:r>
              <w:t>Rozmiar</w:t>
            </w:r>
            <w:proofErr w:type="spellEnd"/>
            <w:r>
              <w:t xml:space="preserve"> </w:t>
            </w:r>
            <w:proofErr w:type="spellStart"/>
            <w:r>
              <w:t>rozszerzadła</w:t>
            </w:r>
            <w:proofErr w:type="spellEnd"/>
            <w:r>
              <w:t xml:space="preserve"> </w:t>
            </w:r>
            <w:proofErr w:type="spellStart"/>
            <w:r>
              <w:t>dostosowany</w:t>
            </w:r>
            <w:proofErr w:type="spellEnd"/>
            <w:r>
              <w:t xml:space="preserve"> do </w:t>
            </w:r>
            <w:proofErr w:type="spellStart"/>
            <w:r>
              <w:t>płaszcza</w:t>
            </w:r>
            <w:proofErr w:type="spellEnd"/>
            <w:r>
              <w:t xml:space="preserve"> </w:t>
            </w:r>
            <w:proofErr w:type="spellStart"/>
            <w:r>
              <w:t>operacyjnego</w:t>
            </w:r>
            <w:proofErr w:type="spellEnd"/>
            <w:r>
              <w:t xml:space="preserve"> o </w:t>
            </w:r>
            <w:proofErr w:type="spellStart"/>
            <w:r>
              <w:t>rozmiarze</w:t>
            </w:r>
            <w:proofErr w:type="spellEnd"/>
            <w:r>
              <w:t xml:space="preserve"> </w:t>
            </w:r>
            <w:proofErr w:type="spellStart"/>
            <w:r>
              <w:t>wewnętrznym</w:t>
            </w:r>
            <w:proofErr w:type="spellEnd"/>
            <w:r>
              <w:t xml:space="preserve"> 15 Fr.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19046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CBA7C7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FF15AE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E58D7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179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71188D" w14:textId="77777777" w:rsidR="004F0AFF" w:rsidRDefault="003F1309">
            <w:proofErr w:type="spellStart"/>
            <w:r>
              <w:t>Rozszerzadło</w:t>
            </w:r>
            <w:proofErr w:type="spellEnd"/>
            <w:r>
              <w:t xml:space="preserve"> </w:t>
            </w:r>
            <w:proofErr w:type="spellStart"/>
            <w:r>
              <w:t>jednostopniowe</w:t>
            </w:r>
            <w:proofErr w:type="spellEnd"/>
            <w:r>
              <w:t xml:space="preserve"> do </w:t>
            </w:r>
            <w:proofErr w:type="spellStart"/>
            <w:r>
              <w:t>wytworzenia</w:t>
            </w:r>
            <w:proofErr w:type="spellEnd"/>
            <w:r>
              <w:t xml:space="preserve"> </w:t>
            </w:r>
            <w:proofErr w:type="spellStart"/>
            <w:r>
              <w:t>przetoki</w:t>
            </w:r>
            <w:proofErr w:type="spellEnd"/>
            <w:r>
              <w:t xml:space="preserve"> </w:t>
            </w:r>
            <w:proofErr w:type="spellStart"/>
            <w:r>
              <w:t>nerkowej</w:t>
            </w:r>
            <w:proofErr w:type="spellEnd"/>
            <w:r>
              <w:t xml:space="preserve">, </w:t>
            </w:r>
            <w:proofErr w:type="spellStart"/>
            <w:r>
              <w:t>wyposażone</w:t>
            </w:r>
            <w:proofErr w:type="spellEnd"/>
            <w:r>
              <w:t xml:space="preserve"> w </w:t>
            </w:r>
            <w:proofErr w:type="spellStart"/>
            <w:r>
              <w:t>dwa</w:t>
            </w:r>
            <w:proofErr w:type="spellEnd"/>
            <w:r>
              <w:t xml:space="preserve"> </w:t>
            </w:r>
            <w:proofErr w:type="spellStart"/>
            <w:r>
              <w:t>kanały</w:t>
            </w:r>
            <w:proofErr w:type="spellEnd"/>
            <w:r>
              <w:t xml:space="preserve"> </w:t>
            </w:r>
            <w:proofErr w:type="spellStart"/>
            <w:r>
              <w:t>centralny</w:t>
            </w:r>
            <w:proofErr w:type="spellEnd"/>
            <w:r>
              <w:t xml:space="preserve"> i </w:t>
            </w:r>
            <w:proofErr w:type="spellStart"/>
            <w:r>
              <w:t>boczny</w:t>
            </w:r>
            <w:proofErr w:type="spellEnd"/>
            <w:r>
              <w:t xml:space="preserve"> </w:t>
            </w:r>
            <w:proofErr w:type="spellStart"/>
            <w:r>
              <w:t>umożliwiające</w:t>
            </w:r>
            <w:proofErr w:type="spellEnd"/>
            <w:r>
              <w:t xml:space="preserve"> </w:t>
            </w:r>
            <w:proofErr w:type="spellStart"/>
            <w:r>
              <w:t>jednoczesne</w:t>
            </w:r>
            <w:proofErr w:type="spellEnd"/>
            <w:r>
              <w:t xml:space="preserve"> </w:t>
            </w:r>
            <w:proofErr w:type="spellStart"/>
            <w:r>
              <w:t>wprowadzenie</w:t>
            </w:r>
            <w:proofErr w:type="spellEnd"/>
            <w:r>
              <w:t xml:space="preserve"> </w:t>
            </w:r>
            <w:proofErr w:type="spellStart"/>
            <w:r>
              <w:t>dwóch</w:t>
            </w:r>
            <w:proofErr w:type="spellEnd"/>
            <w:r>
              <w:t xml:space="preserve"> </w:t>
            </w:r>
            <w:proofErr w:type="spellStart"/>
            <w:r>
              <w:t>drutów</w:t>
            </w:r>
            <w:proofErr w:type="spellEnd"/>
            <w:r>
              <w:t xml:space="preserve"> </w:t>
            </w:r>
            <w:proofErr w:type="spellStart"/>
            <w:r>
              <w:t>prowadzących</w:t>
            </w:r>
            <w:proofErr w:type="spellEnd"/>
            <w:r>
              <w:t xml:space="preserve">. </w:t>
            </w:r>
            <w:proofErr w:type="spellStart"/>
            <w:r>
              <w:t>Rozmiar</w:t>
            </w:r>
            <w:proofErr w:type="spellEnd"/>
            <w:r>
              <w:t xml:space="preserve"> </w:t>
            </w:r>
            <w:proofErr w:type="spellStart"/>
            <w:r>
              <w:t>rozszerzadła</w:t>
            </w:r>
            <w:proofErr w:type="spellEnd"/>
            <w:r>
              <w:t xml:space="preserve"> </w:t>
            </w:r>
            <w:proofErr w:type="spellStart"/>
            <w:r>
              <w:t>dostosowany</w:t>
            </w:r>
            <w:proofErr w:type="spellEnd"/>
            <w:r>
              <w:t xml:space="preserve"> do </w:t>
            </w:r>
            <w:proofErr w:type="spellStart"/>
            <w:r>
              <w:t>płaszcza</w:t>
            </w:r>
            <w:proofErr w:type="spellEnd"/>
            <w:r>
              <w:t xml:space="preserve"> </w:t>
            </w:r>
            <w:proofErr w:type="spellStart"/>
            <w:r>
              <w:t>operacyjnego</w:t>
            </w:r>
            <w:proofErr w:type="spellEnd"/>
            <w:r>
              <w:t xml:space="preserve"> o </w:t>
            </w:r>
            <w:proofErr w:type="spellStart"/>
            <w:r>
              <w:t>rozmiarze</w:t>
            </w:r>
            <w:proofErr w:type="spellEnd"/>
            <w:r>
              <w:t xml:space="preserve"> </w:t>
            </w:r>
            <w:proofErr w:type="spellStart"/>
            <w:r>
              <w:t>wewnętrznym</w:t>
            </w:r>
            <w:proofErr w:type="spellEnd"/>
            <w:r>
              <w:t xml:space="preserve"> 16,5 Fr.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C798B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396C01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1A6E028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39F39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180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43ACBF" w14:textId="77777777" w:rsidR="004F0AFF" w:rsidRDefault="003F1309">
            <w:proofErr w:type="spellStart"/>
            <w:r>
              <w:t>Rozszerzadło</w:t>
            </w:r>
            <w:proofErr w:type="spellEnd"/>
            <w:r>
              <w:t xml:space="preserve"> </w:t>
            </w:r>
            <w:proofErr w:type="spellStart"/>
            <w:r>
              <w:t>jednostopniowe</w:t>
            </w:r>
            <w:proofErr w:type="spellEnd"/>
            <w:r>
              <w:t xml:space="preserve"> do </w:t>
            </w:r>
            <w:proofErr w:type="spellStart"/>
            <w:r>
              <w:t>wytworzenia</w:t>
            </w:r>
            <w:proofErr w:type="spellEnd"/>
            <w:r>
              <w:t xml:space="preserve"> </w:t>
            </w:r>
            <w:proofErr w:type="spellStart"/>
            <w:r>
              <w:t>przetoki</w:t>
            </w:r>
            <w:proofErr w:type="spellEnd"/>
            <w:r>
              <w:t xml:space="preserve"> </w:t>
            </w:r>
            <w:proofErr w:type="spellStart"/>
            <w:r>
              <w:t>nerkowej</w:t>
            </w:r>
            <w:proofErr w:type="spellEnd"/>
            <w:r>
              <w:t xml:space="preserve">, </w:t>
            </w:r>
            <w:proofErr w:type="spellStart"/>
            <w:r>
              <w:t>wyposażone</w:t>
            </w:r>
            <w:proofErr w:type="spellEnd"/>
            <w:r>
              <w:t xml:space="preserve"> w </w:t>
            </w:r>
            <w:proofErr w:type="spellStart"/>
            <w:r>
              <w:t>dwa</w:t>
            </w:r>
            <w:proofErr w:type="spellEnd"/>
            <w:r>
              <w:t xml:space="preserve"> </w:t>
            </w:r>
            <w:proofErr w:type="spellStart"/>
            <w:r>
              <w:t>kanały</w:t>
            </w:r>
            <w:proofErr w:type="spellEnd"/>
            <w:r>
              <w:t xml:space="preserve"> </w:t>
            </w:r>
            <w:proofErr w:type="spellStart"/>
            <w:r>
              <w:t>centralny</w:t>
            </w:r>
            <w:proofErr w:type="spellEnd"/>
            <w:r>
              <w:t xml:space="preserve"> i </w:t>
            </w:r>
            <w:proofErr w:type="spellStart"/>
            <w:r>
              <w:t>boczny</w:t>
            </w:r>
            <w:proofErr w:type="spellEnd"/>
            <w:r>
              <w:t xml:space="preserve"> </w:t>
            </w:r>
            <w:proofErr w:type="spellStart"/>
            <w:r>
              <w:t>umożliwiające</w:t>
            </w:r>
            <w:proofErr w:type="spellEnd"/>
            <w:r>
              <w:t xml:space="preserve"> </w:t>
            </w:r>
            <w:proofErr w:type="spellStart"/>
            <w:r>
              <w:t>jednoczesne</w:t>
            </w:r>
            <w:proofErr w:type="spellEnd"/>
            <w:r>
              <w:t xml:space="preserve"> </w:t>
            </w:r>
            <w:proofErr w:type="spellStart"/>
            <w:r>
              <w:t>wprowadzenie</w:t>
            </w:r>
            <w:proofErr w:type="spellEnd"/>
            <w:r>
              <w:t xml:space="preserve"> </w:t>
            </w:r>
            <w:proofErr w:type="spellStart"/>
            <w:r>
              <w:t>dwóch</w:t>
            </w:r>
            <w:proofErr w:type="spellEnd"/>
            <w:r>
              <w:t xml:space="preserve"> </w:t>
            </w:r>
            <w:proofErr w:type="spellStart"/>
            <w:r>
              <w:t>drutów</w:t>
            </w:r>
            <w:proofErr w:type="spellEnd"/>
            <w:r>
              <w:t xml:space="preserve"> </w:t>
            </w:r>
            <w:proofErr w:type="spellStart"/>
            <w:r>
              <w:t>prowadzących</w:t>
            </w:r>
            <w:proofErr w:type="spellEnd"/>
            <w:r>
              <w:t xml:space="preserve">. </w:t>
            </w:r>
            <w:proofErr w:type="spellStart"/>
            <w:r>
              <w:t>Rozmiar</w:t>
            </w:r>
            <w:proofErr w:type="spellEnd"/>
            <w:r>
              <w:t xml:space="preserve"> </w:t>
            </w:r>
            <w:proofErr w:type="spellStart"/>
            <w:r>
              <w:t>rozszerzadła</w:t>
            </w:r>
            <w:proofErr w:type="spellEnd"/>
            <w:r>
              <w:t xml:space="preserve"> </w:t>
            </w:r>
            <w:proofErr w:type="spellStart"/>
            <w:r>
              <w:t>dostosowany</w:t>
            </w:r>
            <w:proofErr w:type="spellEnd"/>
            <w:r>
              <w:t xml:space="preserve"> do </w:t>
            </w:r>
            <w:proofErr w:type="spellStart"/>
            <w:r>
              <w:t>płaszcza</w:t>
            </w:r>
            <w:proofErr w:type="spellEnd"/>
            <w:r>
              <w:t xml:space="preserve"> </w:t>
            </w:r>
            <w:proofErr w:type="spellStart"/>
            <w:r>
              <w:t>operacyjnego</w:t>
            </w:r>
            <w:proofErr w:type="spellEnd"/>
            <w:r>
              <w:t xml:space="preserve"> o </w:t>
            </w:r>
            <w:proofErr w:type="spellStart"/>
            <w:r>
              <w:t>rozmiarze</w:t>
            </w:r>
            <w:proofErr w:type="spellEnd"/>
            <w:r>
              <w:t xml:space="preserve"> </w:t>
            </w:r>
            <w:proofErr w:type="spellStart"/>
            <w:r>
              <w:t>wewnętrznym</w:t>
            </w:r>
            <w:proofErr w:type="spellEnd"/>
            <w:r>
              <w:t xml:space="preserve"> 21 Fr.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46E5A4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E49EA4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9B2B128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F22B8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181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7DDC4D" w14:textId="77777777" w:rsidR="004F0AFF" w:rsidRDefault="003F1309">
            <w:proofErr w:type="spellStart"/>
            <w:r>
              <w:t>Pojemnik</w:t>
            </w:r>
            <w:proofErr w:type="spellEnd"/>
            <w:r>
              <w:t xml:space="preserve"> </w:t>
            </w:r>
            <w:proofErr w:type="spellStart"/>
            <w:r>
              <w:t>plastikowy</w:t>
            </w:r>
            <w:proofErr w:type="spellEnd"/>
            <w:r>
              <w:t xml:space="preserve"> do </w:t>
            </w:r>
            <w:proofErr w:type="spellStart"/>
            <w:r>
              <w:t>sterylizacji</w:t>
            </w:r>
            <w:proofErr w:type="spellEnd"/>
            <w:r>
              <w:t xml:space="preserve"> i </w:t>
            </w:r>
            <w:proofErr w:type="spellStart"/>
            <w:r>
              <w:t>przechowywania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, </w:t>
            </w:r>
            <w:proofErr w:type="spellStart"/>
            <w:r>
              <w:t>wymiary</w:t>
            </w:r>
            <w:proofErr w:type="spellEnd"/>
            <w:r>
              <w:t xml:space="preserve"> </w:t>
            </w:r>
            <w:proofErr w:type="spellStart"/>
            <w:r>
              <w:t>zewnętrzne</w:t>
            </w:r>
            <w:proofErr w:type="spellEnd"/>
            <w:r>
              <w:t xml:space="preserve"> 525x240x70mm. W </w:t>
            </w:r>
            <w:proofErr w:type="spellStart"/>
            <w:r>
              <w:t>zestawie</w:t>
            </w:r>
            <w:proofErr w:type="spellEnd"/>
            <w:r>
              <w:t xml:space="preserve"> </w:t>
            </w:r>
            <w:proofErr w:type="spellStart"/>
            <w:r>
              <w:t>pokrywa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silikonowe</w:t>
            </w:r>
            <w:proofErr w:type="spellEnd"/>
            <w:r>
              <w:t xml:space="preserve"> maty, </w:t>
            </w:r>
            <w:proofErr w:type="spellStart"/>
            <w:r>
              <w:t>trzpienie</w:t>
            </w:r>
            <w:proofErr w:type="spellEnd"/>
            <w:r>
              <w:t xml:space="preserve"> i </w:t>
            </w:r>
            <w:proofErr w:type="spellStart"/>
            <w:r>
              <w:t>paski</w:t>
            </w:r>
            <w:proofErr w:type="spellEnd"/>
            <w:r>
              <w:t xml:space="preserve"> do </w:t>
            </w:r>
            <w:proofErr w:type="spellStart"/>
            <w:r>
              <w:t>ufiksowania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79372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45FAC8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15FADC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4337F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182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C65F1D" w14:textId="77777777" w:rsidR="004F0AFF" w:rsidRDefault="003F130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Diatermia</w:t>
            </w:r>
            <w:proofErr w:type="spellEnd"/>
            <w:r>
              <w:rPr>
                <w:b/>
                <w:bCs/>
              </w:rPr>
              <w:t xml:space="preserve"> mono- i </w:t>
            </w:r>
            <w:proofErr w:type="spellStart"/>
            <w:r>
              <w:rPr>
                <w:b/>
                <w:bCs/>
              </w:rPr>
              <w:t>bipolarna</w:t>
            </w:r>
            <w:proofErr w:type="spellEnd"/>
            <w:r>
              <w:rPr>
                <w:b/>
                <w:bCs/>
              </w:rPr>
              <w:t xml:space="preserve"> z </w:t>
            </w:r>
            <w:proofErr w:type="spellStart"/>
            <w:r>
              <w:rPr>
                <w:b/>
                <w:bCs/>
              </w:rPr>
              <w:t>funkcją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zamykania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dużych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naczyń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3B9C5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E9E0B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CA17BDA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9A22C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183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3404D4" w14:textId="77777777" w:rsidR="004F0AFF" w:rsidRDefault="003F1309">
            <w:proofErr w:type="spellStart"/>
            <w:r>
              <w:t>Kolorowy</w:t>
            </w:r>
            <w:proofErr w:type="spellEnd"/>
            <w:r>
              <w:t xml:space="preserve"> </w:t>
            </w:r>
            <w:proofErr w:type="spellStart"/>
            <w:r>
              <w:t>ekran</w:t>
            </w:r>
            <w:proofErr w:type="spellEnd"/>
            <w:r>
              <w:t xml:space="preserve"> </w:t>
            </w:r>
            <w:proofErr w:type="spellStart"/>
            <w:r>
              <w:t>dotykowy</w:t>
            </w:r>
            <w:proofErr w:type="spellEnd"/>
            <w:r>
              <w:t xml:space="preserve"> do </w:t>
            </w:r>
            <w:proofErr w:type="spellStart"/>
            <w:r>
              <w:t>komunikacji</w:t>
            </w:r>
            <w:proofErr w:type="spellEnd"/>
            <w:r>
              <w:t xml:space="preserve"> z </w:t>
            </w:r>
            <w:proofErr w:type="spellStart"/>
            <w:r>
              <w:t>użytkownikiem</w:t>
            </w:r>
            <w:proofErr w:type="spellEnd"/>
            <w:r>
              <w:t xml:space="preserve"> o </w:t>
            </w:r>
            <w:proofErr w:type="spellStart"/>
            <w:r>
              <w:t>przekątnej</w:t>
            </w:r>
            <w:proofErr w:type="spellEnd"/>
            <w:r>
              <w:t xml:space="preserve"> min. 10 </w:t>
            </w:r>
            <w:proofErr w:type="spellStart"/>
            <w:r>
              <w:t>cali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AA143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D5EAE8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9E81777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19558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lastRenderedPageBreak/>
              <w:t>184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F2F549" w14:textId="77777777" w:rsidR="004F0AFF" w:rsidRDefault="003F1309">
            <w:proofErr w:type="spellStart"/>
            <w:r>
              <w:t>Oprogramowanie</w:t>
            </w:r>
            <w:proofErr w:type="spellEnd"/>
            <w:r>
              <w:t xml:space="preserve"> w </w:t>
            </w:r>
            <w:proofErr w:type="spellStart"/>
            <w:r>
              <w:t>języku</w:t>
            </w:r>
            <w:proofErr w:type="spellEnd"/>
            <w:r>
              <w:t xml:space="preserve"> </w:t>
            </w:r>
            <w:proofErr w:type="spellStart"/>
            <w:r>
              <w:t>polskim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B8B1C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8A2632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D5F2C27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D91F2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185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8BE1DF" w14:textId="77777777" w:rsidR="004F0AFF" w:rsidRDefault="003F1309"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zapamiętania</w:t>
            </w:r>
            <w:proofErr w:type="spellEnd"/>
            <w:r>
              <w:t xml:space="preserve"> minimum 100 </w:t>
            </w:r>
            <w:proofErr w:type="spellStart"/>
            <w:r>
              <w:t>programów</w:t>
            </w:r>
            <w:proofErr w:type="spellEnd"/>
            <w:r>
              <w:t xml:space="preserve"> i </w:t>
            </w:r>
            <w:proofErr w:type="spellStart"/>
            <w:r>
              <w:t>zapisania</w:t>
            </w:r>
            <w:proofErr w:type="spellEnd"/>
            <w:r>
              <w:t xml:space="preserve"> ich pod </w:t>
            </w:r>
            <w:proofErr w:type="spellStart"/>
            <w:r>
              <w:t>nazwą</w:t>
            </w:r>
            <w:proofErr w:type="spellEnd"/>
            <w:r>
              <w:t xml:space="preserve"> </w:t>
            </w:r>
            <w:proofErr w:type="spellStart"/>
            <w:r>
              <w:t>użytkownika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procedury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64FA4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E286ED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2490DDB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2DD03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186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9AF94C" w14:textId="77777777" w:rsidR="004F0AFF" w:rsidRDefault="003F1309"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zmiany</w:t>
            </w:r>
            <w:proofErr w:type="spellEnd"/>
            <w:r>
              <w:t xml:space="preserve"> </w:t>
            </w:r>
            <w:proofErr w:type="spellStart"/>
            <w:r>
              <w:t>programu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</w:t>
            </w:r>
            <w:proofErr w:type="spellStart"/>
            <w:r>
              <w:t>operatora</w:t>
            </w:r>
            <w:proofErr w:type="spellEnd"/>
            <w:r>
              <w:t xml:space="preserve"> w </w:t>
            </w:r>
            <w:proofErr w:type="spellStart"/>
            <w:r>
              <w:t>czasie</w:t>
            </w:r>
            <w:proofErr w:type="spellEnd"/>
            <w:r>
              <w:t xml:space="preserve"> </w:t>
            </w:r>
            <w:proofErr w:type="spellStart"/>
            <w:r>
              <w:t>zabiegu</w:t>
            </w:r>
            <w:proofErr w:type="spellEnd"/>
            <w:r>
              <w:t xml:space="preserve"> z </w:t>
            </w:r>
            <w:proofErr w:type="spellStart"/>
            <w:r>
              <w:t>uchwytu</w:t>
            </w:r>
            <w:proofErr w:type="spellEnd"/>
            <w:r>
              <w:t xml:space="preserve"> </w:t>
            </w:r>
            <w:proofErr w:type="spellStart"/>
            <w:r>
              <w:t>monopolarnego</w:t>
            </w:r>
            <w:proofErr w:type="spellEnd"/>
            <w:r>
              <w:t xml:space="preserve"> za </w:t>
            </w:r>
            <w:proofErr w:type="spellStart"/>
            <w:r>
              <w:t>pomocą</w:t>
            </w:r>
            <w:proofErr w:type="spellEnd"/>
            <w:r>
              <w:t xml:space="preserve"> </w:t>
            </w:r>
            <w:proofErr w:type="spellStart"/>
            <w:r>
              <w:t>kombinacji</w:t>
            </w:r>
            <w:proofErr w:type="spellEnd"/>
            <w:r>
              <w:t xml:space="preserve"> </w:t>
            </w:r>
            <w:proofErr w:type="spellStart"/>
            <w:r>
              <w:t>przycisków</w:t>
            </w:r>
            <w:proofErr w:type="spellEnd"/>
            <w:r>
              <w:t xml:space="preserve"> </w:t>
            </w:r>
            <w:proofErr w:type="spellStart"/>
            <w:r>
              <w:t>cięcie</w:t>
            </w:r>
            <w:proofErr w:type="spellEnd"/>
            <w:r>
              <w:t>/</w:t>
            </w:r>
            <w:proofErr w:type="spellStart"/>
            <w:r>
              <w:t>koagulacja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wyłącznika</w:t>
            </w:r>
            <w:proofErr w:type="spellEnd"/>
            <w:r>
              <w:t xml:space="preserve"> </w:t>
            </w:r>
            <w:proofErr w:type="spellStart"/>
            <w:r>
              <w:t>nożnego</w:t>
            </w:r>
            <w:proofErr w:type="spellEnd"/>
            <w:r>
              <w:t xml:space="preserve"> </w:t>
            </w:r>
            <w:proofErr w:type="spellStart"/>
            <w:r>
              <w:t>posiadającego</w:t>
            </w:r>
            <w:proofErr w:type="spellEnd"/>
            <w:r>
              <w:t xml:space="preserve"> </w:t>
            </w:r>
            <w:proofErr w:type="spellStart"/>
            <w:r>
              <w:t>przycisk</w:t>
            </w:r>
            <w:proofErr w:type="spellEnd"/>
            <w:r>
              <w:t xml:space="preserve"> </w:t>
            </w:r>
            <w:proofErr w:type="spellStart"/>
            <w:r>
              <w:t>zmiany</w:t>
            </w:r>
            <w:proofErr w:type="spellEnd"/>
            <w:r>
              <w:t xml:space="preserve"> </w:t>
            </w:r>
            <w:proofErr w:type="spellStart"/>
            <w:r>
              <w:t>programów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z </w:t>
            </w:r>
            <w:proofErr w:type="spellStart"/>
            <w:r>
              <w:t>ekranu</w:t>
            </w:r>
            <w:proofErr w:type="spellEnd"/>
            <w:r>
              <w:t xml:space="preserve"> </w:t>
            </w:r>
            <w:proofErr w:type="spellStart"/>
            <w:r>
              <w:t>diatermii</w:t>
            </w:r>
            <w:proofErr w:type="spellEnd"/>
            <w:r>
              <w:t xml:space="preserve">. </w:t>
            </w:r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zmiany</w:t>
            </w:r>
            <w:proofErr w:type="spellEnd"/>
            <w:r>
              <w:t xml:space="preserve"> min. 6 </w:t>
            </w:r>
            <w:proofErr w:type="spellStart"/>
            <w:r>
              <w:t>wcześniej</w:t>
            </w:r>
            <w:proofErr w:type="spellEnd"/>
            <w:r>
              <w:t xml:space="preserve"> </w:t>
            </w:r>
            <w:proofErr w:type="spellStart"/>
            <w:r>
              <w:t>zaprogramowanych</w:t>
            </w:r>
            <w:proofErr w:type="spellEnd"/>
            <w:r>
              <w:t xml:space="preserve"> </w:t>
            </w:r>
            <w:proofErr w:type="spellStart"/>
            <w:r>
              <w:t>nastaw</w:t>
            </w:r>
            <w:proofErr w:type="spellEnd"/>
            <w:r>
              <w:t xml:space="preserve"> za </w:t>
            </w:r>
            <w:proofErr w:type="spellStart"/>
            <w:r>
              <w:t>pomocą</w:t>
            </w:r>
            <w:proofErr w:type="spellEnd"/>
            <w:r>
              <w:t xml:space="preserve"> </w:t>
            </w:r>
            <w:proofErr w:type="spellStart"/>
            <w:r>
              <w:t>standardowego</w:t>
            </w:r>
            <w:proofErr w:type="spellEnd"/>
            <w:r>
              <w:t xml:space="preserve"> (</w:t>
            </w:r>
            <w:proofErr w:type="spellStart"/>
            <w:r>
              <w:t>dwuprzyciskowego</w:t>
            </w:r>
            <w:proofErr w:type="spellEnd"/>
            <w:r>
              <w:t xml:space="preserve">) </w:t>
            </w:r>
            <w:proofErr w:type="spellStart"/>
            <w:r>
              <w:t>uchwytu</w:t>
            </w:r>
            <w:proofErr w:type="spellEnd"/>
            <w:r>
              <w:t xml:space="preserve"> </w:t>
            </w:r>
            <w:proofErr w:type="spellStart"/>
            <w:r>
              <w:t>monopolarnego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wyłącznika</w:t>
            </w:r>
            <w:proofErr w:type="spellEnd"/>
            <w:r>
              <w:t xml:space="preserve"> </w:t>
            </w:r>
            <w:proofErr w:type="spellStart"/>
            <w:r>
              <w:t>nożnego</w:t>
            </w:r>
            <w:proofErr w:type="spellEnd"/>
            <w:r>
              <w:t xml:space="preserve"> i z </w:t>
            </w:r>
            <w:proofErr w:type="spellStart"/>
            <w:r>
              <w:t>ekranu</w:t>
            </w:r>
            <w:proofErr w:type="spellEnd"/>
            <w:r>
              <w:t xml:space="preserve"> </w:t>
            </w:r>
            <w:proofErr w:type="spellStart"/>
            <w:r>
              <w:t>urządzenia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5AAE8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E73E2D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9342A4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A5454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187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608467" w14:textId="77777777" w:rsidR="004F0AFF" w:rsidRDefault="003F1309">
            <w:proofErr w:type="spellStart"/>
            <w:r>
              <w:t>Sterowanie</w:t>
            </w:r>
            <w:proofErr w:type="spellEnd"/>
            <w:r>
              <w:t xml:space="preserve"> </w:t>
            </w:r>
            <w:proofErr w:type="spellStart"/>
            <w:r>
              <w:t>urządzenia</w:t>
            </w:r>
            <w:proofErr w:type="spellEnd"/>
            <w:r>
              <w:t xml:space="preserve"> za </w:t>
            </w:r>
            <w:proofErr w:type="spellStart"/>
            <w:r>
              <w:t>pomocą</w:t>
            </w:r>
            <w:proofErr w:type="spellEnd"/>
            <w:r>
              <w:t xml:space="preserve"> </w:t>
            </w:r>
            <w:proofErr w:type="spellStart"/>
            <w:r>
              <w:t>efektów</w:t>
            </w:r>
            <w:proofErr w:type="spellEnd"/>
            <w:r>
              <w:t xml:space="preserve"> </w:t>
            </w:r>
            <w:proofErr w:type="spellStart"/>
            <w:r>
              <w:t>tkankowych</w:t>
            </w:r>
            <w:proofErr w:type="spellEnd"/>
            <w:r>
              <w:t xml:space="preserve">. </w:t>
            </w:r>
            <w:proofErr w:type="spellStart"/>
            <w:r>
              <w:t>Urządzenie</w:t>
            </w:r>
            <w:proofErr w:type="spellEnd"/>
            <w:r>
              <w:t xml:space="preserve"> </w:t>
            </w:r>
            <w:proofErr w:type="spellStart"/>
            <w:r>
              <w:t>powinno</w:t>
            </w:r>
            <w:proofErr w:type="spellEnd"/>
            <w:r>
              <w:t xml:space="preserve"> </w:t>
            </w:r>
            <w:proofErr w:type="spellStart"/>
            <w:r>
              <w:t>dozować</w:t>
            </w:r>
            <w:proofErr w:type="spellEnd"/>
            <w:r>
              <w:t xml:space="preserve"> </w:t>
            </w:r>
            <w:proofErr w:type="spellStart"/>
            <w:r>
              <w:t>moc</w:t>
            </w:r>
            <w:proofErr w:type="spellEnd"/>
            <w:r>
              <w:t xml:space="preserve"> i </w:t>
            </w:r>
            <w:proofErr w:type="spellStart"/>
            <w:r>
              <w:t>inne</w:t>
            </w:r>
            <w:proofErr w:type="spellEnd"/>
            <w:r>
              <w:t xml:space="preserve"> </w:t>
            </w:r>
            <w:proofErr w:type="spellStart"/>
            <w:r>
              <w:t>parametry</w:t>
            </w:r>
            <w:proofErr w:type="spellEnd"/>
            <w:r>
              <w:t xml:space="preserve"> </w:t>
            </w:r>
            <w:proofErr w:type="spellStart"/>
            <w:r>
              <w:t>prądu</w:t>
            </w:r>
            <w:proofErr w:type="spellEnd"/>
            <w:r>
              <w:t xml:space="preserve"> w </w:t>
            </w:r>
            <w:proofErr w:type="spellStart"/>
            <w:r>
              <w:t>całkowicie</w:t>
            </w:r>
            <w:proofErr w:type="spellEnd"/>
            <w:r>
              <w:t xml:space="preserve"> </w:t>
            </w:r>
            <w:proofErr w:type="spellStart"/>
            <w:r>
              <w:t>automatyczny</w:t>
            </w:r>
            <w:proofErr w:type="spellEnd"/>
            <w:r>
              <w:t xml:space="preserve"> </w:t>
            </w:r>
            <w:proofErr w:type="spellStart"/>
            <w:r>
              <w:t>sposób</w:t>
            </w:r>
            <w:proofErr w:type="spellEnd"/>
            <w:r>
              <w:t xml:space="preserve"> </w:t>
            </w:r>
            <w:proofErr w:type="spellStart"/>
            <w:r>
              <w:t>tak</w:t>
            </w:r>
            <w:proofErr w:type="spellEnd"/>
            <w:r>
              <w:t xml:space="preserve"> aby </w:t>
            </w:r>
            <w:proofErr w:type="spellStart"/>
            <w:r>
              <w:t>był</w:t>
            </w:r>
            <w:proofErr w:type="spellEnd"/>
            <w:r>
              <w:t xml:space="preserve"> </w:t>
            </w:r>
            <w:proofErr w:type="spellStart"/>
            <w:r>
              <w:t>zachowany</w:t>
            </w:r>
            <w:proofErr w:type="spellEnd"/>
            <w:r>
              <w:t xml:space="preserve"> </w:t>
            </w:r>
            <w:proofErr w:type="spellStart"/>
            <w:r>
              <w:t>nastawiony</w:t>
            </w:r>
            <w:proofErr w:type="spellEnd"/>
            <w:r>
              <w:t xml:space="preserve"> </w:t>
            </w:r>
            <w:proofErr w:type="spellStart"/>
            <w:r>
              <w:t>efekt</w:t>
            </w:r>
            <w:proofErr w:type="spellEnd"/>
            <w:r>
              <w:t xml:space="preserve"> </w:t>
            </w:r>
            <w:proofErr w:type="spellStart"/>
            <w:r>
              <w:t>tkankowy</w:t>
            </w:r>
            <w:proofErr w:type="spellEnd"/>
            <w:r>
              <w:t xml:space="preserve">. Nie </w:t>
            </w:r>
            <w:proofErr w:type="spellStart"/>
            <w:r>
              <w:t>dopuszcza</w:t>
            </w:r>
            <w:proofErr w:type="spellEnd"/>
            <w:r>
              <w:t xml:space="preserve"> </w:t>
            </w:r>
            <w:proofErr w:type="spellStart"/>
            <w:r>
              <w:t>się</w:t>
            </w:r>
            <w:proofErr w:type="spellEnd"/>
            <w:r>
              <w:t xml:space="preserve"> </w:t>
            </w:r>
            <w:proofErr w:type="spellStart"/>
            <w:r>
              <w:t>możliwości</w:t>
            </w:r>
            <w:proofErr w:type="spellEnd"/>
            <w:r>
              <w:t xml:space="preserve"> </w:t>
            </w:r>
            <w:proofErr w:type="spellStart"/>
            <w:r>
              <w:t>regulacji</w:t>
            </w:r>
            <w:proofErr w:type="spellEnd"/>
            <w:r>
              <w:t xml:space="preserve"> </w:t>
            </w:r>
            <w:proofErr w:type="spellStart"/>
            <w:r>
              <w:t>aparatu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</w:t>
            </w:r>
            <w:proofErr w:type="spellStart"/>
            <w:r>
              <w:t>nastawianie</w:t>
            </w:r>
            <w:proofErr w:type="spellEnd"/>
            <w:r>
              <w:t xml:space="preserve"> </w:t>
            </w:r>
            <w:proofErr w:type="spellStart"/>
            <w:r>
              <w:t>mocy</w:t>
            </w:r>
            <w:proofErr w:type="spellEnd"/>
            <w:r>
              <w:t xml:space="preserve"> </w:t>
            </w:r>
            <w:proofErr w:type="spellStart"/>
            <w:r>
              <w:t>wyjściowej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C41D5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A655B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CC523AA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46878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188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C97C89" w14:textId="77777777" w:rsidR="004F0AFF" w:rsidRDefault="003F1309">
            <w:proofErr w:type="spellStart"/>
            <w:r>
              <w:t>Funkcja</w:t>
            </w:r>
            <w:proofErr w:type="spellEnd"/>
            <w:r>
              <w:t xml:space="preserve"> </w:t>
            </w:r>
            <w:proofErr w:type="spellStart"/>
            <w:r>
              <w:t>zamykania</w:t>
            </w:r>
            <w:proofErr w:type="spellEnd"/>
            <w:r>
              <w:t xml:space="preserve"> </w:t>
            </w:r>
            <w:proofErr w:type="spellStart"/>
            <w:r>
              <w:t>dużych</w:t>
            </w:r>
            <w:proofErr w:type="spellEnd"/>
            <w:r>
              <w:t xml:space="preserve"> </w:t>
            </w:r>
            <w:proofErr w:type="spellStart"/>
            <w:r>
              <w:t>naczyń</w:t>
            </w:r>
            <w:proofErr w:type="spellEnd"/>
            <w:r>
              <w:t xml:space="preserve"> z </w:t>
            </w:r>
            <w:proofErr w:type="spellStart"/>
            <w:r>
              <w:t>automatycznym</w:t>
            </w:r>
            <w:proofErr w:type="spellEnd"/>
            <w:r>
              <w:t xml:space="preserve"> </w:t>
            </w:r>
            <w:proofErr w:type="spellStart"/>
            <w:r>
              <w:t>startem</w:t>
            </w:r>
            <w:proofErr w:type="spellEnd"/>
            <w:r>
              <w:t xml:space="preserve"> po </w:t>
            </w:r>
            <w:proofErr w:type="spellStart"/>
            <w:r>
              <w:t>prawidłowej</w:t>
            </w:r>
            <w:proofErr w:type="spellEnd"/>
            <w:r>
              <w:t xml:space="preserve"> </w:t>
            </w:r>
            <w:proofErr w:type="spellStart"/>
            <w:r>
              <w:t>aplikacji</w:t>
            </w:r>
            <w:proofErr w:type="spellEnd"/>
            <w:r>
              <w:t xml:space="preserve"> </w:t>
            </w:r>
            <w:proofErr w:type="spellStart"/>
            <w:r>
              <w:t>instrumentu</w:t>
            </w:r>
            <w:proofErr w:type="spellEnd"/>
            <w:r>
              <w:t xml:space="preserve"> z </w:t>
            </w:r>
            <w:proofErr w:type="spellStart"/>
            <w:r>
              <w:t>regulowanym</w:t>
            </w:r>
            <w:proofErr w:type="spellEnd"/>
            <w:r>
              <w:t xml:space="preserve"> </w:t>
            </w:r>
            <w:proofErr w:type="spellStart"/>
            <w:r>
              <w:t>czasem</w:t>
            </w:r>
            <w:proofErr w:type="spellEnd"/>
            <w:r>
              <w:t xml:space="preserve"> </w:t>
            </w:r>
            <w:proofErr w:type="spellStart"/>
            <w:r>
              <w:t>zwłoki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automatycznym</w:t>
            </w:r>
            <w:proofErr w:type="spellEnd"/>
            <w:r>
              <w:t xml:space="preserve"> </w:t>
            </w:r>
            <w:proofErr w:type="spellStart"/>
            <w:r>
              <w:t>wyłączeniem</w:t>
            </w:r>
            <w:proofErr w:type="spellEnd"/>
            <w:r>
              <w:t xml:space="preserve"> po </w:t>
            </w:r>
            <w:proofErr w:type="spellStart"/>
            <w:r>
              <w:t>osiągnięciu</w:t>
            </w:r>
            <w:proofErr w:type="spellEnd"/>
            <w:r>
              <w:t xml:space="preserve"> </w:t>
            </w:r>
            <w:proofErr w:type="spellStart"/>
            <w:r>
              <w:t>zamknięcia</w:t>
            </w:r>
            <w:proofErr w:type="spellEnd"/>
            <w:r>
              <w:t xml:space="preserve"> </w:t>
            </w:r>
            <w:proofErr w:type="spellStart"/>
            <w:r>
              <w:t>naczyń</w:t>
            </w:r>
            <w:proofErr w:type="spellEnd"/>
            <w:r>
              <w:t>.</w:t>
            </w:r>
          </w:p>
          <w:p w14:paraId="71BB8CB3" w14:textId="77777777" w:rsidR="004F0AFF" w:rsidRDefault="003F1309">
            <w:proofErr w:type="spellStart"/>
            <w:r>
              <w:t>Warunkiem</w:t>
            </w:r>
            <w:proofErr w:type="spellEnd"/>
            <w:r>
              <w:t xml:space="preserve"> </w:t>
            </w:r>
            <w:proofErr w:type="spellStart"/>
            <w:r>
              <w:t>koniecznym</w:t>
            </w:r>
            <w:proofErr w:type="spellEnd"/>
            <w:r>
              <w:t xml:space="preserve"> jest </w:t>
            </w:r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aktywacji</w:t>
            </w:r>
            <w:proofErr w:type="spellEnd"/>
            <w:r>
              <w:t xml:space="preserve"> </w:t>
            </w:r>
            <w:proofErr w:type="spellStart"/>
            <w:r>
              <w:t>narzędzi</w:t>
            </w:r>
            <w:proofErr w:type="spellEnd"/>
            <w:r>
              <w:t xml:space="preserve"> do </w:t>
            </w:r>
            <w:proofErr w:type="spellStart"/>
            <w:r>
              <w:t>zamykania</w:t>
            </w:r>
            <w:proofErr w:type="spellEnd"/>
            <w:r>
              <w:t xml:space="preserve"> </w:t>
            </w:r>
            <w:proofErr w:type="spellStart"/>
            <w:r>
              <w:t>dużych</w:t>
            </w:r>
            <w:proofErr w:type="spellEnd"/>
            <w:r>
              <w:t xml:space="preserve"> </w:t>
            </w:r>
            <w:proofErr w:type="spellStart"/>
            <w:r>
              <w:t>naczyń</w:t>
            </w:r>
            <w:proofErr w:type="spellEnd"/>
            <w:r>
              <w:t xml:space="preserve"> w </w:t>
            </w:r>
            <w:proofErr w:type="spellStart"/>
            <w:r>
              <w:t>tzw</w:t>
            </w:r>
            <w:proofErr w:type="spellEnd"/>
            <w:r>
              <w:t xml:space="preserve">. </w:t>
            </w:r>
            <w:proofErr w:type="spellStart"/>
            <w:r>
              <w:t>Autostarcie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z </w:t>
            </w:r>
            <w:proofErr w:type="spellStart"/>
            <w:r>
              <w:t>wyłącznika</w:t>
            </w:r>
            <w:proofErr w:type="spellEnd"/>
            <w:r>
              <w:t xml:space="preserve"> </w:t>
            </w:r>
            <w:proofErr w:type="spellStart"/>
            <w:r>
              <w:t>nożnego</w:t>
            </w:r>
            <w:proofErr w:type="spellEnd"/>
            <w:r>
              <w:t xml:space="preserve"> i </w:t>
            </w:r>
            <w:proofErr w:type="spellStart"/>
            <w:r>
              <w:t>rękojeści</w:t>
            </w:r>
            <w:proofErr w:type="spellEnd"/>
            <w:r>
              <w:t xml:space="preserve"> </w:t>
            </w:r>
            <w:proofErr w:type="spellStart"/>
            <w:r>
              <w:t>jeśli</w:t>
            </w:r>
            <w:proofErr w:type="spellEnd"/>
            <w:r>
              <w:t xml:space="preserve"> </w:t>
            </w:r>
            <w:proofErr w:type="spellStart"/>
            <w:r>
              <w:t>posiadają</w:t>
            </w:r>
            <w:proofErr w:type="spellEnd"/>
            <w:r>
              <w:t xml:space="preserve"> do </w:t>
            </w:r>
            <w:proofErr w:type="spellStart"/>
            <w:r>
              <w:t>tego</w:t>
            </w:r>
            <w:proofErr w:type="spellEnd"/>
            <w:r>
              <w:t xml:space="preserve"> </w:t>
            </w:r>
            <w:proofErr w:type="spellStart"/>
            <w:r>
              <w:t>celu</w:t>
            </w:r>
            <w:proofErr w:type="spellEnd"/>
            <w:r>
              <w:t xml:space="preserve"> </w:t>
            </w:r>
            <w:proofErr w:type="spellStart"/>
            <w:r>
              <w:t>odpowiednie</w:t>
            </w:r>
            <w:proofErr w:type="spellEnd"/>
            <w:r>
              <w:t xml:space="preserve"> </w:t>
            </w:r>
            <w:proofErr w:type="spellStart"/>
            <w:r>
              <w:t>przyciski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11B5A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737110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59BE9FE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F61B1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189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79C4E0" w14:textId="77777777" w:rsidR="004F0AFF" w:rsidRDefault="003F1309">
            <w:r>
              <w:t xml:space="preserve">Moc </w:t>
            </w:r>
            <w:proofErr w:type="spellStart"/>
            <w:r>
              <w:t>cięcia</w:t>
            </w:r>
            <w:proofErr w:type="spellEnd"/>
            <w:r>
              <w:t xml:space="preserve"> </w:t>
            </w:r>
            <w:proofErr w:type="spellStart"/>
            <w:r>
              <w:t>monopolarnego</w:t>
            </w:r>
            <w:proofErr w:type="spellEnd"/>
            <w:r>
              <w:t xml:space="preserve"> min. 400 W z </w:t>
            </w:r>
            <w:proofErr w:type="spellStart"/>
            <w:r>
              <w:t>możliwością</w:t>
            </w:r>
            <w:proofErr w:type="spellEnd"/>
            <w:r>
              <w:t xml:space="preserve"> </w:t>
            </w:r>
            <w:proofErr w:type="spellStart"/>
            <w:r>
              <w:t>nastawienia</w:t>
            </w:r>
            <w:proofErr w:type="spellEnd"/>
            <w:r>
              <w:t xml:space="preserve"> min. 10 </w:t>
            </w:r>
            <w:proofErr w:type="spellStart"/>
            <w:r>
              <w:t>efektów</w:t>
            </w:r>
            <w:proofErr w:type="spellEnd"/>
            <w:r>
              <w:t xml:space="preserve"> </w:t>
            </w:r>
            <w:proofErr w:type="spellStart"/>
            <w:r>
              <w:t>tkankowych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82B3D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394F17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B22D7A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6C777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190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2EC612" w14:textId="77777777" w:rsidR="004F0AFF" w:rsidRDefault="003F1309">
            <w:r>
              <w:t xml:space="preserve">Moc </w:t>
            </w:r>
            <w:proofErr w:type="spellStart"/>
            <w:r>
              <w:t>koagulacji</w:t>
            </w:r>
            <w:proofErr w:type="spellEnd"/>
            <w:r>
              <w:t xml:space="preserve"> </w:t>
            </w:r>
            <w:proofErr w:type="spellStart"/>
            <w:r>
              <w:t>monopolarnej</w:t>
            </w:r>
            <w:proofErr w:type="spellEnd"/>
            <w:r>
              <w:t xml:space="preserve"> min. 240 W z </w:t>
            </w:r>
            <w:proofErr w:type="spellStart"/>
            <w:r>
              <w:t>możliwością</w:t>
            </w:r>
            <w:proofErr w:type="spellEnd"/>
            <w:r>
              <w:t xml:space="preserve"> </w:t>
            </w:r>
            <w:proofErr w:type="spellStart"/>
            <w:r>
              <w:t>nastawienia</w:t>
            </w:r>
            <w:proofErr w:type="spellEnd"/>
            <w:r>
              <w:t xml:space="preserve"> min. 10 </w:t>
            </w:r>
            <w:proofErr w:type="spellStart"/>
            <w:r>
              <w:t>efektów</w:t>
            </w:r>
            <w:proofErr w:type="spellEnd"/>
            <w:r>
              <w:t xml:space="preserve"> </w:t>
            </w:r>
            <w:proofErr w:type="spellStart"/>
            <w:r>
              <w:t>tkankowych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719E3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CEAF2A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5DCC7C4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B7924F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191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74B178" w14:textId="77777777" w:rsidR="004F0AFF" w:rsidRDefault="003F1309">
            <w:r>
              <w:t xml:space="preserve">Cięcie </w:t>
            </w:r>
            <w:proofErr w:type="spellStart"/>
            <w:r>
              <w:t>bipolarne</w:t>
            </w:r>
            <w:proofErr w:type="spellEnd"/>
            <w:r>
              <w:t xml:space="preserve"> z </w:t>
            </w:r>
            <w:proofErr w:type="spellStart"/>
            <w:r>
              <w:t>mocą</w:t>
            </w:r>
            <w:proofErr w:type="spellEnd"/>
            <w:r>
              <w:t xml:space="preserve"> min. 400 W z </w:t>
            </w:r>
            <w:proofErr w:type="spellStart"/>
            <w:r>
              <w:t>możliwością</w:t>
            </w:r>
            <w:proofErr w:type="spellEnd"/>
            <w:r>
              <w:t xml:space="preserve"> </w:t>
            </w:r>
            <w:proofErr w:type="spellStart"/>
            <w:r>
              <w:t>nastawienia</w:t>
            </w:r>
            <w:proofErr w:type="spellEnd"/>
            <w:r>
              <w:t xml:space="preserve"> min. 10 </w:t>
            </w:r>
            <w:proofErr w:type="spellStart"/>
            <w:r>
              <w:t>efektów</w:t>
            </w:r>
            <w:proofErr w:type="spellEnd"/>
            <w:r>
              <w:t xml:space="preserve"> </w:t>
            </w:r>
            <w:proofErr w:type="spellStart"/>
            <w:r>
              <w:t>tkankowych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C9417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E0D874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ACF0DD3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E86AB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192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52D760" w14:textId="77777777" w:rsidR="004F0AFF" w:rsidRDefault="003F1309">
            <w:r>
              <w:t xml:space="preserve">Moc </w:t>
            </w:r>
            <w:proofErr w:type="spellStart"/>
            <w:r>
              <w:t>koagulacji</w:t>
            </w:r>
            <w:proofErr w:type="spellEnd"/>
            <w:r>
              <w:t xml:space="preserve"> </w:t>
            </w:r>
            <w:proofErr w:type="spellStart"/>
            <w:r>
              <w:t>bipolarnej</w:t>
            </w:r>
            <w:proofErr w:type="spellEnd"/>
            <w:r>
              <w:t xml:space="preserve"> min. 200 W z </w:t>
            </w:r>
            <w:proofErr w:type="spellStart"/>
            <w:r>
              <w:t>możliwością</w:t>
            </w:r>
            <w:proofErr w:type="spellEnd"/>
            <w:r>
              <w:t xml:space="preserve"> </w:t>
            </w:r>
            <w:proofErr w:type="spellStart"/>
            <w:r>
              <w:t>nastawienia</w:t>
            </w:r>
            <w:proofErr w:type="spellEnd"/>
            <w:r>
              <w:t xml:space="preserve"> min. 10 </w:t>
            </w:r>
            <w:proofErr w:type="spellStart"/>
            <w:r>
              <w:t>efektów</w:t>
            </w:r>
            <w:proofErr w:type="spellEnd"/>
            <w:r>
              <w:t xml:space="preserve"> </w:t>
            </w:r>
            <w:proofErr w:type="spellStart"/>
            <w:r>
              <w:t>tkankowych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1D8978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2F835B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739D79C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525AB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193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6E7965" w14:textId="77777777" w:rsidR="004F0AFF" w:rsidRDefault="003F1309">
            <w:r>
              <w:t xml:space="preserve">Program </w:t>
            </w:r>
            <w:proofErr w:type="spellStart"/>
            <w:r>
              <w:t>zamykania</w:t>
            </w:r>
            <w:proofErr w:type="spellEnd"/>
            <w:r>
              <w:t xml:space="preserve"> </w:t>
            </w:r>
            <w:proofErr w:type="spellStart"/>
            <w:r>
              <w:t>dużych</w:t>
            </w:r>
            <w:proofErr w:type="spellEnd"/>
            <w:r>
              <w:t xml:space="preserve"> </w:t>
            </w:r>
            <w:proofErr w:type="spellStart"/>
            <w:r>
              <w:t>naczyń</w:t>
            </w:r>
            <w:proofErr w:type="spellEnd"/>
            <w:r>
              <w:t xml:space="preserve"> z </w:t>
            </w:r>
            <w:proofErr w:type="spellStart"/>
            <w:r>
              <w:t>mocą</w:t>
            </w:r>
            <w:proofErr w:type="spellEnd"/>
            <w:r>
              <w:t xml:space="preserve"> min. 350W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33CE9E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8A3C59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2332F66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1134C5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194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222CC7" w14:textId="77777777" w:rsidR="004F0AFF" w:rsidRDefault="003F1309"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współpracy</w:t>
            </w:r>
            <w:proofErr w:type="spellEnd"/>
            <w:r>
              <w:t xml:space="preserve"> z </w:t>
            </w:r>
            <w:proofErr w:type="spellStart"/>
            <w:r>
              <w:t>resektoskopami</w:t>
            </w:r>
            <w:proofErr w:type="spellEnd"/>
            <w:r>
              <w:t xml:space="preserve"> </w:t>
            </w:r>
            <w:proofErr w:type="spellStart"/>
            <w:r>
              <w:t>bipolarnymi</w:t>
            </w:r>
            <w:proofErr w:type="spellEnd"/>
            <w:r>
              <w:t xml:space="preserve">; </w:t>
            </w:r>
            <w:proofErr w:type="spellStart"/>
            <w:r>
              <w:t>urządzenie</w:t>
            </w:r>
            <w:proofErr w:type="spellEnd"/>
            <w:r>
              <w:t xml:space="preserve"> </w:t>
            </w:r>
            <w:proofErr w:type="spellStart"/>
            <w:r>
              <w:t>musi</w:t>
            </w:r>
            <w:proofErr w:type="spellEnd"/>
            <w:r>
              <w:t xml:space="preserve"> </w:t>
            </w:r>
            <w:proofErr w:type="spellStart"/>
            <w:r>
              <w:t>posiadać</w:t>
            </w:r>
            <w:proofErr w:type="spellEnd"/>
            <w:r>
              <w:t xml:space="preserve"> </w:t>
            </w:r>
            <w:proofErr w:type="spellStart"/>
            <w:r>
              <w:t>dedykowane</w:t>
            </w:r>
            <w:proofErr w:type="spellEnd"/>
            <w:r>
              <w:t xml:space="preserve"> </w:t>
            </w:r>
            <w:proofErr w:type="spellStart"/>
            <w:r>
              <w:t>prądy</w:t>
            </w:r>
            <w:proofErr w:type="spellEnd"/>
            <w:r>
              <w:t xml:space="preserve"> do </w:t>
            </w:r>
            <w:proofErr w:type="spellStart"/>
            <w:r>
              <w:t>cięcia</w:t>
            </w:r>
            <w:proofErr w:type="spellEnd"/>
            <w:r>
              <w:t xml:space="preserve"> i </w:t>
            </w:r>
            <w:proofErr w:type="spellStart"/>
            <w:r>
              <w:t>koagulacji</w:t>
            </w:r>
            <w:proofErr w:type="spellEnd"/>
            <w:r>
              <w:t xml:space="preserve"> z </w:t>
            </w:r>
            <w:proofErr w:type="spellStart"/>
            <w:r>
              <w:t>automatycznym</w:t>
            </w:r>
            <w:proofErr w:type="spellEnd"/>
            <w:r>
              <w:t xml:space="preserve"> </w:t>
            </w:r>
            <w:proofErr w:type="spellStart"/>
            <w:r>
              <w:t>rozpoznawaniem</w:t>
            </w:r>
            <w:proofErr w:type="spellEnd"/>
            <w:r>
              <w:t xml:space="preserve"> </w:t>
            </w:r>
            <w:proofErr w:type="spellStart"/>
            <w:r>
              <w:t>resektoskopu</w:t>
            </w:r>
            <w:proofErr w:type="spellEnd"/>
            <w:r>
              <w:t xml:space="preserve"> i </w:t>
            </w:r>
            <w:proofErr w:type="spellStart"/>
            <w:r>
              <w:t>nastawianiem</w:t>
            </w:r>
            <w:proofErr w:type="spellEnd"/>
            <w:r>
              <w:t xml:space="preserve"> </w:t>
            </w:r>
            <w:proofErr w:type="spellStart"/>
            <w:r>
              <w:t>dla</w:t>
            </w:r>
            <w:proofErr w:type="spellEnd"/>
            <w:r>
              <w:t xml:space="preserve"> </w:t>
            </w:r>
            <w:proofErr w:type="spellStart"/>
            <w:r>
              <w:t>niego</w:t>
            </w:r>
            <w:proofErr w:type="spellEnd"/>
            <w:r>
              <w:t xml:space="preserve"> </w:t>
            </w:r>
            <w:proofErr w:type="spellStart"/>
            <w:r>
              <w:t>optymalnych</w:t>
            </w:r>
            <w:proofErr w:type="spellEnd"/>
            <w:r>
              <w:t xml:space="preserve"> </w:t>
            </w:r>
            <w:proofErr w:type="spellStart"/>
            <w:r>
              <w:t>parametrów</w:t>
            </w:r>
            <w:proofErr w:type="spellEnd"/>
            <w:r>
              <w:t xml:space="preserve"> </w:t>
            </w:r>
            <w:proofErr w:type="spellStart"/>
            <w:r>
              <w:t>pracy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1CA58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06568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7DAA19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AE1D2C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195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A1CE8B" w14:textId="77777777" w:rsidR="004F0AFF" w:rsidRDefault="003F1309">
            <w:r>
              <w:t xml:space="preserve">Min. 5 </w:t>
            </w:r>
            <w:proofErr w:type="spellStart"/>
            <w:r>
              <w:t>rodzajów</w:t>
            </w:r>
            <w:proofErr w:type="spellEnd"/>
            <w:r>
              <w:t xml:space="preserve"> </w:t>
            </w:r>
            <w:proofErr w:type="spellStart"/>
            <w:r>
              <w:t>cięcia</w:t>
            </w:r>
            <w:proofErr w:type="spellEnd"/>
            <w:r>
              <w:t xml:space="preserve"> </w:t>
            </w:r>
            <w:proofErr w:type="spellStart"/>
            <w:r>
              <w:t>monopolarnego</w:t>
            </w:r>
            <w:proofErr w:type="spellEnd"/>
            <w:r>
              <w:t xml:space="preserve">, min. 5 </w:t>
            </w:r>
            <w:proofErr w:type="spellStart"/>
            <w:r>
              <w:t>rodzajów</w:t>
            </w:r>
            <w:proofErr w:type="spellEnd"/>
            <w:r>
              <w:t xml:space="preserve"> </w:t>
            </w:r>
            <w:proofErr w:type="spellStart"/>
            <w:r>
              <w:t>koagulacji</w:t>
            </w:r>
            <w:proofErr w:type="spellEnd"/>
            <w:r>
              <w:t xml:space="preserve"> </w:t>
            </w:r>
            <w:proofErr w:type="spellStart"/>
            <w:r>
              <w:t>monopolarnej</w:t>
            </w:r>
            <w:proofErr w:type="spellEnd"/>
            <w:r>
              <w:t xml:space="preserve">, min. 2 </w:t>
            </w:r>
            <w:proofErr w:type="spellStart"/>
            <w:r>
              <w:t>rodzaje</w:t>
            </w:r>
            <w:proofErr w:type="spellEnd"/>
            <w:r>
              <w:t xml:space="preserve"> </w:t>
            </w:r>
            <w:proofErr w:type="spellStart"/>
            <w:r>
              <w:t>cięcia</w:t>
            </w:r>
            <w:proofErr w:type="spellEnd"/>
            <w:r>
              <w:t xml:space="preserve"> </w:t>
            </w:r>
            <w:proofErr w:type="spellStart"/>
            <w:r>
              <w:t>bipolarnego</w:t>
            </w:r>
            <w:proofErr w:type="spellEnd"/>
            <w:r>
              <w:t xml:space="preserve"> i min. 2 </w:t>
            </w:r>
            <w:proofErr w:type="spellStart"/>
            <w:r>
              <w:t>rodzajów</w:t>
            </w:r>
            <w:proofErr w:type="spellEnd"/>
            <w:r>
              <w:t xml:space="preserve"> </w:t>
            </w:r>
            <w:proofErr w:type="spellStart"/>
            <w:r>
              <w:t>koagulacji</w:t>
            </w:r>
            <w:proofErr w:type="spellEnd"/>
            <w:r>
              <w:t xml:space="preserve"> </w:t>
            </w:r>
            <w:proofErr w:type="spellStart"/>
            <w:r>
              <w:t>bipolarnej</w:t>
            </w:r>
            <w:proofErr w:type="spellEnd"/>
            <w:r>
              <w:t xml:space="preserve">, </w:t>
            </w:r>
            <w:proofErr w:type="spellStart"/>
            <w:r>
              <w:t>każdy</w:t>
            </w:r>
            <w:proofErr w:type="spellEnd"/>
            <w:r>
              <w:t xml:space="preserve"> z </w:t>
            </w:r>
            <w:proofErr w:type="spellStart"/>
            <w:r>
              <w:t>tych</w:t>
            </w:r>
            <w:proofErr w:type="spellEnd"/>
            <w:r>
              <w:t xml:space="preserve"> </w:t>
            </w:r>
            <w:proofErr w:type="spellStart"/>
            <w:r>
              <w:t>prądów</w:t>
            </w:r>
            <w:proofErr w:type="spellEnd"/>
            <w:r>
              <w:t xml:space="preserve"> </w:t>
            </w:r>
            <w:proofErr w:type="spellStart"/>
            <w:r>
              <w:t>powinien</w:t>
            </w:r>
            <w:proofErr w:type="spellEnd"/>
            <w:r>
              <w:t xml:space="preserve"> </w:t>
            </w:r>
            <w:proofErr w:type="spellStart"/>
            <w:r>
              <w:t>posiadać</w:t>
            </w:r>
            <w:proofErr w:type="spellEnd"/>
            <w:r>
              <w:t xml:space="preserve"> </w:t>
            </w:r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nastawienia</w:t>
            </w:r>
            <w:proofErr w:type="spellEnd"/>
            <w:r>
              <w:t xml:space="preserve"> min. 10 </w:t>
            </w:r>
            <w:proofErr w:type="spellStart"/>
            <w:r>
              <w:t>elektów</w:t>
            </w:r>
            <w:proofErr w:type="spellEnd"/>
            <w:r>
              <w:t xml:space="preserve"> </w:t>
            </w:r>
            <w:proofErr w:type="spellStart"/>
            <w:r>
              <w:t>tkankowych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7D85C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810CF3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9DC7CE0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757E1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196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72EB3B" w14:textId="77777777" w:rsidR="004F0AFF" w:rsidRDefault="003F1309">
            <w:r>
              <w:t xml:space="preserve">Min. 3 </w:t>
            </w:r>
            <w:proofErr w:type="spellStart"/>
            <w:r>
              <w:t>gniazda</w:t>
            </w:r>
            <w:proofErr w:type="spellEnd"/>
            <w:r>
              <w:t xml:space="preserve"> </w:t>
            </w:r>
            <w:proofErr w:type="spellStart"/>
            <w:r>
              <w:t>umożliwiające</w:t>
            </w:r>
            <w:proofErr w:type="spellEnd"/>
            <w:r>
              <w:t xml:space="preserve"> </w:t>
            </w:r>
            <w:proofErr w:type="spellStart"/>
            <w:r>
              <w:t>podłączanie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 mono i </w:t>
            </w:r>
            <w:proofErr w:type="spellStart"/>
            <w:r>
              <w:t>bipolarnych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1 </w:t>
            </w:r>
            <w:proofErr w:type="spellStart"/>
            <w:r>
              <w:t>gniazdo</w:t>
            </w:r>
            <w:proofErr w:type="spellEnd"/>
            <w:r>
              <w:t xml:space="preserve"> </w:t>
            </w:r>
            <w:proofErr w:type="spellStart"/>
            <w:r>
              <w:t>elektrody</w:t>
            </w:r>
            <w:proofErr w:type="spellEnd"/>
            <w:r>
              <w:t xml:space="preserve"> </w:t>
            </w:r>
            <w:proofErr w:type="spellStart"/>
            <w:r>
              <w:t>neutralnej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B71D1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E3A923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6E86F9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AFA36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197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1D3E6C" w14:textId="77777777" w:rsidR="004F0AFF" w:rsidRDefault="003F1309">
            <w:proofErr w:type="spellStart"/>
            <w:r>
              <w:t>Możliwość</w:t>
            </w:r>
            <w:proofErr w:type="spellEnd"/>
            <w:r>
              <w:t xml:space="preserve"> </w:t>
            </w:r>
            <w:proofErr w:type="spellStart"/>
            <w:r>
              <w:t>współpracy</w:t>
            </w:r>
            <w:proofErr w:type="spellEnd"/>
            <w:r>
              <w:t xml:space="preserve"> z </w:t>
            </w:r>
            <w:proofErr w:type="spellStart"/>
            <w:r>
              <w:t>przystawką</w:t>
            </w:r>
            <w:proofErr w:type="spellEnd"/>
            <w:r>
              <w:t xml:space="preserve"> </w:t>
            </w:r>
            <w:proofErr w:type="spellStart"/>
            <w:r>
              <w:t>argonową</w:t>
            </w:r>
            <w:proofErr w:type="spellEnd"/>
            <w:r>
              <w:t xml:space="preserve"> </w:t>
            </w:r>
            <w:proofErr w:type="spellStart"/>
            <w:r>
              <w:t>obsługiwaną</w:t>
            </w:r>
            <w:proofErr w:type="spellEnd"/>
            <w:r>
              <w:t xml:space="preserve"> z </w:t>
            </w:r>
            <w:proofErr w:type="spellStart"/>
            <w:r>
              <w:t>ekranu</w:t>
            </w:r>
            <w:proofErr w:type="spellEnd"/>
            <w:r>
              <w:t xml:space="preserve"> </w:t>
            </w:r>
            <w:proofErr w:type="spellStart"/>
            <w:r>
              <w:t>diatermii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F0AD6A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39C932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3823FBE0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0DA0F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198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E4E4B1" w14:textId="77777777" w:rsidR="004F0AFF" w:rsidRDefault="003F1309">
            <w:proofErr w:type="spellStart"/>
            <w:r>
              <w:t>Wyłącznik</w:t>
            </w:r>
            <w:proofErr w:type="spellEnd"/>
            <w:r>
              <w:t xml:space="preserve"> </w:t>
            </w:r>
            <w:proofErr w:type="spellStart"/>
            <w:r>
              <w:t>nożny</w:t>
            </w:r>
            <w:proofErr w:type="spellEnd"/>
            <w:r>
              <w:t xml:space="preserve"> </w:t>
            </w:r>
            <w:proofErr w:type="spellStart"/>
            <w:r>
              <w:t>dwuprzyciskowy</w:t>
            </w:r>
            <w:proofErr w:type="spellEnd"/>
            <w:r>
              <w:t xml:space="preserve"> z </w:t>
            </w:r>
            <w:proofErr w:type="spellStart"/>
            <w:r>
              <w:t>funkcją</w:t>
            </w:r>
            <w:proofErr w:type="spellEnd"/>
            <w:r>
              <w:t xml:space="preserve"> </w:t>
            </w:r>
            <w:proofErr w:type="spellStart"/>
            <w:r>
              <w:t>przełączania</w:t>
            </w:r>
            <w:proofErr w:type="spellEnd"/>
            <w:r>
              <w:t xml:space="preserve"> </w:t>
            </w:r>
            <w:proofErr w:type="spellStart"/>
            <w:r>
              <w:t>programów</w:t>
            </w:r>
            <w:proofErr w:type="spellEnd"/>
            <w:r>
              <w:t xml:space="preserve">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2646A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711AF5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4272E8AD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82962B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199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C7C8A3" w14:textId="77777777" w:rsidR="004F0AFF" w:rsidRDefault="003F1309">
            <w:r>
              <w:t xml:space="preserve">Kabel </w:t>
            </w:r>
            <w:proofErr w:type="spellStart"/>
            <w:r>
              <w:t>przyłączeniowy</w:t>
            </w:r>
            <w:proofErr w:type="spellEnd"/>
            <w:r>
              <w:t xml:space="preserve"> do </w:t>
            </w:r>
            <w:proofErr w:type="spellStart"/>
            <w:r>
              <w:t>elektrod</w:t>
            </w:r>
            <w:proofErr w:type="spellEnd"/>
            <w:r>
              <w:t xml:space="preserve"> </w:t>
            </w:r>
            <w:proofErr w:type="spellStart"/>
            <w:r>
              <w:t>biernych</w:t>
            </w:r>
            <w:proofErr w:type="spellEnd"/>
            <w:r>
              <w:t xml:space="preserve"> </w:t>
            </w:r>
            <w:proofErr w:type="spellStart"/>
            <w:r>
              <w:t>jednorazowych</w:t>
            </w:r>
            <w:proofErr w:type="spellEnd"/>
            <w:r>
              <w:t xml:space="preserve"> – 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68E6F6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714BBA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CB427DB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5500F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200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133F46" w14:textId="77777777" w:rsidR="004F0AFF" w:rsidRDefault="003F1309">
            <w:r>
              <w:t xml:space="preserve">Kabel do </w:t>
            </w:r>
            <w:proofErr w:type="spellStart"/>
            <w:r>
              <w:t>monopolarnych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laparoskopowych</w:t>
            </w:r>
            <w:proofErr w:type="spellEnd"/>
            <w:r>
              <w:t xml:space="preserve">,  </w:t>
            </w:r>
            <w:proofErr w:type="spellStart"/>
            <w:r>
              <w:t>dł</w:t>
            </w:r>
            <w:proofErr w:type="spellEnd"/>
            <w:proofErr w:type="gramEnd"/>
            <w:r>
              <w:t xml:space="preserve">. 250 -300 cm – 2 </w:t>
            </w:r>
            <w:proofErr w:type="spellStart"/>
            <w:r>
              <w:t>szt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6F531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D2AFE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81C25D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69FA10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201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AB1B3E" w14:textId="77777777" w:rsidR="004F0AFF" w:rsidRDefault="003F1309">
            <w:r>
              <w:t xml:space="preserve">Kabel do </w:t>
            </w:r>
            <w:proofErr w:type="spellStart"/>
            <w:r>
              <w:t>bipolarnych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 </w:t>
            </w:r>
            <w:proofErr w:type="spellStart"/>
            <w:r>
              <w:t>laparoskopowych</w:t>
            </w:r>
            <w:proofErr w:type="spellEnd"/>
            <w:r>
              <w:t xml:space="preserve">, </w:t>
            </w:r>
            <w:proofErr w:type="spellStart"/>
            <w:r>
              <w:t>dł</w:t>
            </w:r>
            <w:proofErr w:type="spellEnd"/>
            <w:r>
              <w:t xml:space="preserve">. 250 - 300 cm – 2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40F4C9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Tak, </w:t>
            </w:r>
            <w:proofErr w:type="spellStart"/>
            <w:r>
              <w:t>podać</w:t>
            </w:r>
            <w:proofErr w:type="spellEnd"/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FBA600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685564A2" w14:textId="77777777" w:rsidTr="00834FFB">
        <w:trPr>
          <w:cantSplit/>
        </w:trPr>
        <w:tc>
          <w:tcPr>
            <w:tcW w:w="10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E39845" w14:textId="77777777" w:rsidR="004F0AFF" w:rsidRDefault="003F1309">
            <w:pPr>
              <w:tabs>
                <w:tab w:val="left" w:pos="1160"/>
              </w:tabs>
              <w:snapToGrid w:val="0"/>
            </w:pPr>
            <w:r>
              <w:rPr>
                <w:b/>
              </w:rPr>
              <w:t xml:space="preserve">                                                                  Inne </w:t>
            </w:r>
            <w:proofErr w:type="spellStart"/>
            <w:r>
              <w:rPr>
                <w:b/>
              </w:rPr>
              <w:t>wymagania</w:t>
            </w:r>
            <w:proofErr w:type="spellEnd"/>
          </w:p>
        </w:tc>
      </w:tr>
      <w:tr w:rsidR="004F0AFF" w14:paraId="44638E1E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028553" w14:textId="77777777" w:rsidR="004F0AFF" w:rsidRDefault="003F1309">
            <w:pPr>
              <w:tabs>
                <w:tab w:val="left" w:pos="1160"/>
              </w:tabs>
              <w:snapToGrid w:val="0"/>
              <w:jc w:val="center"/>
              <w:rPr>
                <w:bCs/>
              </w:rPr>
            </w:pPr>
            <w:r>
              <w:lastRenderedPageBreak/>
              <w:t>202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C19F44" w14:textId="77777777" w:rsidR="004F0AFF" w:rsidRDefault="003F1309">
            <w:pPr>
              <w:tabs>
                <w:tab w:val="left" w:pos="1160"/>
              </w:tabs>
              <w:snapToGrid w:val="0"/>
              <w:rPr>
                <w:color w:val="000000"/>
                <w:lang w:eastAsia="pl-PL"/>
              </w:rPr>
            </w:pPr>
            <w:proofErr w:type="spellStart"/>
            <w:r>
              <w:rPr>
                <w:color w:val="000000"/>
                <w:lang w:eastAsia="pl-PL"/>
              </w:rPr>
              <w:t>Instrukcja</w:t>
            </w:r>
            <w:proofErr w:type="spellEnd"/>
            <w:r>
              <w:rPr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color w:val="000000"/>
                <w:lang w:eastAsia="pl-PL"/>
              </w:rPr>
              <w:t>obsługi</w:t>
            </w:r>
            <w:proofErr w:type="spellEnd"/>
            <w:r>
              <w:rPr>
                <w:color w:val="000000"/>
                <w:lang w:eastAsia="pl-PL"/>
              </w:rPr>
              <w:t xml:space="preserve"> w </w:t>
            </w:r>
            <w:proofErr w:type="spellStart"/>
            <w:r>
              <w:rPr>
                <w:color w:val="000000"/>
                <w:lang w:eastAsia="pl-PL"/>
              </w:rPr>
              <w:t>języku</w:t>
            </w:r>
            <w:proofErr w:type="spellEnd"/>
            <w:r>
              <w:rPr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color w:val="000000"/>
                <w:lang w:eastAsia="pl-PL"/>
              </w:rPr>
              <w:t>polskim</w:t>
            </w:r>
            <w:proofErr w:type="spellEnd"/>
            <w:r>
              <w:rPr>
                <w:color w:val="000000"/>
                <w:lang w:eastAsia="pl-PL"/>
              </w:rPr>
              <w:t xml:space="preserve"> w </w:t>
            </w:r>
            <w:proofErr w:type="spellStart"/>
            <w:r>
              <w:rPr>
                <w:color w:val="000000"/>
                <w:lang w:eastAsia="pl-PL"/>
              </w:rPr>
              <w:t>formie</w:t>
            </w:r>
            <w:proofErr w:type="spellEnd"/>
            <w:r>
              <w:rPr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color w:val="000000"/>
                <w:lang w:eastAsia="pl-PL"/>
              </w:rPr>
              <w:t>papierowej</w:t>
            </w:r>
            <w:proofErr w:type="spellEnd"/>
            <w:r>
              <w:rPr>
                <w:color w:val="000000"/>
                <w:lang w:eastAsia="pl-PL"/>
              </w:rP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07AC93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745813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614E6E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4FFE1A" w14:textId="77777777" w:rsidR="004F0AFF" w:rsidRDefault="003F1309">
            <w:pPr>
              <w:tabs>
                <w:tab w:val="left" w:pos="1160"/>
              </w:tabs>
              <w:snapToGrid w:val="0"/>
              <w:jc w:val="center"/>
              <w:rPr>
                <w:bCs/>
              </w:rPr>
            </w:pPr>
            <w:r>
              <w:t>203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D3F6D3" w14:textId="77777777" w:rsidR="004F0AFF" w:rsidRDefault="003F1309">
            <w:pPr>
              <w:tabs>
                <w:tab w:val="left" w:pos="1160"/>
              </w:tabs>
              <w:snapToGrid w:val="0"/>
            </w:pPr>
            <w:proofErr w:type="spellStart"/>
            <w:r>
              <w:rPr>
                <w:color w:val="000000"/>
                <w:lang w:eastAsia="pl-PL"/>
              </w:rPr>
              <w:t>Instrukcja</w:t>
            </w:r>
            <w:proofErr w:type="spellEnd"/>
            <w:r>
              <w:rPr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color w:val="000000"/>
                <w:lang w:eastAsia="pl-PL"/>
              </w:rPr>
              <w:t>sterylizacji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B0CC27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94C34A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6D047B8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EAA028" w14:textId="77777777" w:rsidR="004F0AFF" w:rsidRDefault="003F1309">
            <w:pPr>
              <w:tabs>
                <w:tab w:val="left" w:pos="1160"/>
              </w:tabs>
              <w:snapToGrid w:val="0"/>
              <w:jc w:val="center"/>
              <w:rPr>
                <w:bCs/>
              </w:rPr>
            </w:pPr>
            <w:r>
              <w:t>204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0EE483" w14:textId="3A95CB12" w:rsidR="004F0AFF" w:rsidRPr="00F23D45" w:rsidRDefault="003F1309">
            <w:pPr>
              <w:tabs>
                <w:tab w:val="left" w:pos="1160"/>
              </w:tabs>
              <w:snapToGrid w:val="0"/>
              <w:rPr>
                <w:lang w:eastAsia="pl-PL"/>
              </w:rPr>
            </w:pPr>
            <w:proofErr w:type="spellStart"/>
            <w:r w:rsidRPr="00F23D45">
              <w:rPr>
                <w:lang w:eastAsia="pl-PL"/>
              </w:rPr>
              <w:t>Dokumenty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wymagane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obowiązującymi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przepisami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dla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oferowanego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wyrobu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medycznego</w:t>
            </w:r>
            <w:proofErr w:type="spellEnd"/>
            <w:r w:rsidRPr="00F23D45">
              <w:rPr>
                <w:lang w:eastAsia="pl-PL"/>
              </w:rPr>
              <w:t xml:space="preserve">, </w:t>
            </w:r>
            <w:proofErr w:type="spellStart"/>
            <w:r w:rsidRPr="00F23D45">
              <w:rPr>
                <w:lang w:eastAsia="pl-PL"/>
              </w:rPr>
              <w:t>potwierdzające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możliwość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jego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legalnego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wprowadzenia</w:t>
            </w:r>
            <w:proofErr w:type="spellEnd"/>
            <w:r w:rsidRPr="00F23D45">
              <w:rPr>
                <w:lang w:eastAsia="pl-PL"/>
              </w:rPr>
              <w:t xml:space="preserve"> do </w:t>
            </w:r>
            <w:proofErr w:type="spellStart"/>
            <w:r w:rsidRPr="00F23D45">
              <w:rPr>
                <w:lang w:eastAsia="pl-PL"/>
              </w:rPr>
              <w:t>obrotu</w:t>
            </w:r>
            <w:proofErr w:type="spellEnd"/>
            <w:r w:rsidRPr="00F23D45">
              <w:rPr>
                <w:lang w:eastAsia="pl-PL"/>
              </w:rPr>
              <w:t xml:space="preserve"> i </w:t>
            </w:r>
            <w:proofErr w:type="spellStart"/>
            <w:r w:rsidRPr="00F23D45">
              <w:rPr>
                <w:lang w:eastAsia="pl-PL"/>
              </w:rPr>
              <w:t>używania</w:t>
            </w:r>
            <w:proofErr w:type="spellEnd"/>
            <w:r w:rsidRPr="00F23D45">
              <w:rPr>
                <w:lang w:eastAsia="pl-PL"/>
              </w:rPr>
              <w:t xml:space="preserve">, w </w:t>
            </w:r>
            <w:proofErr w:type="spellStart"/>
            <w:r w:rsidRPr="00F23D45">
              <w:rPr>
                <w:lang w:eastAsia="pl-PL"/>
              </w:rPr>
              <w:t>szczególności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deklaracja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zgodności</w:t>
            </w:r>
            <w:proofErr w:type="spellEnd"/>
            <w:r w:rsidRPr="00F23D45">
              <w:rPr>
                <w:lang w:eastAsia="pl-PL"/>
              </w:rPr>
              <w:t xml:space="preserve"> UE </w:t>
            </w:r>
            <w:proofErr w:type="spellStart"/>
            <w:r w:rsidRPr="00F23D45">
              <w:rPr>
                <w:lang w:eastAsia="pl-PL"/>
              </w:rPr>
              <w:t>oraz</w:t>
            </w:r>
            <w:proofErr w:type="spellEnd"/>
            <w:r w:rsidRPr="00F23D45">
              <w:rPr>
                <w:lang w:eastAsia="pl-PL"/>
              </w:rPr>
              <w:t xml:space="preserve"> - </w:t>
            </w:r>
            <w:proofErr w:type="spellStart"/>
            <w:r w:rsidRPr="00F23D45">
              <w:rPr>
                <w:lang w:eastAsia="pl-PL"/>
              </w:rPr>
              <w:t>jeżeli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dotyczy</w:t>
            </w:r>
            <w:proofErr w:type="spellEnd"/>
            <w:r w:rsidRPr="00F23D45">
              <w:rPr>
                <w:lang w:eastAsia="pl-PL"/>
              </w:rPr>
              <w:t xml:space="preserve"> - </w:t>
            </w:r>
            <w:proofErr w:type="spellStart"/>
            <w:r w:rsidRPr="00F23D45">
              <w:rPr>
                <w:lang w:eastAsia="pl-PL"/>
              </w:rPr>
              <w:t>certyfikat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wydany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przez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właściwą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jednostkę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notyfikowaną</w:t>
            </w:r>
            <w:proofErr w:type="spellEnd"/>
            <w:r w:rsidRPr="00F23D45">
              <w:rPr>
                <w:lang w:eastAsia="pl-PL"/>
              </w:rP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616875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F1156F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5ACF6751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5C5C8D" w14:textId="77777777" w:rsidR="004F0AFF" w:rsidRDefault="003F1309">
            <w:pPr>
              <w:tabs>
                <w:tab w:val="left" w:pos="1160"/>
              </w:tabs>
              <w:snapToGrid w:val="0"/>
              <w:jc w:val="center"/>
              <w:rPr>
                <w:b/>
                <w:bCs/>
              </w:rPr>
            </w:pPr>
            <w:r>
              <w:t>205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5746B2" w14:textId="77777777" w:rsidR="004F0AFF" w:rsidRPr="00F23D45" w:rsidRDefault="003F1309">
            <w:pPr>
              <w:tabs>
                <w:tab w:val="left" w:pos="1160"/>
              </w:tabs>
              <w:snapToGrid w:val="0"/>
              <w:rPr>
                <w:lang w:eastAsia="pl-PL"/>
              </w:rPr>
            </w:pPr>
            <w:proofErr w:type="spellStart"/>
            <w:r w:rsidRPr="00F23D45">
              <w:rPr>
                <w:lang w:eastAsia="pl-PL"/>
              </w:rPr>
              <w:t>Montaż</w:t>
            </w:r>
            <w:proofErr w:type="spellEnd"/>
            <w:r w:rsidRPr="00F23D45">
              <w:rPr>
                <w:lang w:eastAsia="pl-PL"/>
              </w:rPr>
              <w:t xml:space="preserve">, </w:t>
            </w:r>
            <w:proofErr w:type="spellStart"/>
            <w:r w:rsidRPr="00F23D45">
              <w:rPr>
                <w:lang w:eastAsia="pl-PL"/>
              </w:rPr>
              <w:t>uruchomienie</w:t>
            </w:r>
            <w:proofErr w:type="spellEnd"/>
            <w:r w:rsidRPr="00F23D45">
              <w:rPr>
                <w:lang w:eastAsia="pl-PL"/>
              </w:rPr>
              <w:t xml:space="preserve"> i </w:t>
            </w:r>
            <w:proofErr w:type="spellStart"/>
            <w:r w:rsidRPr="00F23D45">
              <w:rPr>
                <w:lang w:eastAsia="pl-PL"/>
              </w:rPr>
              <w:t>szkolenie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obsługi</w:t>
            </w:r>
            <w:proofErr w:type="spellEnd"/>
            <w:r w:rsidRPr="00F23D45">
              <w:rPr>
                <w:lang w:eastAsia="pl-PL"/>
              </w:rPr>
              <w:t xml:space="preserve"> w </w:t>
            </w:r>
            <w:proofErr w:type="spellStart"/>
            <w:r w:rsidRPr="00F23D45">
              <w:rPr>
                <w:lang w:eastAsia="pl-PL"/>
              </w:rPr>
              <w:t>cenie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urządzenia</w:t>
            </w:r>
            <w:proofErr w:type="spellEnd"/>
            <w:r w:rsidRPr="00F23D45">
              <w:rPr>
                <w:lang w:eastAsia="pl-PL"/>
              </w:rP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3FDA5B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A897A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968B38C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BB81BD" w14:textId="77777777" w:rsidR="004F0AFF" w:rsidRDefault="003F1309">
            <w:pPr>
              <w:tabs>
                <w:tab w:val="left" w:pos="1160"/>
              </w:tabs>
              <w:snapToGrid w:val="0"/>
              <w:jc w:val="center"/>
              <w:rPr>
                <w:b/>
                <w:bCs/>
              </w:rPr>
            </w:pPr>
            <w:r>
              <w:t>206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6D1E67" w14:textId="463BE57E" w:rsidR="004F0AFF" w:rsidRPr="00F23D45" w:rsidRDefault="003F1309">
            <w:pPr>
              <w:tabs>
                <w:tab w:val="left" w:pos="1160"/>
              </w:tabs>
              <w:snapToGrid w:val="0"/>
              <w:rPr>
                <w:lang w:eastAsia="pl-PL"/>
              </w:rPr>
            </w:pPr>
            <w:proofErr w:type="spellStart"/>
            <w:r w:rsidRPr="00F23D45">
              <w:rPr>
                <w:lang w:eastAsia="pl-PL"/>
              </w:rPr>
              <w:t>Autoryzowany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serwis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zapewniający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realizację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obsługi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gwarancyjnej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na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terytorium</w:t>
            </w:r>
            <w:proofErr w:type="spellEnd"/>
            <w:r w:rsidRPr="00F23D45">
              <w:rPr>
                <w:lang w:eastAsia="pl-PL"/>
              </w:rPr>
              <w:t xml:space="preserve"> Polski, z </w:t>
            </w:r>
            <w:proofErr w:type="spellStart"/>
            <w:r w:rsidRPr="00F23D45">
              <w:rPr>
                <w:lang w:eastAsia="pl-PL"/>
              </w:rPr>
              <w:t>dostępem</w:t>
            </w:r>
            <w:proofErr w:type="spellEnd"/>
            <w:r w:rsidRPr="00F23D45">
              <w:rPr>
                <w:lang w:eastAsia="pl-PL"/>
              </w:rPr>
              <w:t xml:space="preserve"> do </w:t>
            </w:r>
            <w:proofErr w:type="spellStart"/>
            <w:r w:rsidRPr="00F23D45">
              <w:rPr>
                <w:lang w:eastAsia="pl-PL"/>
              </w:rPr>
              <w:t>oryginalnych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części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zamiennych</w:t>
            </w:r>
            <w:proofErr w:type="spellEnd"/>
            <w:r w:rsidRPr="00F23D45">
              <w:rPr>
                <w:lang w:eastAsia="pl-PL"/>
              </w:rPr>
              <w:t xml:space="preserve"> </w:t>
            </w:r>
            <w:proofErr w:type="spellStart"/>
            <w:r w:rsidRPr="00F23D45">
              <w:rPr>
                <w:lang w:eastAsia="pl-PL"/>
              </w:rPr>
              <w:t>producenta</w:t>
            </w:r>
            <w:proofErr w:type="spellEnd"/>
            <w:r w:rsidRPr="00F23D45">
              <w:rPr>
                <w:lang w:eastAsia="pl-PL"/>
              </w:rP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344118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B1E9F2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C5735F5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BCC90B" w14:textId="77777777" w:rsidR="004F0AFF" w:rsidRDefault="003F1309">
            <w:pPr>
              <w:tabs>
                <w:tab w:val="left" w:pos="1160"/>
              </w:tabs>
              <w:snapToGrid w:val="0"/>
              <w:jc w:val="center"/>
              <w:rPr>
                <w:b/>
                <w:bCs/>
              </w:rPr>
            </w:pPr>
            <w:r>
              <w:t>207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7973E6" w14:textId="77777777" w:rsidR="004F0AFF" w:rsidRDefault="003F1309">
            <w:pPr>
              <w:tabs>
                <w:tab w:val="left" w:pos="1160"/>
              </w:tabs>
              <w:snapToGrid w:val="0"/>
            </w:pPr>
            <w:proofErr w:type="spellStart"/>
            <w:r>
              <w:rPr>
                <w:color w:val="000000"/>
                <w:lang w:eastAsia="pl-PL"/>
              </w:rPr>
              <w:t>Paszporty</w:t>
            </w:r>
            <w:proofErr w:type="spellEnd"/>
            <w:r>
              <w:rPr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color w:val="000000"/>
                <w:lang w:eastAsia="pl-PL"/>
              </w:rPr>
              <w:t>techniczne</w:t>
            </w:r>
            <w:proofErr w:type="spellEnd"/>
            <w:r>
              <w:rPr>
                <w:color w:val="000000"/>
                <w:lang w:eastAsia="pl-PL"/>
              </w:rPr>
              <w:t xml:space="preserve"> (format </w:t>
            </w:r>
            <w:proofErr w:type="spellStart"/>
            <w:r>
              <w:rPr>
                <w:color w:val="000000"/>
                <w:lang w:eastAsia="pl-PL"/>
              </w:rPr>
              <w:t>zeszytu</w:t>
            </w:r>
            <w:proofErr w:type="spellEnd"/>
            <w:r>
              <w:rPr>
                <w:color w:val="000000"/>
                <w:lang w:eastAsia="pl-PL"/>
              </w:rPr>
              <w:t xml:space="preserve"> A5)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6034A5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D05B9C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71960643" w14:textId="77777777" w:rsidTr="00834FFB">
        <w:trPr>
          <w:cantSplit/>
        </w:trPr>
        <w:tc>
          <w:tcPr>
            <w:tcW w:w="1044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BDBA05" w14:textId="77777777" w:rsidR="004F0AFF" w:rsidRDefault="003F1309">
            <w:pPr>
              <w:tabs>
                <w:tab w:val="left" w:pos="1160"/>
              </w:tabs>
              <w:snapToGrid w:val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Warunki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gwarancji</w:t>
            </w:r>
            <w:proofErr w:type="spellEnd"/>
            <w:r>
              <w:rPr>
                <w:b/>
                <w:bCs/>
              </w:rPr>
              <w:t xml:space="preserve"> i </w:t>
            </w:r>
            <w:proofErr w:type="spellStart"/>
            <w:r>
              <w:rPr>
                <w:b/>
                <w:bCs/>
              </w:rPr>
              <w:t>serwisu</w:t>
            </w:r>
            <w:proofErr w:type="spellEnd"/>
          </w:p>
        </w:tc>
      </w:tr>
      <w:tr w:rsidR="004F0AFF" w14:paraId="726C15F2" w14:textId="77777777" w:rsidTr="00834FFB">
        <w:trPr>
          <w:cantSplit/>
          <w:trHeight w:val="350"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7B3E3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0F746A" w14:textId="77777777" w:rsidR="004F0AFF" w:rsidRDefault="003F1309">
            <w:pPr>
              <w:tabs>
                <w:tab w:val="left" w:pos="1160"/>
              </w:tabs>
              <w:snapToGrid w:val="0"/>
            </w:pPr>
            <w:proofErr w:type="spellStart"/>
            <w:r>
              <w:t>Okres</w:t>
            </w:r>
            <w:proofErr w:type="spellEnd"/>
            <w:r>
              <w:t xml:space="preserve"> </w:t>
            </w:r>
            <w:proofErr w:type="spellStart"/>
            <w:r>
              <w:t>gwarancji</w:t>
            </w:r>
            <w:proofErr w:type="spellEnd"/>
            <w:r>
              <w:t xml:space="preserve"> min.36 </w:t>
            </w:r>
            <w:proofErr w:type="spellStart"/>
            <w:r>
              <w:t>miesięcy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F1E092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41279D" w14:textId="77777777" w:rsidR="004F0AFF" w:rsidRDefault="004F0AFF">
            <w:pPr>
              <w:tabs>
                <w:tab w:val="left" w:pos="1160"/>
              </w:tabs>
              <w:snapToGrid w:val="0"/>
            </w:pPr>
          </w:p>
          <w:p w14:paraId="0599A56E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E144633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92CC77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BACC45" w14:textId="77777777" w:rsidR="004F0AFF" w:rsidRDefault="003F1309">
            <w:pPr>
              <w:tabs>
                <w:tab w:val="left" w:pos="1160"/>
              </w:tabs>
              <w:snapToGrid w:val="0"/>
            </w:pPr>
            <w:proofErr w:type="spellStart"/>
            <w:r>
              <w:t>Maksymalnie</w:t>
            </w:r>
            <w:proofErr w:type="spellEnd"/>
            <w:r>
              <w:t xml:space="preserve"> 3 </w:t>
            </w:r>
            <w:proofErr w:type="spellStart"/>
            <w:r>
              <w:t>naprawy</w:t>
            </w:r>
            <w:proofErr w:type="spellEnd"/>
            <w:r>
              <w:t xml:space="preserve"> </w:t>
            </w:r>
            <w:proofErr w:type="spellStart"/>
            <w:r>
              <w:t>gwarancyjne</w:t>
            </w:r>
            <w:proofErr w:type="spellEnd"/>
            <w:r>
              <w:t xml:space="preserve"> </w:t>
            </w:r>
            <w:proofErr w:type="spellStart"/>
            <w:r>
              <w:t>tego</w:t>
            </w:r>
            <w:proofErr w:type="spellEnd"/>
            <w:r>
              <w:t xml:space="preserve"> </w:t>
            </w:r>
            <w:proofErr w:type="spellStart"/>
            <w:r>
              <w:t>samego</w:t>
            </w:r>
            <w:proofErr w:type="spellEnd"/>
            <w:r>
              <w:t xml:space="preserve"> </w:t>
            </w:r>
            <w:proofErr w:type="spellStart"/>
            <w:r>
              <w:t>elementu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podzespołu</w:t>
            </w:r>
            <w:proofErr w:type="spellEnd"/>
            <w:r>
              <w:t xml:space="preserve"> - </w:t>
            </w:r>
            <w:proofErr w:type="spellStart"/>
            <w:r>
              <w:t>konieczność</w:t>
            </w:r>
            <w:proofErr w:type="spellEnd"/>
            <w:r>
              <w:t xml:space="preserve"> </w:t>
            </w:r>
            <w:proofErr w:type="spellStart"/>
            <w:r>
              <w:t>wykonania</w:t>
            </w:r>
            <w:proofErr w:type="spellEnd"/>
            <w:r>
              <w:t xml:space="preserve"> </w:t>
            </w:r>
            <w:proofErr w:type="spellStart"/>
            <w:r>
              <w:t>kolejnej</w:t>
            </w:r>
            <w:proofErr w:type="spellEnd"/>
            <w:r>
              <w:t xml:space="preserve"> </w:t>
            </w:r>
            <w:proofErr w:type="spellStart"/>
            <w:r>
              <w:t>naprawy</w:t>
            </w:r>
            <w:proofErr w:type="spellEnd"/>
            <w:r>
              <w:t xml:space="preserve"> </w:t>
            </w:r>
            <w:proofErr w:type="spellStart"/>
            <w:r>
              <w:t>uprawnia</w:t>
            </w:r>
            <w:proofErr w:type="spellEnd"/>
            <w:r>
              <w:t xml:space="preserve"> do </w:t>
            </w:r>
            <w:proofErr w:type="spellStart"/>
            <w:r>
              <w:t>wymiany</w:t>
            </w:r>
            <w:proofErr w:type="spellEnd"/>
            <w:r>
              <w:t xml:space="preserve"> </w:t>
            </w:r>
            <w:proofErr w:type="spellStart"/>
            <w:r>
              <w:t>elementu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podzespołu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nowy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3B4124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3EE643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00EC0784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D5CC4D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3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0B5B2C" w14:textId="77777777" w:rsidR="004F0AFF" w:rsidRDefault="003F1309">
            <w:pPr>
              <w:tabs>
                <w:tab w:val="left" w:pos="1160"/>
              </w:tabs>
              <w:snapToGrid w:val="0"/>
              <w:rPr>
                <w:rFonts w:eastAsia="Tahoma"/>
              </w:rPr>
            </w:pPr>
            <w:r>
              <w:t xml:space="preserve">W </w:t>
            </w:r>
            <w:proofErr w:type="spellStart"/>
            <w:r>
              <w:t>okresie</w:t>
            </w:r>
            <w:proofErr w:type="spellEnd"/>
            <w:r>
              <w:t xml:space="preserve"> </w:t>
            </w:r>
            <w:proofErr w:type="spellStart"/>
            <w:r>
              <w:t>gwarancji</w:t>
            </w:r>
            <w:proofErr w:type="spellEnd"/>
            <w:r>
              <w:t xml:space="preserve"> </w:t>
            </w:r>
            <w:proofErr w:type="spellStart"/>
            <w:r>
              <w:t>przeglądy</w:t>
            </w:r>
            <w:proofErr w:type="spellEnd"/>
            <w:r>
              <w:t xml:space="preserve"> </w:t>
            </w:r>
            <w:proofErr w:type="spellStart"/>
            <w:r>
              <w:t>techniczne</w:t>
            </w:r>
            <w:proofErr w:type="spellEnd"/>
            <w:r>
              <w:t xml:space="preserve"> </w:t>
            </w:r>
            <w:proofErr w:type="spellStart"/>
            <w:r>
              <w:t>wraz</w:t>
            </w:r>
            <w:proofErr w:type="spellEnd"/>
            <w:r>
              <w:t xml:space="preserve"> z </w:t>
            </w:r>
            <w:proofErr w:type="spellStart"/>
            <w:r>
              <w:t>materiałami</w:t>
            </w:r>
            <w:proofErr w:type="spellEnd"/>
            <w:r>
              <w:t xml:space="preserve"> do </w:t>
            </w:r>
            <w:proofErr w:type="spellStart"/>
            <w:r>
              <w:t>nich</w:t>
            </w:r>
            <w:proofErr w:type="spellEnd"/>
            <w:r>
              <w:t xml:space="preserve"> </w:t>
            </w:r>
            <w:proofErr w:type="spellStart"/>
            <w:r>
              <w:t>użytymi</w:t>
            </w:r>
            <w:proofErr w:type="spellEnd"/>
            <w:r>
              <w:t xml:space="preserve"> </w:t>
            </w:r>
            <w:proofErr w:type="spellStart"/>
            <w:r>
              <w:t>wykonywane</w:t>
            </w:r>
            <w:proofErr w:type="spellEnd"/>
            <w:r>
              <w:t xml:space="preserve"> </w:t>
            </w:r>
            <w:proofErr w:type="spellStart"/>
            <w:r>
              <w:t>bezpłatnie</w:t>
            </w:r>
            <w:proofErr w:type="spellEnd"/>
            <w:r>
              <w:t xml:space="preserve"> co </w:t>
            </w:r>
            <w:proofErr w:type="spellStart"/>
            <w:r>
              <w:t>najmniej</w:t>
            </w:r>
            <w:proofErr w:type="spellEnd"/>
            <w:r>
              <w:t xml:space="preserve"> </w:t>
            </w:r>
            <w:proofErr w:type="spellStart"/>
            <w:r>
              <w:t>raz</w:t>
            </w:r>
            <w:proofErr w:type="spellEnd"/>
            <w:r>
              <w:t xml:space="preserve"> w </w:t>
            </w:r>
            <w:proofErr w:type="spellStart"/>
            <w:r>
              <w:t>roku</w:t>
            </w:r>
            <w:proofErr w:type="spellEnd"/>
            <w:r>
              <w:t>.</w:t>
            </w:r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B57F7A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E832A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2A9FB006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E8F411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E83B51" w14:textId="77777777" w:rsidR="004F0AFF" w:rsidRDefault="003F1309">
            <w:pPr>
              <w:tabs>
                <w:tab w:val="left" w:pos="1160"/>
              </w:tabs>
              <w:snapToGrid w:val="0"/>
              <w:rPr>
                <w:rFonts w:eastAsia="Tahoma"/>
              </w:rPr>
            </w:pPr>
            <w:proofErr w:type="spellStart"/>
            <w:r>
              <w:t>Zapewniony</w:t>
            </w:r>
            <w:proofErr w:type="spellEnd"/>
            <w:r>
              <w:t xml:space="preserve"> </w:t>
            </w:r>
            <w:proofErr w:type="spellStart"/>
            <w:r>
              <w:t>serwis</w:t>
            </w:r>
            <w:proofErr w:type="spellEnd"/>
            <w:r>
              <w:t xml:space="preserve"> </w:t>
            </w:r>
            <w:proofErr w:type="spellStart"/>
            <w:r>
              <w:t>pogwarancyjny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3883A6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1F161A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  <w:tr w:rsidR="004F0AFF" w14:paraId="1BF5F034" w14:textId="77777777" w:rsidTr="00834FFB">
        <w:trPr>
          <w:cantSplit/>
        </w:trPr>
        <w:tc>
          <w:tcPr>
            <w:tcW w:w="44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30B073" w14:textId="77777777" w:rsidR="004F0AFF" w:rsidRDefault="003F1309">
            <w:pPr>
              <w:tabs>
                <w:tab w:val="left" w:pos="1160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EE08C4" w14:textId="77777777" w:rsidR="004F0AFF" w:rsidRDefault="003F1309">
            <w:pPr>
              <w:tabs>
                <w:tab w:val="left" w:pos="1160"/>
              </w:tabs>
              <w:snapToGrid w:val="0"/>
              <w:rPr>
                <w:rFonts w:eastAsia="Tahoma"/>
              </w:rPr>
            </w:pPr>
            <w:proofErr w:type="spellStart"/>
            <w:r>
              <w:t>Okres</w:t>
            </w:r>
            <w:proofErr w:type="spellEnd"/>
            <w:r>
              <w:t xml:space="preserve"> </w:t>
            </w:r>
            <w:proofErr w:type="spellStart"/>
            <w:r>
              <w:t>zagwarantowania</w:t>
            </w:r>
            <w:proofErr w:type="spellEnd"/>
            <w:r>
              <w:t xml:space="preserve"> </w:t>
            </w:r>
            <w:proofErr w:type="spellStart"/>
            <w:r>
              <w:t>dostępności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części</w:t>
            </w:r>
            <w:proofErr w:type="spellEnd"/>
            <w:r>
              <w:t xml:space="preserve">  </w:t>
            </w:r>
            <w:proofErr w:type="spellStart"/>
            <w:r>
              <w:t>zamiennych</w:t>
            </w:r>
            <w:proofErr w:type="spellEnd"/>
            <w:proofErr w:type="gramEnd"/>
            <w:r>
              <w:t xml:space="preserve"> minimum 10 </w:t>
            </w:r>
            <w:proofErr w:type="spellStart"/>
            <w:r>
              <w:t>lat</w:t>
            </w:r>
            <w:proofErr w:type="spellEnd"/>
          </w:p>
        </w:tc>
        <w:tc>
          <w:tcPr>
            <w:tcW w:w="182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D30AA4" w14:textId="77777777" w:rsidR="004F0AFF" w:rsidRDefault="003F1309">
            <w:pPr>
              <w:jc w:val="center"/>
            </w:pPr>
            <w:r>
              <w:t>Tak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4BFB56" w14:textId="77777777" w:rsidR="004F0AFF" w:rsidRDefault="004F0AFF">
            <w:pPr>
              <w:tabs>
                <w:tab w:val="left" w:pos="1160"/>
              </w:tabs>
              <w:snapToGrid w:val="0"/>
            </w:pPr>
          </w:p>
        </w:tc>
      </w:tr>
    </w:tbl>
    <w:p w14:paraId="450CCC30" w14:textId="77777777" w:rsidR="003F1309" w:rsidRDefault="003F1309">
      <w:r>
        <w:t>(</w:t>
      </w:r>
      <w:proofErr w:type="spellStart"/>
      <w:r>
        <w:t>podpis</w:t>
      </w:r>
      <w:proofErr w:type="spellEnd"/>
      <w:r>
        <w:t>/</w:t>
      </w:r>
      <w:proofErr w:type="spellStart"/>
      <w:r>
        <w:t>podpisy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upoważnionych</w:t>
      </w:r>
      <w:proofErr w:type="spellEnd"/>
      <w:r>
        <w:t xml:space="preserve"> do </w:t>
      </w:r>
      <w:proofErr w:type="spellStart"/>
      <w:r>
        <w:t>składania</w:t>
      </w:r>
      <w:proofErr w:type="spellEnd"/>
      <w:r>
        <w:t xml:space="preserve"> </w:t>
      </w:r>
      <w:proofErr w:type="spellStart"/>
      <w:r>
        <w:t>oświadczeń</w:t>
      </w:r>
      <w:proofErr w:type="spellEnd"/>
      <w:r>
        <w:t xml:space="preserve"> </w:t>
      </w:r>
      <w:proofErr w:type="spellStart"/>
      <w:r>
        <w:t>woli</w:t>
      </w:r>
      <w:proofErr w:type="spellEnd"/>
      <w:r>
        <w:t xml:space="preserve"> w </w:t>
      </w:r>
      <w:proofErr w:type="spellStart"/>
      <w:r>
        <w:t>imieniu</w:t>
      </w:r>
      <w:proofErr w:type="spellEnd"/>
      <w:r>
        <w:t xml:space="preserve"> </w:t>
      </w:r>
      <w:proofErr w:type="spellStart"/>
      <w:r>
        <w:t>Wykonawcy</w:t>
      </w:r>
      <w:proofErr w:type="spellEnd"/>
      <w:r>
        <w:t>)</w:t>
      </w:r>
    </w:p>
    <w:sectPr w:rsidR="003F1309" w:rsidSect="00034616">
      <w:pgSz w:w="12240" w:h="15840"/>
      <w:pgMar w:top="850" w:right="964" w:bottom="113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6996142">
    <w:abstractNumId w:val="8"/>
  </w:num>
  <w:num w:numId="2" w16cid:durableId="934753272">
    <w:abstractNumId w:val="6"/>
  </w:num>
  <w:num w:numId="3" w16cid:durableId="477112865">
    <w:abstractNumId w:val="5"/>
  </w:num>
  <w:num w:numId="4" w16cid:durableId="27485862">
    <w:abstractNumId w:val="4"/>
  </w:num>
  <w:num w:numId="5" w16cid:durableId="1889142488">
    <w:abstractNumId w:val="7"/>
  </w:num>
  <w:num w:numId="6" w16cid:durableId="1097139944">
    <w:abstractNumId w:val="3"/>
  </w:num>
  <w:num w:numId="7" w16cid:durableId="923954347">
    <w:abstractNumId w:val="2"/>
  </w:num>
  <w:num w:numId="8" w16cid:durableId="1080761059">
    <w:abstractNumId w:val="1"/>
  </w:num>
  <w:num w:numId="9" w16cid:durableId="26249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2239"/>
    <w:rsid w:val="0029639D"/>
    <w:rsid w:val="00326F90"/>
    <w:rsid w:val="003F1309"/>
    <w:rsid w:val="004F0AFF"/>
    <w:rsid w:val="00726EB0"/>
    <w:rsid w:val="00834FFB"/>
    <w:rsid w:val="00A67C87"/>
    <w:rsid w:val="00AA1D8D"/>
    <w:rsid w:val="00B47730"/>
    <w:rsid w:val="00C25A07"/>
    <w:rsid w:val="00CB0664"/>
    <w:rsid w:val="00D62AE9"/>
    <w:rsid w:val="00F23D45"/>
    <w:rsid w:val="00F724DA"/>
    <w:rsid w:val="00F760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52CE7"/>
  <w14:defaultImageDpi w14:val="300"/>
  <w15:docId w15:val="{68D10DA9-BA99-4DC6-8F57-D2E46946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3F1309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4417</Words>
  <Characters>26503</Characters>
  <Application>Microsoft Office Word</Application>
  <DocSecurity>0</DocSecurity>
  <Lines>220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5</cp:revision>
  <dcterms:created xsi:type="dcterms:W3CDTF">2026-08-13T11:52:00Z</dcterms:created>
  <dcterms:modified xsi:type="dcterms:W3CDTF">2026-08-13T12:34:00Z</dcterms:modified>
  <cp:category/>
</cp:coreProperties>
</file>