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38416" w14:textId="77777777" w:rsidR="005760A5" w:rsidRDefault="003516EE">
      <w:pPr>
        <w:spacing w:after="80"/>
        <w:jc w:val="center"/>
      </w:pPr>
      <w:r>
        <w:rPr>
          <w:noProof/>
        </w:rPr>
        <w:drawing>
          <wp:inline distT="0" distB="0" distL="0" distR="0" wp14:anchorId="760DF600" wp14:editId="10A365B3">
            <wp:extent cx="6300000" cy="109101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er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00000" cy="1091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F3209" w14:textId="77777777" w:rsidR="005760A5" w:rsidRDefault="003516EE">
      <w:pPr>
        <w:spacing w:after="20"/>
      </w:pPr>
      <w:r>
        <w:rPr>
          <w:b/>
          <w:i/>
        </w:rPr>
        <w:t>Załącznik nr 5 – oświadczenie wykonawcy / wykonawcy wspólnie ubiegającego się o udzielenie zamówienia</w:t>
      </w:r>
    </w:p>
    <w:p w14:paraId="141F4848" w14:textId="77777777" w:rsidR="005760A5" w:rsidRDefault="003516EE">
      <w:pPr>
        <w:spacing w:after="100"/>
      </w:pPr>
      <w:r>
        <w:t>dotyczy postępowania pn. „Zakup sprzętu specjalistycznego do przeprowadzania zabiegów urologicznych dla Specjalistycznego Szpitala Wojewódzkiego w Ciechanowie” – znak ZP/2501/88/26</w:t>
      </w:r>
    </w:p>
    <w:p w14:paraId="0F24B0CD" w14:textId="77777777" w:rsidR="005760A5" w:rsidRDefault="003516EE">
      <w:pPr>
        <w:keepNext/>
        <w:spacing w:after="20"/>
      </w:pPr>
      <w:r>
        <w:rPr>
          <w:b/>
        </w:rPr>
        <w:t>Pełna nazwa Wykonawcy:</w:t>
      </w:r>
    </w:p>
    <w:tbl>
      <w:tblPr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0426"/>
      </w:tblGrid>
      <w:tr w:rsidR="005760A5" w14:paraId="34BCD4C7" w14:textId="77777777">
        <w:trPr>
          <w:trHeight w:val="595"/>
          <w:jc w:val="center"/>
        </w:trPr>
        <w:tc>
          <w:tcPr>
            <w:tcW w:w="1042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D9F5642" w14:textId="77777777" w:rsidR="005760A5" w:rsidRDefault="003516EE">
            <w:r>
              <w:br/>
            </w:r>
          </w:p>
        </w:tc>
      </w:tr>
    </w:tbl>
    <w:p w14:paraId="4B3BB5FA" w14:textId="77777777" w:rsidR="005760A5" w:rsidRDefault="005760A5">
      <w:pPr>
        <w:spacing w:after="20"/>
      </w:pPr>
    </w:p>
    <w:p w14:paraId="4CC10FEF" w14:textId="77777777" w:rsidR="005760A5" w:rsidRDefault="003516EE">
      <w:pPr>
        <w:keepNext/>
        <w:spacing w:after="20"/>
      </w:pPr>
      <w:r>
        <w:rPr>
          <w:b/>
        </w:rPr>
        <w:t>Adres Wykonawcy:</w:t>
      </w:r>
    </w:p>
    <w:tbl>
      <w:tblPr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0426"/>
      </w:tblGrid>
      <w:tr w:rsidR="005760A5" w14:paraId="3538AC15" w14:textId="77777777">
        <w:trPr>
          <w:trHeight w:val="595"/>
          <w:jc w:val="center"/>
        </w:trPr>
        <w:tc>
          <w:tcPr>
            <w:tcW w:w="1042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58D350B" w14:textId="77777777" w:rsidR="005760A5" w:rsidRDefault="003516EE">
            <w:r>
              <w:br/>
            </w:r>
          </w:p>
        </w:tc>
      </w:tr>
    </w:tbl>
    <w:p w14:paraId="5A2E673C" w14:textId="77777777" w:rsidR="005760A5" w:rsidRDefault="005760A5">
      <w:pPr>
        <w:spacing w:after="20"/>
      </w:pPr>
    </w:p>
    <w:tbl>
      <w:tblPr>
        <w:tblW w:w="0" w:type="auto"/>
        <w:jc w:val="center"/>
        <w:tblBorders>
          <w:top w:val="single" w:sz="6" w:space="0" w:color="B7CDE5"/>
          <w:left w:val="single" w:sz="6" w:space="0" w:color="B7CDE5"/>
          <w:bottom w:val="single" w:sz="6" w:space="0" w:color="B7CDE5"/>
          <w:right w:val="single" w:sz="6" w:space="0" w:color="B7CDE5"/>
          <w:insideH w:val="single" w:sz="6" w:space="0" w:color="B7CDE5"/>
          <w:insideV w:val="single" w:sz="6" w:space="0" w:color="B7CDE5"/>
        </w:tblBorders>
        <w:tblLayout w:type="fixed"/>
        <w:tblLook w:val="04A0" w:firstRow="1" w:lastRow="0" w:firstColumn="1" w:lastColumn="0" w:noHBand="0" w:noVBand="1"/>
      </w:tblPr>
      <w:tblGrid>
        <w:gridCol w:w="10426"/>
      </w:tblGrid>
      <w:tr w:rsidR="005760A5" w14:paraId="61513E09" w14:textId="77777777">
        <w:trPr>
          <w:jc w:val="center"/>
        </w:trPr>
        <w:tc>
          <w:tcPr>
            <w:tcW w:w="10426" w:type="dxa"/>
            <w:shd w:val="clear" w:color="auto" w:fill="D9E7F5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13B5F2F" w14:textId="77777777" w:rsidR="005760A5" w:rsidRDefault="003516EE">
            <w:pPr>
              <w:jc w:val="center"/>
            </w:pPr>
            <w:r>
              <w:rPr>
                <w:b/>
              </w:rPr>
              <w:t>OŚWIADCZENIE</w:t>
            </w:r>
            <w:r>
              <w:rPr>
                <w:b/>
              </w:rPr>
              <w:br/>
              <w:t>O PRZYNALEŻNOŚCI ALBO BRAKU PRZYNALEŻNOŚCI DO TEJ SAMEJ GRUPY KAPITAŁOWEJ</w:t>
            </w:r>
          </w:p>
          <w:p w14:paraId="1DBF679E" w14:textId="77777777" w:rsidR="005760A5" w:rsidRDefault="003516EE">
            <w:pPr>
              <w:jc w:val="center"/>
            </w:pPr>
            <w:r>
              <w:rPr>
                <w:b/>
              </w:rPr>
              <w:t>w zakresie art. 108 ust. 1 pkt 5 ustawy Prawo zamówień publicznych</w:t>
            </w:r>
          </w:p>
          <w:p w14:paraId="52F6CE32" w14:textId="77777777" w:rsidR="005760A5" w:rsidRDefault="003516EE">
            <w:pPr>
              <w:jc w:val="center"/>
            </w:pPr>
            <w:r>
              <w:rPr>
                <w:b/>
                <w:i/>
              </w:rPr>
              <w:t>składane na wezwanie Zamawiającego</w:t>
            </w:r>
          </w:p>
        </w:tc>
      </w:tr>
    </w:tbl>
    <w:p w14:paraId="04C5D25D" w14:textId="77777777" w:rsidR="005760A5" w:rsidRDefault="003516EE">
      <w:pPr>
        <w:spacing w:before="80" w:after="60"/>
      </w:pPr>
      <w:r>
        <w:rPr>
          <w:b/>
        </w:rPr>
        <w:t>Oświadczam, że (zaznaczyć właściwe):</w:t>
      </w:r>
    </w:p>
    <w:p w14:paraId="3423ED43" w14:textId="77777777" w:rsidR="005760A5" w:rsidRDefault="003516EE">
      <w:pPr>
        <w:spacing w:after="40"/>
        <w:ind w:left="312" w:hanging="312"/>
      </w:pPr>
      <w:sdt>
        <w:sdtPr>
          <w:alias w:val="Pole wyboru"/>
          <w:tag w:val="checkbox_356318"/>
          <w:id w:val="482759191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>
            <w:t>☐</w:t>
          </w:r>
        </w:sdtContent>
      </w:sdt>
      <w:r>
        <w:t xml:space="preserve">  nie należę do tej samej grupy kapitałowej, o której mowa w art. 108 ust. 1 pkt 5 ustawy Prawo zamówień publicznych, z żadnym z Wykonawców, którzy złożyli odrębną ofertę albo ofertę częściową w niniejszym postępowaniu;</w:t>
      </w:r>
    </w:p>
    <w:p w14:paraId="6151F503" w14:textId="77777777" w:rsidR="005760A5" w:rsidRDefault="003516EE">
      <w:pPr>
        <w:spacing w:after="40"/>
        <w:ind w:left="312" w:hanging="312"/>
      </w:pPr>
      <w:sdt>
        <w:sdtPr>
          <w:alias w:val="Pole wyboru"/>
          <w:tag w:val="checkbox_420338"/>
          <w:id w:val="745641837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>
            <w:t>☐</w:t>
          </w:r>
        </w:sdtContent>
      </w:sdt>
      <w:r>
        <w:t xml:space="preserve">  należę do tej samej grupy kapitałowej, o której mowa w art. 108 ust. 1 pkt 5 ustawy Prawo zamówień publicznych, z niżej wskazanymi Wykonawcami, którzy złożyli odrębną ofertę albo ofertę częściową w niniejszym postępowaniu:</w:t>
      </w:r>
    </w:p>
    <w:tbl>
      <w:tblPr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5216"/>
        <w:gridCol w:w="3969"/>
      </w:tblGrid>
      <w:tr w:rsidR="005760A5" w14:paraId="4B65D008" w14:textId="77777777">
        <w:trPr>
          <w:jc w:val="center"/>
        </w:trPr>
        <w:tc>
          <w:tcPr>
            <w:tcW w:w="680" w:type="dxa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0314D7B" w14:textId="77777777" w:rsidR="005760A5" w:rsidRDefault="003516EE">
            <w:pPr>
              <w:jc w:val="center"/>
            </w:pPr>
            <w:r>
              <w:rPr>
                <w:b/>
              </w:rPr>
              <w:t>Lp.</w:t>
            </w:r>
          </w:p>
        </w:tc>
        <w:tc>
          <w:tcPr>
            <w:tcW w:w="5216" w:type="dxa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E7635E9" w14:textId="77777777" w:rsidR="005760A5" w:rsidRDefault="003516EE">
            <w:pPr>
              <w:jc w:val="center"/>
            </w:pPr>
            <w:r>
              <w:rPr>
                <w:b/>
              </w:rPr>
              <w:t>Nazwa (firma)</w:t>
            </w:r>
          </w:p>
        </w:tc>
        <w:tc>
          <w:tcPr>
            <w:tcW w:w="3969" w:type="dxa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7FEF766" w14:textId="77777777" w:rsidR="005760A5" w:rsidRDefault="003516EE">
            <w:pPr>
              <w:jc w:val="center"/>
            </w:pPr>
            <w:r>
              <w:rPr>
                <w:b/>
              </w:rPr>
              <w:t>Siedziba</w:t>
            </w:r>
          </w:p>
        </w:tc>
      </w:tr>
      <w:tr w:rsidR="005760A5" w14:paraId="07A9F665" w14:textId="77777777">
        <w:trPr>
          <w:jc w:val="center"/>
        </w:trPr>
        <w:tc>
          <w:tcPr>
            <w:tcW w:w="68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BEAA3CB" w14:textId="77777777" w:rsidR="005760A5" w:rsidRDefault="003516EE">
            <w:pPr>
              <w:jc w:val="center"/>
            </w:pPr>
            <w:r>
              <w:t>1</w:t>
            </w:r>
          </w:p>
        </w:tc>
        <w:tc>
          <w:tcPr>
            <w:tcW w:w="521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39A50E8" w14:textId="77777777" w:rsidR="005760A5" w:rsidRDefault="005760A5"/>
        </w:tc>
        <w:tc>
          <w:tcPr>
            <w:tcW w:w="396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21E8390" w14:textId="77777777" w:rsidR="005760A5" w:rsidRDefault="005760A5"/>
        </w:tc>
      </w:tr>
      <w:tr w:rsidR="005760A5" w14:paraId="10CF78D9" w14:textId="77777777">
        <w:trPr>
          <w:jc w:val="center"/>
        </w:trPr>
        <w:tc>
          <w:tcPr>
            <w:tcW w:w="68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E5E3452" w14:textId="77777777" w:rsidR="005760A5" w:rsidRDefault="003516EE">
            <w:pPr>
              <w:jc w:val="center"/>
            </w:pPr>
            <w:r>
              <w:t>2</w:t>
            </w:r>
          </w:p>
        </w:tc>
        <w:tc>
          <w:tcPr>
            <w:tcW w:w="521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F09E709" w14:textId="77777777" w:rsidR="005760A5" w:rsidRDefault="005760A5"/>
        </w:tc>
        <w:tc>
          <w:tcPr>
            <w:tcW w:w="396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9F1156A" w14:textId="77777777" w:rsidR="005760A5" w:rsidRDefault="005760A5"/>
        </w:tc>
      </w:tr>
      <w:tr w:rsidR="005760A5" w14:paraId="78632AC7" w14:textId="77777777">
        <w:trPr>
          <w:jc w:val="center"/>
        </w:trPr>
        <w:tc>
          <w:tcPr>
            <w:tcW w:w="68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25BE18C" w14:textId="77777777" w:rsidR="005760A5" w:rsidRDefault="003516EE">
            <w:pPr>
              <w:jc w:val="center"/>
            </w:pPr>
            <w:r>
              <w:t>3</w:t>
            </w:r>
          </w:p>
        </w:tc>
        <w:tc>
          <w:tcPr>
            <w:tcW w:w="521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9E85AA1" w14:textId="77777777" w:rsidR="005760A5" w:rsidRDefault="005760A5"/>
        </w:tc>
        <w:tc>
          <w:tcPr>
            <w:tcW w:w="396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1E990C3" w14:textId="77777777" w:rsidR="005760A5" w:rsidRDefault="005760A5"/>
        </w:tc>
      </w:tr>
      <w:tr w:rsidR="005760A5" w14:paraId="3EEFADCE" w14:textId="77777777">
        <w:trPr>
          <w:jc w:val="center"/>
        </w:trPr>
        <w:tc>
          <w:tcPr>
            <w:tcW w:w="68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F6D1F5E" w14:textId="77777777" w:rsidR="005760A5" w:rsidRDefault="003516EE">
            <w:pPr>
              <w:jc w:val="center"/>
            </w:pPr>
            <w:r>
              <w:t>4</w:t>
            </w:r>
          </w:p>
        </w:tc>
        <w:tc>
          <w:tcPr>
            <w:tcW w:w="521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8590222" w14:textId="77777777" w:rsidR="005760A5" w:rsidRDefault="005760A5"/>
        </w:tc>
        <w:tc>
          <w:tcPr>
            <w:tcW w:w="396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9B3B9E7" w14:textId="77777777" w:rsidR="005760A5" w:rsidRDefault="005760A5"/>
        </w:tc>
      </w:tr>
    </w:tbl>
    <w:p w14:paraId="0BEB9E57" w14:textId="77777777" w:rsidR="005760A5" w:rsidRDefault="003516EE">
      <w:pPr>
        <w:spacing w:before="80" w:after="40"/>
      </w:pPr>
      <w:r>
        <w:rPr>
          <w:b/>
        </w:rPr>
        <w:t>Jeżeli Wykonawca zaznaczy drugą możliwość, wraz z oświadczeniem składa dokumenty lub informacje potwierdzające przygotowanie oferty albo oferty częściowej niezależnie od innego Wykonawcy należącego do tej samej grupy kapitałowej.</w:t>
      </w:r>
    </w:p>
    <w:p w14:paraId="692635A9" w14:textId="77777777" w:rsidR="005760A5" w:rsidRDefault="003516EE">
      <w:pPr>
        <w:spacing w:after="80"/>
      </w:pPr>
      <w:r>
        <w:rPr>
          <w:i/>
        </w:rPr>
        <w:t>Oświadczenie jest aktualne na dzień jego złożenia.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5213"/>
        <w:gridCol w:w="5213"/>
      </w:tblGrid>
      <w:tr w:rsidR="005760A5" w14:paraId="4791055F" w14:textId="77777777">
        <w:trPr>
          <w:trHeight w:val="1134"/>
          <w:jc w:val="right"/>
        </w:trPr>
        <w:tc>
          <w:tcPr>
            <w:tcW w:w="5213" w:type="dxa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9E58E3A" w14:textId="77777777" w:rsidR="005760A5" w:rsidRDefault="005760A5"/>
        </w:tc>
        <w:tc>
          <w:tcPr>
            <w:tcW w:w="52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68E2E3E" w14:textId="77777777" w:rsidR="005760A5" w:rsidRDefault="003516EE">
            <w:pPr>
              <w:jc w:val="center"/>
            </w:pPr>
            <w:r>
              <w:t>kwalifikowany podpis elektroniczny</w:t>
            </w:r>
          </w:p>
        </w:tc>
      </w:tr>
    </w:tbl>
    <w:p w14:paraId="2187E94D" w14:textId="77777777" w:rsidR="003516EE" w:rsidRDefault="003516EE"/>
    <w:sectPr w:rsidR="00000000" w:rsidSect="00034616">
      <w:pgSz w:w="12240" w:h="15840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02169331">
    <w:abstractNumId w:val="8"/>
  </w:num>
  <w:num w:numId="2" w16cid:durableId="912858394">
    <w:abstractNumId w:val="6"/>
  </w:num>
  <w:num w:numId="3" w16cid:durableId="1856335588">
    <w:abstractNumId w:val="5"/>
  </w:num>
  <w:num w:numId="4" w16cid:durableId="940455900">
    <w:abstractNumId w:val="4"/>
  </w:num>
  <w:num w:numId="5" w16cid:durableId="1014529020">
    <w:abstractNumId w:val="7"/>
  </w:num>
  <w:num w:numId="6" w16cid:durableId="944000091">
    <w:abstractNumId w:val="3"/>
  </w:num>
  <w:num w:numId="7" w16cid:durableId="482552006">
    <w:abstractNumId w:val="2"/>
  </w:num>
  <w:num w:numId="8" w16cid:durableId="676466764">
    <w:abstractNumId w:val="1"/>
  </w:num>
  <w:num w:numId="9" w16cid:durableId="1000045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516EE"/>
    <w:rsid w:val="005760A5"/>
    <w:rsid w:val="00AA1D8D"/>
    <w:rsid w:val="00B47730"/>
    <w:rsid w:val="00CB0664"/>
    <w:rsid w:val="00D62AE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3B9441"/>
  <w14:defaultImageDpi w14:val="300"/>
  <w15:docId w15:val="{68D10DA9-BA99-4DC6-8F57-D2E46946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 w:line="240" w:lineRule="auto"/>
    </w:pPr>
    <w:rPr>
      <w:rFonts w:ascii="Arial" w:eastAsia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Wiesław Babiżewski</cp:lastModifiedBy>
  <cp:revision>2</cp:revision>
  <dcterms:created xsi:type="dcterms:W3CDTF">2026-08-13T08:03:00Z</dcterms:created>
  <dcterms:modified xsi:type="dcterms:W3CDTF">2026-08-13T08:03:00Z</dcterms:modified>
  <cp:category/>
</cp:coreProperties>
</file>