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8C41" w14:textId="77777777" w:rsidR="00EA7B12" w:rsidRDefault="00EA7B12">
      <w:pPr>
        <w:pBdr>
          <w:bottom w:val="single" w:sz="7" w:space="1" w:color="5F96A5"/>
        </w:pBdr>
        <w:spacing w:after="100"/>
        <w:jc w:val="center"/>
      </w:pPr>
    </w:p>
    <w:p w14:paraId="09B896BF" w14:textId="77777777" w:rsidR="00EA7B12" w:rsidRDefault="00EA7B12">
      <w:pPr>
        <w:pBdr>
          <w:bottom w:val="single" w:sz="7" w:space="1" w:color="5F96A5"/>
        </w:pBdr>
        <w:spacing w:after="100"/>
        <w:jc w:val="center"/>
      </w:pPr>
    </w:p>
    <w:p w14:paraId="097BDE0E" w14:textId="77777777" w:rsidR="000B0110" w:rsidRDefault="00CD7E6B">
      <w:pPr>
        <w:pBdr>
          <w:bottom w:val="single" w:sz="7" w:space="1" w:color="5F96A5"/>
        </w:pBdr>
        <w:spacing w:after="100"/>
        <w:jc w:val="center"/>
      </w:pPr>
      <w:r>
        <w:rPr>
          <w:noProof/>
        </w:rPr>
        <w:drawing>
          <wp:inline distT="0" distB="0" distL="0" distR="0" wp14:anchorId="57B68FC2" wp14:editId="11B5EDC8">
            <wp:extent cx="5832000" cy="10099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head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00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26931" w14:textId="77777777" w:rsidR="000B0110" w:rsidRDefault="00CD7E6B">
      <w:pPr>
        <w:spacing w:after="40"/>
      </w:pPr>
      <w:r>
        <w:rPr>
          <w:i/>
        </w:rPr>
        <w:t>Załącznik nr 1 – Formularz ofertowy</w:t>
      </w:r>
    </w:p>
    <w:p w14:paraId="278A8027" w14:textId="77777777" w:rsidR="000B0110" w:rsidRDefault="00CD7E6B">
      <w:pPr>
        <w:spacing w:after="80"/>
      </w:pPr>
      <w:r>
        <w:rPr>
          <w:i/>
        </w:rPr>
        <w:t>dotyczy postępowania ZP/2505/88/26 pn. „Reaktywacja i zapewnienie przez okres 24 miesięcy wsparcia producentów dla systemu komunikacji telefonicznej oraz świadczenie usług jego utrzymania i usuwania awarii”</w:t>
      </w:r>
    </w:p>
    <w:p w14:paraId="07631BAF" w14:textId="77777777" w:rsidR="000B0110" w:rsidRDefault="00CD7E6B">
      <w:pPr>
        <w:spacing w:before="100" w:after="100"/>
        <w:jc w:val="center"/>
      </w:pPr>
      <w:r>
        <w:rPr>
          <w:b/>
          <w:sz w:val="22"/>
        </w:rPr>
        <w:t>OFERTA</w:t>
      </w:r>
    </w:p>
    <w:p w14:paraId="0029AEF1" w14:textId="77777777" w:rsidR="000B0110" w:rsidRDefault="00CD7E6B">
      <w:pPr>
        <w:pStyle w:val="DocHeading"/>
      </w:pPr>
      <w:r>
        <w:t>I. Dane Wykonawcy</w:t>
      </w:r>
    </w:p>
    <w:tbl>
      <w:tblPr>
        <w:tblW w:w="0" w:type="auto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199"/>
        <w:gridCol w:w="3118"/>
        <w:gridCol w:w="1814"/>
        <w:gridCol w:w="2641"/>
      </w:tblGrid>
      <w:tr w:rsidR="000B0110" w14:paraId="4B744AC1" w14:textId="77777777" w:rsidTr="00EA7B12">
        <w:trPr>
          <w:jc w:val="center"/>
        </w:trPr>
        <w:tc>
          <w:tcPr>
            <w:tcW w:w="21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90706" w14:textId="77777777" w:rsidR="000B0110" w:rsidRDefault="00CD7E6B">
            <w:r>
              <w:rPr>
                <w:b/>
                <w:sz w:val="17"/>
              </w:rPr>
              <w:t>Pełna nazwa:</w:t>
            </w:r>
          </w:p>
        </w:tc>
        <w:tc>
          <w:tcPr>
            <w:tcW w:w="757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FF6937" w14:textId="77777777" w:rsidR="000B0110" w:rsidRDefault="000B0110"/>
        </w:tc>
      </w:tr>
      <w:tr w:rsidR="000B0110" w14:paraId="6BC52B4E" w14:textId="77777777" w:rsidTr="00EA7B12">
        <w:trPr>
          <w:jc w:val="center"/>
        </w:trPr>
        <w:tc>
          <w:tcPr>
            <w:tcW w:w="21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64BDFB" w14:textId="77777777" w:rsidR="000B0110" w:rsidRDefault="00CD7E6B">
            <w:r>
              <w:rPr>
                <w:b/>
                <w:sz w:val="17"/>
              </w:rPr>
              <w:t>Adres:</w:t>
            </w:r>
          </w:p>
        </w:tc>
        <w:tc>
          <w:tcPr>
            <w:tcW w:w="757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9274A" w14:textId="77777777" w:rsidR="000B0110" w:rsidRDefault="000B0110"/>
        </w:tc>
      </w:tr>
      <w:tr w:rsidR="000B0110" w14:paraId="1074C227" w14:textId="77777777" w:rsidTr="00EA7B12">
        <w:trPr>
          <w:jc w:val="center"/>
        </w:trPr>
        <w:tc>
          <w:tcPr>
            <w:tcW w:w="21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1B3F0F" w14:textId="77777777" w:rsidR="000B0110" w:rsidRDefault="00CD7E6B">
            <w:r>
              <w:rPr>
                <w:b/>
                <w:sz w:val="17"/>
              </w:rPr>
              <w:t>Województwo:</w:t>
            </w:r>
          </w:p>
        </w:tc>
        <w:tc>
          <w:tcPr>
            <w:tcW w:w="757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4ECF54" w14:textId="77777777" w:rsidR="000B0110" w:rsidRDefault="000B0110"/>
        </w:tc>
      </w:tr>
      <w:tr w:rsidR="000B0110" w14:paraId="20556EF3" w14:textId="77777777" w:rsidTr="00EA7B12">
        <w:trPr>
          <w:jc w:val="center"/>
        </w:trPr>
        <w:tc>
          <w:tcPr>
            <w:tcW w:w="21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491693" w14:textId="77777777" w:rsidR="000B0110" w:rsidRDefault="00CD7E6B">
            <w:r>
              <w:rPr>
                <w:b/>
                <w:sz w:val="17"/>
              </w:rPr>
              <w:t>NIP: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F3FF64" w14:textId="77777777" w:rsidR="000B0110" w:rsidRDefault="000B0110"/>
        </w:tc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947B6" w14:textId="77777777" w:rsidR="000B0110" w:rsidRDefault="00CD7E6B">
            <w:r>
              <w:rPr>
                <w:b/>
                <w:sz w:val="17"/>
              </w:rPr>
              <w:t>REGON:</w:t>
            </w:r>
          </w:p>
        </w:tc>
        <w:tc>
          <w:tcPr>
            <w:tcW w:w="26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610DA6" w14:textId="77777777" w:rsidR="000B0110" w:rsidRDefault="000B0110"/>
        </w:tc>
      </w:tr>
      <w:tr w:rsidR="000B0110" w14:paraId="5ECE177F" w14:textId="77777777" w:rsidTr="00EA7B12">
        <w:trPr>
          <w:jc w:val="center"/>
        </w:trPr>
        <w:tc>
          <w:tcPr>
            <w:tcW w:w="21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8E2B5C" w14:textId="77777777" w:rsidR="000B0110" w:rsidRDefault="00CD7E6B">
            <w:r>
              <w:rPr>
                <w:b/>
                <w:sz w:val="17"/>
              </w:rPr>
              <w:t>KRS / CEIDG: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221C0C" w14:textId="77777777" w:rsidR="000B0110" w:rsidRDefault="000B0110"/>
        </w:tc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AD7F8" w14:textId="77777777" w:rsidR="000B0110" w:rsidRDefault="00CD7E6B">
            <w:r>
              <w:rPr>
                <w:b/>
                <w:sz w:val="17"/>
              </w:rPr>
              <w:t>Adres e-mail:</w:t>
            </w:r>
          </w:p>
        </w:tc>
        <w:tc>
          <w:tcPr>
            <w:tcW w:w="26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5C163D" w14:textId="77777777" w:rsidR="000B0110" w:rsidRDefault="000B0110"/>
        </w:tc>
      </w:tr>
      <w:tr w:rsidR="000B0110" w14:paraId="79BB0B89" w14:textId="77777777" w:rsidTr="00EA7B12">
        <w:trPr>
          <w:jc w:val="center"/>
        </w:trPr>
        <w:tc>
          <w:tcPr>
            <w:tcW w:w="21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684E36" w14:textId="77777777" w:rsidR="000B0110" w:rsidRDefault="00CD7E6B">
            <w:r>
              <w:rPr>
                <w:b/>
                <w:sz w:val="17"/>
              </w:rPr>
              <w:t>Nr telefonu: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D36BF" w14:textId="77777777" w:rsidR="000B0110" w:rsidRDefault="000B0110"/>
        </w:tc>
        <w:tc>
          <w:tcPr>
            <w:tcW w:w="18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A2205" w14:textId="77777777" w:rsidR="000B0110" w:rsidRDefault="00CD7E6B">
            <w:r>
              <w:rPr>
                <w:b/>
                <w:sz w:val="17"/>
              </w:rPr>
              <w:t>Strona www:</w:t>
            </w:r>
          </w:p>
        </w:tc>
        <w:tc>
          <w:tcPr>
            <w:tcW w:w="26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77CB31" w14:textId="77777777" w:rsidR="000B0110" w:rsidRDefault="000B0110"/>
        </w:tc>
      </w:tr>
    </w:tbl>
    <w:p w14:paraId="17B686D3" w14:textId="77777777" w:rsidR="000B0110" w:rsidRDefault="00CD7E6B">
      <w:pPr>
        <w:pStyle w:val="DocHeading"/>
        <w:spacing w:before="120"/>
      </w:pPr>
      <w:r>
        <w:t>II. Przedmiot oferty</w:t>
      </w:r>
    </w:p>
    <w:p w14:paraId="505F1076" w14:textId="77777777" w:rsidR="000B0110" w:rsidRDefault="00CD7E6B">
      <w:pPr>
        <w:spacing w:after="60"/>
      </w:pPr>
      <w:r>
        <w:t>Oferta dotyczy postępowania ZP/2505/88/26 pn. „Reaktywacja i zapewnienie przez okres 24 miesięcy wsparcia producentów dla systemu komunikacji telefonicznej oraz świadczenie usług jego utrzymania i usuwania awarii”.</w:t>
      </w:r>
    </w:p>
    <w:p w14:paraId="6A076777" w14:textId="77777777" w:rsidR="000B0110" w:rsidRDefault="00CD7E6B">
      <w:pPr>
        <w:pStyle w:val="DocHeading"/>
      </w:pPr>
      <w:r>
        <w:t>III. Cena oferty</w:t>
      </w:r>
    </w:p>
    <w:tbl>
      <w:tblPr>
        <w:tblW w:w="9681" w:type="dxa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5299"/>
        <w:gridCol w:w="1529"/>
        <w:gridCol w:w="1223"/>
        <w:gridCol w:w="1630"/>
      </w:tblGrid>
      <w:tr w:rsidR="000B0110" w14:paraId="62057D23" w14:textId="77777777" w:rsidTr="00132A5D">
        <w:trPr>
          <w:tblHeader/>
          <w:jc w:val="center"/>
        </w:trPr>
        <w:tc>
          <w:tcPr>
            <w:tcW w:w="5299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92FF3" w14:textId="77777777" w:rsidR="00DC59EF" w:rsidRDefault="00132A5D">
            <w:r>
              <w:rPr>
                <w:b/>
              </w:rPr>
              <w:t>Składnik ceny</w:t>
            </w:r>
          </w:p>
        </w:tc>
        <w:tc>
          <w:tcPr>
            <w:tcW w:w="1529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515073" w14:textId="77777777" w:rsidR="00DC59EF" w:rsidRDefault="00132A5D">
            <w:pPr>
              <w:jc w:val="center"/>
            </w:pPr>
            <w:r>
              <w:rPr>
                <w:b/>
              </w:rPr>
              <w:t>Cena netto PLN</w:t>
            </w:r>
          </w:p>
        </w:tc>
        <w:tc>
          <w:tcPr>
            <w:tcW w:w="1223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881715" w14:textId="77777777" w:rsidR="00DC59EF" w:rsidRDefault="00132A5D">
            <w:pPr>
              <w:jc w:val="center"/>
            </w:pPr>
            <w:r>
              <w:rPr>
                <w:b/>
              </w:rPr>
              <w:t>VAT PLN</w:t>
            </w:r>
          </w:p>
        </w:tc>
        <w:tc>
          <w:tcPr>
            <w:tcW w:w="1630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EA4929" w14:textId="77777777" w:rsidR="00DC59EF" w:rsidRDefault="00132A5D">
            <w:pPr>
              <w:jc w:val="center"/>
            </w:pPr>
            <w:r>
              <w:rPr>
                <w:b/>
              </w:rPr>
              <w:t>Cena brutto PLN</w:t>
            </w:r>
          </w:p>
        </w:tc>
      </w:tr>
      <w:tr w:rsidR="000B0110" w14:paraId="0BD5FA4A" w14:textId="77777777" w:rsidTr="00132A5D">
        <w:trPr>
          <w:jc w:val="center"/>
        </w:trPr>
        <w:tc>
          <w:tcPr>
            <w:tcW w:w="52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9EA05A" w14:textId="77777777" w:rsidR="00DC59EF" w:rsidRDefault="00132A5D">
            <w:r>
              <w:t>Miesięczny ryczałt za realizację przedmiotu zamówienia</w:t>
            </w:r>
          </w:p>
        </w:tc>
        <w:tc>
          <w:tcPr>
            <w:tcW w:w="152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7A611A" w14:textId="77777777" w:rsidR="00DC59EF" w:rsidRDefault="00DC59EF">
            <w:pPr>
              <w:jc w:val="center"/>
            </w:pPr>
          </w:p>
        </w:tc>
        <w:tc>
          <w:tcPr>
            <w:tcW w:w="12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EC1C6E" w14:textId="77777777" w:rsidR="00DC59EF" w:rsidRDefault="00DC59EF">
            <w:pPr>
              <w:jc w:val="center"/>
            </w:pPr>
          </w:p>
        </w:tc>
        <w:tc>
          <w:tcPr>
            <w:tcW w:w="16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0B76B7" w14:textId="77777777" w:rsidR="00DC59EF" w:rsidRDefault="00DC59EF">
            <w:pPr>
              <w:jc w:val="center"/>
            </w:pPr>
          </w:p>
        </w:tc>
      </w:tr>
      <w:tr w:rsidR="00132A5D" w14:paraId="1B521FBD" w14:textId="77777777" w:rsidTr="00132A5D">
        <w:trPr>
          <w:jc w:val="center"/>
        </w:trPr>
        <w:tc>
          <w:tcPr>
            <w:tcW w:w="52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487CD1" w14:textId="6F6009CA" w:rsidR="00132A5D" w:rsidRDefault="00132A5D">
            <w:r>
              <w:t>Cena oferty za pełny 24-miesięczny okres realizacji zamówienia</w:t>
            </w:r>
          </w:p>
        </w:tc>
        <w:tc>
          <w:tcPr>
            <w:tcW w:w="152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E92508" w14:textId="77777777" w:rsidR="00132A5D" w:rsidRDefault="00132A5D">
            <w:pPr>
              <w:jc w:val="center"/>
            </w:pPr>
          </w:p>
        </w:tc>
        <w:tc>
          <w:tcPr>
            <w:tcW w:w="12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3E8C35" w14:textId="77777777" w:rsidR="00132A5D" w:rsidRDefault="00132A5D">
            <w:pPr>
              <w:jc w:val="center"/>
            </w:pPr>
          </w:p>
        </w:tc>
        <w:tc>
          <w:tcPr>
            <w:tcW w:w="16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5A11A" w14:textId="77777777" w:rsidR="00132A5D" w:rsidRDefault="00132A5D">
            <w:pPr>
              <w:jc w:val="center"/>
            </w:pPr>
          </w:p>
        </w:tc>
      </w:tr>
    </w:tbl>
    <w:p w14:paraId="4F65DD58" w14:textId="77777777" w:rsidR="00DC59EF" w:rsidRDefault="00132A5D">
      <w:pPr>
        <w:spacing w:before="40" w:after="40"/>
      </w:pPr>
      <w:r>
        <w:t>Cena oferty za 24 miesiące stanowi iloczyn miesięcznego ryczałtu i 24 miesięcy. Miesięczny ryczałt obejmuje wszystkie koszty realizacji zamówienia, w tym koszty reaktywacji i utrzymania wsparcia producentów.</w:t>
      </w:r>
    </w:p>
    <w:p w14:paraId="11E95835" w14:textId="77777777" w:rsidR="000B0110" w:rsidRDefault="00CD7E6B">
      <w:pPr>
        <w:pStyle w:val="DocHeading"/>
        <w:spacing w:before="120"/>
      </w:pPr>
      <w:r>
        <w:t>IV. Oświadczenia Wykonawcy</w:t>
      </w:r>
    </w:p>
    <w:p w14:paraId="3FE9978F" w14:textId="77777777" w:rsidR="000B0110" w:rsidRDefault="00CD7E6B" w:rsidP="00CD7E6B">
      <w:pPr>
        <w:pStyle w:val="Akapitzlist"/>
        <w:numPr>
          <w:ilvl w:val="0"/>
          <w:numId w:val="2"/>
        </w:numPr>
        <w:spacing w:after="20"/>
        <w:ind w:left="426" w:hanging="426"/>
      </w:pPr>
      <w:r>
        <w:t>zamówienie zostanie zrealizowane zgodnie z dokumentami zamówienia, w terminie i na warunkach w nich określonych;</w:t>
      </w:r>
    </w:p>
    <w:p w14:paraId="7F682C86" w14:textId="77777777" w:rsidR="000B0110" w:rsidRDefault="00CD7E6B" w:rsidP="00CD7E6B">
      <w:pPr>
        <w:pStyle w:val="Akapitzlist"/>
        <w:numPr>
          <w:ilvl w:val="0"/>
          <w:numId w:val="2"/>
        </w:numPr>
        <w:spacing w:after="20"/>
        <w:ind w:left="426" w:hanging="426"/>
      </w:pPr>
      <w:r>
        <w:t>w miesięcznym ryczałcie oraz cenie oferty za 24 miesiące uwzględniono wszystkie koszty wykonania zamówienia, w tym wszelkie koszty reaktywacji i utrzymania wsparcia producentów określone w OPZ;</w:t>
      </w:r>
    </w:p>
    <w:p w14:paraId="5A81203E" w14:textId="77777777" w:rsidR="000B0110" w:rsidRDefault="00CD7E6B" w:rsidP="00CD7E6B">
      <w:pPr>
        <w:pStyle w:val="Akapitzlist"/>
        <w:numPr>
          <w:ilvl w:val="0"/>
          <w:numId w:val="2"/>
        </w:numPr>
        <w:spacing w:after="20"/>
        <w:ind w:left="426" w:hanging="426"/>
      </w:pPr>
      <w:r>
        <w:t>zapoznałem się z dokumentami zamówienia i nie wnoszę do nich zastrzeżeń oraz przyjmuję określone w nich warunki;</w:t>
      </w:r>
    </w:p>
    <w:p w14:paraId="26BEC543" w14:textId="77777777" w:rsidR="000B0110" w:rsidRDefault="00CD7E6B" w:rsidP="00CD7E6B">
      <w:pPr>
        <w:pStyle w:val="Akapitzlist"/>
        <w:numPr>
          <w:ilvl w:val="0"/>
          <w:numId w:val="2"/>
        </w:numPr>
        <w:spacing w:after="20"/>
        <w:ind w:left="426" w:hanging="426"/>
      </w:pPr>
      <w:r>
        <w:t>spełniam warunki udziału w postępowaniu określone w pkt 3 Zaproszenia do złożenia oferty i na wezwanie Zamawiającego przedłożę dokumenty potwierdzające ich spełnianie;</w:t>
      </w:r>
    </w:p>
    <w:p w14:paraId="7FA273E7" w14:textId="77777777" w:rsidR="000B0110" w:rsidRDefault="00CD7E6B" w:rsidP="00CD7E6B">
      <w:pPr>
        <w:pStyle w:val="Akapitzlist"/>
        <w:numPr>
          <w:ilvl w:val="0"/>
          <w:numId w:val="2"/>
        </w:numPr>
        <w:spacing w:after="20"/>
        <w:ind w:left="426" w:hanging="426"/>
      </w:pPr>
      <w:r>
        <w:t>akceptuję 30-dniowy termin płatności, liczony od dnia doręczenia Zamawiającemu prawidłowo wystawionej faktury;</w:t>
      </w:r>
    </w:p>
    <w:p w14:paraId="16455996" w14:textId="77777777" w:rsidR="000B0110" w:rsidRDefault="00CD7E6B" w:rsidP="00CD7E6B">
      <w:pPr>
        <w:pStyle w:val="Akapitzlist"/>
        <w:numPr>
          <w:ilvl w:val="0"/>
          <w:numId w:val="2"/>
        </w:numPr>
        <w:spacing w:after="20"/>
        <w:ind w:left="426" w:hanging="426"/>
      </w:pPr>
      <w:r>
        <w:t>wypełniłem obowiązki wynikające z przepisów o ochronie danych osobowych wobec osób, których dane osobowe zostały zamieszczone w ofercie lub dokumentach składanych w postępowaniu.</w:t>
      </w:r>
    </w:p>
    <w:p w14:paraId="7D8A7BEC" w14:textId="77777777" w:rsidR="000B0110" w:rsidRDefault="00CD7E6B">
      <w:pPr>
        <w:spacing w:before="60"/>
      </w:pPr>
      <w:r>
        <w:rPr>
          <w:b/>
        </w:rPr>
        <w:t>Informuję, że (zaznaczyć właściwe):</w:t>
      </w:r>
    </w:p>
    <w:p w14:paraId="44C101EC" w14:textId="4F86319F" w:rsidR="000B0110" w:rsidRDefault="00132A5D" w:rsidP="00132A5D">
      <w:pPr>
        <w:spacing w:after="20"/>
      </w:pPr>
      <w:sdt>
        <w:sdtPr>
          <w:alias w:val="obowiazek_podatkowy_nie"/>
          <w:tag w:val="obowiazek_podatkowy_nie"/>
          <w:id w:val="1295615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D7E6B">
        <w:t xml:space="preserve"> wybór oferty nie będzie prowadzić do powstania po stronie Zamawiającego obowiązku podatkowego;</w:t>
      </w:r>
    </w:p>
    <w:p w14:paraId="3B7397DF" w14:textId="77777777" w:rsidR="000B0110" w:rsidRDefault="00132A5D" w:rsidP="00132A5D">
      <w:pPr>
        <w:spacing w:after="20"/>
      </w:pPr>
      <w:sdt>
        <w:sdtPr>
          <w:alias w:val="obowiazek_podatkowy_tak"/>
          <w:tag w:val="obowiazek_podatkowy_tak"/>
          <w:id w:val="223873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6B">
            <w:rPr>
              <w:szCs w:val="18"/>
            </w:rPr>
            <w:t>☐</w:t>
          </w:r>
        </w:sdtContent>
      </w:sdt>
      <w:r w:rsidR="00CD7E6B">
        <w:t xml:space="preserve"> wybór oferty będzie prowadzić do powstania po stronie Zamawiającego obowiązku podatkowego w odniesieniu do: ............................................................................................; wartość netto towarów/usług powodujących powstanie obowiązku podatkowego: .................................................... zł.</w:t>
      </w:r>
    </w:p>
    <w:p w14:paraId="5EC4018C" w14:textId="77777777" w:rsidR="000B0110" w:rsidRDefault="00CD7E6B">
      <w:pPr>
        <w:spacing w:before="80"/>
      </w:pPr>
      <w:r>
        <w:t xml:space="preserve">Akceptuję zawarcie umowy w formie elektronicznej, opatrzonej kwalifikowanym podpisem elektronicznym: </w:t>
      </w:r>
      <w:sdt>
        <w:sdtPr>
          <w:alias w:val="umowa_elektroniczna_tak"/>
          <w:tag w:val="umowa_elektroniczna_tak"/>
          <w:id w:val="59876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szCs w:val="18"/>
            </w:rPr>
            <w:t>☐</w:t>
          </w:r>
        </w:sdtContent>
      </w:sdt>
      <w:r>
        <w:t xml:space="preserve"> TAK   </w:t>
      </w:r>
      <w:sdt>
        <w:sdtPr>
          <w:alias w:val="umowa_elektroniczna_nie"/>
          <w:tag w:val="umowa_elektroniczna_nie"/>
          <w:id w:val="781874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szCs w:val="18"/>
            </w:rPr>
            <w:t>☐</w:t>
          </w:r>
        </w:sdtContent>
      </w:sdt>
      <w:r>
        <w:t xml:space="preserve"> NIE</w:t>
      </w:r>
    </w:p>
    <w:p w14:paraId="207C32D3" w14:textId="77777777" w:rsidR="000B0110" w:rsidRDefault="00CD7E6B">
      <w:pPr>
        <w:spacing w:before="200"/>
        <w:jc w:val="right"/>
      </w:pPr>
      <w:r>
        <w:t>....................................................</w:t>
      </w:r>
      <w:r>
        <w:br/>
        <w:t>Data i podpis osoby uprawnionej</w:t>
      </w:r>
    </w:p>
    <w:sectPr w:rsidR="000B0110" w:rsidSect="00034616">
      <w:pgSz w:w="12240" w:h="15840"/>
      <w:pgMar w:top="85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4D1FCD"/>
    <w:multiLevelType w:val="hybridMultilevel"/>
    <w:tmpl w:val="78605B4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2737755"/>
    <w:multiLevelType w:val="multilevel"/>
    <w:tmpl w:val="846C835E"/>
    <w:lvl w:ilvl="0">
      <w:start w:val="1"/>
      <w:numFmt w:val="decimal"/>
      <w:pStyle w:val="Listapunktowana"/>
      <w:suff w:val="space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suff w:val="space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suff w:val="space"/>
      <w:lvlText w:val="%3)"/>
      <w:lvlJc w:val="left"/>
      <w:pPr>
        <w:tabs>
          <w:tab w:val="num" w:pos="1080"/>
        </w:tabs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17638823">
    <w:abstractNumId w:val="10"/>
  </w:num>
  <w:num w:numId="2" w16cid:durableId="16458943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110"/>
    <w:rsid w:val="00132A5D"/>
    <w:rsid w:val="0015074B"/>
    <w:rsid w:val="0029639D"/>
    <w:rsid w:val="00326F90"/>
    <w:rsid w:val="003D0CD4"/>
    <w:rsid w:val="00AA1D8D"/>
    <w:rsid w:val="00B47730"/>
    <w:rsid w:val="00CB0664"/>
    <w:rsid w:val="00CD7E6B"/>
    <w:rsid w:val="00DC59EF"/>
    <w:rsid w:val="00EA7B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B950A"/>
  <w14:defaultImageDpi w14:val="300"/>
  <w15:docId w15:val="{FC80C835-5B43-4565-BF1E-20DDF580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ing">
    <w:name w:val="DocHeading"/>
    <w:pPr>
      <w:spacing w:before="100" w:after="40" w:line="240" w:lineRule="auto"/>
    </w:pPr>
    <w:rPr>
      <w:rFonts w:ascii="Arial" w:eastAsia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4</cp:revision>
  <dcterms:created xsi:type="dcterms:W3CDTF">2013-12-23T23:15:00Z</dcterms:created>
  <dcterms:modified xsi:type="dcterms:W3CDTF">2026-08-18T08:19:00Z</dcterms:modified>
  <cp:category/>
</cp:coreProperties>
</file>