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7C08F" w14:textId="77777777" w:rsidR="00F341F9" w:rsidRDefault="00FB37CD">
      <w:pPr>
        <w:pBdr>
          <w:bottom w:val="single" w:sz="7" w:space="1" w:color="5F96A5"/>
        </w:pBdr>
        <w:spacing w:after="100"/>
        <w:jc w:val="center"/>
      </w:pPr>
      <w:r>
        <w:rPr>
          <w:noProof/>
        </w:rPr>
        <w:drawing>
          <wp:inline distT="0" distB="0" distL="0" distR="0" wp14:anchorId="7550BC81" wp14:editId="355C9B13">
            <wp:extent cx="5832000" cy="10099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header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00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31414" w14:textId="77777777" w:rsidR="00F341F9" w:rsidRDefault="00FB37CD">
      <w:r>
        <w:rPr>
          <w:i/>
        </w:rPr>
        <w:t>Załącznik nr 2 – Wykaz usług / zamówień</w:t>
      </w:r>
    </w:p>
    <w:p w14:paraId="45260CD8" w14:textId="77777777" w:rsidR="00F341F9" w:rsidRDefault="00FB37CD">
      <w:r>
        <w:rPr>
          <w:i/>
        </w:rPr>
        <w:t>dotyczy postępowania ZP/2505/88/26 pn. „Reaktywacja i zapewnienie przez okres 24 miesięcy wsparcia producentów dla systemu komunikacji telefonicznej oraz świadczenie usług jego utrzymania i usuwania awarii”</w:t>
      </w:r>
    </w:p>
    <w:p w14:paraId="5FC7A28B" w14:textId="77777777" w:rsidR="00F341F9" w:rsidRDefault="00FB37CD">
      <w:pPr>
        <w:spacing w:before="100" w:after="100"/>
        <w:jc w:val="center"/>
      </w:pPr>
      <w:r>
        <w:rPr>
          <w:b/>
          <w:sz w:val="22"/>
        </w:rPr>
        <w:t>WYKAZ USŁUG / ZAMÓWIEŃ</w:t>
      </w:r>
    </w:p>
    <w:p w14:paraId="08B393CE" w14:textId="77777777" w:rsidR="00F341F9" w:rsidRDefault="00FB37CD">
      <w:pPr>
        <w:spacing w:after="20"/>
      </w:pPr>
      <w:r>
        <w:t>Pełna nazwa Wykonawcy: ........................................................................................................................................................................</w:t>
      </w:r>
    </w:p>
    <w:p w14:paraId="6C39E920" w14:textId="77777777" w:rsidR="00F341F9" w:rsidRDefault="00FB37CD">
      <w:pPr>
        <w:spacing w:after="80"/>
      </w:pPr>
      <w:r>
        <w:t>Adres Wykonawcy: ..................................................................................................................................................................................</w:t>
      </w:r>
    </w:p>
    <w:p w14:paraId="04B15FAC" w14:textId="77777777" w:rsidR="00F341F9" w:rsidRDefault="00FB37CD">
      <w:pPr>
        <w:spacing w:after="60"/>
      </w:pPr>
      <w:r>
        <w:t>W celu potwierdzenia spełniania warunku doświadczenia określonego w pkt 3 lit. b) Zaproszenia do złożenia oferty przedstawiam następujące zamówienia:</w:t>
      </w:r>
    </w:p>
    <w:tbl>
      <w:tblPr>
        <w:tblW w:w="0" w:type="auto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721"/>
        <w:gridCol w:w="1994"/>
        <w:gridCol w:w="2381"/>
        <w:gridCol w:w="2268"/>
      </w:tblGrid>
      <w:tr w:rsidR="00F341F9" w14:paraId="5233EF64" w14:textId="77777777" w:rsidTr="00FB37CD">
        <w:trPr>
          <w:tblHeader/>
          <w:jc w:val="center"/>
        </w:trPr>
        <w:tc>
          <w:tcPr>
            <w:tcW w:w="551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B00474" w14:textId="77777777" w:rsidR="00F341F9" w:rsidRDefault="00FB37CD">
            <w:proofErr w:type="spellStart"/>
            <w:r>
              <w:rPr>
                <w:b/>
                <w:sz w:val="16"/>
              </w:rPr>
              <w:t>Lp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2721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A7AE1C" w14:textId="77777777" w:rsidR="00F341F9" w:rsidRDefault="00FB37CD">
            <w:r>
              <w:rPr>
                <w:b/>
                <w:sz w:val="16"/>
              </w:rPr>
              <w:t>Przedmiot i zakres zamówienia</w:t>
            </w:r>
            <w:r>
              <w:rPr>
                <w:b/>
                <w:sz w:val="16"/>
              </w:rPr>
              <w:br/>
              <w:t>(w tym zakres wsparcia Avaya IP Office)</w:t>
            </w:r>
          </w:p>
        </w:tc>
        <w:tc>
          <w:tcPr>
            <w:tcW w:w="1994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CF2516" w14:textId="77777777" w:rsidR="00F341F9" w:rsidRDefault="00FB37CD">
            <w:r>
              <w:rPr>
                <w:b/>
                <w:sz w:val="16"/>
              </w:rPr>
              <w:t>Okres świadczenia usług wsparcia / serwisu</w:t>
            </w:r>
            <w:r>
              <w:rPr>
                <w:b/>
                <w:sz w:val="16"/>
              </w:rPr>
              <w:br/>
              <w:t>(od–do; liczba miesięcy)</w:t>
            </w:r>
          </w:p>
        </w:tc>
        <w:tc>
          <w:tcPr>
            <w:tcW w:w="2381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CEB0AE" w14:textId="77777777" w:rsidR="00F341F9" w:rsidRDefault="00FB37CD">
            <w:r>
              <w:rPr>
                <w:b/>
                <w:sz w:val="16"/>
              </w:rPr>
              <w:t>Informacja o skali i złożoności systemu</w:t>
            </w:r>
            <w:r>
              <w:rPr>
                <w:b/>
                <w:sz w:val="16"/>
              </w:rPr>
              <w:br/>
              <w:t>(odniesienie do tabeli w OPZ)</w:t>
            </w:r>
          </w:p>
        </w:tc>
        <w:tc>
          <w:tcPr>
            <w:tcW w:w="2268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5CEE6F" w14:textId="77777777" w:rsidR="00F341F9" w:rsidRDefault="00FB37CD">
            <w:r>
              <w:rPr>
                <w:b/>
                <w:sz w:val="16"/>
              </w:rPr>
              <w:t>Nazwa i adres podmiotu, na rzecz którego wykonano / wykonuje się zamówienie</w:t>
            </w:r>
          </w:p>
        </w:tc>
      </w:tr>
      <w:tr w:rsidR="00F341F9" w14:paraId="657A08B5" w14:textId="77777777" w:rsidTr="00FB37CD">
        <w:trPr>
          <w:jc w:val="center"/>
        </w:trPr>
        <w:tc>
          <w:tcPr>
            <w:tcW w:w="55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73ABB7" w14:textId="77777777" w:rsidR="00F341F9" w:rsidRDefault="00FB37CD">
            <w:r>
              <w:rPr>
                <w:sz w:val="16"/>
              </w:rPr>
              <w:t>1</w:t>
            </w:r>
          </w:p>
        </w:tc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8F63E5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1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F82EEC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2CC855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0E5259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F341F9" w14:paraId="7E95D481" w14:textId="77777777" w:rsidTr="00FB37CD">
        <w:trPr>
          <w:jc w:val="center"/>
        </w:trPr>
        <w:tc>
          <w:tcPr>
            <w:tcW w:w="55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ACE292" w14:textId="77777777" w:rsidR="00F341F9" w:rsidRDefault="00FB37CD">
            <w:r>
              <w:rPr>
                <w:sz w:val="16"/>
              </w:rPr>
              <w:t>2</w:t>
            </w:r>
          </w:p>
        </w:tc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7CB436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1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1A45CB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F47635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679396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F341F9" w14:paraId="76A3655E" w14:textId="77777777" w:rsidTr="00FB37CD">
        <w:trPr>
          <w:jc w:val="center"/>
        </w:trPr>
        <w:tc>
          <w:tcPr>
            <w:tcW w:w="55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06522C" w14:textId="77777777" w:rsidR="00F341F9" w:rsidRDefault="00FB37CD">
            <w:r>
              <w:rPr>
                <w:sz w:val="16"/>
              </w:rPr>
              <w:t>3</w:t>
            </w:r>
          </w:p>
        </w:tc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8B3ED1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1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F5DA26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BED851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7D86A5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F341F9" w14:paraId="6E592B87" w14:textId="77777777" w:rsidTr="00FB37CD">
        <w:trPr>
          <w:jc w:val="center"/>
        </w:trPr>
        <w:tc>
          <w:tcPr>
            <w:tcW w:w="55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74CA0C" w14:textId="77777777" w:rsidR="00F341F9" w:rsidRDefault="00FB37CD">
            <w:r>
              <w:rPr>
                <w:sz w:val="16"/>
              </w:rPr>
              <w:t>4</w:t>
            </w:r>
          </w:p>
        </w:tc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7814CA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19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C2488C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3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66016B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51488D" w14:textId="77777777" w:rsidR="00F341F9" w:rsidRDefault="00FB37CD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6DE7BFDE" w14:textId="77777777" w:rsidR="00F341F9" w:rsidRDefault="00FB37CD">
      <w:pPr>
        <w:spacing w:before="100" w:after="40"/>
      </w:pPr>
      <w:proofErr w:type="spellStart"/>
      <w:r>
        <w:rPr>
          <w:b/>
        </w:rPr>
        <w:t>Uwagi</w:t>
      </w:r>
      <w:proofErr w:type="spellEnd"/>
      <w:r>
        <w:rPr>
          <w:b/>
        </w:rPr>
        <w:t>:</w:t>
      </w:r>
    </w:p>
    <w:p w14:paraId="6EB8A227" w14:textId="77777777" w:rsidR="00F341F9" w:rsidRDefault="00FB37CD" w:rsidP="00FB37CD">
      <w:pPr>
        <w:spacing w:after="20"/>
        <w:ind w:left="142" w:hanging="142"/>
      </w:pPr>
      <w:r>
        <w:rPr>
          <w:sz w:val="17"/>
        </w:rPr>
        <w:t xml:space="preserve">• Każde wykazywane zamówienie musi obejmować co najmniej 12 miesięcy należycie świadczonych usług utrzymania, serwisu lub wsparcia technicznego </w:t>
      </w:r>
      <w:proofErr w:type="spellStart"/>
      <w:r>
        <w:rPr>
          <w:sz w:val="17"/>
        </w:rPr>
        <w:t>systemu</w:t>
      </w:r>
      <w:proofErr w:type="spellEnd"/>
      <w:r>
        <w:rPr>
          <w:sz w:val="17"/>
        </w:rPr>
        <w:t xml:space="preserve"> Avaya IP Office.</w:t>
      </w:r>
    </w:p>
    <w:p w14:paraId="3C31B1C5" w14:textId="77777777" w:rsidR="00F341F9" w:rsidRDefault="00FB37CD" w:rsidP="00FB37CD">
      <w:pPr>
        <w:spacing w:after="20"/>
        <w:ind w:left="142" w:hanging="142"/>
      </w:pPr>
      <w:r>
        <w:rPr>
          <w:sz w:val="17"/>
        </w:rPr>
        <w:t>• Co najmniej jedno zamówienie musi dotyczyć systemu porównywalnego pod względem skali i złożoności, zgodnie z warunkiem określonym w Zaproszeniu. W kolumnie 4 należy wskazać informacje pozwalające porównać system z elementami wykazanymi w tabeli OPZ.</w:t>
      </w:r>
    </w:p>
    <w:p w14:paraId="597DB94B" w14:textId="77777777" w:rsidR="00F341F9" w:rsidRDefault="00FB37CD" w:rsidP="00FB37CD">
      <w:pPr>
        <w:spacing w:after="20"/>
        <w:ind w:left="142" w:hanging="142"/>
      </w:pPr>
      <w:r>
        <w:rPr>
          <w:sz w:val="17"/>
        </w:rPr>
        <w:t>• Jeżeli usługi wsparcia były częścią szerszego zamówienia (np. dostawa, wdrożenie, konfiguracja lub rozbudowa), należy opisać zakres usług wsparcia; nie jest wymagane wyodrębnienie ich wartości.</w:t>
      </w:r>
    </w:p>
    <w:p w14:paraId="473A4D35" w14:textId="77777777" w:rsidR="00F341F9" w:rsidRDefault="00FB37CD" w:rsidP="00FB37CD">
      <w:pPr>
        <w:spacing w:after="20"/>
        <w:ind w:left="142" w:hanging="142"/>
      </w:pPr>
      <w:r>
        <w:rPr>
          <w:sz w:val="17"/>
        </w:rPr>
        <w:t>• Do wykazu należy dołączyć dowody potwierdzające należyte wykonanie lub wykonywanie zamówień, w szczególności referencje lub inne dokumenty wystawione przez odbiorcę usług.</w:t>
      </w:r>
    </w:p>
    <w:p w14:paraId="22B0D7BA" w14:textId="77777777" w:rsidR="00F341F9" w:rsidRDefault="00FB37CD">
      <w:pPr>
        <w:spacing w:before="160"/>
        <w:jc w:val="right"/>
      </w:pPr>
      <w:r>
        <w:t>....................................................</w:t>
      </w:r>
      <w:r>
        <w:br/>
        <w:t>Data i podpis osoby uprawnionej</w:t>
      </w:r>
    </w:p>
    <w:sectPr w:rsidR="00F341F9" w:rsidSect="00034616">
      <w:pgSz w:w="12240" w:h="15840"/>
      <w:pgMar w:top="85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934362">
    <w:abstractNumId w:val="8"/>
  </w:num>
  <w:num w:numId="2" w16cid:durableId="1917740721">
    <w:abstractNumId w:val="6"/>
  </w:num>
  <w:num w:numId="3" w16cid:durableId="604725769">
    <w:abstractNumId w:val="5"/>
  </w:num>
  <w:num w:numId="4" w16cid:durableId="1716662484">
    <w:abstractNumId w:val="4"/>
  </w:num>
  <w:num w:numId="5" w16cid:durableId="1243027708">
    <w:abstractNumId w:val="7"/>
  </w:num>
  <w:num w:numId="6" w16cid:durableId="1332029847">
    <w:abstractNumId w:val="3"/>
  </w:num>
  <w:num w:numId="7" w16cid:durableId="2054232335">
    <w:abstractNumId w:val="2"/>
  </w:num>
  <w:num w:numId="8" w16cid:durableId="120998316">
    <w:abstractNumId w:val="1"/>
  </w:num>
  <w:num w:numId="9" w16cid:durableId="77406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0CD4"/>
    <w:rsid w:val="00AA1D8D"/>
    <w:rsid w:val="00B47730"/>
    <w:rsid w:val="00CB0664"/>
    <w:rsid w:val="00F341F9"/>
    <w:rsid w:val="00FB37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AA743"/>
  <w14:defaultImageDpi w14:val="300"/>
  <w15:docId w15:val="{FC80C835-5B43-4565-BF1E-20DDF5803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Heading">
    <w:name w:val="DocHeading"/>
    <w:pPr>
      <w:spacing w:before="100" w:after="40" w:line="240" w:lineRule="auto"/>
    </w:pPr>
    <w:rPr>
      <w:rFonts w:ascii="Arial" w:eastAsia="Arial" w:hAnsi="Arial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Wiesław Babiżewski</cp:lastModifiedBy>
  <cp:revision>2</cp:revision>
  <dcterms:created xsi:type="dcterms:W3CDTF">2013-12-23T23:15:00Z</dcterms:created>
  <dcterms:modified xsi:type="dcterms:W3CDTF">2026-08-18T08:20:00Z</dcterms:modified>
  <cp:category/>
</cp:coreProperties>
</file>