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0276F" w14:textId="77777777" w:rsidR="009520D5" w:rsidRDefault="00973FE4">
      <w:pPr>
        <w:pBdr>
          <w:bottom w:val="single" w:sz="7" w:space="1" w:color="5F96A5"/>
        </w:pBdr>
        <w:spacing w:after="100"/>
        <w:jc w:val="center"/>
      </w:pPr>
      <w:r>
        <w:rPr>
          <w:noProof/>
        </w:rPr>
        <w:drawing>
          <wp:inline distT="0" distB="0" distL="0" distR="0" wp14:anchorId="549F7B4F" wp14:editId="054A6DDA">
            <wp:extent cx="5832000" cy="10099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ead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0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9D20" w14:textId="77777777" w:rsidR="009520D5" w:rsidRDefault="00973FE4">
      <w:r>
        <w:rPr>
          <w:i/>
        </w:rPr>
        <w:t>Załącznik nr 3 – Wykaz osób</w:t>
      </w:r>
    </w:p>
    <w:p w14:paraId="4D699942" w14:textId="77777777" w:rsidR="009520D5" w:rsidRDefault="00973FE4">
      <w:r>
        <w:rPr>
          <w:i/>
        </w:rPr>
        <w:t>dotyczy postępowania ZP/2505/88/26 pn. „Reaktywacja i zapewnienie przez okres 24 miesięcy wsparcia producentów dla systemu komunikacji telefonicznej oraz świadczenie usług jego utrzymania i usuwania awarii”</w:t>
      </w:r>
    </w:p>
    <w:p w14:paraId="67296180" w14:textId="77777777" w:rsidR="009520D5" w:rsidRDefault="00973FE4">
      <w:pPr>
        <w:spacing w:before="100" w:after="100"/>
        <w:jc w:val="center"/>
      </w:pPr>
      <w:r>
        <w:rPr>
          <w:b/>
          <w:sz w:val="22"/>
        </w:rPr>
        <w:t>WYKAZ OSÓB</w:t>
      </w:r>
    </w:p>
    <w:p w14:paraId="398E5440" w14:textId="77777777" w:rsidR="009520D5" w:rsidRDefault="00973FE4">
      <w:pPr>
        <w:spacing w:after="20"/>
      </w:pPr>
      <w:r>
        <w:t>Pełna nazwa Wykonawcy: ........................................................................................................................................................................</w:t>
      </w:r>
    </w:p>
    <w:p w14:paraId="2442F28B" w14:textId="77777777" w:rsidR="009520D5" w:rsidRDefault="00973FE4">
      <w:pPr>
        <w:spacing w:after="80"/>
      </w:pPr>
      <w:r>
        <w:t>Adres Wykonawcy: ..................................................................................................................................................................................</w:t>
      </w:r>
    </w:p>
    <w:p w14:paraId="375F896D" w14:textId="77777777" w:rsidR="009520D5" w:rsidRDefault="00973FE4">
      <w:pPr>
        <w:spacing w:after="60"/>
      </w:pPr>
      <w:r>
        <w:t>W celu potwierdzenia spełniania warunku określonego w pkt 3 lit. a) Zaproszenia do złożenia oferty wskazuję osoby, które zostaną skierowane do realizacji zamówienia: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1994"/>
        <w:gridCol w:w="3005"/>
        <w:gridCol w:w="2494"/>
        <w:gridCol w:w="1994"/>
      </w:tblGrid>
      <w:tr w:rsidR="009520D5" w14:paraId="4134A618" w14:textId="77777777" w:rsidTr="00973FE4">
        <w:trPr>
          <w:tblHeader/>
          <w:jc w:val="center"/>
        </w:trPr>
        <w:tc>
          <w:tcPr>
            <w:tcW w:w="613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7E6A6" w14:textId="77777777" w:rsidR="009520D5" w:rsidRDefault="00973FE4"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199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C85629" w14:textId="77777777" w:rsidR="009520D5" w:rsidRDefault="00973FE4">
            <w:r>
              <w:rPr>
                <w:b/>
                <w:sz w:val="16"/>
              </w:rPr>
              <w:t>Imię i nazwisko</w:t>
            </w:r>
          </w:p>
        </w:tc>
        <w:tc>
          <w:tcPr>
            <w:tcW w:w="3005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9E0CEE" w14:textId="77777777" w:rsidR="009520D5" w:rsidRDefault="00973FE4">
            <w:r>
              <w:rPr>
                <w:b/>
                <w:sz w:val="16"/>
              </w:rPr>
              <w:t>Certyfikat techniczny / autoryzacja Avaya</w:t>
            </w:r>
            <w:r>
              <w:rPr>
                <w:b/>
                <w:sz w:val="16"/>
              </w:rPr>
              <w:br/>
              <w:t>(nazwa, nr, wystawca, data / okres ważności)</w:t>
            </w:r>
          </w:p>
        </w:tc>
        <w:tc>
          <w:tcPr>
            <w:tcW w:w="249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2DC7A" w14:textId="77777777" w:rsidR="009520D5" w:rsidRDefault="00973FE4">
            <w:r>
              <w:rPr>
                <w:b/>
                <w:sz w:val="16"/>
              </w:rPr>
              <w:t>Zakres potwierdzonych kompetencji</w:t>
            </w:r>
          </w:p>
        </w:tc>
        <w:tc>
          <w:tcPr>
            <w:tcW w:w="199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B12DBD" w14:textId="77777777" w:rsidR="009520D5" w:rsidRDefault="00973FE4">
            <w:r>
              <w:rPr>
                <w:b/>
                <w:sz w:val="16"/>
              </w:rPr>
              <w:t>Podstawa dysponowania osobą</w:t>
            </w:r>
          </w:p>
        </w:tc>
      </w:tr>
      <w:tr w:rsidR="009520D5" w14:paraId="46FB1ABF" w14:textId="77777777" w:rsidTr="00973FE4">
        <w:trPr>
          <w:jc w:val="center"/>
        </w:trPr>
        <w:tc>
          <w:tcPr>
            <w:tcW w:w="6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B911" w14:textId="77777777" w:rsidR="009520D5" w:rsidRDefault="00973FE4">
            <w:r>
              <w:rPr>
                <w:sz w:val="16"/>
              </w:rPr>
              <w:t>1</w:t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C8C8E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30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38F316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2621E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0AEB8C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9520D5" w14:paraId="1A5D914B" w14:textId="77777777" w:rsidTr="00973FE4">
        <w:trPr>
          <w:jc w:val="center"/>
        </w:trPr>
        <w:tc>
          <w:tcPr>
            <w:tcW w:w="6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3DF6C4" w14:textId="77777777" w:rsidR="009520D5" w:rsidRDefault="00973FE4">
            <w:r>
              <w:rPr>
                <w:sz w:val="16"/>
              </w:rPr>
              <w:t>2</w:t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308DD4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30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BDC294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E62F6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873DDF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9520D5" w14:paraId="4A13557C" w14:textId="77777777" w:rsidTr="00973FE4">
        <w:trPr>
          <w:jc w:val="center"/>
        </w:trPr>
        <w:tc>
          <w:tcPr>
            <w:tcW w:w="61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9BB8B3" w14:textId="77777777" w:rsidR="009520D5" w:rsidRDefault="00973FE4">
            <w:r>
              <w:rPr>
                <w:sz w:val="16"/>
              </w:rPr>
              <w:t>3</w:t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96551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30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0E0C5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BA14A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73E72" w14:textId="77777777" w:rsidR="009520D5" w:rsidRDefault="00973FE4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62C3471E" w14:textId="77777777" w:rsidR="009520D5" w:rsidRDefault="00973FE4">
      <w:pPr>
        <w:spacing w:before="100" w:after="40"/>
      </w:pPr>
      <w:proofErr w:type="spellStart"/>
      <w:r>
        <w:rPr>
          <w:b/>
        </w:rPr>
        <w:t>Oświadczenie</w:t>
      </w:r>
      <w:proofErr w:type="spellEnd"/>
      <w:r>
        <w:rPr>
          <w:b/>
        </w:rPr>
        <w:t>:</w:t>
      </w:r>
    </w:p>
    <w:p w14:paraId="788C3844" w14:textId="77777777" w:rsidR="009520D5" w:rsidRDefault="00973FE4">
      <w:pPr>
        <w:spacing w:after="40"/>
      </w:pPr>
      <w:r>
        <w:t>Oświadczam, że osoby wskazane w wykazie będą dostępne do realizacji zamówienia, a informacje dotyczące ich kwalifikacji i podstawy dysponowania są aktualne. Na wezwanie Zamawiającego przedłożę kopie dokumentów potwierdzających wskazane certyfikaty techniczne lub autoryzacje producenta Avaya.</w:t>
      </w:r>
    </w:p>
    <w:p w14:paraId="365777E6" w14:textId="77777777" w:rsidR="009520D5" w:rsidRDefault="00973FE4">
      <w:pPr>
        <w:spacing w:before="160"/>
        <w:jc w:val="right"/>
      </w:pPr>
      <w:r>
        <w:t>....................................................</w:t>
      </w:r>
      <w:r>
        <w:br/>
        <w:t>Data i podpis osoby uprawnionej</w:t>
      </w:r>
    </w:p>
    <w:sectPr w:rsidR="009520D5" w:rsidSect="00034616">
      <w:pgSz w:w="12240" w:h="15840"/>
      <w:pgMar w:top="85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762069">
    <w:abstractNumId w:val="8"/>
  </w:num>
  <w:num w:numId="2" w16cid:durableId="2025280544">
    <w:abstractNumId w:val="6"/>
  </w:num>
  <w:num w:numId="3" w16cid:durableId="573469809">
    <w:abstractNumId w:val="5"/>
  </w:num>
  <w:num w:numId="4" w16cid:durableId="1045330976">
    <w:abstractNumId w:val="4"/>
  </w:num>
  <w:num w:numId="5" w16cid:durableId="1096824220">
    <w:abstractNumId w:val="7"/>
  </w:num>
  <w:num w:numId="6" w16cid:durableId="1172064769">
    <w:abstractNumId w:val="3"/>
  </w:num>
  <w:num w:numId="7" w16cid:durableId="1565994076">
    <w:abstractNumId w:val="2"/>
  </w:num>
  <w:num w:numId="8" w16cid:durableId="872962435">
    <w:abstractNumId w:val="1"/>
  </w:num>
  <w:num w:numId="9" w16cid:durableId="59182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0CD4"/>
    <w:rsid w:val="009520D5"/>
    <w:rsid w:val="00973F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D83D6"/>
  <w14:defaultImageDpi w14:val="300"/>
  <w15:docId w15:val="{FC80C835-5B43-4565-BF1E-20DDF580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ing">
    <w:name w:val="DocHeading"/>
    <w:pPr>
      <w:spacing w:before="100" w:after="40" w:line="240" w:lineRule="auto"/>
    </w:pPr>
    <w:rPr>
      <w:rFonts w:ascii="Arial" w:eastAsia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2026-08-18T08:21:00Z</dcterms:modified>
  <cp:category/>
</cp:coreProperties>
</file>