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7931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5DD8BC50" wp14:editId="5EBD21C7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3121" w14:textId="77777777" w:rsidR="009A721C" w:rsidRDefault="009A721C">
      <w:pPr>
        <w:spacing w:after="120"/>
      </w:pPr>
    </w:p>
    <w:p w14:paraId="7813A124" w14:textId="55B4BB8A" w:rsidR="00A52DBA" w:rsidRPr="00C711E1" w:rsidRDefault="00C711E1">
      <w:pPr>
        <w:rPr>
          <w:lang w:val="pl-PL"/>
        </w:rPr>
      </w:pPr>
      <w:r w:rsidRPr="00C711E1">
        <w:rPr>
          <w:b/>
          <w:lang w:val="pl-PL"/>
        </w:rPr>
        <w:t>ZP/2501/</w:t>
      </w:r>
      <w:r w:rsidR="00AD3ED1">
        <w:rPr>
          <w:b/>
          <w:lang w:val="pl-PL"/>
        </w:rPr>
        <w:t>90</w:t>
      </w:r>
      <w:r w:rsidRPr="00C711E1">
        <w:rPr>
          <w:b/>
          <w:lang w:val="pl-PL"/>
        </w:rPr>
        <w:t>/26</w:t>
      </w:r>
    </w:p>
    <w:p w14:paraId="2419E056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Załącznik nr 1</w:t>
      </w:r>
    </w:p>
    <w:p w14:paraId="0FBFF945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Formularz ofertowy</w:t>
      </w:r>
    </w:p>
    <w:p w14:paraId="52CA7E1E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lang w:val="pl-PL"/>
        </w:rPr>
        <w:t>do Specyfikacji Warunków Zamówienia</w:t>
      </w:r>
    </w:p>
    <w:p w14:paraId="3D552BA0" w14:textId="6BB0BC92" w:rsidR="00A52DBA" w:rsidRPr="00C711E1" w:rsidRDefault="00C711E1">
      <w:pPr>
        <w:jc w:val="center"/>
        <w:rPr>
          <w:lang w:val="pl-PL"/>
        </w:rPr>
      </w:pPr>
      <w:r w:rsidRPr="00C711E1">
        <w:rPr>
          <w:b/>
          <w:lang w:val="pl-PL"/>
        </w:rPr>
        <w:t xml:space="preserve">Postępowanie: </w:t>
      </w:r>
      <w:r w:rsidR="00AD3ED1" w:rsidRPr="00AD3ED1">
        <w:rPr>
          <w:b/>
          <w:lang w:val="pl-PL"/>
        </w:rPr>
        <w:t>Usługa okresowych przeglądów aparatury medycznej</w:t>
      </w:r>
    </w:p>
    <w:p w14:paraId="07777417" w14:textId="77777777" w:rsidR="00A52DBA" w:rsidRDefault="00C711E1">
      <w:pPr>
        <w:jc w:val="center"/>
      </w:pPr>
      <w:r>
        <w:rPr>
          <w:b/>
          <w:sz w:val="22"/>
        </w:rPr>
        <w:t>FORMULARZ OFERTOWY</w:t>
      </w:r>
    </w:p>
    <w:tbl>
      <w:tblPr>
        <w:tblStyle w:val="Tabela-Siatka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A52DBA" w14:paraId="54612577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0CAD5D77" w14:textId="77777777" w:rsidR="002B4EC3" w:rsidRDefault="00C711E1">
            <w:r>
              <w:rPr>
                <w:b/>
                <w:color w:val="1F4E79"/>
              </w:rPr>
              <w:t xml:space="preserve">Nazwa </w:t>
            </w:r>
            <w:proofErr w:type="spellStart"/>
            <w:r>
              <w:rPr>
                <w:b/>
                <w:color w:val="1F4E79"/>
              </w:rPr>
              <w:t>Wykonawcy</w:t>
            </w:r>
            <w:proofErr w:type="spellEnd"/>
          </w:p>
        </w:tc>
        <w:tc>
          <w:tcPr>
            <w:tcW w:w="6237" w:type="dxa"/>
            <w:vAlign w:val="center"/>
          </w:tcPr>
          <w:p w14:paraId="71E7602A" w14:textId="77777777" w:rsidR="002B4EC3" w:rsidRDefault="002B4EC3"/>
        </w:tc>
      </w:tr>
      <w:tr w:rsidR="00A52DBA" w14:paraId="26B69E93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DE729F6" w14:textId="77777777" w:rsidR="002B4EC3" w:rsidRDefault="00C711E1">
            <w:r>
              <w:rPr>
                <w:b/>
                <w:color w:val="1F4E79"/>
              </w:rPr>
              <w:t>Adres</w:t>
            </w:r>
          </w:p>
        </w:tc>
        <w:tc>
          <w:tcPr>
            <w:tcW w:w="6237" w:type="dxa"/>
            <w:vAlign w:val="center"/>
          </w:tcPr>
          <w:p w14:paraId="18419325" w14:textId="77777777" w:rsidR="002B4EC3" w:rsidRDefault="002B4EC3"/>
        </w:tc>
      </w:tr>
      <w:tr w:rsidR="00A52DBA" w14:paraId="4AD85D52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6EE46B7" w14:textId="77777777" w:rsidR="002B4EC3" w:rsidRDefault="00C711E1">
            <w:r>
              <w:rPr>
                <w:b/>
                <w:color w:val="1F4E79"/>
              </w:rPr>
              <w:t>NIP/REGON/KRS</w:t>
            </w:r>
          </w:p>
        </w:tc>
        <w:tc>
          <w:tcPr>
            <w:tcW w:w="6237" w:type="dxa"/>
            <w:vAlign w:val="center"/>
          </w:tcPr>
          <w:p w14:paraId="3E1BC81A" w14:textId="77777777" w:rsidR="002B4EC3" w:rsidRDefault="002B4EC3"/>
        </w:tc>
      </w:tr>
      <w:tr w:rsidR="00A52DBA" w:rsidRPr="00AD3ED1" w14:paraId="339D9D0F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6980DE64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b/>
                <w:color w:val="1F4E79"/>
                <w:lang w:val="pl-PL"/>
              </w:rPr>
              <w:t>Adres e-mail do korespondencji</w:t>
            </w:r>
          </w:p>
        </w:tc>
        <w:tc>
          <w:tcPr>
            <w:tcW w:w="6237" w:type="dxa"/>
            <w:vAlign w:val="center"/>
          </w:tcPr>
          <w:p w14:paraId="0FE086BC" w14:textId="77777777" w:rsidR="002B4EC3" w:rsidRPr="00C711E1" w:rsidRDefault="002B4EC3">
            <w:pPr>
              <w:rPr>
                <w:lang w:val="pl-PL"/>
              </w:rPr>
            </w:pPr>
          </w:p>
        </w:tc>
      </w:tr>
      <w:tr w:rsidR="00A52DBA" w14:paraId="320599D5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09F1C38" w14:textId="77777777" w:rsidR="002B4EC3" w:rsidRDefault="00C711E1">
            <w:r>
              <w:rPr>
                <w:b/>
                <w:color w:val="1F4E79"/>
              </w:rPr>
              <w:t xml:space="preserve">Osoba do </w:t>
            </w:r>
            <w:proofErr w:type="spellStart"/>
            <w:r>
              <w:rPr>
                <w:b/>
                <w:color w:val="1F4E79"/>
              </w:rPr>
              <w:t>kontaktu</w:t>
            </w:r>
            <w:proofErr w:type="spellEnd"/>
            <w:r>
              <w:rPr>
                <w:b/>
                <w:color w:val="1F4E79"/>
              </w:rPr>
              <w:t>, tel.</w:t>
            </w:r>
          </w:p>
        </w:tc>
        <w:tc>
          <w:tcPr>
            <w:tcW w:w="6237" w:type="dxa"/>
            <w:vAlign w:val="center"/>
          </w:tcPr>
          <w:p w14:paraId="330A6D08" w14:textId="77777777" w:rsidR="002B4EC3" w:rsidRDefault="002B4EC3"/>
        </w:tc>
      </w:tr>
    </w:tbl>
    <w:p w14:paraId="1BEB56A0" w14:textId="77777777" w:rsidR="002B4EC3" w:rsidRDefault="00C711E1">
      <w:pPr>
        <w:spacing w:before="160" w:after="60"/>
      </w:pPr>
      <w:proofErr w:type="spellStart"/>
      <w:r>
        <w:rPr>
          <w:b/>
          <w:color w:val="1F4E79"/>
          <w:sz w:val="20"/>
        </w:rPr>
        <w:t>Oświadczenie</w:t>
      </w:r>
      <w:proofErr w:type="spellEnd"/>
      <w:r>
        <w:rPr>
          <w:b/>
          <w:color w:val="1F4E79"/>
          <w:sz w:val="20"/>
        </w:rPr>
        <w:t xml:space="preserve"> </w:t>
      </w:r>
      <w:proofErr w:type="spellStart"/>
      <w:r>
        <w:rPr>
          <w:b/>
          <w:color w:val="1F4E79"/>
          <w:sz w:val="20"/>
        </w:rPr>
        <w:t>ofertowe</w:t>
      </w:r>
      <w:proofErr w:type="spellEnd"/>
    </w:p>
    <w:p w14:paraId="2E66EE3A" w14:textId="3219854C" w:rsidR="002B4EC3" w:rsidRPr="00C711E1" w:rsidRDefault="00C711E1">
      <w:pPr>
        <w:spacing w:after="60"/>
        <w:rPr>
          <w:lang w:val="pl-PL"/>
        </w:rPr>
      </w:pPr>
      <w:r w:rsidRPr="00C711E1">
        <w:rPr>
          <w:lang w:val="pl-PL"/>
        </w:rPr>
        <w:t>W odpowiedzi na ogłoszenie o zamówieniu składamy ofertę na wykonanie zamówienia pn. „</w:t>
      </w:r>
      <w:r w:rsidR="00AD3ED1" w:rsidRPr="00AD3ED1">
        <w:rPr>
          <w:lang w:val="pl-PL"/>
        </w:rPr>
        <w:t>Usługa okresowych przeglądów aparatury medycznej</w:t>
      </w:r>
      <w:r w:rsidRPr="00C711E1">
        <w:rPr>
          <w:lang w:val="pl-PL"/>
        </w:rPr>
        <w:t>”.</w:t>
      </w:r>
    </w:p>
    <w:p w14:paraId="3DCDE017" w14:textId="77777777" w:rsidR="002B4EC3" w:rsidRPr="00C711E1" w:rsidRDefault="00C711E1">
      <w:pPr>
        <w:spacing w:after="80"/>
        <w:rPr>
          <w:lang w:val="pl-PL"/>
        </w:rPr>
      </w:pPr>
      <w:r w:rsidRPr="00C711E1">
        <w:rPr>
          <w:lang w:val="pl-PL"/>
        </w:rPr>
        <w:t>Oferta zostaje złożona w części lub częściach wskazanych w poniższej tabeli. Cenę dla każdej oferowanej części należy przenieść z odpowiedniego arkusza Załącznika nr 2 do SWZ – Formularza ofertowego, cenowego.</w:t>
      </w:r>
    </w:p>
    <w:tbl>
      <w:tblPr>
        <w:tblW w:w="1049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8"/>
        <w:gridCol w:w="3284"/>
        <w:gridCol w:w="13"/>
        <w:gridCol w:w="1546"/>
        <w:gridCol w:w="1701"/>
        <w:gridCol w:w="1701"/>
        <w:gridCol w:w="1701"/>
      </w:tblGrid>
      <w:tr w:rsidR="002B4EC3" w14:paraId="6F2090CE" w14:textId="77777777" w:rsidTr="00AD3ED1">
        <w:trPr>
          <w:jc w:val="center"/>
        </w:trPr>
        <w:tc>
          <w:tcPr>
            <w:tcW w:w="526" w:type="dxa"/>
            <w:shd w:val="clear" w:color="auto" w:fill="1F4E79"/>
            <w:vAlign w:val="center"/>
          </w:tcPr>
          <w:p w14:paraId="1E1AB4F7" w14:textId="77777777" w:rsidR="002B4EC3" w:rsidRDefault="00C711E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Część</w:t>
            </w:r>
            <w:proofErr w:type="spellEnd"/>
          </w:p>
        </w:tc>
        <w:tc>
          <w:tcPr>
            <w:tcW w:w="3315" w:type="dxa"/>
            <w:gridSpan w:val="3"/>
            <w:shd w:val="clear" w:color="auto" w:fill="1F4E79"/>
            <w:vAlign w:val="center"/>
          </w:tcPr>
          <w:p w14:paraId="019D1CB5" w14:textId="77777777" w:rsidR="002B4EC3" w:rsidRDefault="00C711E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Zakres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asortymentowy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części</w:t>
            </w:r>
            <w:proofErr w:type="spellEnd"/>
          </w:p>
        </w:tc>
        <w:tc>
          <w:tcPr>
            <w:tcW w:w="1546" w:type="dxa"/>
            <w:shd w:val="clear" w:color="auto" w:fill="1F4E79"/>
            <w:vAlign w:val="center"/>
          </w:tcPr>
          <w:p w14:paraId="03630F58" w14:textId="77777777" w:rsidR="002B4EC3" w:rsidRPr="00C711E1" w:rsidRDefault="00C711E1">
            <w:pPr>
              <w:jc w:val="center"/>
              <w:rPr>
                <w:lang w:val="pl-PL"/>
              </w:rPr>
            </w:pPr>
            <w:r w:rsidRPr="00C711E1">
              <w:rPr>
                <w:b/>
                <w:color w:val="FFFFFF"/>
                <w:sz w:val="16"/>
                <w:lang w:val="pl-PL"/>
              </w:rPr>
              <w:t>Czy Wykonawca składa ofertę na część [TAK/NIE]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0A50504E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Cena </w:t>
            </w:r>
            <w:proofErr w:type="spellStart"/>
            <w:r>
              <w:rPr>
                <w:b/>
                <w:color w:val="FFFFFF"/>
                <w:sz w:val="16"/>
              </w:rPr>
              <w:t>netto</w:t>
            </w:r>
            <w:proofErr w:type="spellEnd"/>
            <w:r>
              <w:rPr>
                <w:b/>
                <w:color w:val="FFFFFF"/>
                <w:sz w:val="16"/>
              </w:rPr>
              <w:t xml:space="preserve"> [</w:t>
            </w:r>
            <w:proofErr w:type="spellStart"/>
            <w:r>
              <w:rPr>
                <w:b/>
                <w:color w:val="FFFFFF"/>
                <w:sz w:val="16"/>
              </w:rPr>
              <w:t>zł</w:t>
            </w:r>
            <w:proofErr w:type="spellEnd"/>
            <w:r>
              <w:rPr>
                <w:b/>
                <w:color w:val="FFFFFF"/>
                <w:sz w:val="16"/>
              </w:rPr>
              <w:t>]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46257B30" w14:textId="77777777" w:rsidR="002B4EC3" w:rsidRDefault="00C711E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Wartość</w:t>
            </w:r>
            <w:proofErr w:type="spellEnd"/>
            <w:r>
              <w:rPr>
                <w:b/>
                <w:color w:val="FFFFFF"/>
                <w:sz w:val="16"/>
              </w:rPr>
              <w:t xml:space="preserve"> VAT [</w:t>
            </w:r>
            <w:proofErr w:type="spellStart"/>
            <w:r>
              <w:rPr>
                <w:b/>
                <w:color w:val="FFFFFF"/>
                <w:sz w:val="16"/>
              </w:rPr>
              <w:t>zł</w:t>
            </w:r>
            <w:proofErr w:type="spellEnd"/>
            <w:r>
              <w:rPr>
                <w:b/>
                <w:color w:val="FFFFFF"/>
                <w:sz w:val="16"/>
              </w:rPr>
              <w:t>]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26F3B983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Cena </w:t>
            </w:r>
            <w:proofErr w:type="spellStart"/>
            <w:r>
              <w:rPr>
                <w:b/>
                <w:color w:val="FFFFFF"/>
                <w:sz w:val="16"/>
              </w:rPr>
              <w:t>brutto</w:t>
            </w:r>
            <w:proofErr w:type="spellEnd"/>
            <w:r>
              <w:rPr>
                <w:b/>
                <w:color w:val="FFFFFF"/>
                <w:sz w:val="16"/>
              </w:rPr>
              <w:t xml:space="preserve"> [</w:t>
            </w:r>
            <w:proofErr w:type="spellStart"/>
            <w:r>
              <w:rPr>
                <w:b/>
                <w:color w:val="FFFFFF"/>
                <w:sz w:val="16"/>
              </w:rPr>
              <w:t>zł</w:t>
            </w:r>
            <w:proofErr w:type="spellEnd"/>
            <w:r>
              <w:rPr>
                <w:b/>
                <w:color w:val="FFFFFF"/>
                <w:sz w:val="16"/>
              </w:rPr>
              <w:t>]</w:t>
            </w:r>
          </w:p>
        </w:tc>
      </w:tr>
      <w:tr w:rsidR="00AD3ED1" w:rsidRPr="00A7592F" w14:paraId="27398AE2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F603435" w14:textId="6C1A94FA" w:rsid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FBB62" w14:textId="260544F9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RTG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2E84682F" w14:textId="77777777" w:rsidR="00AD3ED1" w:rsidRPr="00C711E1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89D94CA" w14:textId="77777777" w:rsidR="00AD3ED1" w:rsidRPr="00C711E1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061C853" w14:textId="77777777" w:rsidR="00AD3ED1" w:rsidRPr="00C711E1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24EE1D0" w14:textId="77777777" w:rsidR="00AD3ED1" w:rsidRPr="00C711E1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56D9D1D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591BAEC" w14:textId="4652A897" w:rsid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CD0C5" w14:textId="3333D6CE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RTG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0A1D1A9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AF50DC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61F16F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1BFC82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63352C48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3C9B3AD4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CB880" w14:textId="66C46836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Mammograf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10AEC60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BF048A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C20BC8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EEE9E2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60B815B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9BE53E5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53C74" w14:textId="17DED57B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Tomograf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komputerowy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1F0CF3D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EF2BCA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13BDB5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05B34F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A33B3A1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9DB6751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7862A" w14:textId="5AB09ECE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5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Tomograf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Komputerowy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1E82B6C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7AAA8A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91465D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E93767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0ECA1DA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0A2DAF11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1CA43" w14:textId="44C93DD8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Tomograf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okulistyczny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7AD930D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932E93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12ABA3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F3720A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2F8FE2A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63E6D00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879F5" w14:textId="77566EB8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7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Tomograf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okulistyczny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89B877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1A9BE4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7F6351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B5E7D4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F5EC56E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5AE5820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77719" w14:textId="49E26E39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8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Rezonans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magnetyczny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E20F21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0F5424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BFCDF2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F0AE0C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7B5D94A9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31F713B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7CF35" w14:textId="0EAB5168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r w:rsidRPr="00AD3ED1">
              <w:rPr>
                <w:rFonts w:ascii="Calibri" w:hAnsi="Calibri" w:cs="Calibri"/>
                <w:color w:val="000000"/>
                <w:sz w:val="16"/>
                <w:szCs w:val="16"/>
                <w:lang w:val="pl-PL"/>
              </w:rPr>
              <w:t xml:space="preserve">Pakiet 9 System chłodzenia sprężarki helu RM – układ tzw. </w:t>
            </w:r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„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wody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lodowej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5E4F7E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C061B2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14B70C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632F13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C5FE3CD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71CDFA64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BBBA7" w14:textId="5D5ECE4F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znieczuleń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B2AA9B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EBEC113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701FB0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208F30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5FC6274B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0B3D1F5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A8197" w14:textId="191D8A23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znieczuleń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559A52A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C62820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A221AF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971047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79B32A35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5978DD2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88A9A" w14:textId="1D492799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 Respiratory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85A239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513418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EC689D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1A2480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6D176CE2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C913C65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6A252" w14:textId="1A80EBFB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 Respiratory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14DDD0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325736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EC99ED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7DFBB0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52837BAE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20115F5E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46101" w14:textId="5EE9B607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 Respiratory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528A449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D7758C3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694F1E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B1011B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38198B1B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3C075A26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A2B11" w14:textId="46F90D13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 Respiratory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3F2D4A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5D62F8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4EAB10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A952E2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F8C0237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BEC91D3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33A52" w14:textId="5B776645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 Respiratory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2A01409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D16E05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1A9C93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998373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1156175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22CAAFF3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CC68E" w14:textId="0E9B5324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audiologiczna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EEA282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8132F9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315A25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00313A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573E8083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712B11B1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2A4BF" w14:textId="77D13908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18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Automatyczne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wstrzykiwacze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kontrastu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2986FE1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ACE95D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258338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CBC84C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70904D5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233F610E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B09DC" w14:textId="3085E783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19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Spirometr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78362A7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108068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BEE2C4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B264A9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798EE09B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2A27D74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392B2" w14:textId="1C0F4CF5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20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USG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A0FA269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4D677C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2BDDAC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87E8A5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B4BC2C5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266B01D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F0E72" w14:textId="1208079B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21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USG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D59F0F3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E7D635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B58918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FD436E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5B285F9E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3A3283C4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5CE9E" w14:textId="59188C6A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r w:rsidRPr="00AD3ED1">
              <w:rPr>
                <w:rFonts w:ascii="Calibri" w:hAnsi="Calibri" w:cs="Calibri"/>
                <w:color w:val="000000"/>
                <w:sz w:val="16"/>
                <w:szCs w:val="16"/>
                <w:lang w:val="pl-PL"/>
              </w:rPr>
              <w:t>Pakiet 22 Aparat do badań EMG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77046A1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F68289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9E9F01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EAD587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F3BF287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DB9A5CC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  <w:lang w:val="pl-PL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A48A4" w14:textId="1DCFA6CF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23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Diatermie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chirurgiczne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961AAF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2E9D65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FD1DD4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12262F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F7B5A33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06328133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317B" w14:textId="423F270B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24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Diatermie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chirurgiczne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5BDE1F1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35C76C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D46531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DEE713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A88E65C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3261020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57FBB" w14:textId="0BC9B4A7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25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Diatermie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chirurgiczne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5341F62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48E4D5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2396AB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FBF576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6B3C9B4C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8349E16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183BE" w14:textId="54243479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26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Myjnie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endoskopowe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047CA0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D1DEBE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FF088D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9BF4EB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09641AEA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7D73A5B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6B629" w14:textId="0BFDDC94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27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Urządzenia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Centralnej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Sterylizatornii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1BE71B7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C154C2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817E05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70657D3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02DA4BD7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51C65BE9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0D50F" w14:textId="2503CC58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28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Urządzenia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Centralnej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Sterylizatornii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1DBA6B0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3A7D4F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8A0D14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C8985A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45D0D7EF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077EBE6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1BD95" w14:textId="1DC316C0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29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Urządzenia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Centralnej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Sterylizatornii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7EF2CD99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3C669E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DDAB95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B04E4F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76F7C895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BD57C61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7CA3" w14:textId="604C81DD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r w:rsidRPr="00AD3ED1">
              <w:rPr>
                <w:rFonts w:ascii="Calibri" w:hAnsi="Calibri" w:cs="Calibri"/>
                <w:color w:val="000000"/>
                <w:sz w:val="16"/>
                <w:szCs w:val="16"/>
                <w:lang w:val="pl-PL"/>
              </w:rPr>
              <w:t>Pakiet 30 Urządzenie do masażu klatki piersiowej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31E76C8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63B65C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FBCBBB0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6794FD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3F5194E4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26B0840F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  <w:lang w:val="pl-PL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709D7" w14:textId="721EEB60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r w:rsidRPr="00AD3ED1">
              <w:rPr>
                <w:rFonts w:ascii="Calibri" w:hAnsi="Calibri" w:cs="Calibri"/>
                <w:color w:val="000000"/>
                <w:sz w:val="16"/>
                <w:szCs w:val="16"/>
                <w:lang w:val="pl-PL"/>
              </w:rPr>
              <w:t>Pakiet 31 Urządzenie do masażu klatki piersiowej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5AD1678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E7C970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CB9E4B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2883B2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8C5C114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3CFDADA6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  <w:lang w:val="pl-PL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B8475" w14:textId="2738B7E4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32 Komora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kriogeniczna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E155D7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4AF538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5235B5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873425C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1A1F8EB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FB90C0A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9721" w14:textId="45F35C9A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33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Urządzenie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krioterapii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625890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905D82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0426CD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F566D0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39238992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AD07FB7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8D22" w14:textId="24345152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34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Angiografy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4F342B9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3535FD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091850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9A8BB3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2D4D2682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0D1091BB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35B05" w14:textId="0620744F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35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okulistyczna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2EB7AF7A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7D39AE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BEBA4D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A1F4955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5FE900F6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69A8402A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289CF" w14:textId="261AB30C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36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Komory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laminarne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dygestorium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3A5DCDD9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BAEDD37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E69699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D047AD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3895EE0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B333F26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5E89" w14:textId="69539D9C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37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Komory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laminarne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dygestorium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0D97D6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2AD4EE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DB9F13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1682613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396C305D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4FF003C9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E1B53" w14:textId="47D26A19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38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Komory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laminarne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dygestorium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EFB08CF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F8DB5E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A8759E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5917CC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F874EDF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54B9CD88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EB823" w14:textId="6E3D27A8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39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medyczna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ABB1FD6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7C117CE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5BB031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273621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7B907A98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097DC941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E7D0F" w14:textId="3B274B6C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40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medyczna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1030760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2E2BB7C4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E35A4E8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B0435CB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AD3ED1" w:rsidRPr="00AD3ED1" w14:paraId="119057C4" w14:textId="77777777" w:rsidTr="00AD3ED1">
        <w:trPr>
          <w:jc w:val="center"/>
        </w:trPr>
        <w:tc>
          <w:tcPr>
            <w:tcW w:w="544" w:type="dxa"/>
            <w:gridSpan w:val="2"/>
            <w:tcBorders>
              <w:right w:val="single" w:sz="4" w:space="0" w:color="auto"/>
            </w:tcBorders>
            <w:vAlign w:val="center"/>
          </w:tcPr>
          <w:p w14:paraId="18411B67" w14:textId="77777777" w:rsidR="00AD3ED1" w:rsidRPr="00AD3ED1" w:rsidRDefault="00AD3ED1" w:rsidP="00AD3ED1">
            <w:pPr>
              <w:pStyle w:val="Akapitzlist"/>
              <w:numPr>
                <w:ilvl w:val="0"/>
                <w:numId w:val="5"/>
              </w:numPr>
              <w:ind w:left="-80" w:right="-675"/>
              <w:jc w:val="center"/>
              <w:rPr>
                <w:sz w:val="17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4F3B2" w14:textId="6D853D95" w:rsidR="00AD3ED1" w:rsidRPr="00AD3ED1" w:rsidRDefault="00AD3ED1" w:rsidP="00AD3ED1">
            <w:pPr>
              <w:rPr>
                <w:sz w:val="16"/>
                <w:szCs w:val="16"/>
                <w:lang w:val="pl-PL"/>
              </w:rPr>
            </w:pP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Pakiet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41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Aparatura</w:t>
            </w:r>
            <w:proofErr w:type="spellEnd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D3ED1">
              <w:rPr>
                <w:rFonts w:ascii="Calibri" w:hAnsi="Calibri" w:cs="Calibri"/>
                <w:color w:val="000000"/>
                <w:sz w:val="16"/>
                <w:szCs w:val="16"/>
              </w:rPr>
              <w:t>medyczna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2C5ACC2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481780D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5E761F1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8A51E83" w14:textId="77777777" w:rsidR="00AD3ED1" w:rsidRPr="00A7592F" w:rsidRDefault="00AD3ED1" w:rsidP="00AD3ED1">
            <w:pPr>
              <w:jc w:val="center"/>
              <w:rPr>
                <w:lang w:val="pl-PL"/>
              </w:rPr>
            </w:pPr>
          </w:p>
        </w:tc>
      </w:tr>
      <w:tr w:rsidR="002B4EC3" w:rsidRPr="00AD3ED1" w14:paraId="14BB562C" w14:textId="77777777" w:rsidTr="00AD3ED1">
        <w:trPr>
          <w:jc w:val="center"/>
        </w:trPr>
        <w:tc>
          <w:tcPr>
            <w:tcW w:w="5387" w:type="dxa"/>
            <w:gridSpan w:val="5"/>
            <w:vAlign w:val="center"/>
          </w:tcPr>
          <w:p w14:paraId="14F91E49" w14:textId="77777777" w:rsidR="002B4EC3" w:rsidRPr="00C711E1" w:rsidRDefault="00C711E1">
            <w:pPr>
              <w:jc w:val="right"/>
              <w:rPr>
                <w:lang w:val="pl-PL"/>
              </w:rPr>
            </w:pPr>
            <w:r w:rsidRPr="00C711E1">
              <w:rPr>
                <w:b/>
                <w:color w:val="1F4E79"/>
                <w:sz w:val="17"/>
                <w:lang w:val="pl-PL"/>
              </w:rPr>
              <w:t>Razem dla części objętych ofertą</w:t>
            </w:r>
          </w:p>
        </w:tc>
        <w:tc>
          <w:tcPr>
            <w:tcW w:w="1701" w:type="dxa"/>
            <w:vAlign w:val="center"/>
          </w:tcPr>
          <w:p w14:paraId="340B844D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8DF5723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6B1EB965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</w:tbl>
    <w:p w14:paraId="71E5A0D6" w14:textId="77777777" w:rsidR="002B4EC3" w:rsidRPr="00C711E1" w:rsidRDefault="00C711E1">
      <w:pPr>
        <w:spacing w:before="60" w:after="80"/>
        <w:rPr>
          <w:lang w:val="pl-PL"/>
        </w:rPr>
      </w:pPr>
      <w:r w:rsidRPr="00C711E1">
        <w:rPr>
          <w:sz w:val="17"/>
          <w:lang w:val="pl-PL"/>
        </w:rPr>
        <w:t>W przypadku części, na którą Wykonawca nie składa oferty, należy w kolumnie „Czy Wykonawca składa ofertę na część [TAK/NIE]” wpisać „NIE”; pola cenowe dla tej części mogą pozostać niewypełnione albo zawierać zapis „nie dotyczy”.</w:t>
      </w:r>
    </w:p>
    <w:p w14:paraId="11581D31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cena dla każdej części objętej ofertą została obliczona przy użyciu Załącznika nr 2 do SWZ – Formularza ofertowego, cenowego i odpowiada wartościom wynikającym z odpowiedniego arkusza tego formularza.</w:t>
      </w:r>
    </w:p>
    <w:p w14:paraId="7C64A68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Załącznik nr 2 do SWZ – Formularz ofertowy, cenowy został wypełniony w zakresie części, na które składamy ofertę, bez zmiany jego struktury, układu, opisów pozycji, ilości, jednostek miary, formuł obliczeniowych, zakresów sumowania i zabezpieczeń zastosowanych przez Zamawiającego.</w:t>
      </w:r>
    </w:p>
    <w:p w14:paraId="3C5699E9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zaoferowany przedmiot zamówienia w każdej części objętej ofertą obejmuje wszystkie produkty, elementy, wymagania i obowiązki określone w SWZ, Załączniku nr 2 do SWZ – Formularzu ofertowym, cenowym oraz projekcie umowy.</w:t>
      </w:r>
    </w:p>
    <w:p w14:paraId="615B5117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oferowany asortyment spełnia wymagania opisane dla danej części i pozycji w Załączniku nr 2 do SWZ – Formularzu ofertowym, cenowym.</w:t>
      </w:r>
    </w:p>
    <w:p w14:paraId="0742CA35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oferowane produkty są fabrycznie nowe, nieużywane, nieregenerowane, kompletne, wolne od wad fizycznych i prawnych oraz dopuszczone do obrotu i używania zgodnie z obowiązującymi przepisami, w szczególności przepisami dotyczącymi wyrobów medycznych, jeżeli mają zastosowanie do danego produktu.</w:t>
      </w:r>
    </w:p>
    <w:p w14:paraId="2854077B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Oferujemy realizację zamówienia sukcesywnie, przez okres 24 miesięcy od dnia zawarcia umowy, a dostawy jednostkowe zobowiązujemy się realizować w terminie określonym w SWZ i projekcie umowy.</w:t>
      </w:r>
    </w:p>
    <w:p w14:paraId="3AAFC450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zapoznaliśmy się z dokumentami zamówienia i akceptujemy ich postanowienia bez zastrzeżeń.</w:t>
      </w:r>
    </w:p>
    <w:p w14:paraId="040B079C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warunki płatności określone w projekcie umowy, w tym termin zapłaty do 60 dni od dnia otrzymania przez Zamawiającego prawidłowo wystawionej faktury.</w:t>
      </w:r>
    </w:p>
    <w:p w14:paraId="362F9748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postanowienia SWZ i projektu umowy dotyczące prawa opcji, w zakresie części objętych ofertą.</w:t>
      </w:r>
    </w:p>
    <w:p w14:paraId="5ACB740E" w14:textId="77777777" w:rsidR="002B4EC3" w:rsidRPr="00AD3ED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 xml:space="preserve">Oświadczamy, że wykonanie części zamówienia zamierzamy / nie zamierzamy powierzyć podwykonawcy. </w:t>
      </w:r>
      <w:r w:rsidRPr="00AD3ED1">
        <w:rPr>
          <w:lang w:val="pl-PL"/>
        </w:rPr>
        <w:t>Zakres powierzany podwykonawcy oraz nazwa podwykonawcy, jeżeli jest znany:</w:t>
      </w:r>
    </w:p>
    <w:p w14:paraId="4A302131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337622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wybór naszej oferty będzie / nie będzie prowadzić do powstania u Zamawiającego obowiązku podatkowego zgodnie z ustawą o VAT. </w:t>
      </w:r>
      <w:r>
        <w:t>[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skreślić</w:t>
      </w:r>
      <w:proofErr w:type="spellEnd"/>
      <w:r>
        <w:t>]</w:t>
      </w:r>
    </w:p>
    <w:p w14:paraId="560530FA" w14:textId="77777777" w:rsidR="002B4EC3" w:rsidRPr="00C711E1" w:rsidRDefault="00C711E1">
      <w:pPr>
        <w:spacing w:after="20"/>
        <w:rPr>
          <w:lang w:val="pl-PL"/>
        </w:rPr>
      </w:pPr>
      <w:r w:rsidRPr="00C711E1">
        <w:rPr>
          <w:lang w:val="pl-PL"/>
        </w:rPr>
        <w:t>Jeżeli wybór oferty będzie prowadzić do powstania obowiązku podatkowego po stronie Zamawiającego, należy wskazać: część zamówienia, nazwę towaru/usługi oraz wartość bez kwoty podatku:</w:t>
      </w:r>
    </w:p>
    <w:p w14:paraId="2034C203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2303A2B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możliwość zawarcia umowy w postaci elektronicznej, przez złożenie kwalifikowanych podpisów elektronicznych przez osoby uprawnione do reprezentacji Stron:</w:t>
      </w:r>
    </w:p>
    <w:p w14:paraId="5D870898" w14:textId="77777777" w:rsidR="002B4EC3" w:rsidRDefault="00C711E1">
      <w:pPr>
        <w:spacing w:after="160"/>
      </w:pPr>
      <w:r>
        <w:t>☐ TAK        ☐ NIE</w:t>
      </w:r>
    </w:p>
    <w:p w14:paraId="56479D7F" w14:textId="77777777" w:rsidR="00A7592F" w:rsidRDefault="00A7592F" w:rsidP="00A7592F">
      <w:pPr>
        <w:pStyle w:val="Listapunktowana"/>
        <w:rPr>
          <w:lang w:val="pl-PL"/>
        </w:rPr>
      </w:pPr>
      <w:r>
        <w:rPr>
          <w:lang w:val="pl-PL"/>
        </w:rPr>
        <w:t>Oświadczamy, że wykonawca, którego reprezentuję (skreślić  niewłaściwe):</w:t>
      </w:r>
    </w:p>
    <w:p w14:paraId="1471E91B" w14:textId="77777777" w:rsidR="00A7592F" w:rsidRDefault="00A7592F" w:rsidP="00A7592F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>
        <w:rPr>
          <w:rFonts w:ascii="Segoe UI Symbol" w:hAnsi="Segoe UI Symbol" w:cs="Segoe UI Symbol"/>
          <w:szCs w:val="18"/>
          <w:lang w:val="pl-PL"/>
        </w:rPr>
        <w:t xml:space="preserve">☐ </w:t>
      </w:r>
      <w:r>
        <w:rPr>
          <w:szCs w:val="18"/>
          <w:lang w:val="pl-PL"/>
        </w:rPr>
        <w:t xml:space="preserve">Jest  mikroprzedsiębiorstwem </w:t>
      </w:r>
    </w:p>
    <w:p w14:paraId="71086DB9" w14:textId="77777777" w:rsidR="00A7592F" w:rsidRDefault="00A7592F" w:rsidP="00A7592F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>
        <w:rPr>
          <w:rFonts w:ascii="Segoe UI Symbol" w:hAnsi="Segoe UI Symbol" w:cs="Segoe UI Symbol"/>
          <w:szCs w:val="18"/>
          <w:lang w:val="pl-PL"/>
        </w:rPr>
        <w:t xml:space="preserve">☐ </w:t>
      </w:r>
      <w:r>
        <w:rPr>
          <w:szCs w:val="18"/>
          <w:lang w:val="pl-PL"/>
        </w:rPr>
        <w:t>Jest  małym przedsiębiorstwem</w:t>
      </w:r>
    </w:p>
    <w:p w14:paraId="6B6645E5" w14:textId="77777777" w:rsidR="00A7592F" w:rsidRDefault="00A7592F" w:rsidP="00A7592F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>
        <w:rPr>
          <w:rFonts w:ascii="Segoe UI Symbol" w:hAnsi="Segoe UI Symbol" w:cs="Segoe UI Symbol"/>
          <w:szCs w:val="18"/>
          <w:lang w:val="pl-PL"/>
        </w:rPr>
        <w:t xml:space="preserve">☐ </w:t>
      </w:r>
      <w:r>
        <w:rPr>
          <w:szCs w:val="18"/>
          <w:lang w:val="pl-PL"/>
        </w:rPr>
        <w:t>Jest  średnim przedsiębiorstwem</w:t>
      </w:r>
    </w:p>
    <w:p w14:paraId="4D944D6A" w14:textId="77777777" w:rsidR="00A7592F" w:rsidRDefault="00A7592F" w:rsidP="00A7592F">
      <w:pPr>
        <w:numPr>
          <w:ilvl w:val="0"/>
          <w:numId w:val="2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>
        <w:rPr>
          <w:i/>
          <w:iCs/>
          <w:szCs w:val="18"/>
          <w:lang w:val="pl-PL"/>
        </w:rPr>
        <w:t>Mikroprzedsiębiorstwo: przedsiębiorstwo, które zatrudnia mniej niż 10 osób i którego roczny obrót lub roczna suma bilansowa nie przekracza 2 milionów EUR.</w:t>
      </w:r>
    </w:p>
    <w:p w14:paraId="4D6AB2A6" w14:textId="77777777" w:rsidR="00A7592F" w:rsidRDefault="00A7592F" w:rsidP="00A7592F">
      <w:pPr>
        <w:numPr>
          <w:ilvl w:val="0"/>
          <w:numId w:val="2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>
        <w:rPr>
          <w:i/>
          <w:iCs/>
          <w:szCs w:val="18"/>
          <w:lang w:val="pl-PL"/>
        </w:rPr>
        <w:t>Małe przedsiębiorstwo: przedsiębiorstwo, które zatrudnia mniej niż 50 osób i którego roczny obrót lub roczna suma bilansowa nie przekracza 10 milionów EUR.</w:t>
      </w:r>
    </w:p>
    <w:p w14:paraId="11546DAA" w14:textId="77777777" w:rsidR="00A7592F" w:rsidRDefault="00A7592F" w:rsidP="00A7592F">
      <w:pPr>
        <w:numPr>
          <w:ilvl w:val="0"/>
          <w:numId w:val="2"/>
        </w:numPr>
        <w:tabs>
          <w:tab w:val="left" w:pos="993"/>
        </w:tabs>
        <w:autoSpaceDN w:val="0"/>
        <w:ind w:left="993" w:right="102" w:hanging="284"/>
        <w:rPr>
          <w:i/>
          <w:iCs/>
          <w:szCs w:val="18"/>
          <w:lang w:val="pl-PL"/>
        </w:rPr>
      </w:pPr>
      <w:r>
        <w:rPr>
          <w:i/>
          <w:iCs/>
          <w:szCs w:val="18"/>
          <w:lang w:val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7F708D1" w14:textId="77777777" w:rsidR="00A7592F" w:rsidRPr="00A7592F" w:rsidRDefault="00A7592F">
      <w:pPr>
        <w:spacing w:after="160"/>
        <w:rPr>
          <w:lang w:val="pl-PL"/>
        </w:rPr>
      </w:pPr>
    </w:p>
    <w:p w14:paraId="3079C5F1" w14:textId="77777777" w:rsidR="00AD3ED1" w:rsidRDefault="00C711E1">
      <w:pPr>
        <w:jc w:val="right"/>
      </w:pPr>
      <w:r w:rsidRPr="00A7592F">
        <w:rPr>
          <w:lang w:val="pl-PL"/>
        </w:rPr>
        <w:br/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AD3ED1" w14:paraId="3088426B" w14:textId="77777777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AAB8132" w14:textId="77777777" w:rsidR="00AD3ED1" w:rsidRDefault="00AD3ED1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>
              <w:rPr>
                <w:sz w:val="20"/>
                <w:szCs w:val="20"/>
              </w:rPr>
              <w:t xml:space="preserve">Data; </w:t>
            </w:r>
            <w:proofErr w:type="spellStart"/>
            <w:r>
              <w:rPr>
                <w:sz w:val="20"/>
                <w:szCs w:val="20"/>
              </w:rPr>
              <w:t>kwalifikowany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elektroniczny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D3ED1" w14:paraId="2BE2F217" w14:textId="77777777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7668C1E2" w14:textId="77777777" w:rsidR="00AD3ED1" w:rsidRDefault="00AD3ED1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0"/>
      </w:tr>
    </w:tbl>
    <w:p w14:paraId="2061AA8E" w14:textId="7CB7C126" w:rsidR="002B4EC3" w:rsidRDefault="002B4EC3">
      <w:pPr>
        <w:jc w:val="right"/>
      </w:pPr>
    </w:p>
    <w:sectPr w:rsidR="002B4EC3" w:rsidSect="00034616">
      <w:footerReference w:type="default" r:id="rId9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4862" w14:textId="77777777" w:rsidR="00121135" w:rsidRDefault="00121135">
      <w:r>
        <w:separator/>
      </w:r>
    </w:p>
  </w:endnote>
  <w:endnote w:type="continuationSeparator" w:id="0">
    <w:p w14:paraId="4CEF001A" w14:textId="77777777" w:rsidR="00121135" w:rsidRDefault="001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69A5" w14:textId="77777777" w:rsidR="00A52DBA" w:rsidRDefault="00A52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4AE2" w14:textId="77777777" w:rsidR="00121135" w:rsidRDefault="00121135">
      <w:r>
        <w:separator/>
      </w:r>
    </w:p>
  </w:footnote>
  <w:footnote w:type="continuationSeparator" w:id="0">
    <w:p w14:paraId="26BC1FD4" w14:textId="77777777" w:rsidR="00121135" w:rsidRDefault="001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E144B"/>
    <w:multiLevelType w:val="multilevel"/>
    <w:tmpl w:val="8A86BAEC"/>
    <w:lvl w:ilvl="0">
      <w:start w:val="1"/>
      <w:numFmt w:val="bullet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031E26"/>
    <w:multiLevelType w:val="multilevel"/>
    <w:tmpl w:val="893063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C251A45"/>
    <w:multiLevelType w:val="hybridMultilevel"/>
    <w:tmpl w:val="E59A0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12304"/>
    <w:multiLevelType w:val="singleLevel"/>
    <w:tmpl w:val="F3EE9F46"/>
    <w:lvl w:ilvl="0">
      <w:start w:val="1"/>
      <w:numFmt w:val="decimal"/>
      <w:pStyle w:val="Listapunktowana"/>
      <w:lvlText w:val="%1)"/>
      <w:lvlJc w:val="left"/>
      <w:pPr>
        <w:ind w:left="360" w:hanging="360"/>
      </w:pPr>
    </w:lvl>
  </w:abstractNum>
  <w:abstractNum w:abstractNumId="13" w15:restartNumberingAfterBreak="0">
    <w:nsid w:val="29026938"/>
    <w:multiLevelType w:val="hybridMultilevel"/>
    <w:tmpl w:val="8CC6E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5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5F3A2B1C"/>
    <w:multiLevelType w:val="multilevel"/>
    <w:tmpl w:val="2C82D8F8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7589436">
    <w:abstractNumId w:val="12"/>
  </w:num>
  <w:num w:numId="2" w16cid:durableId="1512794025">
    <w:abstractNumId w:val="14"/>
  </w:num>
  <w:num w:numId="3" w16cid:durableId="1389453580">
    <w:abstractNumId w:val="15"/>
  </w:num>
  <w:num w:numId="4" w16cid:durableId="733234744">
    <w:abstractNumId w:val="11"/>
  </w:num>
  <w:num w:numId="5" w16cid:durableId="16577562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135"/>
    <w:rsid w:val="0015074B"/>
    <w:rsid w:val="0028038E"/>
    <w:rsid w:val="0029639D"/>
    <w:rsid w:val="002B4EC3"/>
    <w:rsid w:val="00326F90"/>
    <w:rsid w:val="003C2DAC"/>
    <w:rsid w:val="003F7556"/>
    <w:rsid w:val="00873EE0"/>
    <w:rsid w:val="00952DFB"/>
    <w:rsid w:val="009A721C"/>
    <w:rsid w:val="00A52DBA"/>
    <w:rsid w:val="00A7592F"/>
    <w:rsid w:val="00AA1D8D"/>
    <w:rsid w:val="00AB66C6"/>
    <w:rsid w:val="00AD3ED1"/>
    <w:rsid w:val="00B15FB8"/>
    <w:rsid w:val="00B47730"/>
    <w:rsid w:val="00B84418"/>
    <w:rsid w:val="00C711E1"/>
    <w:rsid w:val="00CB0664"/>
    <w:rsid w:val="00F66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52A9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8</cp:revision>
  <dcterms:created xsi:type="dcterms:W3CDTF">2013-12-23T23:15:00Z</dcterms:created>
  <dcterms:modified xsi:type="dcterms:W3CDTF">2026-09-03T10:34:00Z</dcterms:modified>
  <cp:category/>
</cp:coreProperties>
</file>