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5B66E0" w14:paraId="74E827FC" w14:textId="77777777">
        <w:trPr>
          <w:jc w:val="center"/>
        </w:trPr>
        <w:tc>
          <w:tcPr>
            <w:tcW w:w="4873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0" w:type="dxa"/>
              <w:left w:w="0" w:type="dxa"/>
              <w:bottom w:w="50" w:type="dxa"/>
              <w:right w:w="0" w:type="dxa"/>
            </w:tcMar>
            <w:vAlign w:val="center"/>
          </w:tcPr>
          <w:p w14:paraId="0E8AA1EA" w14:textId="77777777" w:rsidR="005B66E0" w:rsidRDefault="00553F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B8ED50" wp14:editId="2974DFAE">
                  <wp:extent cx="954000" cy="636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" cy="6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0" w:type="dxa"/>
              <w:left w:w="0" w:type="dxa"/>
              <w:bottom w:w="50" w:type="dxa"/>
              <w:right w:w="0" w:type="dxa"/>
            </w:tcMar>
            <w:vAlign w:val="center"/>
          </w:tcPr>
          <w:p w14:paraId="77723F02" w14:textId="77777777" w:rsidR="005B66E0" w:rsidRDefault="00553F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B5EEA1" wp14:editId="759056D9">
                  <wp:extent cx="1530000" cy="54433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00" cy="544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52DCEB" w14:textId="719D28AB" w:rsidR="005B66E0" w:rsidRPr="00553FE6" w:rsidRDefault="00553FE6">
      <w:pPr>
        <w:spacing w:before="140" w:after="60"/>
        <w:jc w:val="right"/>
        <w:rPr>
          <w:lang w:val="pl-PL"/>
        </w:rPr>
      </w:pPr>
      <w:r w:rsidRPr="00553FE6">
        <w:rPr>
          <w:b/>
          <w:lang w:val="pl-PL"/>
        </w:rPr>
        <w:t>Załącznik nr 6</w:t>
      </w:r>
      <w:r w:rsidRPr="00553FE6">
        <w:rPr>
          <w:b/>
          <w:lang w:val="pl-PL"/>
        </w:rPr>
        <w:t xml:space="preserve"> – Wykaz osób – podmiotowy środek dowodowy</w:t>
      </w:r>
    </w:p>
    <w:p w14:paraId="4AF1EC47" w14:textId="61E05D88" w:rsidR="005B66E0" w:rsidRPr="00553FE6" w:rsidRDefault="00553FE6">
      <w:pPr>
        <w:spacing w:after="160"/>
        <w:rPr>
          <w:lang w:val="pl-PL"/>
        </w:rPr>
      </w:pPr>
      <w:r w:rsidRPr="00553FE6">
        <w:rPr>
          <w:lang w:val="pl-PL"/>
        </w:rPr>
        <w:t xml:space="preserve">Dotyczy postępowania pn. </w:t>
      </w:r>
      <w:r w:rsidRPr="00553FE6">
        <w:rPr>
          <w:lang w:val="pl-PL"/>
        </w:rPr>
        <w:t>Usługa okresowych przeglądów aparatury medycznej</w:t>
      </w:r>
      <w:r w:rsidRPr="00553FE6">
        <w:rPr>
          <w:lang w:val="pl-PL"/>
        </w:rPr>
        <w:t xml:space="preserve"> (ZP/2501/90</w:t>
      </w:r>
      <w:r w:rsidRPr="00553FE6">
        <w:rPr>
          <w:lang w:val="pl-PL"/>
        </w:rPr>
        <w:t>/26)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9"/>
        <w:gridCol w:w="4867"/>
      </w:tblGrid>
      <w:tr w:rsidR="005B66E0" w14:paraId="2CDC8FD5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022F84" w14:textId="77777777" w:rsidR="005B66E0" w:rsidRDefault="00553FE6">
            <w:proofErr w:type="spellStart"/>
            <w:r>
              <w:t>Pełna</w:t>
            </w:r>
            <w:proofErr w:type="spellEnd"/>
            <w:r>
              <w:t xml:space="preserve"> </w:t>
            </w:r>
            <w:proofErr w:type="spellStart"/>
            <w:r>
              <w:t>nazwa</w:t>
            </w:r>
            <w:proofErr w:type="spellEnd"/>
            <w:r>
              <w:t xml:space="preserve"> </w:t>
            </w:r>
            <w:proofErr w:type="spellStart"/>
            <w:r>
              <w:t>Wykonawcy</w:t>
            </w:r>
            <w:proofErr w:type="spellEnd"/>
            <w:r>
              <w:t>: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E5BEFB" w14:textId="77777777" w:rsidR="005B66E0" w:rsidRDefault="005B66E0"/>
        </w:tc>
      </w:tr>
      <w:tr w:rsidR="005B66E0" w14:paraId="6479D364" w14:textId="77777777">
        <w:trPr>
          <w:jc w:val="center"/>
        </w:trPr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86A08B" w14:textId="77777777" w:rsidR="005B66E0" w:rsidRDefault="00553FE6">
            <w:r>
              <w:t>Adres Wykonawcy:</w:t>
            </w:r>
          </w:p>
        </w:tc>
        <w:tc>
          <w:tcPr>
            <w:tcW w:w="48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C9B6E2" w14:textId="77777777" w:rsidR="005B66E0" w:rsidRDefault="005B66E0"/>
        </w:tc>
      </w:tr>
    </w:tbl>
    <w:p w14:paraId="30AF949F" w14:textId="40A21E09" w:rsidR="005B66E0" w:rsidRPr="00553FE6" w:rsidRDefault="00553FE6">
      <w:pPr>
        <w:keepNext/>
        <w:spacing w:before="140" w:after="40"/>
        <w:rPr>
          <w:lang w:val="pl-PL"/>
        </w:rPr>
      </w:pPr>
      <w:r w:rsidRPr="00553FE6">
        <w:rPr>
          <w:b/>
          <w:color w:val="1F4E79"/>
          <w:lang w:val="pl-PL"/>
        </w:rPr>
        <w:t xml:space="preserve">A. </w:t>
      </w:r>
      <w:r w:rsidRPr="00553FE6">
        <w:rPr>
          <w:b/>
          <w:color w:val="1F4E79"/>
          <w:lang w:val="pl-PL"/>
        </w:rPr>
        <w:t>Wykaz osób, skierowanych przez wykonawcę do realizacji zamówienia</w:t>
      </w:r>
    </w:p>
    <w:p w14:paraId="5AE563D0" w14:textId="75D2BA5F" w:rsidR="005B66E0" w:rsidRPr="00553FE6" w:rsidRDefault="005B66E0">
      <w:pPr>
        <w:rPr>
          <w:lang w:val="pl-PL"/>
        </w:rPr>
      </w:pPr>
    </w:p>
    <w:tbl>
      <w:tblPr>
        <w:tblStyle w:val="Tabela-Siatka"/>
        <w:tblW w:w="9896" w:type="dxa"/>
        <w:jc w:val="center"/>
        <w:tblLook w:val="04A0" w:firstRow="1" w:lastRow="0" w:firstColumn="1" w:lastColumn="0" w:noHBand="0" w:noVBand="1"/>
      </w:tblPr>
      <w:tblGrid>
        <w:gridCol w:w="410"/>
        <w:gridCol w:w="1958"/>
        <w:gridCol w:w="1762"/>
        <w:gridCol w:w="1447"/>
        <w:gridCol w:w="2335"/>
        <w:gridCol w:w="1984"/>
      </w:tblGrid>
      <w:tr w:rsidR="00553FE6" w14:paraId="3EA023DD" w14:textId="77777777" w:rsidTr="00553FE6">
        <w:trPr>
          <w:tblHeader/>
          <w:jc w:val="center"/>
        </w:trPr>
        <w:tc>
          <w:tcPr>
            <w:tcW w:w="410" w:type="dxa"/>
            <w:shd w:val="clear" w:color="auto" w:fill="D9EA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330A6A" w14:textId="77777777" w:rsidR="00553FE6" w:rsidRDefault="00553FE6">
            <w:pPr>
              <w:jc w:val="center"/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58" w:type="dxa"/>
            <w:shd w:val="clear" w:color="auto" w:fill="D9EA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2354E9" w14:textId="77777777" w:rsidR="00553FE6" w:rsidRDefault="00553FE6">
            <w:pPr>
              <w:jc w:val="center"/>
            </w:pPr>
            <w:r>
              <w:rPr>
                <w:b/>
              </w:rPr>
              <w:t>Imię i nazwisko</w:t>
            </w:r>
          </w:p>
        </w:tc>
        <w:tc>
          <w:tcPr>
            <w:tcW w:w="1762" w:type="dxa"/>
            <w:shd w:val="clear" w:color="auto" w:fill="D9EA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87D1E4C" w14:textId="7F1AEEFE" w:rsidR="00553FE6" w:rsidRPr="00553FE6" w:rsidRDefault="00553FE6">
            <w:pPr>
              <w:jc w:val="center"/>
              <w:rPr>
                <w:lang w:val="pl-PL"/>
              </w:rPr>
            </w:pPr>
            <w:r>
              <w:rPr>
                <w:b/>
                <w:lang w:val="pl-PL"/>
              </w:rPr>
              <w:t>Proponowana funkcja</w:t>
            </w:r>
          </w:p>
        </w:tc>
        <w:tc>
          <w:tcPr>
            <w:tcW w:w="1447" w:type="dxa"/>
            <w:shd w:val="clear" w:color="auto" w:fill="D9EAF7"/>
            <w:vAlign w:val="center"/>
          </w:tcPr>
          <w:p w14:paraId="5CAE7049" w14:textId="5691EFD6" w:rsidR="00553FE6" w:rsidRPr="00553FE6" w:rsidRDefault="00553FE6" w:rsidP="00553FE6">
            <w:pPr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Wykształcenie</w:t>
            </w:r>
          </w:p>
        </w:tc>
        <w:tc>
          <w:tcPr>
            <w:tcW w:w="2335" w:type="dxa"/>
            <w:shd w:val="clear" w:color="auto" w:fill="D9EA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003787" w14:textId="16D29D28" w:rsidR="00553FE6" w:rsidRPr="00553FE6" w:rsidRDefault="00553FE6">
            <w:pPr>
              <w:jc w:val="center"/>
              <w:rPr>
                <w:b/>
                <w:bCs/>
                <w:lang w:val="pl-PL"/>
              </w:rPr>
            </w:pPr>
            <w:r w:rsidRPr="00553FE6">
              <w:rPr>
                <w:rFonts w:eastAsia="Times New Roman"/>
                <w:b/>
                <w:bCs/>
                <w:szCs w:val="16"/>
                <w:lang w:val="pl-PL"/>
              </w:rPr>
              <w:t>Doświadczenie (należy podać informacje, które potwierdzą spełnianie warunku opisanego w SWZ.</w:t>
            </w:r>
            <w:r>
              <w:rPr>
                <w:rFonts w:eastAsia="Times New Roman"/>
                <w:b/>
                <w:bCs/>
                <w:szCs w:val="16"/>
                <w:lang w:val="pl-PL"/>
              </w:rPr>
              <w:t>)</w:t>
            </w:r>
            <w:r w:rsidRPr="00553FE6">
              <w:rPr>
                <w:rFonts w:eastAsia="Times New Roman"/>
                <w:b/>
                <w:bCs/>
                <w:szCs w:val="16"/>
                <w:lang w:val="pl-PL"/>
              </w:rPr>
              <w:t>*</w:t>
            </w:r>
          </w:p>
        </w:tc>
        <w:tc>
          <w:tcPr>
            <w:tcW w:w="1984" w:type="dxa"/>
            <w:shd w:val="clear" w:color="auto" w:fill="D9EA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5F21CA" w14:textId="474F72C5" w:rsidR="00553FE6" w:rsidRDefault="00553FE6">
            <w:pPr>
              <w:jc w:val="center"/>
            </w:pPr>
            <w:proofErr w:type="spellStart"/>
            <w:r>
              <w:rPr>
                <w:b/>
              </w:rPr>
              <w:t>Podstawa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dysponowania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osobą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53FE6" w14:paraId="0045A992" w14:textId="77777777" w:rsidTr="00553FE6">
        <w:trPr>
          <w:jc w:val="center"/>
        </w:trPr>
        <w:tc>
          <w:tcPr>
            <w:tcW w:w="41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08CBB31" w14:textId="77777777" w:rsidR="00553FE6" w:rsidRDefault="00553FE6">
            <w:r>
              <w:t>1</w:t>
            </w:r>
          </w:p>
        </w:tc>
        <w:tc>
          <w:tcPr>
            <w:tcW w:w="195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F5FB79" w14:textId="77777777" w:rsidR="00553FE6" w:rsidRDefault="00553FE6"/>
        </w:tc>
        <w:tc>
          <w:tcPr>
            <w:tcW w:w="176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BD4565" w14:textId="77777777" w:rsidR="00553FE6" w:rsidRDefault="00553FE6"/>
        </w:tc>
        <w:tc>
          <w:tcPr>
            <w:tcW w:w="1447" w:type="dxa"/>
          </w:tcPr>
          <w:p w14:paraId="18D3E7EC" w14:textId="77777777" w:rsidR="00553FE6" w:rsidRDefault="00553FE6"/>
        </w:tc>
        <w:tc>
          <w:tcPr>
            <w:tcW w:w="233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1C17DF" w14:textId="2B167D5B" w:rsidR="00553FE6" w:rsidRDefault="00553FE6"/>
        </w:tc>
        <w:tc>
          <w:tcPr>
            <w:tcW w:w="19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CC9A3B" w14:textId="77777777" w:rsidR="00553FE6" w:rsidRDefault="00553FE6"/>
        </w:tc>
      </w:tr>
      <w:tr w:rsidR="00553FE6" w14:paraId="0D545F2A" w14:textId="77777777" w:rsidTr="00553FE6">
        <w:trPr>
          <w:jc w:val="center"/>
        </w:trPr>
        <w:tc>
          <w:tcPr>
            <w:tcW w:w="41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86FB51" w14:textId="77777777" w:rsidR="00553FE6" w:rsidRDefault="00553FE6">
            <w:r>
              <w:t>2</w:t>
            </w:r>
          </w:p>
        </w:tc>
        <w:tc>
          <w:tcPr>
            <w:tcW w:w="195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640B86" w14:textId="77777777" w:rsidR="00553FE6" w:rsidRDefault="00553FE6"/>
        </w:tc>
        <w:tc>
          <w:tcPr>
            <w:tcW w:w="176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1AE545" w14:textId="77777777" w:rsidR="00553FE6" w:rsidRDefault="00553FE6"/>
        </w:tc>
        <w:tc>
          <w:tcPr>
            <w:tcW w:w="1447" w:type="dxa"/>
          </w:tcPr>
          <w:p w14:paraId="6AF60781" w14:textId="77777777" w:rsidR="00553FE6" w:rsidRDefault="00553FE6"/>
        </w:tc>
        <w:tc>
          <w:tcPr>
            <w:tcW w:w="233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BDA4B34" w14:textId="147516BD" w:rsidR="00553FE6" w:rsidRDefault="00553FE6"/>
        </w:tc>
        <w:tc>
          <w:tcPr>
            <w:tcW w:w="19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83DA23" w14:textId="77777777" w:rsidR="00553FE6" w:rsidRDefault="00553FE6"/>
        </w:tc>
      </w:tr>
      <w:tr w:rsidR="00553FE6" w14:paraId="281D00A0" w14:textId="77777777" w:rsidTr="00553FE6">
        <w:trPr>
          <w:jc w:val="center"/>
        </w:trPr>
        <w:tc>
          <w:tcPr>
            <w:tcW w:w="41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D377D7" w14:textId="77777777" w:rsidR="00553FE6" w:rsidRDefault="00553FE6">
            <w:r>
              <w:t>3</w:t>
            </w:r>
          </w:p>
        </w:tc>
        <w:tc>
          <w:tcPr>
            <w:tcW w:w="195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A96C0A" w14:textId="77777777" w:rsidR="00553FE6" w:rsidRDefault="00553FE6"/>
        </w:tc>
        <w:tc>
          <w:tcPr>
            <w:tcW w:w="176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A29C10" w14:textId="77777777" w:rsidR="00553FE6" w:rsidRDefault="00553FE6"/>
        </w:tc>
        <w:tc>
          <w:tcPr>
            <w:tcW w:w="1447" w:type="dxa"/>
          </w:tcPr>
          <w:p w14:paraId="19894083" w14:textId="77777777" w:rsidR="00553FE6" w:rsidRDefault="00553FE6"/>
        </w:tc>
        <w:tc>
          <w:tcPr>
            <w:tcW w:w="233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4A093F" w14:textId="7B8ADE90" w:rsidR="00553FE6" w:rsidRDefault="00553FE6"/>
        </w:tc>
        <w:tc>
          <w:tcPr>
            <w:tcW w:w="19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551A469" w14:textId="77777777" w:rsidR="00553FE6" w:rsidRDefault="00553FE6"/>
        </w:tc>
      </w:tr>
      <w:tr w:rsidR="00553FE6" w14:paraId="0742DCCD" w14:textId="77777777" w:rsidTr="00553FE6">
        <w:trPr>
          <w:jc w:val="center"/>
        </w:trPr>
        <w:tc>
          <w:tcPr>
            <w:tcW w:w="41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ADC19A" w14:textId="77777777" w:rsidR="00553FE6" w:rsidRDefault="00553FE6">
            <w:r>
              <w:t>4</w:t>
            </w:r>
          </w:p>
        </w:tc>
        <w:tc>
          <w:tcPr>
            <w:tcW w:w="195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E93C16" w14:textId="77777777" w:rsidR="00553FE6" w:rsidRDefault="00553FE6"/>
        </w:tc>
        <w:tc>
          <w:tcPr>
            <w:tcW w:w="176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B2FDAC" w14:textId="77777777" w:rsidR="00553FE6" w:rsidRDefault="00553FE6"/>
        </w:tc>
        <w:tc>
          <w:tcPr>
            <w:tcW w:w="1447" w:type="dxa"/>
          </w:tcPr>
          <w:p w14:paraId="6546E9A3" w14:textId="77777777" w:rsidR="00553FE6" w:rsidRDefault="00553FE6"/>
        </w:tc>
        <w:tc>
          <w:tcPr>
            <w:tcW w:w="233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BA759E" w14:textId="417CA15B" w:rsidR="00553FE6" w:rsidRDefault="00553FE6"/>
        </w:tc>
        <w:tc>
          <w:tcPr>
            <w:tcW w:w="198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3F08D6" w14:textId="77777777" w:rsidR="00553FE6" w:rsidRDefault="00553FE6"/>
        </w:tc>
      </w:tr>
    </w:tbl>
    <w:p w14:paraId="00C7C26A" w14:textId="77777777" w:rsidR="005B66E0" w:rsidRDefault="005B66E0"/>
    <w:p w14:paraId="0F312936" w14:textId="77777777" w:rsidR="00553FE6" w:rsidRDefault="00553FE6"/>
    <w:p w14:paraId="1EC20130" w14:textId="77777777" w:rsidR="00553FE6" w:rsidRPr="00553FE6" w:rsidRDefault="00553FE6" w:rsidP="00553FE6">
      <w:pPr>
        <w:spacing w:before="120"/>
        <w:rPr>
          <w:rFonts w:eastAsia="Times New Roman"/>
          <w:b/>
          <w:sz w:val="20"/>
          <w:lang w:val="pl-PL"/>
        </w:rPr>
      </w:pPr>
      <w:r w:rsidRPr="00553FE6">
        <w:rPr>
          <w:rFonts w:eastAsia="Times New Roman"/>
          <w:b/>
          <w:lang w:val="pl-PL"/>
        </w:rPr>
        <w:t>*zamawiający wymaga przedstawienia m.in. informacji dotyczących:</w:t>
      </w:r>
    </w:p>
    <w:p w14:paraId="13B453E6" w14:textId="77777777" w:rsidR="00553FE6" w:rsidRPr="00553FE6" w:rsidRDefault="00553FE6" w:rsidP="00553FE6">
      <w:pPr>
        <w:numPr>
          <w:ilvl w:val="0"/>
          <w:numId w:val="10"/>
        </w:num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pacing w:before="120"/>
        <w:rPr>
          <w:rFonts w:eastAsia="Times New Roman"/>
          <w:lang w:val="pl-PL"/>
        </w:rPr>
      </w:pPr>
      <w:r w:rsidRPr="00553FE6">
        <w:rPr>
          <w:rFonts w:eastAsia="Times New Roman"/>
          <w:lang w:val="pl-PL"/>
        </w:rPr>
        <w:t>nazwy urządzeń medycznych oraz ich rok produkcji, na które powołuje się wykonawca w celu wykazania spełnienia warunku udziału w postępowaniu.</w:t>
      </w:r>
    </w:p>
    <w:p w14:paraId="080360A5" w14:textId="77777777" w:rsidR="00553FE6" w:rsidRPr="00553FE6" w:rsidRDefault="00553FE6" w:rsidP="00553FE6">
      <w:pPr>
        <w:numPr>
          <w:ilvl w:val="0"/>
          <w:numId w:val="10"/>
        </w:num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pacing w:before="120"/>
        <w:rPr>
          <w:rFonts w:eastAsia="Times New Roman"/>
          <w:lang w:val="pl-PL"/>
        </w:rPr>
      </w:pPr>
      <w:r w:rsidRPr="00553FE6">
        <w:rPr>
          <w:rFonts w:eastAsia="Times New Roman"/>
          <w:lang w:val="pl-PL"/>
        </w:rPr>
        <w:t>nazwy i adresu podmiotu na rzecz którego wykonywane były czynności serwisowe na które powołuje się wykonawca w celu wykazania spełnienia warunku udziału w postępowaniu.</w:t>
      </w:r>
    </w:p>
    <w:p w14:paraId="574AFE24" w14:textId="77777777" w:rsidR="00553FE6" w:rsidRPr="00553FE6" w:rsidRDefault="00553FE6">
      <w:pPr>
        <w:rPr>
          <w:lang w:val="pl-PL"/>
        </w:rPr>
      </w:pPr>
    </w:p>
    <w:p w14:paraId="10073610" w14:textId="77777777" w:rsidR="00553FE6" w:rsidRPr="00553FE6" w:rsidRDefault="00553FE6">
      <w:pPr>
        <w:rPr>
          <w:lang w:val="pl-PL"/>
        </w:rPr>
      </w:pPr>
    </w:p>
    <w:p w14:paraId="60E55723" w14:textId="77777777" w:rsidR="00553FE6" w:rsidRPr="00553FE6" w:rsidRDefault="00553FE6">
      <w:pPr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5B66E0" w:rsidRPr="00553FE6" w14:paraId="064E5909" w14:textId="77777777">
        <w:trPr>
          <w:jc w:val="center"/>
        </w:trPr>
        <w:tc>
          <w:tcPr>
            <w:tcW w:w="9746" w:type="dxa"/>
          </w:tcPr>
          <w:p w14:paraId="0A7A063F" w14:textId="1CDA17E0" w:rsidR="005B66E0" w:rsidRPr="00553FE6" w:rsidRDefault="00553FE6">
            <w:pPr>
              <w:jc w:val="center"/>
              <w:rPr>
                <w:lang w:val="pl-PL"/>
              </w:rPr>
            </w:pPr>
            <w:r w:rsidRPr="00553FE6">
              <w:rPr>
                <w:lang w:val="pl-PL"/>
              </w:rPr>
              <w:t xml:space="preserve">Data; kwalifikowany podpis elektroniczny </w:t>
            </w:r>
          </w:p>
        </w:tc>
      </w:tr>
    </w:tbl>
    <w:p w14:paraId="06BA6B74" w14:textId="77777777" w:rsidR="00553FE6" w:rsidRPr="00553FE6" w:rsidRDefault="00553FE6">
      <w:pPr>
        <w:rPr>
          <w:lang w:val="pl-PL"/>
        </w:rPr>
      </w:pPr>
    </w:p>
    <w:sectPr w:rsidR="00000000" w:rsidRPr="00553FE6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 w16cid:durableId="507477068">
    <w:abstractNumId w:val="8"/>
  </w:num>
  <w:num w:numId="2" w16cid:durableId="1122847052">
    <w:abstractNumId w:val="6"/>
  </w:num>
  <w:num w:numId="3" w16cid:durableId="1999117713">
    <w:abstractNumId w:val="5"/>
  </w:num>
  <w:num w:numId="4" w16cid:durableId="797726932">
    <w:abstractNumId w:val="4"/>
  </w:num>
  <w:num w:numId="5" w16cid:durableId="1448505610">
    <w:abstractNumId w:val="7"/>
  </w:num>
  <w:num w:numId="6" w16cid:durableId="827286902">
    <w:abstractNumId w:val="3"/>
  </w:num>
  <w:num w:numId="7" w16cid:durableId="899907500">
    <w:abstractNumId w:val="2"/>
  </w:num>
  <w:num w:numId="8" w16cid:durableId="1502354129">
    <w:abstractNumId w:val="1"/>
  </w:num>
  <w:num w:numId="9" w16cid:durableId="636184103">
    <w:abstractNumId w:val="0"/>
  </w:num>
  <w:num w:numId="10" w16cid:durableId="7263119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53FE6"/>
    <w:rsid w:val="005B66E0"/>
    <w:rsid w:val="00AA1D8D"/>
    <w:rsid w:val="00B47730"/>
    <w:rsid w:val="00C5247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E09999"/>
  <w14:defaultImageDpi w14:val="300"/>
  <w15:docId w15:val="{9AFC445E-F0E4-4073-B827-BF721D39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774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Paulina Witkowska</cp:lastModifiedBy>
  <cp:revision>2</cp:revision>
  <dcterms:created xsi:type="dcterms:W3CDTF">2026-09-03T11:07:00Z</dcterms:created>
  <dcterms:modified xsi:type="dcterms:W3CDTF">2026-09-03T11:07:00Z</dcterms:modified>
  <cp:category/>
</cp:coreProperties>
</file>