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272102" w14:paraId="07DC4921" w14:textId="77777777">
        <w:trPr>
          <w:jc w:val="center"/>
        </w:trPr>
        <w:tc>
          <w:tcPr>
            <w:tcW w:w="4873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0" w:type="dxa"/>
              <w:left w:w="0" w:type="dxa"/>
              <w:bottom w:w="50" w:type="dxa"/>
              <w:right w:w="0" w:type="dxa"/>
            </w:tcMar>
            <w:vAlign w:val="center"/>
          </w:tcPr>
          <w:p w14:paraId="626BF3DA" w14:textId="77777777" w:rsidR="00272102" w:rsidRDefault="00BD65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3CAA96" wp14:editId="6068EDDE">
                  <wp:extent cx="954000" cy="63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" cy="6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0" w:type="dxa"/>
              <w:left w:w="0" w:type="dxa"/>
              <w:bottom w:w="50" w:type="dxa"/>
              <w:right w:w="0" w:type="dxa"/>
            </w:tcMar>
            <w:vAlign w:val="center"/>
          </w:tcPr>
          <w:p w14:paraId="6276EFD9" w14:textId="77777777" w:rsidR="00272102" w:rsidRDefault="00BD65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7A5263" wp14:editId="53B779A7">
                  <wp:extent cx="1530000" cy="54433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54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EE1CAE" w14:textId="59808347" w:rsidR="00272102" w:rsidRPr="003F00AD" w:rsidRDefault="00BD6587">
      <w:pPr>
        <w:spacing w:before="140" w:after="60"/>
        <w:jc w:val="right"/>
        <w:rPr>
          <w:lang w:val="pl-PL"/>
        </w:rPr>
      </w:pPr>
      <w:r w:rsidRPr="003F00AD">
        <w:rPr>
          <w:b/>
          <w:lang w:val="pl-PL"/>
        </w:rPr>
        <w:t xml:space="preserve">Załącznik nr </w:t>
      </w:r>
      <w:r>
        <w:rPr>
          <w:b/>
          <w:lang w:val="pl-PL"/>
        </w:rPr>
        <w:t>5</w:t>
      </w:r>
      <w:r w:rsidRPr="003F00AD">
        <w:rPr>
          <w:b/>
          <w:lang w:val="pl-PL"/>
        </w:rPr>
        <w:t xml:space="preserve"> – Zobowiązanie podmiotu udostępniającego zasoby</w:t>
      </w:r>
    </w:p>
    <w:p w14:paraId="51CF00B3" w14:textId="690684F7" w:rsidR="00272102" w:rsidRPr="003F00AD" w:rsidRDefault="00BD6587">
      <w:pPr>
        <w:spacing w:after="160"/>
        <w:rPr>
          <w:lang w:val="pl-PL"/>
        </w:rPr>
      </w:pPr>
      <w:r w:rsidRPr="003F00AD">
        <w:rPr>
          <w:lang w:val="pl-PL"/>
        </w:rPr>
        <w:t xml:space="preserve">Dotyczy postępowania pn. </w:t>
      </w:r>
      <w:r w:rsidR="003F00AD" w:rsidRPr="003F00AD">
        <w:rPr>
          <w:lang w:val="pl-PL"/>
        </w:rPr>
        <w:t>Usługa okresowych przeglądów aparatury medycznej</w:t>
      </w:r>
      <w:r w:rsidR="003F00AD" w:rsidRPr="003F00AD">
        <w:rPr>
          <w:lang w:val="pl-PL"/>
        </w:rPr>
        <w:t xml:space="preserve"> </w:t>
      </w:r>
      <w:r w:rsidRPr="003F00AD">
        <w:rPr>
          <w:lang w:val="pl-PL"/>
        </w:rPr>
        <w:t>(ZP/2501/</w:t>
      </w:r>
      <w:r w:rsidR="003F00AD">
        <w:rPr>
          <w:lang w:val="pl-PL"/>
        </w:rPr>
        <w:t>90</w:t>
      </w:r>
      <w:r w:rsidRPr="003F00AD">
        <w:rPr>
          <w:lang w:val="pl-PL"/>
        </w:rPr>
        <w:t>/26)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4867"/>
      </w:tblGrid>
      <w:tr w:rsidR="00272102" w:rsidRPr="003F00AD" w14:paraId="4CA00EF4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5AA36E" w14:textId="77777777" w:rsidR="00272102" w:rsidRPr="003F00AD" w:rsidRDefault="00BD6587">
            <w:pPr>
              <w:rPr>
                <w:lang w:val="pl-PL"/>
              </w:rPr>
            </w:pPr>
            <w:r w:rsidRPr="003F00AD">
              <w:rPr>
                <w:lang w:val="pl-PL"/>
              </w:rPr>
              <w:t>Pełna nazwa podmiotu udostępniającego zasoby: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3C629D" w14:textId="77777777" w:rsidR="00272102" w:rsidRPr="003F00AD" w:rsidRDefault="00272102">
            <w:pPr>
              <w:rPr>
                <w:lang w:val="pl-PL"/>
              </w:rPr>
            </w:pPr>
          </w:p>
        </w:tc>
      </w:tr>
      <w:tr w:rsidR="00272102" w14:paraId="0BD01852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6A9263" w14:textId="77777777" w:rsidR="00272102" w:rsidRDefault="00BD6587">
            <w:r>
              <w:t>Adres: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7EC173" w14:textId="77777777" w:rsidR="00272102" w:rsidRDefault="00272102"/>
        </w:tc>
      </w:tr>
      <w:tr w:rsidR="00272102" w:rsidRPr="003F00AD" w14:paraId="5361B184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41B677" w14:textId="77777777" w:rsidR="00272102" w:rsidRPr="003F00AD" w:rsidRDefault="00BD6587">
            <w:pPr>
              <w:rPr>
                <w:lang w:val="pl-PL"/>
              </w:rPr>
            </w:pPr>
            <w:r w:rsidRPr="003F00AD">
              <w:rPr>
                <w:lang w:val="pl-PL"/>
              </w:rPr>
              <w:t>Wykonawca, któremu udostępniane są zasoby: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01C14D" w14:textId="77777777" w:rsidR="00272102" w:rsidRPr="003F00AD" w:rsidRDefault="00272102">
            <w:pPr>
              <w:rPr>
                <w:lang w:val="pl-PL"/>
              </w:rPr>
            </w:pPr>
          </w:p>
        </w:tc>
      </w:tr>
    </w:tbl>
    <w:p w14:paraId="65E3E93F" w14:textId="77777777" w:rsidR="00272102" w:rsidRPr="003F00AD" w:rsidRDefault="00BD6587">
      <w:pPr>
        <w:spacing w:after="60"/>
        <w:rPr>
          <w:lang w:val="pl-PL"/>
        </w:rPr>
      </w:pPr>
      <w:r w:rsidRPr="003F00AD">
        <w:rPr>
          <w:lang w:val="pl-PL"/>
        </w:rPr>
        <w:t>Zobowiązuję się do oddania Wykonawcy do dyspozycji niezbędnych zasobów na potrzeby realizacji przedmiotowego zamówienia.</w:t>
      </w:r>
    </w:p>
    <w:p w14:paraId="7377FCFC" w14:textId="77777777" w:rsidR="00272102" w:rsidRPr="003F00AD" w:rsidRDefault="00BD6587">
      <w:pPr>
        <w:keepNext/>
        <w:spacing w:before="140" w:after="40"/>
        <w:rPr>
          <w:lang w:val="pl-PL"/>
        </w:rPr>
      </w:pPr>
      <w:r w:rsidRPr="003F00AD">
        <w:rPr>
          <w:b/>
          <w:color w:val="1F4E79"/>
          <w:lang w:val="pl-PL"/>
        </w:rPr>
        <w:t>Rodzaj udostępnianych zasobów – zaznaczyć właściwe</w:t>
      </w:r>
    </w:p>
    <w:p w14:paraId="5D314D5A" w14:textId="77777777" w:rsidR="00272102" w:rsidRPr="003F00AD" w:rsidRDefault="00BD6587">
      <w:pPr>
        <w:rPr>
          <w:lang w:val="pl-PL"/>
        </w:rPr>
      </w:pPr>
      <w:sdt>
        <w:sdtPr>
          <w:rPr>
            <w:lang w:val="pl-PL"/>
          </w:rPr>
          <w:alias w:val="RES_ECON"/>
          <w:tag w:val="RES_ECON"/>
          <w:id w:val="1344692260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Pr="003F00AD">
            <w:rPr>
              <w:rFonts w:ascii="Segoe UI Symbol" w:hAnsi="Segoe UI Symbol"/>
              <w:lang w:val="pl-PL"/>
            </w:rPr>
            <w:t>☐</w:t>
          </w:r>
        </w:sdtContent>
      </w:sdt>
      <w:r w:rsidRPr="003F00AD">
        <w:rPr>
          <w:lang w:val="pl-PL"/>
        </w:rPr>
        <w:t xml:space="preserve"> sytuacja ekonomiczna lub finansowa</w:t>
      </w:r>
    </w:p>
    <w:p w14:paraId="47714EA3" w14:textId="77777777" w:rsidR="00272102" w:rsidRPr="003F00AD" w:rsidRDefault="00BD6587">
      <w:pPr>
        <w:rPr>
          <w:lang w:val="pl-PL"/>
        </w:rPr>
      </w:pPr>
      <w:sdt>
        <w:sdtPr>
          <w:rPr>
            <w:lang w:val="pl-PL"/>
          </w:rPr>
          <w:alias w:val="RES_TECH"/>
          <w:tag w:val="RES_TECH"/>
          <w:id w:val="1606413794"/>
          <w14:checkbox>
            <w14:checked w14:val="0"/>
            <w14:checkedState w14:val="2612" w14:font="Segoe UI Symbol"/>
            <w14:uncheckedState w14:val="2610" w14:font="Segoe UI Symbol"/>
          </w14:checkbox>
        </w:sdtPr>
        <w:sdtEndPr/>
        <w:sdtContent>
          <w:r w:rsidRPr="003F00AD">
            <w:rPr>
              <w:rFonts w:ascii="Segoe UI Symbol" w:hAnsi="Segoe UI Symbol"/>
              <w:lang w:val="pl-PL"/>
            </w:rPr>
            <w:t>☐</w:t>
          </w:r>
        </w:sdtContent>
      </w:sdt>
      <w:r w:rsidRPr="003F00AD">
        <w:rPr>
          <w:lang w:val="pl-PL"/>
        </w:rPr>
        <w:t xml:space="preserve"> zdolność techniczna lub zawodowa, w tym doświadczenie lub personel</w:t>
      </w:r>
    </w:p>
    <w:p w14:paraId="60E28DFE" w14:textId="1F882F81" w:rsidR="00272102" w:rsidRPr="003F00AD" w:rsidRDefault="00272102">
      <w:pPr>
        <w:spacing w:after="8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4867"/>
      </w:tblGrid>
      <w:tr w:rsidR="00272102" w14:paraId="48EC441E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6E2DC0" w14:textId="77777777" w:rsidR="00272102" w:rsidRDefault="00BD6587">
            <w:r>
              <w:t>Zakres udostępnianych zasobów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3DE0ED9" w14:textId="77777777" w:rsidR="00272102" w:rsidRDefault="00272102"/>
        </w:tc>
      </w:tr>
      <w:tr w:rsidR="00272102" w14:paraId="5E8ADF91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AFE0FF6" w14:textId="77777777" w:rsidR="00272102" w:rsidRDefault="00BD6587">
            <w:r>
              <w:t>Sposób udostępnienia zasobów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B71AC5" w14:textId="77777777" w:rsidR="00272102" w:rsidRDefault="00272102"/>
        </w:tc>
      </w:tr>
      <w:tr w:rsidR="00272102" w:rsidRPr="003F00AD" w14:paraId="0A8BC8F5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AF9C04" w14:textId="77777777" w:rsidR="00272102" w:rsidRPr="003F00AD" w:rsidRDefault="00BD6587">
            <w:pPr>
              <w:rPr>
                <w:lang w:val="pl-PL"/>
              </w:rPr>
            </w:pPr>
            <w:r w:rsidRPr="003F00AD">
              <w:rPr>
                <w:lang w:val="pl-PL"/>
              </w:rPr>
              <w:t>Okres udostępnienia i wykorzystania zasobów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00ECDE" w14:textId="77777777" w:rsidR="00272102" w:rsidRPr="003F00AD" w:rsidRDefault="00272102">
            <w:pPr>
              <w:rPr>
                <w:lang w:val="pl-PL"/>
              </w:rPr>
            </w:pPr>
          </w:p>
        </w:tc>
      </w:tr>
      <w:tr w:rsidR="00272102" w:rsidRPr="003F00AD" w14:paraId="3ADFD898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FA91D58" w14:textId="77777777" w:rsidR="00272102" w:rsidRPr="003F00AD" w:rsidRDefault="00BD6587">
            <w:pPr>
              <w:rPr>
                <w:lang w:val="pl-PL"/>
              </w:rPr>
            </w:pPr>
            <w:r w:rsidRPr="003F00AD">
              <w:rPr>
                <w:lang w:val="pl-PL"/>
              </w:rPr>
              <w:t>Zakres usług, które podmiot udostępniający zasoby będzie realizował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D7979B" w14:textId="77777777" w:rsidR="00272102" w:rsidRPr="003F00AD" w:rsidRDefault="00272102">
            <w:pPr>
              <w:rPr>
                <w:lang w:val="pl-PL"/>
              </w:rPr>
            </w:pPr>
          </w:p>
        </w:tc>
      </w:tr>
      <w:tr w:rsidR="00272102" w:rsidRPr="003F00AD" w14:paraId="72FA4A4F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851D68" w14:textId="77777777" w:rsidR="00272102" w:rsidRPr="003F00AD" w:rsidRDefault="00BD6587">
            <w:pPr>
              <w:rPr>
                <w:lang w:val="pl-PL"/>
              </w:rPr>
            </w:pPr>
            <w:r w:rsidRPr="003F00AD">
              <w:rPr>
                <w:lang w:val="pl-PL"/>
              </w:rPr>
              <w:t>Inne informacje potwierdzające rzeczywisty dostęp Wykonawcy do zasobów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C5DE9E" w14:textId="77777777" w:rsidR="00272102" w:rsidRPr="003F00AD" w:rsidRDefault="00272102">
            <w:pPr>
              <w:rPr>
                <w:lang w:val="pl-PL"/>
              </w:rPr>
            </w:pPr>
          </w:p>
        </w:tc>
      </w:tr>
    </w:tbl>
    <w:p w14:paraId="07019CA8" w14:textId="77777777" w:rsidR="00272102" w:rsidRPr="003F00AD" w:rsidRDefault="00272102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272102" w:rsidRPr="003F00AD" w14:paraId="2D5E1435" w14:textId="77777777">
        <w:trPr>
          <w:jc w:val="center"/>
        </w:trPr>
        <w:tc>
          <w:tcPr>
            <w:tcW w:w="9746" w:type="dxa"/>
          </w:tcPr>
          <w:p w14:paraId="63E3987E" w14:textId="3A27D9BD" w:rsidR="00272102" w:rsidRPr="003F00AD" w:rsidRDefault="00BD6587">
            <w:pPr>
              <w:jc w:val="center"/>
              <w:rPr>
                <w:lang w:val="pl-PL"/>
              </w:rPr>
            </w:pPr>
            <w:r w:rsidRPr="003F00AD">
              <w:rPr>
                <w:lang w:val="pl-PL"/>
              </w:rPr>
              <w:t xml:space="preserve">Data; kwalifikowany podpis elektroniczny </w:t>
            </w:r>
          </w:p>
        </w:tc>
      </w:tr>
    </w:tbl>
    <w:p w14:paraId="0D3A0774" w14:textId="77777777" w:rsidR="00BD6587" w:rsidRPr="003F00AD" w:rsidRDefault="00BD6587">
      <w:pPr>
        <w:rPr>
          <w:lang w:val="pl-PL"/>
        </w:rPr>
      </w:pPr>
    </w:p>
    <w:sectPr w:rsidR="00000000" w:rsidRPr="003F00AD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4230729">
    <w:abstractNumId w:val="8"/>
  </w:num>
  <w:num w:numId="2" w16cid:durableId="534586283">
    <w:abstractNumId w:val="6"/>
  </w:num>
  <w:num w:numId="3" w16cid:durableId="1011882055">
    <w:abstractNumId w:val="5"/>
  </w:num>
  <w:num w:numId="4" w16cid:durableId="447747606">
    <w:abstractNumId w:val="4"/>
  </w:num>
  <w:num w:numId="5" w16cid:durableId="1802729609">
    <w:abstractNumId w:val="7"/>
  </w:num>
  <w:num w:numId="6" w16cid:durableId="1898010338">
    <w:abstractNumId w:val="3"/>
  </w:num>
  <w:num w:numId="7" w16cid:durableId="1466241107">
    <w:abstractNumId w:val="2"/>
  </w:num>
  <w:num w:numId="8" w16cid:durableId="970017624">
    <w:abstractNumId w:val="1"/>
  </w:num>
  <w:num w:numId="9" w16cid:durableId="89963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2102"/>
    <w:rsid w:val="0029639D"/>
    <w:rsid w:val="00326F90"/>
    <w:rsid w:val="003F00AD"/>
    <w:rsid w:val="00470442"/>
    <w:rsid w:val="00AA1D8D"/>
    <w:rsid w:val="00B47730"/>
    <w:rsid w:val="00BD658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EF324"/>
  <w14:defaultImageDpi w14:val="300"/>
  <w15:docId w15:val="{16F1058E-D0D8-47FB-9CD5-6388396B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3</cp:revision>
  <dcterms:created xsi:type="dcterms:W3CDTF">2026-09-03T10:58:00Z</dcterms:created>
  <dcterms:modified xsi:type="dcterms:W3CDTF">2026-09-03T10:58:00Z</dcterms:modified>
  <cp:category/>
</cp:coreProperties>
</file>