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43298" w14:textId="77777777" w:rsidR="0027774A" w:rsidRPr="001A0ECC" w:rsidRDefault="00D42C4D">
      <w:r w:rsidRPr="001A0ECC">
        <w:rPr>
          <w:noProof/>
        </w:rPr>
        <w:drawing>
          <wp:inline distT="0" distB="0" distL="0" distR="0" wp14:anchorId="3DE68B57" wp14:editId="507C593A">
            <wp:extent cx="5903999" cy="92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pital_mazowsze_jedna_linia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9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5E488" w14:textId="77777777" w:rsidR="0027774A" w:rsidRPr="001A0ECC" w:rsidRDefault="00D42C4D">
      <w:pPr>
        <w:pStyle w:val="DocHeader"/>
      </w:pPr>
      <w:r w:rsidRPr="001A0ECC">
        <w:t>Załącznik nr 1 – Formularz ofertowy</w:t>
      </w:r>
    </w:p>
    <w:p w14:paraId="7CED2426" w14:textId="77777777" w:rsidR="0027774A" w:rsidRPr="001A0ECC" w:rsidRDefault="00D42C4D">
      <w:r w:rsidRPr="001A0ECC">
        <w:rPr>
          <w:i/>
        </w:rPr>
        <w:t xml:space="preserve">dotyczy postępowania pn. </w:t>
      </w:r>
      <w:r w:rsidRPr="001A0ECC">
        <w:rPr>
          <w:i/>
        </w:rPr>
        <w:t>„Zaprojektowanie i wykonanie robót budowlanych zwiększających odporność infrastrukturalną Specjalistycznego Szpitala Wojewódzkiego w Ciechanowie – 3 części” – znak ZP/2501/……/26</w:t>
      </w:r>
    </w:p>
    <w:p w14:paraId="3090B17A" w14:textId="77777777" w:rsidR="0027774A" w:rsidRPr="001A0ECC" w:rsidRDefault="00D42C4D">
      <w:pPr>
        <w:pStyle w:val="CenterTitle"/>
        <w:spacing w:before="100" w:after="60"/>
      </w:pPr>
      <w:r w:rsidRPr="001A0ECC">
        <w:t>O F E R T A</w:t>
      </w:r>
    </w:p>
    <w:p w14:paraId="39F56FE9" w14:textId="77777777" w:rsidR="0027774A" w:rsidRPr="001A0ECC" w:rsidRDefault="00D42C4D">
      <w:pPr>
        <w:pStyle w:val="Section"/>
        <w:spacing w:before="100" w:after="40"/>
      </w:pPr>
      <w:r w:rsidRPr="001A0ECC">
        <w:t>I. Dane Wykonawcy</w:t>
      </w:r>
    </w:p>
    <w:tbl>
      <w:tblPr>
        <w:tblW w:w="9299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65"/>
        <w:gridCol w:w="1701"/>
        <w:gridCol w:w="3232"/>
      </w:tblGrid>
      <w:tr w:rsidR="001A0ECC" w:rsidRPr="001A0ECC" w14:paraId="0E129708" w14:textId="77777777">
        <w:trPr>
          <w:cantSplit/>
        </w:trPr>
        <w:tc>
          <w:tcPr>
            <w:tcW w:w="170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D30847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Pełna nazwa:</w:t>
            </w:r>
          </w:p>
        </w:tc>
        <w:tc>
          <w:tcPr>
            <w:tcW w:w="7598" w:type="dxa"/>
            <w:gridSpan w:val="3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F13BFA" w14:textId="77777777" w:rsidR="0027774A" w:rsidRPr="001A0ECC" w:rsidRDefault="0027774A">
            <w:pPr>
              <w:jc w:val="center"/>
            </w:pPr>
          </w:p>
          <w:p w14:paraId="6296916D" w14:textId="77777777" w:rsidR="0027774A" w:rsidRPr="001A0ECC" w:rsidRDefault="0027774A"/>
          <w:p w14:paraId="4555F7DC" w14:textId="77777777" w:rsidR="0027774A" w:rsidRPr="001A0ECC" w:rsidRDefault="0027774A"/>
        </w:tc>
      </w:tr>
      <w:tr w:rsidR="001A0ECC" w:rsidRPr="001A0ECC" w14:paraId="4EBAFB5E" w14:textId="77777777">
        <w:trPr>
          <w:cantSplit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38B4CA" w14:textId="77777777" w:rsidR="0027774A" w:rsidRPr="001A0ECC" w:rsidRDefault="00D42C4D">
            <w:r w:rsidRPr="001A0ECC">
              <w:rPr>
                <w:b/>
              </w:rPr>
              <w:t>Adres:</w:t>
            </w:r>
          </w:p>
        </w:tc>
        <w:tc>
          <w:tcPr>
            <w:tcW w:w="7598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7CB3FF" w14:textId="77777777" w:rsidR="0027774A" w:rsidRPr="001A0ECC" w:rsidRDefault="0027774A"/>
          <w:p w14:paraId="07123F57" w14:textId="77777777" w:rsidR="0027774A" w:rsidRPr="001A0ECC" w:rsidRDefault="0027774A"/>
          <w:p w14:paraId="6214B044" w14:textId="77777777" w:rsidR="0027774A" w:rsidRPr="001A0ECC" w:rsidRDefault="0027774A"/>
        </w:tc>
      </w:tr>
      <w:tr w:rsidR="001A0ECC" w:rsidRPr="001A0ECC" w14:paraId="4252DBA9" w14:textId="77777777">
        <w:trPr>
          <w:cantSplit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A16BE" w14:textId="77777777" w:rsidR="0027774A" w:rsidRPr="001A0ECC" w:rsidRDefault="00D42C4D">
            <w:r w:rsidRPr="001A0ECC">
              <w:rPr>
                <w:b/>
              </w:rPr>
              <w:t>województwo</w:t>
            </w:r>
          </w:p>
        </w:tc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576FD0" w14:textId="77777777" w:rsidR="0027774A" w:rsidRPr="001A0ECC" w:rsidRDefault="0027774A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692A8C" w14:textId="77777777" w:rsidR="0027774A" w:rsidRPr="001A0ECC" w:rsidRDefault="00D42C4D">
            <w:r w:rsidRPr="001A0ECC">
              <w:rPr>
                <w:b/>
              </w:rPr>
              <w:t>NIP:</w:t>
            </w:r>
          </w:p>
        </w:tc>
        <w:tc>
          <w:tcPr>
            <w:tcW w:w="3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92083E" w14:textId="77777777" w:rsidR="0027774A" w:rsidRPr="001A0ECC" w:rsidRDefault="0027774A"/>
        </w:tc>
      </w:tr>
      <w:tr w:rsidR="001A0ECC" w:rsidRPr="001A0ECC" w14:paraId="60293BCE" w14:textId="77777777">
        <w:trPr>
          <w:cantSplit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C1B184" w14:textId="77777777" w:rsidR="0027774A" w:rsidRPr="001A0ECC" w:rsidRDefault="00D42C4D">
            <w:r w:rsidRPr="001A0ECC">
              <w:rPr>
                <w:b/>
              </w:rPr>
              <w:t>REGON:</w:t>
            </w:r>
          </w:p>
        </w:tc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40DF6" w14:textId="77777777" w:rsidR="0027774A" w:rsidRPr="001A0ECC" w:rsidRDefault="0027774A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587DB2" w14:textId="77777777" w:rsidR="0027774A" w:rsidRPr="001A0ECC" w:rsidRDefault="00D42C4D">
            <w:r w:rsidRPr="001A0ECC">
              <w:rPr>
                <w:b/>
              </w:rPr>
              <w:t>adres e-mail:</w:t>
            </w:r>
          </w:p>
        </w:tc>
        <w:tc>
          <w:tcPr>
            <w:tcW w:w="3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DADBA6" w14:textId="77777777" w:rsidR="0027774A" w:rsidRPr="001A0ECC" w:rsidRDefault="0027774A"/>
        </w:tc>
      </w:tr>
      <w:tr w:rsidR="001A0ECC" w:rsidRPr="001A0ECC" w14:paraId="7A5D12A6" w14:textId="77777777">
        <w:trPr>
          <w:cantSplit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E83923" w14:textId="77777777" w:rsidR="0027774A" w:rsidRPr="001A0ECC" w:rsidRDefault="00D42C4D">
            <w:proofErr w:type="spellStart"/>
            <w:r w:rsidRPr="001A0ECC">
              <w:rPr>
                <w:b/>
              </w:rPr>
              <w:t>strona</w:t>
            </w:r>
            <w:proofErr w:type="spellEnd"/>
            <w:r w:rsidRPr="001A0ECC">
              <w:rPr>
                <w:b/>
              </w:rPr>
              <w:t xml:space="preserve"> www:</w:t>
            </w:r>
          </w:p>
        </w:tc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4AB62" w14:textId="77777777" w:rsidR="0027774A" w:rsidRPr="001A0ECC" w:rsidRDefault="0027774A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8FCD3B" w14:textId="77777777" w:rsidR="0027774A" w:rsidRPr="001A0ECC" w:rsidRDefault="00D42C4D">
            <w:r w:rsidRPr="001A0ECC">
              <w:rPr>
                <w:b/>
              </w:rPr>
              <w:t>nr telefonu:</w:t>
            </w:r>
          </w:p>
        </w:tc>
        <w:tc>
          <w:tcPr>
            <w:tcW w:w="3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1295F" w14:textId="77777777" w:rsidR="0027774A" w:rsidRPr="001A0ECC" w:rsidRDefault="0027774A"/>
        </w:tc>
      </w:tr>
    </w:tbl>
    <w:p w14:paraId="5FA17525" w14:textId="77777777" w:rsidR="0027774A" w:rsidRPr="001A0ECC" w:rsidRDefault="00D42C4D">
      <w:pPr>
        <w:pStyle w:val="Section"/>
        <w:spacing w:before="100" w:after="40"/>
      </w:pPr>
      <w:r w:rsidRPr="001A0ECC">
        <w:t>II. Przedmiot oferty</w:t>
      </w:r>
    </w:p>
    <w:p w14:paraId="5017FC9C" w14:textId="77777777" w:rsidR="0027774A" w:rsidRPr="001A0ECC" w:rsidRDefault="00D42C4D">
      <w:r w:rsidRPr="001A0ECC">
        <w:t xml:space="preserve">Oferta dotyczy postępowania prowadzonego w trybie podstawowym bez negocjacji pn. </w:t>
      </w:r>
      <w:r w:rsidRPr="001A0ECC">
        <w:rPr>
          <w:b/>
        </w:rPr>
        <w:t>„Zaprojektowanie i wykonanie robót budowlanych zwiększających odporność infrastrukturalną Specjalistycznego Szpitala Wojewódzkiego w Ciechanowie – 3 części”</w:t>
      </w:r>
      <w:r w:rsidRPr="001A0ECC">
        <w:t xml:space="preserve"> (ZP/2501/……/26).</w:t>
      </w:r>
    </w:p>
    <w:p w14:paraId="4342C34A" w14:textId="77777777" w:rsidR="0027774A" w:rsidRPr="001A0ECC" w:rsidRDefault="00D42C4D">
      <w:r w:rsidRPr="001A0ECC">
        <w:rPr>
          <w:b/>
        </w:rPr>
        <w:t>Składam ofertę na następujące części zamówienia (zaznaczyć właściwe):</w:t>
      </w:r>
    </w:p>
    <w:p w14:paraId="734AC6D2" w14:textId="77777777" w:rsidR="0027774A" w:rsidRPr="001A0ECC" w:rsidRDefault="00D42C4D">
      <w:pPr>
        <w:spacing w:after="20"/>
        <w:ind w:left="397"/>
      </w:pPr>
      <w:sdt>
        <w:sdtPr>
          <w:alias w:val="oferta_czesc_1"/>
          <w:tag w:val="oferta_czesc_1"/>
          <w:id w:val="168054243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Część 1 – Zwiększenie odporności infrastruktury krytycznej Specjalistycznego Szpitala Wojewódzkiego w Ciechanowie poprzez modernizację dróg wewnętrznych zapewniających dostęp do strategicznych obiektów Szpitala</w:t>
      </w:r>
    </w:p>
    <w:p w14:paraId="16BA576F" w14:textId="77777777" w:rsidR="0027774A" w:rsidRPr="001A0ECC" w:rsidRDefault="00D42C4D">
      <w:pPr>
        <w:spacing w:after="20"/>
        <w:ind w:left="397"/>
      </w:pPr>
      <w:sdt>
        <w:sdtPr>
          <w:alias w:val="oferta_czesc_2"/>
          <w:tag w:val="oferta_czesc_2"/>
          <w:id w:val="-144399073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Część 2 – Wydzielenie i zabezpieczenie strefy ochronnej strategicznej infrastruktury tlenowej Szpitala</w:t>
      </w:r>
    </w:p>
    <w:p w14:paraId="05B8FB98" w14:textId="77777777" w:rsidR="0027774A" w:rsidRPr="001A0ECC" w:rsidRDefault="00D42C4D">
      <w:pPr>
        <w:spacing w:after="20"/>
        <w:ind w:left="397"/>
      </w:pPr>
      <w:r w:rsidRPr="001A0ECC">
        <w:t>☐</w:t>
      </w:r>
      <w:r w:rsidRPr="001A0ECC">
        <w:t xml:space="preserve"> Część 3 – Wydzielenie i zabezpieczenie strefy ochronnej strategicznej infrastruktury technicznej gospodarki wodnej Szpitala</w:t>
      </w:r>
    </w:p>
    <w:p w14:paraId="2498A786" w14:textId="77777777" w:rsidR="0027774A" w:rsidRPr="001A0ECC" w:rsidRDefault="00D42C4D">
      <w:pPr>
        <w:pStyle w:val="Section"/>
        <w:spacing w:before="100" w:after="40"/>
      </w:pPr>
      <w:r w:rsidRPr="001A0ECC">
        <w:t>III. Cena oferty i okres gwarancji</w:t>
      </w:r>
    </w:p>
    <w:p w14:paraId="0F5F8717" w14:textId="77777777" w:rsidR="0027774A" w:rsidRPr="001A0ECC" w:rsidRDefault="00D42C4D">
      <w:r w:rsidRPr="001A0ECC">
        <w:t>Wykonawca wypełnia tabelę dla tej części lub tych części zamówienia, na które składa ofertę. Cena ma charakter ryczałtowy i obejmuje wszystkie koszty kompletnej realizacji zamówienia w formule „zaprojektuj i wybuduj”, zgodnie z SWZ, właściwym PFU, projektowanymi postanowieniami umowy oraz wynikiem wizji lokalnej.</w:t>
      </w:r>
    </w:p>
    <w:p w14:paraId="5ECE34CD" w14:textId="77777777" w:rsidR="0027774A" w:rsidRPr="001A0ECC" w:rsidRDefault="00D42C4D">
      <w:pPr>
        <w:spacing w:before="80" w:after="20"/>
      </w:pPr>
      <w:r w:rsidRPr="001A0ECC">
        <w:rPr>
          <w:b/>
        </w:rPr>
        <w:t>Część 1 – Zwiększenie odporności infrastruktury krytycznej Specjalistycznego Szpitala Wojewódzkiego w Ciechanowie poprzez modernizację dróg wewnętrznych zapewniających dostęp do strategicznych obiektów Szpitala</w:t>
      </w:r>
    </w:p>
    <w:tbl>
      <w:tblPr>
        <w:tblW w:w="9299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366"/>
        <w:gridCol w:w="1474"/>
        <w:gridCol w:w="907"/>
        <w:gridCol w:w="2098"/>
      </w:tblGrid>
      <w:tr w:rsidR="001A0ECC" w:rsidRPr="001A0ECC" w14:paraId="79DE0F1F" w14:textId="77777777">
        <w:trPr>
          <w:cantSplit/>
          <w:tblHeader/>
        </w:trPr>
        <w:tc>
          <w:tcPr>
            <w:tcW w:w="45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CC8633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Lp.</w:t>
            </w:r>
          </w:p>
        </w:tc>
        <w:tc>
          <w:tcPr>
            <w:tcW w:w="4366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451151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Przedmiot zamówienia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B63282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Cena netto</w:t>
            </w:r>
            <w:r w:rsidRPr="001A0ECC">
              <w:rPr>
                <w:b/>
              </w:rPr>
              <w:br/>
              <w:t>[PLN]</w:t>
            </w:r>
          </w:p>
        </w:tc>
        <w:tc>
          <w:tcPr>
            <w:tcW w:w="90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BC7639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VAT</w:t>
            </w:r>
            <w:r w:rsidRPr="001A0ECC">
              <w:rPr>
                <w:b/>
              </w:rPr>
              <w:br/>
              <w:t>[%]</w:t>
            </w:r>
          </w:p>
        </w:tc>
        <w:tc>
          <w:tcPr>
            <w:tcW w:w="209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10501B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Cena brutto</w:t>
            </w:r>
            <w:r w:rsidRPr="001A0ECC">
              <w:rPr>
                <w:b/>
              </w:rPr>
              <w:br/>
              <w:t>[PLN]</w:t>
            </w:r>
          </w:p>
        </w:tc>
      </w:tr>
      <w:tr w:rsidR="001A0ECC" w:rsidRPr="001A0ECC" w14:paraId="5625C8B5" w14:textId="77777777">
        <w:trPr>
          <w:cantSplit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70701" w14:textId="77777777" w:rsidR="0027774A" w:rsidRPr="001A0ECC" w:rsidRDefault="00D42C4D">
            <w:r w:rsidRPr="001A0ECC">
              <w:t>1</w:t>
            </w:r>
          </w:p>
        </w:tc>
        <w:tc>
          <w:tcPr>
            <w:tcW w:w="43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D49D2F" w14:textId="77777777" w:rsidR="0027774A" w:rsidRPr="001A0ECC" w:rsidRDefault="00D42C4D">
            <w:r w:rsidRPr="001A0ECC">
              <w:t>Zwiększenie odporności infrastruktury krytycznej Specjalistycznego Szpitala Wojewódzkiego w Ciechanowie poprzez modernizację dróg wewnętrznych zapewniających dostęp do strategicznych obiektów Szpitala</w:t>
            </w:r>
          </w:p>
        </w:tc>
        <w:tc>
          <w:tcPr>
            <w:tcW w:w="147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9EFC86" w14:textId="77777777" w:rsidR="0027774A" w:rsidRPr="001A0ECC" w:rsidRDefault="0027774A"/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A8276" w14:textId="77777777" w:rsidR="0027774A" w:rsidRPr="001A0ECC" w:rsidRDefault="0027774A"/>
        </w:tc>
        <w:tc>
          <w:tcPr>
            <w:tcW w:w="209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7BC447" w14:textId="77777777" w:rsidR="0027774A" w:rsidRPr="001A0ECC" w:rsidRDefault="0027774A"/>
        </w:tc>
      </w:tr>
    </w:tbl>
    <w:p w14:paraId="0291BDC5" w14:textId="77777777" w:rsidR="0027774A" w:rsidRPr="001A0ECC" w:rsidRDefault="00D42C4D">
      <w:pPr>
        <w:spacing w:before="40"/>
      </w:pPr>
      <w:proofErr w:type="spellStart"/>
      <w:r w:rsidRPr="001A0ECC">
        <w:rPr>
          <w:b/>
        </w:rPr>
        <w:t>Oferowany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okres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gwarancji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dla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Części</w:t>
      </w:r>
      <w:proofErr w:type="spellEnd"/>
      <w:r w:rsidRPr="001A0ECC">
        <w:rPr>
          <w:b/>
        </w:rPr>
        <w:t xml:space="preserve"> 1: </w:t>
      </w:r>
      <w:r w:rsidRPr="001A0ECC">
        <w:t>........................ pełnych miesięcy (minimum 60 miesięcy; dla potrzeb punktacji okres dłuższy niż 84 miesiące jest oceniany jak 84 miesiące).</w:t>
      </w:r>
    </w:p>
    <w:p w14:paraId="2C29E544" w14:textId="77777777" w:rsidR="0027774A" w:rsidRPr="001A0ECC" w:rsidRDefault="00D42C4D">
      <w:pPr>
        <w:spacing w:before="80" w:after="20"/>
      </w:pPr>
      <w:r w:rsidRPr="001A0ECC">
        <w:rPr>
          <w:b/>
        </w:rPr>
        <w:t>Część 2 – Wydzielenie i zabezpieczenie strefy ochronnej strategicznej infrastruktury tlenowej Szpitala</w:t>
      </w:r>
    </w:p>
    <w:tbl>
      <w:tblPr>
        <w:tblW w:w="9299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366"/>
        <w:gridCol w:w="1474"/>
        <w:gridCol w:w="907"/>
        <w:gridCol w:w="2098"/>
      </w:tblGrid>
      <w:tr w:rsidR="001A0ECC" w:rsidRPr="001A0ECC" w14:paraId="56A8983E" w14:textId="77777777">
        <w:trPr>
          <w:cantSplit/>
          <w:tblHeader/>
        </w:trPr>
        <w:tc>
          <w:tcPr>
            <w:tcW w:w="45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4D2C1C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Lp.</w:t>
            </w:r>
          </w:p>
        </w:tc>
        <w:tc>
          <w:tcPr>
            <w:tcW w:w="4366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206D0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Przedmiot zamówienia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EC2ED5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Cena netto</w:t>
            </w:r>
            <w:r w:rsidRPr="001A0ECC">
              <w:rPr>
                <w:b/>
              </w:rPr>
              <w:br/>
              <w:t>[PLN]</w:t>
            </w:r>
          </w:p>
        </w:tc>
        <w:tc>
          <w:tcPr>
            <w:tcW w:w="90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CD6FFB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VAT</w:t>
            </w:r>
            <w:r w:rsidRPr="001A0ECC">
              <w:rPr>
                <w:b/>
              </w:rPr>
              <w:br/>
              <w:t>[%]</w:t>
            </w:r>
          </w:p>
        </w:tc>
        <w:tc>
          <w:tcPr>
            <w:tcW w:w="209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4DB86B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Cena brutto</w:t>
            </w:r>
            <w:r w:rsidRPr="001A0ECC">
              <w:rPr>
                <w:b/>
              </w:rPr>
              <w:br/>
              <w:t>[PLN]</w:t>
            </w:r>
          </w:p>
        </w:tc>
      </w:tr>
      <w:tr w:rsidR="001A0ECC" w:rsidRPr="001A0ECC" w14:paraId="1945DCF9" w14:textId="77777777">
        <w:trPr>
          <w:cantSplit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56548" w14:textId="77777777" w:rsidR="0027774A" w:rsidRPr="001A0ECC" w:rsidRDefault="00D42C4D">
            <w:r w:rsidRPr="001A0ECC">
              <w:t>1</w:t>
            </w:r>
          </w:p>
        </w:tc>
        <w:tc>
          <w:tcPr>
            <w:tcW w:w="43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B3E12" w14:textId="77777777" w:rsidR="0027774A" w:rsidRPr="001A0ECC" w:rsidRDefault="00D42C4D">
            <w:r w:rsidRPr="001A0ECC">
              <w:t>Wydzielenie i zabezpieczenie strefy ochronnej strategicznej infrastruktury tlenowej Szpitala</w:t>
            </w:r>
          </w:p>
        </w:tc>
        <w:tc>
          <w:tcPr>
            <w:tcW w:w="147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8F3E2" w14:textId="77777777" w:rsidR="0027774A" w:rsidRPr="001A0ECC" w:rsidRDefault="0027774A"/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0F98C" w14:textId="77777777" w:rsidR="0027774A" w:rsidRPr="001A0ECC" w:rsidRDefault="0027774A"/>
        </w:tc>
        <w:tc>
          <w:tcPr>
            <w:tcW w:w="209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A23E8A" w14:textId="77777777" w:rsidR="0027774A" w:rsidRPr="001A0ECC" w:rsidRDefault="0027774A"/>
        </w:tc>
      </w:tr>
    </w:tbl>
    <w:p w14:paraId="283AEFB6" w14:textId="77777777" w:rsidR="0027774A" w:rsidRPr="001A0ECC" w:rsidRDefault="00D42C4D">
      <w:pPr>
        <w:spacing w:before="40"/>
      </w:pPr>
      <w:proofErr w:type="spellStart"/>
      <w:r w:rsidRPr="001A0ECC">
        <w:rPr>
          <w:b/>
        </w:rPr>
        <w:lastRenderedPageBreak/>
        <w:t>Oferowany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okres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gwarancji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dla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Części</w:t>
      </w:r>
      <w:proofErr w:type="spellEnd"/>
      <w:r w:rsidRPr="001A0ECC">
        <w:rPr>
          <w:b/>
        </w:rPr>
        <w:t xml:space="preserve"> 2: </w:t>
      </w:r>
      <w:r w:rsidRPr="001A0ECC">
        <w:t>........................ pełnych miesięcy (minimum 60 miesięcy; dla potrzeb punktacji okres dłuższy niż 84 miesiące jest oceniany jak 84 miesiące).</w:t>
      </w:r>
    </w:p>
    <w:p w14:paraId="780AD5E2" w14:textId="77777777" w:rsidR="0027774A" w:rsidRPr="001A0ECC" w:rsidRDefault="00D42C4D">
      <w:pPr>
        <w:spacing w:before="80" w:after="20"/>
      </w:pPr>
      <w:r w:rsidRPr="001A0ECC">
        <w:t>Część 3 – Wydzielenie i zabezpieczenie strefy ochronnej strategicznej infrastruktury technicznej gospodarki wodnej Szpitala</w:t>
      </w:r>
    </w:p>
    <w:tbl>
      <w:tblPr>
        <w:tblW w:w="9299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366"/>
        <w:gridCol w:w="1474"/>
        <w:gridCol w:w="907"/>
        <w:gridCol w:w="2098"/>
      </w:tblGrid>
      <w:tr w:rsidR="001A0ECC" w:rsidRPr="001A0ECC" w14:paraId="416624DA" w14:textId="77777777">
        <w:trPr>
          <w:cantSplit/>
          <w:tblHeader/>
        </w:trPr>
        <w:tc>
          <w:tcPr>
            <w:tcW w:w="45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BC24DA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Lp.</w:t>
            </w:r>
          </w:p>
        </w:tc>
        <w:tc>
          <w:tcPr>
            <w:tcW w:w="4366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DEB2D0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Przedmiot zamówienia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E9373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Cena netto</w:t>
            </w:r>
            <w:r w:rsidRPr="001A0ECC">
              <w:rPr>
                <w:b/>
              </w:rPr>
              <w:br/>
              <w:t>[PLN]</w:t>
            </w:r>
          </w:p>
        </w:tc>
        <w:tc>
          <w:tcPr>
            <w:tcW w:w="90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EBA454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VAT</w:t>
            </w:r>
            <w:r w:rsidRPr="001A0ECC">
              <w:rPr>
                <w:b/>
              </w:rPr>
              <w:br/>
              <w:t>[%]</w:t>
            </w:r>
          </w:p>
        </w:tc>
        <w:tc>
          <w:tcPr>
            <w:tcW w:w="209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0C069B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Cena brutto</w:t>
            </w:r>
            <w:r w:rsidRPr="001A0ECC">
              <w:rPr>
                <w:b/>
              </w:rPr>
              <w:br/>
              <w:t>[PLN]</w:t>
            </w:r>
          </w:p>
        </w:tc>
      </w:tr>
      <w:tr w:rsidR="001A0ECC" w:rsidRPr="001A0ECC" w14:paraId="4D9AE1A3" w14:textId="77777777">
        <w:trPr>
          <w:cantSplit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A0900C" w14:textId="77777777" w:rsidR="0027774A" w:rsidRPr="001A0ECC" w:rsidRDefault="00D42C4D">
            <w:r w:rsidRPr="001A0ECC">
              <w:t>1</w:t>
            </w:r>
          </w:p>
        </w:tc>
        <w:tc>
          <w:tcPr>
            <w:tcW w:w="43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C2CF76" w14:textId="77777777" w:rsidR="0027774A" w:rsidRPr="001A0ECC" w:rsidRDefault="00D42C4D">
            <w:r w:rsidRPr="001A0ECC">
              <w:t>Wydzielenie i zabezpieczenie strefy ochronnej strategicznej infrastruktury technicznej gospodarki wodnej Szpitala</w:t>
            </w:r>
          </w:p>
        </w:tc>
        <w:tc>
          <w:tcPr>
            <w:tcW w:w="147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DB710" w14:textId="77777777" w:rsidR="0027774A" w:rsidRPr="001A0ECC" w:rsidRDefault="0027774A"/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4A871" w14:textId="77777777" w:rsidR="0027774A" w:rsidRPr="001A0ECC" w:rsidRDefault="0027774A"/>
        </w:tc>
        <w:tc>
          <w:tcPr>
            <w:tcW w:w="209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EE9C5" w14:textId="77777777" w:rsidR="0027774A" w:rsidRPr="001A0ECC" w:rsidRDefault="0027774A"/>
        </w:tc>
      </w:tr>
    </w:tbl>
    <w:p w14:paraId="49CF1776" w14:textId="77777777" w:rsidR="0027774A" w:rsidRPr="001A0ECC" w:rsidRDefault="00D42C4D">
      <w:pPr>
        <w:spacing w:before="40"/>
      </w:pPr>
      <w:proofErr w:type="spellStart"/>
      <w:r w:rsidRPr="001A0ECC">
        <w:rPr>
          <w:b/>
        </w:rPr>
        <w:t>Oferowany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okres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gwarancji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dla</w:t>
      </w:r>
      <w:proofErr w:type="spellEnd"/>
      <w:r w:rsidRPr="001A0ECC">
        <w:rPr>
          <w:b/>
        </w:rPr>
        <w:t xml:space="preserve"> </w:t>
      </w:r>
      <w:proofErr w:type="spellStart"/>
      <w:r w:rsidRPr="001A0ECC">
        <w:rPr>
          <w:b/>
        </w:rPr>
        <w:t>Części</w:t>
      </w:r>
      <w:proofErr w:type="spellEnd"/>
      <w:r w:rsidRPr="001A0ECC">
        <w:rPr>
          <w:b/>
        </w:rPr>
        <w:t xml:space="preserve"> 3: </w:t>
      </w:r>
      <w:r w:rsidRPr="001A0ECC">
        <w:t>........................ pełnych miesięcy (minimum 60 miesięcy; dla potrzeb punktacji okres dłuższy niż 84 miesiące jest oceniany jak 84 miesiące).</w:t>
      </w:r>
    </w:p>
    <w:p w14:paraId="28C3DD44" w14:textId="77777777" w:rsidR="0027774A" w:rsidRPr="001A0ECC" w:rsidRDefault="00D42C4D">
      <w:pPr>
        <w:pStyle w:val="Section"/>
        <w:spacing w:before="100" w:after="40"/>
      </w:pPr>
      <w:r w:rsidRPr="001A0ECC">
        <w:t>IV. Oświadczenia</w:t>
      </w:r>
    </w:p>
    <w:p w14:paraId="7D0C338B" w14:textId="77777777" w:rsidR="0027774A" w:rsidRPr="001A0ECC" w:rsidRDefault="00D42C4D">
      <w:r w:rsidRPr="001A0ECC">
        <w:t>Oświadczam, że:</w:t>
      </w:r>
    </w:p>
    <w:p w14:paraId="58226464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zamówienie w każdej części objętej ofertą zostanie wykonane w terminie i na warunkach określonych w SWZ, właściwym PFU oraz projektowanych postanowieniach umowy;</w:t>
      </w:r>
    </w:p>
    <w:p w14:paraId="3A7224C6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cena oferty obejmuje wszystkie koszty niezbędne do należytego i kompletnego wykonania zamówienia w formule „zaprojektuj i wybuduj”;</w:t>
      </w:r>
    </w:p>
    <w:p w14:paraId="47F98E9B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zapoznałem się z SWZ, projektowanymi postanowieniami umowy oraz – w zakresie części objętych ofertą – z właściwymi PFU i nie wnoszę do tych dokumentów zastrzeżeń;</w:t>
      </w:r>
    </w:p>
    <w:p w14:paraId="4BE09F82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odbyłem wymaganą wizję lokalną w zakresie części objętych ofertą;</w:t>
      </w:r>
    </w:p>
    <w:p w14:paraId="035417D8" w14:textId="77777777" w:rsidR="0027774A" w:rsidRPr="001A0ECC" w:rsidRDefault="00D42C4D">
      <w:r w:rsidRPr="001A0ECC">
        <w:rPr>
          <w:b/>
        </w:rPr>
        <w:t>5) Podwykonawstwo – wypełnić odrębnie dla każdej części zamówienia objętej ofertą.</w:t>
      </w:r>
    </w:p>
    <w:p w14:paraId="4C23763C" w14:textId="77777777" w:rsidR="0027774A" w:rsidRPr="001A0ECC" w:rsidRDefault="00D42C4D">
      <w:r w:rsidRPr="001A0ECC">
        <w:t>Dla każdej oferowanej części należy zaznaczyć „TAK” albo „NIE”. Jeżeli zaznaczono „TAK”, należy podać zakres robót powierzanych podwykonawcy, procentowy udział ich wartości w cenie brutto oferty dla tej części oraz nazwę (firmę) podwykonawcy, jeżeli jest znana.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588"/>
        <w:gridCol w:w="3000"/>
        <w:gridCol w:w="1300"/>
        <w:gridCol w:w="2850"/>
      </w:tblGrid>
      <w:tr w:rsidR="001A0ECC" w:rsidRPr="00D42C4D" w14:paraId="6676A550" w14:textId="77777777" w:rsidTr="00D42C4D">
        <w:trPr>
          <w:jc w:val="center"/>
        </w:trPr>
        <w:tc>
          <w:tcPr>
            <w:tcW w:w="698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7BC18E" w14:textId="77777777" w:rsidR="0027774A" w:rsidRPr="00D42C4D" w:rsidRDefault="00D42C4D">
            <w:pPr>
              <w:jc w:val="center"/>
              <w:rPr>
                <w:bCs/>
              </w:rPr>
            </w:pPr>
            <w:proofErr w:type="spellStart"/>
            <w:r w:rsidRPr="00D42C4D">
              <w:rPr>
                <w:bCs/>
              </w:rPr>
              <w:t>Część</w:t>
            </w:r>
            <w:proofErr w:type="spellEnd"/>
          </w:p>
        </w:tc>
        <w:tc>
          <w:tcPr>
            <w:tcW w:w="1588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BD2254" w14:textId="77777777" w:rsidR="0027774A" w:rsidRPr="00D42C4D" w:rsidRDefault="00D42C4D">
            <w:pPr>
              <w:jc w:val="center"/>
              <w:rPr>
                <w:bCs/>
              </w:rPr>
            </w:pPr>
            <w:r w:rsidRPr="00D42C4D">
              <w:rPr>
                <w:bCs/>
              </w:rPr>
              <w:t>Podwykonawstwo</w:t>
            </w:r>
          </w:p>
        </w:tc>
        <w:tc>
          <w:tcPr>
            <w:tcW w:w="3000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DABDC4" w14:textId="77777777" w:rsidR="0027774A" w:rsidRPr="00D42C4D" w:rsidRDefault="00D42C4D">
            <w:pPr>
              <w:jc w:val="center"/>
              <w:rPr>
                <w:bCs/>
              </w:rPr>
            </w:pPr>
            <w:r w:rsidRPr="00D42C4D">
              <w:rPr>
                <w:bCs/>
              </w:rPr>
              <w:t>Zakres robót powierzanych podwykonawcy</w:t>
            </w:r>
          </w:p>
        </w:tc>
        <w:tc>
          <w:tcPr>
            <w:tcW w:w="1300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AEEC75" w14:textId="77777777" w:rsidR="0027774A" w:rsidRPr="00D42C4D" w:rsidRDefault="00D42C4D">
            <w:pPr>
              <w:jc w:val="center"/>
              <w:rPr>
                <w:bCs/>
              </w:rPr>
            </w:pPr>
            <w:r w:rsidRPr="00D42C4D">
              <w:rPr>
                <w:bCs/>
              </w:rPr>
              <w:t>Udział w cenie brutto tej części [%]</w:t>
            </w:r>
          </w:p>
        </w:tc>
        <w:tc>
          <w:tcPr>
            <w:tcW w:w="2850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B21FB1" w14:textId="77777777" w:rsidR="0027774A" w:rsidRPr="00D42C4D" w:rsidRDefault="00D42C4D">
            <w:pPr>
              <w:jc w:val="center"/>
              <w:rPr>
                <w:bCs/>
              </w:rPr>
            </w:pPr>
            <w:r w:rsidRPr="00D42C4D">
              <w:rPr>
                <w:bCs/>
              </w:rPr>
              <w:t>Nazwa (firma) podwykonawcy – jeżeli jest znana</w:t>
            </w:r>
          </w:p>
        </w:tc>
      </w:tr>
      <w:tr w:rsidR="001A0ECC" w:rsidRPr="001A0ECC" w14:paraId="420BF0DE" w14:textId="77777777" w:rsidTr="00D42C4D">
        <w:trPr>
          <w:jc w:val="center"/>
        </w:trPr>
        <w:tc>
          <w:tcPr>
            <w:tcW w:w="698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0B0C9FF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1</w:t>
            </w:r>
          </w:p>
        </w:tc>
        <w:tc>
          <w:tcPr>
            <w:tcW w:w="1588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94236F8" w14:textId="1BD97DF8" w:rsidR="0027774A" w:rsidRPr="00867DBC" w:rsidRDefault="00D42C4D" w:rsidP="00D42C4D">
            <w:sdt>
              <w:sdtPr>
                <w:alias w:val="PODW_C1_TAK"/>
                <w:tag w:val="PODW_C1_TAK"/>
                <w:id w:val="1374282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67DBC">
                  <w:rPr>
                    <w:rFonts w:cs="Arial"/>
                  </w:rPr>
                  <w:t>☐</w:t>
                </w:r>
              </w:sdtContent>
            </w:sdt>
            <w:r w:rsidRPr="00867DBC">
              <w:t xml:space="preserve"> TAK</w:t>
            </w:r>
          </w:p>
          <w:p w14:paraId="0C43A156" w14:textId="77777777" w:rsidR="0027774A" w:rsidRPr="00867DBC" w:rsidRDefault="00D42C4D" w:rsidP="00D42C4D">
            <w:sdt>
              <w:sdtPr>
                <w:alias w:val="PODW_C1_NIE"/>
                <w:tag w:val="PODW_C1_NIE"/>
                <w:id w:val="997783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867DBC">
                  <w:t>☐</w:t>
                </w:r>
              </w:sdtContent>
            </w:sdt>
            <w:r w:rsidRPr="00867DBC">
              <w:t xml:space="preserve"> NIE</w:t>
            </w:r>
          </w:p>
        </w:tc>
        <w:tc>
          <w:tcPr>
            <w:tcW w:w="300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9912089" w14:textId="77777777" w:rsidR="0027774A" w:rsidRPr="001A0ECC" w:rsidRDefault="00D42C4D">
            <w:r w:rsidRPr="001A0ECC">
              <w:t>................................................</w:t>
            </w:r>
          </w:p>
        </w:tc>
        <w:tc>
          <w:tcPr>
            <w:tcW w:w="130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F99D566" w14:textId="77777777" w:rsidR="0027774A" w:rsidRPr="001A0ECC" w:rsidRDefault="00D42C4D">
            <w:pPr>
              <w:jc w:val="center"/>
            </w:pPr>
            <w:r w:rsidRPr="001A0ECC">
              <w:t>........</w:t>
            </w:r>
          </w:p>
        </w:tc>
        <w:tc>
          <w:tcPr>
            <w:tcW w:w="285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B9C9BA5" w14:textId="77777777" w:rsidR="0027774A" w:rsidRPr="001A0ECC" w:rsidRDefault="00D42C4D">
            <w:r w:rsidRPr="001A0ECC">
              <w:t>................................................</w:t>
            </w:r>
          </w:p>
        </w:tc>
      </w:tr>
      <w:tr w:rsidR="001A0ECC" w:rsidRPr="001A0ECC" w14:paraId="767D3D82" w14:textId="77777777" w:rsidTr="00D42C4D">
        <w:trPr>
          <w:jc w:val="center"/>
        </w:trPr>
        <w:tc>
          <w:tcPr>
            <w:tcW w:w="698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F244C17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2</w:t>
            </w:r>
          </w:p>
        </w:tc>
        <w:tc>
          <w:tcPr>
            <w:tcW w:w="1588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E87E739" w14:textId="77777777" w:rsidR="0027774A" w:rsidRPr="00867DBC" w:rsidRDefault="00D42C4D" w:rsidP="00D42C4D">
            <w:sdt>
              <w:sdtPr>
                <w:alias w:val="PODW_C2_TAK"/>
                <w:tag w:val="PODW_C2_TAK"/>
                <w:id w:val="16026093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867DBC">
                  <w:t>☐</w:t>
                </w:r>
              </w:sdtContent>
            </w:sdt>
            <w:r w:rsidRPr="00867DBC">
              <w:t xml:space="preserve"> TAK</w:t>
            </w:r>
          </w:p>
          <w:p w14:paraId="0EBE3985" w14:textId="77777777" w:rsidR="0027774A" w:rsidRPr="00867DBC" w:rsidRDefault="00D42C4D" w:rsidP="00D42C4D">
            <w:sdt>
              <w:sdtPr>
                <w:alias w:val="PODW_C2_NIE"/>
                <w:tag w:val="PODW_C2_NIE"/>
                <w:id w:val="172465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867DBC">
                  <w:t>☐</w:t>
                </w:r>
              </w:sdtContent>
            </w:sdt>
            <w:r w:rsidRPr="00867DBC">
              <w:t xml:space="preserve"> NIE</w:t>
            </w:r>
          </w:p>
        </w:tc>
        <w:tc>
          <w:tcPr>
            <w:tcW w:w="300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2B1658E" w14:textId="77777777" w:rsidR="0027774A" w:rsidRPr="001A0ECC" w:rsidRDefault="00D42C4D">
            <w:r w:rsidRPr="001A0ECC">
              <w:t>................................................</w:t>
            </w:r>
          </w:p>
        </w:tc>
        <w:tc>
          <w:tcPr>
            <w:tcW w:w="130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A91C1F0" w14:textId="77777777" w:rsidR="0027774A" w:rsidRPr="001A0ECC" w:rsidRDefault="00D42C4D">
            <w:pPr>
              <w:jc w:val="center"/>
            </w:pPr>
            <w:r w:rsidRPr="001A0ECC">
              <w:t>........</w:t>
            </w:r>
          </w:p>
        </w:tc>
        <w:tc>
          <w:tcPr>
            <w:tcW w:w="285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4CA0DB9" w14:textId="77777777" w:rsidR="0027774A" w:rsidRPr="001A0ECC" w:rsidRDefault="00D42C4D">
            <w:r w:rsidRPr="001A0ECC">
              <w:t>................................................</w:t>
            </w:r>
          </w:p>
        </w:tc>
      </w:tr>
      <w:tr w:rsidR="001A0ECC" w:rsidRPr="001A0ECC" w14:paraId="4CCE1362" w14:textId="77777777" w:rsidTr="00D42C4D">
        <w:trPr>
          <w:jc w:val="center"/>
        </w:trPr>
        <w:tc>
          <w:tcPr>
            <w:tcW w:w="698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DAD931F" w14:textId="77777777" w:rsidR="0027774A" w:rsidRPr="001A0ECC" w:rsidRDefault="00D42C4D">
            <w:pPr>
              <w:jc w:val="center"/>
            </w:pPr>
            <w:r w:rsidRPr="001A0ECC">
              <w:rPr>
                <w:b/>
              </w:rPr>
              <w:t>3</w:t>
            </w:r>
          </w:p>
        </w:tc>
        <w:tc>
          <w:tcPr>
            <w:tcW w:w="1588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6F1DF82" w14:textId="40227A82" w:rsidR="0027774A" w:rsidRPr="00867DBC" w:rsidRDefault="00D42C4D" w:rsidP="00D42C4D">
            <w:sdt>
              <w:sdtPr>
                <w:alias w:val="PODW_C3_TAK"/>
                <w:tag w:val="PODW_C3_TAK"/>
                <w:id w:val="174942459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67DBC" w:rsidRPr="00867DBC">
                  <w:rPr>
                    <w:rFonts w:cs="Arial"/>
                  </w:rPr>
                  <w:t>☐</w:t>
                </w:r>
              </w:sdtContent>
            </w:sdt>
            <w:r w:rsidRPr="00867DBC">
              <w:t xml:space="preserve"> TAK</w:t>
            </w:r>
          </w:p>
          <w:p w14:paraId="4818507F" w14:textId="77777777" w:rsidR="0027774A" w:rsidRPr="00867DBC" w:rsidRDefault="00D42C4D" w:rsidP="00D42C4D">
            <w:sdt>
              <w:sdtPr>
                <w:alias w:val="PODW_C3_NIE"/>
                <w:tag w:val="PODW_C3_NIE"/>
                <w:id w:val="11339899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867DBC">
                  <w:t>☐</w:t>
                </w:r>
              </w:sdtContent>
            </w:sdt>
            <w:r w:rsidRPr="00867DBC">
              <w:t xml:space="preserve"> NIE</w:t>
            </w:r>
          </w:p>
        </w:tc>
        <w:tc>
          <w:tcPr>
            <w:tcW w:w="300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7D502E8" w14:textId="77777777" w:rsidR="0027774A" w:rsidRPr="001A0ECC" w:rsidRDefault="00D42C4D">
            <w:r w:rsidRPr="001A0ECC">
              <w:t>................................................</w:t>
            </w:r>
          </w:p>
        </w:tc>
        <w:tc>
          <w:tcPr>
            <w:tcW w:w="130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1DD7843" w14:textId="77777777" w:rsidR="0027774A" w:rsidRPr="001A0ECC" w:rsidRDefault="00D42C4D">
            <w:pPr>
              <w:jc w:val="center"/>
            </w:pPr>
            <w:r w:rsidRPr="001A0ECC">
              <w:t>........</w:t>
            </w:r>
          </w:p>
        </w:tc>
        <w:tc>
          <w:tcPr>
            <w:tcW w:w="2850" w:type="dxa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85B9774" w14:textId="77777777" w:rsidR="0027774A" w:rsidRPr="001A0ECC" w:rsidRDefault="00D42C4D">
            <w:r w:rsidRPr="001A0ECC">
              <w:t>................................................</w:t>
            </w:r>
          </w:p>
        </w:tc>
      </w:tr>
    </w:tbl>
    <w:p w14:paraId="18CA7311" w14:textId="77777777" w:rsidR="0027774A" w:rsidRPr="001A0ECC" w:rsidRDefault="00D42C4D">
      <w:proofErr w:type="spellStart"/>
      <w:r w:rsidRPr="001A0ECC">
        <w:t>Jeżeli</w:t>
      </w:r>
      <w:proofErr w:type="spellEnd"/>
      <w:r w:rsidRPr="001A0ECC">
        <w:t xml:space="preserve"> </w:t>
      </w:r>
      <w:proofErr w:type="spellStart"/>
      <w:r w:rsidRPr="001A0ECC">
        <w:t>dla</w:t>
      </w:r>
      <w:proofErr w:type="spellEnd"/>
      <w:r w:rsidRPr="001A0ECC">
        <w:t xml:space="preserve"> </w:t>
      </w:r>
      <w:proofErr w:type="spellStart"/>
      <w:r w:rsidRPr="001A0ECC">
        <w:t>danej</w:t>
      </w:r>
      <w:proofErr w:type="spellEnd"/>
      <w:r w:rsidRPr="001A0ECC">
        <w:t xml:space="preserve"> </w:t>
      </w:r>
      <w:proofErr w:type="spellStart"/>
      <w:r w:rsidRPr="001A0ECC">
        <w:t>części</w:t>
      </w:r>
      <w:proofErr w:type="spellEnd"/>
      <w:r w:rsidRPr="001A0ECC">
        <w:t xml:space="preserve"> </w:t>
      </w:r>
      <w:proofErr w:type="spellStart"/>
      <w:r w:rsidRPr="001A0ECC">
        <w:t>przewidziano</w:t>
      </w:r>
      <w:proofErr w:type="spellEnd"/>
      <w:r w:rsidRPr="001A0ECC">
        <w:t xml:space="preserve"> więcej niż jednego podwykonawcę, zakres i udział procentowy należy podać odrębnie dla każdego z nich (w razie potrzeby poprzez dodanie kolejnych wierszy). Suma udziałów stanowi łączny udział podwykonawstwa w wartości brutto danej części.</w:t>
      </w:r>
    </w:p>
    <w:p w14:paraId="29AD0C33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akceptuję wymagania dotyczące wadium oraz zabezpieczenia należytego wykonania umowy określone w SWZ;</w:t>
      </w:r>
    </w:p>
    <w:p w14:paraId="6EB9BCC4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zapoznałem się z klauzulą informacyjną z art. 13 RODO opublikowaną na stronie internetowej Zamawiającego i akceptuję jej treść w związku z udziałem w postępowaniu.</w:t>
      </w:r>
    </w:p>
    <w:p w14:paraId="668BACE7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informuję, że (zaznaczyć właściwe):</w:t>
      </w:r>
    </w:p>
    <w:p w14:paraId="177503F2" w14:textId="77777777" w:rsidR="0027774A" w:rsidRPr="001A0ECC" w:rsidRDefault="00D42C4D">
      <w:pPr>
        <w:spacing w:after="20"/>
        <w:ind w:left="567"/>
      </w:pPr>
      <w:sdt>
        <w:sdtPr>
          <w:alias w:val="tax_no"/>
          <w:tag w:val="tax_no"/>
          <w:id w:val="66891151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wybór oferty nie będzie prowadził do powstania u Zamawiającego obowiązku podatkowego;</w:t>
      </w:r>
    </w:p>
    <w:p w14:paraId="7F250F36" w14:textId="77777777" w:rsidR="0027774A" w:rsidRPr="001A0ECC" w:rsidRDefault="00D42C4D">
      <w:pPr>
        <w:spacing w:after="20"/>
        <w:ind w:left="567"/>
      </w:pPr>
      <w:sdt>
        <w:sdtPr>
          <w:alias w:val="tax_yes"/>
          <w:tag w:val="tax_yes"/>
          <w:id w:val="118108272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wybór oferty będzie prowadził do powstania u Zamawiającego obowiązku podatkowego w odniesieniu do następujących towarów lub usług: ........................................................................................................; wartość netto towaru lub usług powodująca obowiązek podatkowy: ................................................ zł; stawka VAT: ................ %.</w:t>
      </w:r>
    </w:p>
    <w:p w14:paraId="4BC58294" w14:textId="77777777" w:rsidR="0027774A" w:rsidRPr="001A0ECC" w:rsidRDefault="00D42C4D">
      <w:pPr>
        <w:pStyle w:val="Note"/>
        <w:ind w:left="567"/>
      </w:pPr>
      <w:r w:rsidRPr="001A0ECC">
        <w:t>W przypadku niezaznaczenia żadnego wariantu Zamawiający przyjmie, że wybór oferty nie będzie prowadził do powstania obowiązku podatkowego po stronie Zamawiającego.</w:t>
      </w:r>
    </w:p>
    <w:p w14:paraId="732F3A42" w14:textId="77777777" w:rsidR="0027774A" w:rsidRPr="001A0ECC" w:rsidRDefault="00D42C4D">
      <w:pPr>
        <w:numPr>
          <w:ilvl w:val="0"/>
          <w:numId w:val="1"/>
        </w:numPr>
        <w:spacing w:after="20"/>
      </w:pPr>
      <w:r w:rsidRPr="001A0ECC">
        <w:t>oświadczam, że Wykonawca, którego reprezentuję (zaznaczyć właściwe):</w:t>
      </w:r>
    </w:p>
    <w:p w14:paraId="75DAF5A7" w14:textId="77777777" w:rsidR="0027774A" w:rsidRPr="001A0ECC" w:rsidRDefault="00D42C4D">
      <w:pPr>
        <w:spacing w:after="20"/>
        <w:ind w:left="567"/>
      </w:pPr>
      <w:sdt>
        <w:sdtPr>
          <w:alias w:val="micro"/>
          <w:tag w:val="micro"/>
          <w:id w:val="-167417799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jest mikroprzedsiębiorstwem;</w:t>
      </w:r>
    </w:p>
    <w:p w14:paraId="6C0EF549" w14:textId="77777777" w:rsidR="0027774A" w:rsidRPr="001A0ECC" w:rsidRDefault="00D42C4D">
      <w:pPr>
        <w:spacing w:after="20"/>
        <w:ind w:left="567"/>
      </w:pPr>
      <w:sdt>
        <w:sdtPr>
          <w:alias w:val="small"/>
          <w:tag w:val="small"/>
          <w:id w:val="113421607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jest małym przedsiębiorstwem;</w:t>
      </w:r>
    </w:p>
    <w:p w14:paraId="14E4E7D6" w14:textId="77777777" w:rsidR="0027774A" w:rsidRPr="001A0ECC" w:rsidRDefault="00D42C4D">
      <w:pPr>
        <w:spacing w:after="20"/>
        <w:ind w:left="567"/>
      </w:pPr>
      <w:sdt>
        <w:sdtPr>
          <w:alias w:val="medium"/>
          <w:tag w:val="medium"/>
          <w:id w:val="199213655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jest średnim przedsiębiorstwem;</w:t>
      </w:r>
    </w:p>
    <w:p w14:paraId="2C9EA907" w14:textId="77777777" w:rsidR="0027774A" w:rsidRPr="001A0ECC" w:rsidRDefault="00D42C4D">
      <w:pPr>
        <w:spacing w:after="20"/>
        <w:ind w:left="567"/>
      </w:pPr>
      <w:sdt>
        <w:sdtPr>
          <w:alias w:val="large"/>
          <w:tag w:val="large"/>
          <w:id w:val="-185495394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1A0ECC">
            <w:t>☐</w:t>
          </w:r>
        </w:sdtContent>
      </w:sdt>
      <w:r w:rsidRPr="001A0ECC">
        <w:t xml:space="preserve"> jest dużym przedsiębiorstwem;</w:t>
      </w:r>
    </w:p>
    <w:p w14:paraId="5DC7326E" w14:textId="77777777" w:rsidR="0027774A" w:rsidRPr="001A0ECC" w:rsidRDefault="00D42C4D">
      <w:pPr>
        <w:spacing w:before="160"/>
        <w:jc w:val="right"/>
      </w:pPr>
      <w:r w:rsidRPr="001A0ECC">
        <w:rPr>
          <w:i/>
        </w:rPr>
        <w:t>kwalifikowany podpis elektroniczny / podpis zaufany / podpis osobisty</w:t>
      </w:r>
    </w:p>
    <w:sectPr w:rsidR="0027774A" w:rsidRPr="001A0ECC" w:rsidSect="00034616">
      <w:footerReference w:type="default" r:id="rId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6F261" w14:textId="77777777" w:rsidR="00D42C4D" w:rsidRDefault="00D42C4D">
      <w:r>
        <w:separator/>
      </w:r>
    </w:p>
  </w:endnote>
  <w:endnote w:type="continuationSeparator" w:id="0">
    <w:p w14:paraId="52547510" w14:textId="77777777" w:rsidR="00D42C4D" w:rsidRDefault="00D42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87BA" w14:textId="77777777" w:rsidR="0027774A" w:rsidRDefault="00D42C4D">
    <w:pPr>
      <w:pStyle w:val="Stopka"/>
      <w:jc w:val="center"/>
    </w:pPr>
    <w:r>
      <w:t xml:space="preserve">str. </w:t>
    </w:r>
    <w:r>
      <w:fldChar w:fldCharType="begin"/>
    </w:r>
    <w:r>
      <w:instrText xml:space="preserve"> PAGE </w:instrText>
    </w:r>
    <w:r w:rsidR="001A0ECC">
      <w:fldChar w:fldCharType="separate"/>
    </w:r>
    <w:r w:rsidR="001A0EC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521D5" w14:textId="77777777" w:rsidR="00D42C4D" w:rsidRDefault="00D42C4D">
      <w:r>
        <w:separator/>
      </w:r>
    </w:p>
  </w:footnote>
  <w:footnote w:type="continuationSeparator" w:id="0">
    <w:p w14:paraId="69751161" w14:textId="77777777" w:rsidR="00D42C4D" w:rsidRDefault="00D42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C94F71"/>
    <w:multiLevelType w:val="singleLevel"/>
    <w:tmpl w:val="D8CCC5E2"/>
    <w:lvl w:ilvl="0">
      <w:start w:val="1"/>
      <w:numFmt w:val="decimal"/>
      <w:pStyle w:val="Listapunktowana"/>
      <w:lvlText w:val="%1)"/>
      <w:lvlJc w:val="left"/>
      <w:pPr>
        <w:tabs>
          <w:tab w:val="num" w:pos="420"/>
        </w:tabs>
        <w:ind w:left="420" w:hanging="420"/>
      </w:pPr>
    </w:lvl>
  </w:abstractNum>
  <w:num w:numId="1" w16cid:durableId="8373074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ECC"/>
    <w:rsid w:val="0027774A"/>
    <w:rsid w:val="0029639D"/>
    <w:rsid w:val="00326F90"/>
    <w:rsid w:val="003E0DF1"/>
    <w:rsid w:val="00554489"/>
    <w:rsid w:val="00867DBC"/>
    <w:rsid w:val="00AA1D8D"/>
    <w:rsid w:val="00B47730"/>
    <w:rsid w:val="00CB0664"/>
    <w:rsid w:val="00D42C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0DAD86"/>
  <w14:defaultImageDpi w14:val="300"/>
  <w15:docId w15:val="{2AD52CD3-DA20-4D1A-B7F8-B3EC2D12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er">
    <w:name w:val="DocHeader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Section">
    <w:name w:val="Section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CenterTitle">
    <w:name w:val="CenterTitle"/>
    <w:pPr>
      <w:spacing w:after="0" w:line="240" w:lineRule="auto"/>
      <w:jc w:val="center"/>
    </w:pPr>
    <w:rPr>
      <w:rFonts w:ascii="Arial" w:eastAsia="Arial" w:hAnsi="Arial"/>
      <w:b/>
      <w:sz w:val="18"/>
    </w:rPr>
  </w:style>
  <w:style w:type="paragraph" w:customStyle="1" w:styleId="Note">
    <w:name w:val="Note"/>
    <w:pPr>
      <w:spacing w:after="0" w:line="240" w:lineRule="auto"/>
    </w:pPr>
    <w:rPr>
      <w:rFonts w:ascii="Arial" w:eastAsia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867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5</cp:revision>
  <dcterms:created xsi:type="dcterms:W3CDTF">2013-12-23T23:15:00Z</dcterms:created>
  <dcterms:modified xsi:type="dcterms:W3CDTF">2026-09-23T11:54:00Z</dcterms:modified>
  <cp:category/>
</cp:coreProperties>
</file>