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2E70B" w14:textId="77777777" w:rsidR="00A60226" w:rsidRDefault="00814578">
      <w:r>
        <w:rPr>
          <w:noProof/>
        </w:rPr>
        <w:drawing>
          <wp:inline distT="0" distB="0" distL="0" distR="0" wp14:anchorId="33DC6005" wp14:editId="285C820D">
            <wp:extent cx="5903999" cy="92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zpital_mazowsze_jedna_linia_cropp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9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64167" w14:textId="77777777" w:rsidR="00A60226" w:rsidRDefault="00814578">
      <w:pPr>
        <w:pStyle w:val="DocHeader"/>
      </w:pPr>
      <w:r>
        <w:t>Załącznik nr 4 – Oświadczenie Wykonawcy składane na podstawie art. 125 ust. 1 Pzp</w:t>
      </w:r>
    </w:p>
    <w:p w14:paraId="6637CCEE" w14:textId="37114F97" w:rsidR="00A60226" w:rsidRDefault="00814578">
      <w:r>
        <w:rPr>
          <w:i/>
        </w:rPr>
        <w:t xml:space="preserve">dotyczy postępowania pn. </w:t>
      </w:r>
      <w:r>
        <w:rPr>
          <w:i/>
        </w:rPr>
        <w:t>„Zaprojektowanie i wykonanie robót budowlanych zwiększających odporność infrastrukturalną Specjalistycznego Szpitala Wojewódzkiego w Ciechanowie – 3 części” – znak ZP/2501/94</w:t>
      </w:r>
      <w:r>
        <w:rPr>
          <w:i/>
        </w:rPr>
        <w:t>/26</w:t>
      </w:r>
    </w:p>
    <w:p w14:paraId="05BDAF5D" w14:textId="77777777" w:rsidR="00A60226" w:rsidRDefault="00814578">
      <w:pPr>
        <w:pStyle w:val="Section"/>
        <w:spacing w:before="100" w:after="40"/>
      </w:pPr>
      <w:r>
        <w:t>Dane podmiotu składającego oświadczenie</w:t>
      </w:r>
    </w:p>
    <w:tbl>
      <w:tblPr>
        <w:tblW w:w="9299" w:type="dxa"/>
        <w:tblBorders>
          <w:top w:val="single" w:sz="5" w:space="0" w:color="7F7F7F"/>
          <w:left w:val="single" w:sz="5" w:space="0" w:color="7F7F7F"/>
          <w:bottom w:val="single" w:sz="5" w:space="0" w:color="7F7F7F"/>
          <w:right w:val="single" w:sz="5" w:space="0" w:color="7F7F7F"/>
          <w:insideH w:val="single" w:sz="5" w:space="0" w:color="7F7F7F"/>
          <w:insideV w:val="single" w:sz="5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31"/>
      </w:tblGrid>
      <w:tr w:rsidR="00A60226" w14:paraId="6A7F7DDC" w14:textId="77777777">
        <w:trPr>
          <w:cantSplit/>
        </w:trPr>
        <w:tc>
          <w:tcPr>
            <w:tcW w:w="2268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FD41A6" w14:textId="77777777" w:rsidR="00A60226" w:rsidRDefault="00814578">
            <w:pPr>
              <w:jc w:val="center"/>
            </w:pPr>
            <w:r>
              <w:rPr>
                <w:b/>
              </w:rPr>
              <w:t>Pełna nazwa:</w:t>
            </w:r>
          </w:p>
        </w:tc>
        <w:tc>
          <w:tcPr>
            <w:tcW w:w="7031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CC665C" w14:textId="77777777" w:rsidR="00A60226" w:rsidRDefault="00A60226">
            <w:pPr>
              <w:jc w:val="center"/>
            </w:pPr>
          </w:p>
        </w:tc>
      </w:tr>
      <w:tr w:rsidR="00A60226" w14:paraId="14E21ED0" w14:textId="77777777">
        <w:trPr>
          <w:cantSplit/>
        </w:trPr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0C41BB" w14:textId="77777777" w:rsidR="00A60226" w:rsidRDefault="00814578">
            <w:r>
              <w:rPr>
                <w:b/>
              </w:rPr>
              <w:t>Adres:</w:t>
            </w:r>
          </w:p>
        </w:tc>
        <w:tc>
          <w:tcPr>
            <w:tcW w:w="70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42707C" w14:textId="77777777" w:rsidR="00A60226" w:rsidRDefault="00A60226"/>
        </w:tc>
      </w:tr>
      <w:tr w:rsidR="00A60226" w14:paraId="7C85DDD4" w14:textId="77777777">
        <w:trPr>
          <w:cantSplit/>
        </w:trPr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C4DC44" w14:textId="77777777" w:rsidR="00A60226" w:rsidRDefault="00814578">
            <w:r>
              <w:rPr>
                <w:b/>
              </w:rPr>
              <w:t>NIP / REGON:</w:t>
            </w:r>
          </w:p>
        </w:tc>
        <w:tc>
          <w:tcPr>
            <w:tcW w:w="703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42FA37" w14:textId="77777777" w:rsidR="00A60226" w:rsidRDefault="00A60226"/>
        </w:tc>
      </w:tr>
    </w:tbl>
    <w:p w14:paraId="369C03A7" w14:textId="77777777" w:rsidR="00A60226" w:rsidRDefault="00814578">
      <w:pPr>
        <w:spacing w:before="60"/>
      </w:pPr>
      <w:r>
        <w:rPr>
          <w:b/>
        </w:rPr>
        <w:t>Status podmiotu (zaznaczyć właściwe):</w:t>
      </w:r>
    </w:p>
    <w:p w14:paraId="1A44FE67" w14:textId="77777777" w:rsidR="00A60226" w:rsidRDefault="00814578">
      <w:pPr>
        <w:spacing w:after="20"/>
        <w:ind w:left="397"/>
      </w:pPr>
      <w:sdt>
        <w:sdtPr>
          <w:alias w:val="status_wyk"/>
          <w:tag w:val="status_wyk"/>
          <w:id w:val="52506577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t>☐</w:t>
          </w:r>
        </w:sdtContent>
      </w:sdt>
      <w:r>
        <w:t xml:space="preserve"> Wykonawca</w:t>
      </w:r>
    </w:p>
    <w:p w14:paraId="63E07C00" w14:textId="77777777" w:rsidR="00A60226" w:rsidRDefault="00814578">
      <w:pPr>
        <w:spacing w:after="20"/>
        <w:ind w:left="397"/>
      </w:pPr>
      <w:sdt>
        <w:sdtPr>
          <w:alias w:val="status_kons"/>
          <w:tag w:val="status_kons"/>
          <w:id w:val="2143772358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t>☐</w:t>
          </w:r>
        </w:sdtContent>
      </w:sdt>
      <w:r>
        <w:t xml:space="preserve"> Wykonawca wspólnie ubiegający się o udzielenie zamówienia</w:t>
      </w:r>
    </w:p>
    <w:p w14:paraId="3601E9E3" w14:textId="77777777" w:rsidR="00A60226" w:rsidRDefault="00814578">
      <w:pPr>
        <w:spacing w:after="20"/>
        <w:ind w:left="397"/>
      </w:pPr>
      <w:sdt>
        <w:sdtPr>
          <w:alias w:val="status_podmiot"/>
          <w:tag w:val="status_podmiot"/>
          <w:id w:val="89517441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>
            <w:t>☐</w:t>
          </w:r>
        </w:sdtContent>
      </w:sdt>
      <w:r>
        <w:t xml:space="preserve"> podmiot udostępniający zasoby</w:t>
      </w:r>
    </w:p>
    <w:p w14:paraId="027673CC" w14:textId="77777777" w:rsidR="00A60226" w:rsidRDefault="00814578">
      <w:pPr>
        <w:pStyle w:val="CenterTitle"/>
        <w:spacing w:before="100" w:after="60"/>
      </w:pPr>
      <w:r>
        <w:t>OŚWIADCZENIE</w:t>
      </w:r>
    </w:p>
    <w:p w14:paraId="154513C8" w14:textId="77777777" w:rsidR="00A60226" w:rsidRDefault="00814578">
      <w:pPr>
        <w:jc w:val="center"/>
      </w:pPr>
      <w:r>
        <w:rPr>
          <w:i/>
        </w:rPr>
        <w:t>składane na podstawie art. 125 ust. 1 ustawy Prawo zamówień publicznych</w:t>
      </w:r>
    </w:p>
    <w:p w14:paraId="16149BC1" w14:textId="77777777" w:rsidR="00A60226" w:rsidRDefault="00814578">
      <w:pPr>
        <w:pStyle w:val="Section"/>
        <w:spacing w:before="100" w:after="40"/>
      </w:pPr>
      <w:r>
        <w:t>I. Oświadczenie dotyczące podstaw wykluczenia</w:t>
      </w:r>
    </w:p>
    <w:p w14:paraId="2FA7F928" w14:textId="77777777" w:rsidR="00A60226" w:rsidRDefault="00814578">
      <w:pPr>
        <w:numPr>
          <w:ilvl w:val="0"/>
          <w:numId w:val="1"/>
        </w:numPr>
        <w:spacing w:after="20"/>
      </w:pPr>
      <w:r>
        <w:t>Oświadczam, że wobec podmiotu, który reprezentuję, nie zachodzi żadna z obligatoryjnych podstaw wykluczenia określonych w art. 108 ust. 1 ustawy Prawo zamówień publicznych.</w:t>
      </w:r>
    </w:p>
    <w:p w14:paraId="5A0E364B" w14:textId="77777777" w:rsidR="00A60226" w:rsidRDefault="00814578">
      <w:pPr>
        <w:numPr>
          <w:ilvl w:val="0"/>
          <w:numId w:val="1"/>
        </w:numPr>
        <w:spacing w:after="20"/>
      </w:pPr>
      <w:r>
        <w:t>Oświadczam, że wobec podmiotu, który reprezentuję, nie zachodzą przesłanki wykluczenia określone w art. 7 ust. 1 ustawy z dnia 13 kwietnia 2022 r. o szczególnych rozwiązaniach w zakresie przeciwdziałania wspieraniu agresji na Ukrainę oraz służących ochronie bezpieczeństwa narodowego.</w:t>
      </w:r>
    </w:p>
    <w:p w14:paraId="6E45AF03" w14:textId="77777777" w:rsidR="00A60226" w:rsidRDefault="00814578">
      <w:pPr>
        <w:pStyle w:val="Section"/>
        <w:spacing w:before="100" w:after="40"/>
      </w:pPr>
      <w:r>
        <w:t>II. Oświadczenie dotyczące spełniania warunków udziału w postępowaniu</w:t>
      </w:r>
    </w:p>
    <w:p w14:paraId="02580925" w14:textId="77777777" w:rsidR="00A60226" w:rsidRDefault="00814578">
      <w:r>
        <w:t>Oświadczam, że podmiot, który reprezentuję, spełnia warunki udziału w postępowaniu określone w części IV SWZ w zakresie, w jakim warunki te są przez ten podmiot wykazywane lub udostępniane Wykonawcy.</w:t>
      </w:r>
    </w:p>
    <w:p w14:paraId="06637815" w14:textId="77777777" w:rsidR="00A60226" w:rsidRDefault="00814578">
      <w:r>
        <w:rPr>
          <w:b/>
        </w:rPr>
        <w:t>Zakres spełnianych / udostępnianych warunków (wskazać część zamówienia oraz warunek – doświadczenie i/lub osoby):</w:t>
      </w:r>
    </w:p>
    <w:p w14:paraId="3102747B" w14:textId="77777777" w:rsidR="00A60226" w:rsidRDefault="00814578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3B5BA8" w14:textId="77777777" w:rsidR="00A60226" w:rsidRDefault="00814578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380379" w14:textId="77777777" w:rsidR="00A60226" w:rsidRDefault="00814578">
      <w:r>
        <w:rPr>
          <w:i/>
        </w:rPr>
        <w:t>Oświadczenie jest aktualne na dzień składania ofert.</w:t>
      </w:r>
    </w:p>
    <w:p w14:paraId="75EA2D65" w14:textId="77777777" w:rsidR="00A60226" w:rsidRDefault="00814578">
      <w:pPr>
        <w:spacing w:before="200"/>
        <w:jc w:val="right"/>
      </w:pPr>
      <w:r>
        <w:rPr>
          <w:i/>
        </w:rPr>
        <w:t>kwalifikowany podpis elektroniczny / podpis zaufany / podpis osobisty</w:t>
      </w:r>
    </w:p>
    <w:sectPr w:rsidR="00A60226" w:rsidSect="00034616">
      <w:footerReference w:type="default" r:id="rId9"/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BCB3B" w14:textId="77777777" w:rsidR="00814578" w:rsidRDefault="00814578">
      <w:r>
        <w:separator/>
      </w:r>
    </w:p>
  </w:endnote>
  <w:endnote w:type="continuationSeparator" w:id="0">
    <w:p w14:paraId="59923D3C" w14:textId="77777777" w:rsidR="00814578" w:rsidRDefault="00814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1DB8" w14:textId="77777777" w:rsidR="00A60226" w:rsidRDefault="00814578">
    <w:pPr>
      <w:pStyle w:val="Stopka"/>
      <w:jc w:val="center"/>
    </w:pPr>
    <w:r>
      <w:t xml:space="preserve">str.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76D8A" w14:textId="77777777" w:rsidR="00814578" w:rsidRDefault="00814578">
      <w:r>
        <w:separator/>
      </w:r>
    </w:p>
  </w:footnote>
  <w:footnote w:type="continuationSeparator" w:id="0">
    <w:p w14:paraId="7827520D" w14:textId="77777777" w:rsidR="00814578" w:rsidRDefault="00814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4A44841"/>
    <w:multiLevelType w:val="singleLevel"/>
    <w:tmpl w:val="5E183322"/>
    <w:lvl w:ilvl="0">
      <w:start w:val="1"/>
      <w:numFmt w:val="decimal"/>
      <w:pStyle w:val="Listapunktowana"/>
      <w:lvlText w:val="%1)"/>
      <w:lvlJc w:val="left"/>
      <w:pPr>
        <w:tabs>
          <w:tab w:val="num" w:pos="420"/>
        </w:tabs>
        <w:ind w:left="420" w:hanging="420"/>
      </w:pPr>
    </w:lvl>
  </w:abstractNum>
  <w:num w:numId="1" w16cid:durableId="1792038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14578"/>
    <w:rsid w:val="00A60226"/>
    <w:rsid w:val="00AA1D8D"/>
    <w:rsid w:val="00B47730"/>
    <w:rsid w:val="00CB0664"/>
    <w:rsid w:val="00CE10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BA4DB9"/>
  <w14:defaultImageDpi w14:val="300"/>
  <w15:docId w15:val="{D53FCC40-A54A-4587-866C-7DD82907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Header">
    <w:name w:val="DocHeader"/>
    <w:pPr>
      <w:spacing w:after="0" w:line="240" w:lineRule="auto"/>
    </w:pPr>
    <w:rPr>
      <w:rFonts w:ascii="Arial" w:eastAsia="Arial" w:hAnsi="Arial"/>
      <w:b/>
      <w:sz w:val="18"/>
    </w:rPr>
  </w:style>
  <w:style w:type="paragraph" w:customStyle="1" w:styleId="Section">
    <w:name w:val="Section"/>
    <w:pPr>
      <w:spacing w:after="0" w:line="240" w:lineRule="auto"/>
    </w:pPr>
    <w:rPr>
      <w:rFonts w:ascii="Arial" w:eastAsia="Arial" w:hAnsi="Arial"/>
      <w:b/>
      <w:sz w:val="18"/>
    </w:rPr>
  </w:style>
  <w:style w:type="paragraph" w:customStyle="1" w:styleId="CenterTitle">
    <w:name w:val="CenterTitle"/>
    <w:pPr>
      <w:spacing w:after="0" w:line="240" w:lineRule="auto"/>
      <w:jc w:val="center"/>
    </w:pPr>
    <w:rPr>
      <w:rFonts w:ascii="Arial" w:eastAsia="Arial" w:hAnsi="Arial"/>
      <w:b/>
      <w:sz w:val="18"/>
    </w:rPr>
  </w:style>
  <w:style w:type="paragraph" w:customStyle="1" w:styleId="Note">
    <w:name w:val="Note"/>
    <w:pPr>
      <w:spacing w:after="0" w:line="240" w:lineRule="auto"/>
    </w:pPr>
    <w:rPr>
      <w:rFonts w:ascii="Arial" w:eastAsia="Arial" w:hAnsi="Arial"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Wiesław Babiżewski</cp:lastModifiedBy>
  <cp:revision>2</cp:revision>
  <dcterms:created xsi:type="dcterms:W3CDTF">2013-12-23T23:15:00Z</dcterms:created>
  <dcterms:modified xsi:type="dcterms:W3CDTF">2026-09-23T08:08:00Z</dcterms:modified>
  <cp:category/>
</cp:coreProperties>
</file>