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C1789" w14:textId="77777777" w:rsidR="004A1486" w:rsidRDefault="00132438">
      <w:r>
        <w:rPr>
          <w:noProof/>
        </w:rPr>
        <w:drawing>
          <wp:inline distT="0" distB="0" distL="0" distR="0" wp14:anchorId="07F448E2" wp14:editId="419CC45E">
            <wp:extent cx="5903999" cy="922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szpital_mazowsze_jedna_linia_cropped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92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3FBC3B" w14:textId="57B13527" w:rsidR="004A1486" w:rsidRDefault="00132438">
      <w:pPr>
        <w:pStyle w:val="DocHeader"/>
      </w:pPr>
      <w:proofErr w:type="spellStart"/>
      <w:r>
        <w:rPr>
          <w:b w:val="0"/>
        </w:rPr>
        <w:t>Załącznik</w:t>
      </w:r>
      <w:proofErr w:type="spellEnd"/>
      <w:r>
        <w:rPr>
          <w:b w:val="0"/>
        </w:rPr>
        <w:t xml:space="preserve"> nr 5</w:t>
      </w:r>
      <w:r>
        <w:rPr>
          <w:b w:val="0"/>
        </w:rPr>
        <w:t xml:space="preserve"> – </w:t>
      </w:r>
      <w:proofErr w:type="spellStart"/>
      <w:r>
        <w:rPr>
          <w:b w:val="0"/>
        </w:rPr>
        <w:t>Zobowiązanie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podmiotu</w:t>
      </w:r>
      <w:proofErr w:type="spellEnd"/>
      <w:r>
        <w:rPr>
          <w:b w:val="0"/>
        </w:rPr>
        <w:t xml:space="preserve"> udostępniającego zasoby składane na podstawie art. 118 ust. 3 i 4 Pzp</w:t>
      </w:r>
    </w:p>
    <w:p w14:paraId="5224F0FC" w14:textId="77777777" w:rsidR="004A1486" w:rsidRDefault="00132438">
      <w:r>
        <w:t>dotyczy postępowania pn. „Zaprojektowanie i wykonanie robót budowlanych zwiększających odporność infrastrukturalną Specjalistycznego Szpitala Wojewódzkiego w Ciechanowie – 3 części” – znak ZP/2501/94/26</w:t>
      </w:r>
    </w:p>
    <w:p w14:paraId="6E3DCD4F" w14:textId="77777777" w:rsidR="004A1486" w:rsidRDefault="00132438">
      <w:pPr>
        <w:pStyle w:val="Section"/>
        <w:keepNext/>
      </w:pPr>
      <w:r>
        <w:rPr>
          <w:b w:val="0"/>
        </w:rPr>
        <w:t>Dane Wykonawcy korzystającego z zasobów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37"/>
        <w:gridCol w:w="6462"/>
      </w:tblGrid>
      <w:tr w:rsidR="004A1486" w14:paraId="2F272634" w14:textId="77777777">
        <w:trPr>
          <w:jc w:val="center"/>
        </w:trPr>
        <w:tc>
          <w:tcPr>
            <w:tcW w:w="243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AF7"/>
          </w:tcPr>
          <w:p w14:paraId="53FA40C4" w14:textId="77777777" w:rsidR="004A1486" w:rsidRDefault="00132438">
            <w:r>
              <w:t>Pełna nazwa:</w:t>
            </w:r>
          </w:p>
        </w:tc>
        <w:tc>
          <w:tcPr>
            <w:tcW w:w="646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AF7"/>
          </w:tcPr>
          <w:p w14:paraId="42937CCA" w14:textId="77777777" w:rsidR="004A1486" w:rsidRDefault="004A1486"/>
        </w:tc>
      </w:tr>
      <w:tr w:rsidR="004A1486" w14:paraId="4AB79E21" w14:textId="77777777">
        <w:trPr>
          <w:jc w:val="center"/>
        </w:trPr>
        <w:tc>
          <w:tcPr>
            <w:tcW w:w="243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BF1640C" w14:textId="77777777" w:rsidR="004A1486" w:rsidRDefault="00132438">
            <w:r>
              <w:t>Część / części zamówienia:</w:t>
            </w:r>
          </w:p>
        </w:tc>
        <w:tc>
          <w:tcPr>
            <w:tcW w:w="646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697DAF4" w14:textId="77777777" w:rsidR="004A1486" w:rsidRDefault="004A1486"/>
        </w:tc>
      </w:tr>
    </w:tbl>
    <w:p w14:paraId="013A2984" w14:textId="77777777" w:rsidR="004A1486" w:rsidRDefault="00132438">
      <w:pPr>
        <w:pStyle w:val="Section"/>
        <w:keepNext/>
      </w:pPr>
      <w:r>
        <w:rPr>
          <w:b w:val="0"/>
        </w:rPr>
        <w:t>Dane podmiotu udostępniającego zasoby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37"/>
        <w:gridCol w:w="6462"/>
      </w:tblGrid>
      <w:tr w:rsidR="004A1486" w14:paraId="66E319BC" w14:textId="77777777">
        <w:trPr>
          <w:jc w:val="center"/>
        </w:trPr>
        <w:tc>
          <w:tcPr>
            <w:tcW w:w="243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AF7"/>
          </w:tcPr>
          <w:p w14:paraId="2F57520B" w14:textId="77777777" w:rsidR="004A1486" w:rsidRDefault="00132438">
            <w:r>
              <w:t>Pełna nazwa:</w:t>
            </w:r>
          </w:p>
        </w:tc>
        <w:tc>
          <w:tcPr>
            <w:tcW w:w="646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AF7"/>
          </w:tcPr>
          <w:p w14:paraId="43F34677" w14:textId="77777777" w:rsidR="004A1486" w:rsidRDefault="004A1486"/>
        </w:tc>
      </w:tr>
      <w:tr w:rsidR="004A1486" w14:paraId="798820DF" w14:textId="77777777">
        <w:trPr>
          <w:jc w:val="center"/>
        </w:trPr>
        <w:tc>
          <w:tcPr>
            <w:tcW w:w="243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15F2301" w14:textId="77777777" w:rsidR="004A1486" w:rsidRDefault="00132438">
            <w:r>
              <w:t>Adres:</w:t>
            </w:r>
          </w:p>
        </w:tc>
        <w:tc>
          <w:tcPr>
            <w:tcW w:w="646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9CEB1CF" w14:textId="77777777" w:rsidR="004A1486" w:rsidRDefault="004A1486"/>
        </w:tc>
      </w:tr>
      <w:tr w:rsidR="004A1486" w14:paraId="71141987" w14:textId="77777777">
        <w:trPr>
          <w:jc w:val="center"/>
        </w:trPr>
        <w:tc>
          <w:tcPr>
            <w:tcW w:w="243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6620092" w14:textId="77777777" w:rsidR="004A1486" w:rsidRDefault="00132438">
            <w:r>
              <w:t>NIP / REGON:</w:t>
            </w:r>
          </w:p>
        </w:tc>
        <w:tc>
          <w:tcPr>
            <w:tcW w:w="646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8BCE118" w14:textId="77777777" w:rsidR="004A1486" w:rsidRDefault="004A1486"/>
        </w:tc>
      </w:tr>
    </w:tbl>
    <w:p w14:paraId="2B2438A5" w14:textId="77777777" w:rsidR="004A1486" w:rsidRDefault="00132438">
      <w:pPr>
        <w:pStyle w:val="CenterTitle"/>
      </w:pPr>
      <w:r>
        <w:rPr>
          <w:b w:val="0"/>
        </w:rPr>
        <w:t>ZOBOWIĄZANIE PODMIOTU UDOSTĘPNIAJĄCEGO ZASOBY</w:t>
      </w:r>
    </w:p>
    <w:p w14:paraId="279DDB4C" w14:textId="77777777" w:rsidR="004A1486" w:rsidRDefault="00132438">
      <w:pPr>
        <w:jc w:val="center"/>
      </w:pPr>
      <w:r>
        <w:rPr>
          <w:i/>
        </w:rPr>
        <w:t>składane na podstawie art. 118 ust. 3 i 4 ustawy Prawo zamówień publicznych</w:t>
      </w:r>
    </w:p>
    <w:p w14:paraId="6DF2C5C7" w14:textId="77777777" w:rsidR="004A1486" w:rsidRDefault="00132438">
      <w:r>
        <w:t>Działając w imieniu podmiotu wskazanego powyżej, zobowiązuję się do oddania Wykonawcy do dyspozycji niezbędnych zasobów na potrzeby realizacji zamówienia w zakresie wskazanym poniżej. Oświadczam, że stosunek łączący Wykonawcę z podmiotem udostępniającym zasoby gwarantuje Wykonawcy rzeczywisty dostęp do tych zasobów.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28"/>
        <w:gridCol w:w="5272"/>
      </w:tblGrid>
      <w:tr w:rsidR="004A1486" w14:paraId="6CE90FAB" w14:textId="77777777">
        <w:trPr>
          <w:jc w:val="center"/>
        </w:trPr>
        <w:tc>
          <w:tcPr>
            <w:tcW w:w="362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AF7"/>
            <w:vAlign w:val="center"/>
          </w:tcPr>
          <w:p w14:paraId="159A54F6" w14:textId="77777777" w:rsidR="004A1486" w:rsidRDefault="00132438">
            <w:r>
              <w:rPr>
                <w:b/>
              </w:rPr>
              <w:t>Zakres zasobów udostępnianych Wykonawcy</w:t>
            </w:r>
          </w:p>
        </w:tc>
        <w:tc>
          <w:tcPr>
            <w:tcW w:w="527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5CBA29F9" w14:textId="77777777" w:rsidR="004A1486" w:rsidRDefault="004A1486"/>
        </w:tc>
      </w:tr>
      <w:tr w:rsidR="004A1486" w14:paraId="46D258F8" w14:textId="77777777">
        <w:trPr>
          <w:jc w:val="center"/>
        </w:trPr>
        <w:tc>
          <w:tcPr>
            <w:tcW w:w="362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AF7"/>
            <w:vAlign w:val="center"/>
          </w:tcPr>
          <w:p w14:paraId="440B07A2" w14:textId="77777777" w:rsidR="004A1486" w:rsidRDefault="00132438">
            <w:r>
              <w:rPr>
                <w:b/>
              </w:rPr>
              <w:t>Sposób udostępnienia i wykorzystania zasobów przez Wykonawcę przy wykonywaniu zamówienia</w:t>
            </w:r>
          </w:p>
        </w:tc>
        <w:tc>
          <w:tcPr>
            <w:tcW w:w="527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7630BD12" w14:textId="77777777" w:rsidR="004A1486" w:rsidRDefault="004A1486"/>
        </w:tc>
      </w:tr>
      <w:tr w:rsidR="004A1486" w14:paraId="7814B296" w14:textId="77777777">
        <w:trPr>
          <w:jc w:val="center"/>
        </w:trPr>
        <w:tc>
          <w:tcPr>
            <w:tcW w:w="362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AF7"/>
            <w:vAlign w:val="center"/>
          </w:tcPr>
          <w:p w14:paraId="0EABFEA2" w14:textId="77777777" w:rsidR="004A1486" w:rsidRDefault="00132438">
            <w:r>
              <w:rPr>
                <w:b/>
              </w:rPr>
              <w:t>Okres udostępnienia i wykorzystania zasobów</w:t>
            </w:r>
          </w:p>
        </w:tc>
        <w:tc>
          <w:tcPr>
            <w:tcW w:w="527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77544CD6" w14:textId="77777777" w:rsidR="004A1486" w:rsidRDefault="004A1486"/>
        </w:tc>
      </w:tr>
      <w:tr w:rsidR="004A1486" w14:paraId="47B467A9" w14:textId="77777777">
        <w:trPr>
          <w:jc w:val="center"/>
        </w:trPr>
        <w:tc>
          <w:tcPr>
            <w:tcW w:w="362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AF7"/>
            <w:vAlign w:val="center"/>
          </w:tcPr>
          <w:p w14:paraId="4D1426A4" w14:textId="77777777" w:rsidR="004A1486" w:rsidRDefault="00132438">
            <w:r>
              <w:rPr>
                <w:b/>
              </w:rPr>
              <w:t>Roboty budowlane lub usługi, które podmiot udostępniający zasoby zrealizuje – jeżeli Wykonawca polega na jego zdolnościach w zakresie wykształcenia, kwalifikacji zawodowych lub doświadczenia</w:t>
            </w:r>
          </w:p>
        </w:tc>
        <w:tc>
          <w:tcPr>
            <w:tcW w:w="527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191B4F0D" w14:textId="77777777" w:rsidR="004A1486" w:rsidRDefault="004A1486"/>
        </w:tc>
      </w:tr>
    </w:tbl>
    <w:p w14:paraId="6EF9923D" w14:textId="77777777" w:rsidR="004A1486" w:rsidRDefault="00132438">
      <w:r>
        <w:rPr>
          <w:i/>
        </w:rPr>
        <w:t>Oświadczam, że udostępnione zasoby będą pozostawały do dyspozycji Wykonawcy w zakresie i przez okres niezbędny do należytej realizacji zamówienia, zgodnie z treścią niniejszego zobowiązania.</w:t>
      </w:r>
    </w:p>
    <w:p w14:paraId="776C11D0" w14:textId="77777777" w:rsidR="004A1486" w:rsidRDefault="00132438">
      <w:pPr>
        <w:jc w:val="right"/>
      </w:pPr>
      <w:r>
        <w:rPr>
          <w:i/>
        </w:rPr>
        <w:t>kwalifikowany podpis elektroniczny / podpis zaufany / podpis osobisty podmiotu udostępniającego zasoby</w:t>
      </w:r>
    </w:p>
    <w:sectPr w:rsidR="004A1486" w:rsidSect="00034616">
      <w:footerReference w:type="default" r:id="rId9"/>
      <w:pgSz w:w="12240" w:h="15840"/>
      <w:pgMar w:top="1134" w:right="1440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97DF2" w14:textId="77777777" w:rsidR="00132438" w:rsidRDefault="00132438">
      <w:r>
        <w:separator/>
      </w:r>
    </w:p>
  </w:endnote>
  <w:endnote w:type="continuationSeparator" w:id="0">
    <w:p w14:paraId="12E59D65" w14:textId="77777777" w:rsidR="00132438" w:rsidRDefault="00132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CC1A4" w14:textId="77777777" w:rsidR="004A1486" w:rsidRDefault="00132438">
    <w:pPr>
      <w:pStyle w:val="Stopka"/>
      <w:jc w:val="center"/>
    </w:pPr>
    <w:r>
      <w:t xml:space="preserve">str.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C1654" w14:textId="77777777" w:rsidR="00132438" w:rsidRDefault="00132438">
      <w:r>
        <w:separator/>
      </w:r>
    </w:p>
  </w:footnote>
  <w:footnote w:type="continuationSeparator" w:id="0">
    <w:p w14:paraId="56EB81A9" w14:textId="77777777" w:rsidR="00132438" w:rsidRDefault="001324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91C7F27"/>
    <w:multiLevelType w:val="singleLevel"/>
    <w:tmpl w:val="BD2029EC"/>
    <w:lvl w:ilvl="0">
      <w:start w:val="1"/>
      <w:numFmt w:val="decimal"/>
      <w:pStyle w:val="Listapunktowana"/>
      <w:lvlText w:val="%1)"/>
      <w:lvlJc w:val="left"/>
      <w:pPr>
        <w:tabs>
          <w:tab w:val="num" w:pos="420"/>
        </w:tabs>
        <w:ind w:left="420" w:hanging="420"/>
      </w:pPr>
    </w:lvl>
  </w:abstractNum>
  <w:num w:numId="1" w16cid:durableId="131217126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2438"/>
    <w:rsid w:val="0015074B"/>
    <w:rsid w:val="0029639D"/>
    <w:rsid w:val="00326F90"/>
    <w:rsid w:val="004A1486"/>
    <w:rsid w:val="00AA1D8D"/>
    <w:rsid w:val="00B47730"/>
    <w:rsid w:val="00CB0664"/>
    <w:rsid w:val="00CE108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008C73"/>
  <w14:defaultImageDpi w14:val="300"/>
  <w15:docId w15:val="{D53FCC40-A54A-4587-866C-7DD82907A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240" w:lineRule="auto"/>
    </w:pPr>
    <w:rPr>
      <w:rFonts w:ascii="Arial" w:eastAsia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Header">
    <w:name w:val="DocHeader"/>
    <w:pPr>
      <w:spacing w:after="0" w:line="240" w:lineRule="auto"/>
    </w:pPr>
    <w:rPr>
      <w:rFonts w:ascii="Arial" w:eastAsia="Arial" w:hAnsi="Arial"/>
      <w:b/>
      <w:sz w:val="18"/>
    </w:rPr>
  </w:style>
  <w:style w:type="paragraph" w:customStyle="1" w:styleId="Section">
    <w:name w:val="Section"/>
    <w:pPr>
      <w:spacing w:after="0" w:line="240" w:lineRule="auto"/>
    </w:pPr>
    <w:rPr>
      <w:rFonts w:ascii="Arial" w:eastAsia="Arial" w:hAnsi="Arial"/>
      <w:b/>
      <w:sz w:val="18"/>
    </w:rPr>
  </w:style>
  <w:style w:type="paragraph" w:customStyle="1" w:styleId="CenterTitle">
    <w:name w:val="CenterTitle"/>
    <w:pPr>
      <w:spacing w:after="0" w:line="240" w:lineRule="auto"/>
      <w:jc w:val="center"/>
    </w:pPr>
    <w:rPr>
      <w:rFonts w:ascii="Arial" w:eastAsia="Arial" w:hAnsi="Arial"/>
      <w:b/>
      <w:sz w:val="18"/>
    </w:rPr>
  </w:style>
  <w:style w:type="paragraph" w:customStyle="1" w:styleId="Note">
    <w:name w:val="Note"/>
    <w:pPr>
      <w:spacing w:after="0" w:line="240" w:lineRule="auto"/>
    </w:pPr>
    <w:rPr>
      <w:rFonts w:ascii="Arial" w:eastAsia="Arial" w:hAnsi="Arial"/>
      <w:i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10 – Zobowiązanie podmiotu udostępniającego zasoby art. 118 Pzp</dc:title>
  <dc:subject/>
  <dc:creator>Specjalistyczny Szpital Wojewódzki w Ciechanowie</dc:creator>
  <cp:keywords/>
  <dc:description>generated by python-docx</dc:description>
  <cp:lastModifiedBy>Wiesław Babiżewski</cp:lastModifiedBy>
  <cp:revision>2</cp:revision>
  <dcterms:created xsi:type="dcterms:W3CDTF">2013-12-23T23:15:00Z</dcterms:created>
  <dcterms:modified xsi:type="dcterms:W3CDTF">2026-09-23T09:17:00Z</dcterms:modified>
  <cp:category/>
</cp:coreProperties>
</file>