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15748" w14:textId="77777777" w:rsidR="00CA38E5" w:rsidRDefault="0042093D">
      <w:r>
        <w:rPr>
          <w:noProof/>
        </w:rPr>
        <w:drawing>
          <wp:inline distT="0" distB="0" distL="0" distR="0" wp14:anchorId="1603C8EC" wp14:editId="2A3FB9D0">
            <wp:extent cx="5903999" cy="92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zpital_mazowsze_jedna_linia_cropped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9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E3135" w14:textId="77777777" w:rsidR="00CA38E5" w:rsidRDefault="0042093D">
      <w:pPr>
        <w:pStyle w:val="DocHeader"/>
      </w:pPr>
      <w:r>
        <w:t>Załącznik nr 7 – Wykaz robót budowlanych</w:t>
      </w:r>
    </w:p>
    <w:p w14:paraId="217528C2" w14:textId="77777777" w:rsidR="0042093D" w:rsidRDefault="0042093D">
      <w:pPr>
        <w:rPr>
          <w:i/>
        </w:rPr>
      </w:pPr>
      <w:r>
        <w:rPr>
          <w:i/>
        </w:rPr>
        <w:t xml:space="preserve">dotyczy postępowania pn. </w:t>
      </w:r>
      <w:r>
        <w:rPr>
          <w:i/>
        </w:rPr>
        <w:t xml:space="preserve">„Zaprojektowanie i wykonanie robót budowlanych zwiększających odporność infrastrukturalną Specjalistycznego Szpitala Wojewódzkiego w Ciechanowie – 3 </w:t>
      </w:r>
      <w:proofErr w:type="spellStart"/>
      <w:r>
        <w:rPr>
          <w:i/>
        </w:rPr>
        <w:t>części</w:t>
      </w:r>
      <w:proofErr w:type="spellEnd"/>
      <w:r>
        <w:rPr>
          <w:i/>
        </w:rPr>
        <w:t xml:space="preserve">” – </w:t>
      </w:r>
      <w:proofErr w:type="spellStart"/>
      <w:r>
        <w:rPr>
          <w:i/>
        </w:rPr>
        <w:t>znak</w:t>
      </w:r>
      <w:proofErr w:type="spellEnd"/>
      <w:r>
        <w:rPr>
          <w:i/>
        </w:rPr>
        <w:t xml:space="preserve"> ZP/2501/</w:t>
      </w:r>
      <w:r w:rsidR="00081C95">
        <w:rPr>
          <w:i/>
        </w:rPr>
        <w:t>94</w:t>
      </w:r>
    </w:p>
    <w:p w14:paraId="4752A61B" w14:textId="2C21A2F4" w:rsidR="00CA38E5" w:rsidRDefault="0042093D">
      <w:r>
        <w:rPr>
          <w:i/>
        </w:rPr>
        <w:t>/26</w:t>
      </w:r>
    </w:p>
    <w:p w14:paraId="48BB2A35" w14:textId="77777777" w:rsidR="00CA38E5" w:rsidRDefault="0042093D">
      <w:pPr>
        <w:pStyle w:val="CenterTitle"/>
        <w:spacing w:before="100" w:after="60"/>
      </w:pPr>
      <w:r>
        <w:t>WYKAZ ROBÓT BUDOWLANYCH</w:t>
      </w:r>
    </w:p>
    <w:p w14:paraId="4F4F0945" w14:textId="77777777" w:rsidR="00CA38E5" w:rsidRDefault="0042093D">
      <w:r>
        <w:t>Wykaz składany na wezwanie Zamawiającego na potwierdzenie spełniania warunku udziału w postępowaniu dotyczącego doświadczenia, określonego w części IV SWZ. Wykonawca wskazuje roboty odpowiednie dla części, na które składa ofertę.</w:t>
      </w:r>
    </w:p>
    <w:tbl>
      <w:tblPr>
        <w:tblW w:w="9354" w:type="dxa"/>
        <w:tblBorders>
          <w:top w:val="single" w:sz="5" w:space="0" w:color="7F7F7F"/>
          <w:left w:val="single" w:sz="5" w:space="0" w:color="7F7F7F"/>
          <w:bottom w:val="single" w:sz="5" w:space="0" w:color="7F7F7F"/>
          <w:right w:val="single" w:sz="5" w:space="0" w:color="7F7F7F"/>
          <w:insideH w:val="single" w:sz="5" w:space="0" w:color="7F7F7F"/>
          <w:insideV w:val="single" w:sz="5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794"/>
        <w:gridCol w:w="2608"/>
        <w:gridCol w:w="1077"/>
        <w:gridCol w:w="1247"/>
        <w:gridCol w:w="1247"/>
        <w:gridCol w:w="1871"/>
      </w:tblGrid>
      <w:tr w:rsidR="00CA38E5" w14:paraId="1CA478D5" w14:textId="77777777">
        <w:trPr>
          <w:cantSplit/>
          <w:tblHeader/>
        </w:trPr>
        <w:tc>
          <w:tcPr>
            <w:tcW w:w="510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2389FD" w14:textId="77777777" w:rsidR="00CA38E5" w:rsidRDefault="0042093D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794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71744B" w14:textId="77777777" w:rsidR="00CA38E5" w:rsidRDefault="0042093D">
            <w:pPr>
              <w:jc w:val="center"/>
            </w:pPr>
            <w:r>
              <w:rPr>
                <w:b/>
              </w:rPr>
              <w:t>Część</w:t>
            </w:r>
          </w:p>
        </w:tc>
        <w:tc>
          <w:tcPr>
            <w:tcW w:w="2608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8742BA" w14:textId="77777777" w:rsidR="00CA38E5" w:rsidRDefault="0042093D">
            <w:pPr>
              <w:jc w:val="center"/>
            </w:pPr>
            <w:r>
              <w:rPr>
                <w:b/>
              </w:rPr>
              <w:t>Rodzaj i zakres robót budowlanych</w:t>
            </w:r>
          </w:p>
        </w:tc>
        <w:tc>
          <w:tcPr>
            <w:tcW w:w="107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7BF79" w14:textId="77777777" w:rsidR="00CA38E5" w:rsidRDefault="0042093D">
            <w:pPr>
              <w:jc w:val="center"/>
            </w:pPr>
            <w:r>
              <w:rPr>
                <w:b/>
              </w:rPr>
              <w:t>Wartość brutto [PLN]</w:t>
            </w:r>
          </w:p>
        </w:tc>
        <w:tc>
          <w:tcPr>
            <w:tcW w:w="124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195FFE" w14:textId="77777777" w:rsidR="00CA38E5" w:rsidRDefault="0042093D">
            <w:pPr>
              <w:jc w:val="center"/>
            </w:pPr>
            <w:r>
              <w:rPr>
                <w:b/>
              </w:rPr>
              <w:t>Data wykonania od–do</w:t>
            </w:r>
          </w:p>
        </w:tc>
        <w:tc>
          <w:tcPr>
            <w:tcW w:w="1247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8487B7" w14:textId="77777777" w:rsidR="00CA38E5" w:rsidRDefault="0042093D">
            <w:pPr>
              <w:jc w:val="center"/>
            </w:pPr>
            <w:r>
              <w:rPr>
                <w:b/>
              </w:rPr>
              <w:t>Miejsce wykonania</w:t>
            </w:r>
          </w:p>
        </w:tc>
        <w:tc>
          <w:tcPr>
            <w:tcW w:w="1871" w:type="dxa"/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57354C" w14:textId="77777777" w:rsidR="00CA38E5" w:rsidRDefault="0042093D">
            <w:pPr>
              <w:jc w:val="center"/>
            </w:pPr>
            <w:r>
              <w:rPr>
                <w:b/>
              </w:rPr>
              <w:t>Podmiot, na rzecz którego roboty wykonano</w:t>
            </w:r>
          </w:p>
        </w:tc>
      </w:tr>
      <w:tr w:rsidR="00CA38E5" w14:paraId="0CBF85CD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BC3D25" w14:textId="77777777" w:rsidR="00CA38E5" w:rsidRDefault="0042093D">
            <w:r>
              <w:t>1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82B65F" w14:textId="77777777" w:rsidR="00CA38E5" w:rsidRDefault="00CA38E5"/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9B0CCB" w14:textId="77777777" w:rsidR="00CA38E5" w:rsidRDefault="00CA38E5"/>
        </w:tc>
        <w:tc>
          <w:tcPr>
            <w:tcW w:w="1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4676A8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2B344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4264C" w14:textId="77777777" w:rsidR="00CA38E5" w:rsidRDefault="00CA38E5"/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9E0F59" w14:textId="77777777" w:rsidR="00CA38E5" w:rsidRDefault="00CA38E5"/>
        </w:tc>
      </w:tr>
      <w:tr w:rsidR="00CA38E5" w14:paraId="6449A258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7CD35B" w14:textId="77777777" w:rsidR="00CA38E5" w:rsidRDefault="0042093D">
            <w:r>
              <w:t>2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50149" w14:textId="77777777" w:rsidR="00CA38E5" w:rsidRDefault="00CA38E5"/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EFBF9" w14:textId="77777777" w:rsidR="00CA38E5" w:rsidRDefault="00CA38E5"/>
        </w:tc>
        <w:tc>
          <w:tcPr>
            <w:tcW w:w="1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A570FA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BE16B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337AFE" w14:textId="77777777" w:rsidR="00CA38E5" w:rsidRDefault="00CA38E5"/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025A29" w14:textId="77777777" w:rsidR="00CA38E5" w:rsidRDefault="00CA38E5"/>
        </w:tc>
      </w:tr>
      <w:tr w:rsidR="00CA38E5" w14:paraId="65977461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606CC" w14:textId="77777777" w:rsidR="00CA38E5" w:rsidRDefault="0042093D">
            <w:r>
              <w:t>3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9FB17A" w14:textId="77777777" w:rsidR="00CA38E5" w:rsidRDefault="00CA38E5"/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68686A" w14:textId="77777777" w:rsidR="00CA38E5" w:rsidRDefault="00CA38E5"/>
        </w:tc>
        <w:tc>
          <w:tcPr>
            <w:tcW w:w="1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A9535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BADEE8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063D27" w14:textId="77777777" w:rsidR="00CA38E5" w:rsidRDefault="00CA38E5"/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64D6F7" w14:textId="77777777" w:rsidR="00CA38E5" w:rsidRDefault="00CA38E5"/>
        </w:tc>
      </w:tr>
      <w:tr w:rsidR="00CA38E5" w14:paraId="3AB242AF" w14:textId="77777777">
        <w:trPr>
          <w:cantSplit/>
        </w:trPr>
        <w:tc>
          <w:tcPr>
            <w:tcW w:w="51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8A558" w14:textId="77777777" w:rsidR="00CA38E5" w:rsidRDefault="0042093D">
            <w:r>
              <w:t>4</w:t>
            </w: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C27B1" w14:textId="77777777" w:rsidR="00CA38E5" w:rsidRDefault="00CA38E5"/>
        </w:tc>
        <w:tc>
          <w:tcPr>
            <w:tcW w:w="260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1B7B8F" w14:textId="77777777" w:rsidR="00CA38E5" w:rsidRDefault="00CA38E5"/>
        </w:tc>
        <w:tc>
          <w:tcPr>
            <w:tcW w:w="107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5FD0A6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D456E3" w14:textId="77777777" w:rsidR="00CA38E5" w:rsidRDefault="00CA38E5"/>
        </w:tc>
        <w:tc>
          <w:tcPr>
            <w:tcW w:w="124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15E935" w14:textId="77777777" w:rsidR="00CA38E5" w:rsidRDefault="00CA38E5"/>
        </w:tc>
        <w:tc>
          <w:tcPr>
            <w:tcW w:w="187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04635" w14:textId="77777777" w:rsidR="00CA38E5" w:rsidRDefault="00CA38E5"/>
        </w:tc>
      </w:tr>
    </w:tbl>
    <w:p w14:paraId="63B50ED6" w14:textId="77777777" w:rsidR="00CA38E5" w:rsidRDefault="0042093D">
      <w:pPr>
        <w:pStyle w:val="Section"/>
        <w:spacing w:before="100" w:after="40"/>
      </w:pPr>
      <w:r>
        <w:t>Dowody należytego wykonania</w:t>
      </w:r>
    </w:p>
    <w:p w14:paraId="34070AB9" w14:textId="77777777" w:rsidR="00CA38E5" w:rsidRDefault="0042093D">
      <w:r>
        <w:t>Do wykazu należy załączyć dowody określające, czy wskazane roboty budowlane zostały wykonane należycie, w szczególności referencje lub inne dokumenty sporządzone przez podmiot, na rzecz którego roboty zostały wykonane, zgodnie z wymaganiami wynikającymi z SWZ i właściwych przepisów.</w:t>
      </w:r>
    </w:p>
    <w:p w14:paraId="0D333307" w14:textId="77777777" w:rsidR="00CA38E5" w:rsidRDefault="0042093D">
      <w:r>
        <w:rPr>
          <w:b/>
        </w:rPr>
        <w:t>Uwagi / dodatkowe informacje:</w:t>
      </w:r>
    </w:p>
    <w:p w14:paraId="00394287" w14:textId="77777777" w:rsidR="00CA38E5" w:rsidRDefault="0042093D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B9E440" w14:textId="77777777" w:rsidR="00CA38E5" w:rsidRDefault="0042093D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762F5D" w14:textId="77777777" w:rsidR="00CA38E5" w:rsidRDefault="0042093D">
      <w:pPr>
        <w:spacing w:before="200"/>
        <w:jc w:val="right"/>
      </w:pPr>
      <w:r>
        <w:rPr>
          <w:i/>
        </w:rPr>
        <w:t>kwalifikowany podpis elektroniczny / podpis zaufany / podpis osobisty</w:t>
      </w:r>
    </w:p>
    <w:sectPr w:rsidR="00CA38E5" w:rsidSect="00034616">
      <w:footerReference w:type="default" r:id="rId9"/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BFFC2" w14:textId="77777777" w:rsidR="0042093D" w:rsidRDefault="0042093D">
      <w:r>
        <w:separator/>
      </w:r>
    </w:p>
  </w:endnote>
  <w:endnote w:type="continuationSeparator" w:id="0">
    <w:p w14:paraId="7510FDC4" w14:textId="77777777" w:rsidR="0042093D" w:rsidRDefault="0042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F4C2E" w14:textId="77777777" w:rsidR="00CA38E5" w:rsidRDefault="0042093D">
    <w:pPr>
      <w:pStyle w:val="Stopka"/>
      <w:jc w:val="center"/>
    </w:pPr>
    <w:r>
      <w:t xml:space="preserve">str. </w:t>
    </w:r>
    <w:r>
      <w:fldChar w:fldCharType="begin"/>
    </w:r>
    <w:r>
      <w:instrText xml:space="preserve"> PAGE </w:instrText>
    </w:r>
    <w:r w:rsidR="00081C95">
      <w:fldChar w:fldCharType="separate"/>
    </w:r>
    <w:r w:rsidR="00081C9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2566" w14:textId="77777777" w:rsidR="0042093D" w:rsidRDefault="0042093D">
      <w:r>
        <w:separator/>
      </w:r>
    </w:p>
  </w:footnote>
  <w:footnote w:type="continuationSeparator" w:id="0">
    <w:p w14:paraId="48A5F8BC" w14:textId="77777777" w:rsidR="0042093D" w:rsidRDefault="00420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7012109">
    <w:abstractNumId w:val="8"/>
  </w:num>
  <w:num w:numId="2" w16cid:durableId="714308462">
    <w:abstractNumId w:val="6"/>
  </w:num>
  <w:num w:numId="3" w16cid:durableId="1654793633">
    <w:abstractNumId w:val="5"/>
  </w:num>
  <w:num w:numId="4" w16cid:durableId="2064671022">
    <w:abstractNumId w:val="4"/>
  </w:num>
  <w:num w:numId="5" w16cid:durableId="1552155157">
    <w:abstractNumId w:val="7"/>
  </w:num>
  <w:num w:numId="6" w16cid:durableId="1797724208">
    <w:abstractNumId w:val="3"/>
  </w:num>
  <w:num w:numId="7" w16cid:durableId="1113397628">
    <w:abstractNumId w:val="2"/>
  </w:num>
  <w:num w:numId="8" w16cid:durableId="7298472">
    <w:abstractNumId w:val="1"/>
  </w:num>
  <w:num w:numId="9" w16cid:durableId="813133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C95"/>
    <w:rsid w:val="0015074B"/>
    <w:rsid w:val="0029639D"/>
    <w:rsid w:val="00326F90"/>
    <w:rsid w:val="0042093D"/>
    <w:rsid w:val="00AA1D8D"/>
    <w:rsid w:val="00B47730"/>
    <w:rsid w:val="00CA38E5"/>
    <w:rsid w:val="00CB0664"/>
    <w:rsid w:val="00CE10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61D7B"/>
  <w14:defaultImageDpi w14:val="300"/>
  <w15:docId w15:val="{D53FCC40-A54A-4587-866C-7DD82907A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er">
    <w:name w:val="DocHeader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Section">
    <w:name w:val="Section"/>
    <w:pPr>
      <w:spacing w:after="0" w:line="240" w:lineRule="auto"/>
    </w:pPr>
    <w:rPr>
      <w:rFonts w:ascii="Arial" w:eastAsia="Arial" w:hAnsi="Arial"/>
      <w:b/>
      <w:sz w:val="18"/>
    </w:rPr>
  </w:style>
  <w:style w:type="paragraph" w:customStyle="1" w:styleId="CenterTitle">
    <w:name w:val="CenterTitle"/>
    <w:pPr>
      <w:spacing w:after="0" w:line="240" w:lineRule="auto"/>
      <w:jc w:val="center"/>
    </w:pPr>
    <w:rPr>
      <w:rFonts w:ascii="Arial" w:eastAsia="Arial" w:hAnsi="Arial"/>
      <w:b/>
      <w:sz w:val="18"/>
    </w:rPr>
  </w:style>
  <w:style w:type="paragraph" w:customStyle="1" w:styleId="Note">
    <w:name w:val="Note"/>
    <w:pPr>
      <w:spacing w:after="0" w:line="240" w:lineRule="auto"/>
    </w:pPr>
    <w:rPr>
      <w:rFonts w:ascii="Arial" w:eastAsia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Wiesław Babiżewski</cp:lastModifiedBy>
  <cp:revision>3</cp:revision>
  <dcterms:created xsi:type="dcterms:W3CDTF">2013-12-23T23:15:00Z</dcterms:created>
  <dcterms:modified xsi:type="dcterms:W3CDTF">2026-09-23T08:10:00Z</dcterms:modified>
  <cp:category/>
</cp:coreProperties>
</file>