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2EBB" w14:textId="77777777" w:rsidR="000841D3" w:rsidRDefault="0072101B">
      <w:r>
        <w:rPr>
          <w:noProof/>
        </w:rPr>
        <w:drawing>
          <wp:inline distT="0" distB="0" distL="0" distR="0" wp14:anchorId="42CE24AB" wp14:editId="79619E97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7A189" w14:textId="77777777" w:rsidR="000841D3" w:rsidRDefault="0072101B">
      <w:pPr>
        <w:pStyle w:val="DocHeader"/>
      </w:pPr>
      <w:r>
        <w:t>Załącznik nr 8 – Wykaz osób</w:t>
      </w:r>
    </w:p>
    <w:p w14:paraId="045CEA4D" w14:textId="74512BDC" w:rsidR="000841D3" w:rsidRDefault="0072101B">
      <w:r>
        <w:rPr>
          <w:i/>
        </w:rPr>
        <w:t xml:space="preserve">dotyczy postępowania pn. </w:t>
      </w:r>
      <w:r>
        <w:rPr>
          <w:i/>
        </w:rPr>
        <w:t>„Zaprojektowanie i wykonanie robót budowlanych zwiększających odporność infrastrukturalną Specjalistycznego Szpitala Wojewódzkiego w Ciechanowie – 3 części” – znak ZP/2501/94</w:t>
      </w:r>
      <w:r>
        <w:rPr>
          <w:i/>
        </w:rPr>
        <w:t>/26</w:t>
      </w:r>
    </w:p>
    <w:p w14:paraId="7B95443E" w14:textId="77777777" w:rsidR="000841D3" w:rsidRDefault="0072101B">
      <w:pPr>
        <w:pStyle w:val="CenterTitle"/>
        <w:spacing w:before="100" w:after="60"/>
      </w:pPr>
      <w:r>
        <w:t>WYKAZ OSÓB</w:t>
      </w:r>
    </w:p>
    <w:p w14:paraId="2867E82D" w14:textId="77777777" w:rsidR="000841D3" w:rsidRDefault="0072101B">
      <w:r>
        <w:t>Wykaz składany na wezwanie Zamawiającego na potwierdzenie spełniania warunku udziału w postępowaniu dotyczącego osób skierowanych do realizacji zamówienia, określonego w części IV SWZ.</w:t>
      </w:r>
    </w:p>
    <w:tbl>
      <w:tblPr>
        <w:tblW w:w="9356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794"/>
        <w:gridCol w:w="1644"/>
        <w:gridCol w:w="1701"/>
        <w:gridCol w:w="3289"/>
        <w:gridCol w:w="1418"/>
      </w:tblGrid>
      <w:tr w:rsidR="000841D3" w14:paraId="1DCEA745" w14:textId="77777777">
        <w:trPr>
          <w:cantSplit/>
          <w:tblHeader/>
        </w:trPr>
        <w:tc>
          <w:tcPr>
            <w:tcW w:w="51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2BE52" w14:textId="77777777" w:rsidR="000841D3" w:rsidRDefault="0072101B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79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C1D90" w14:textId="77777777" w:rsidR="000841D3" w:rsidRDefault="0072101B">
            <w:pPr>
              <w:jc w:val="center"/>
            </w:pPr>
            <w:r>
              <w:rPr>
                <w:b/>
              </w:rPr>
              <w:t>Część</w:t>
            </w:r>
          </w:p>
        </w:tc>
        <w:tc>
          <w:tcPr>
            <w:tcW w:w="164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570BFC" w14:textId="77777777" w:rsidR="000841D3" w:rsidRDefault="0072101B">
            <w:pPr>
              <w:jc w:val="center"/>
            </w:pPr>
            <w:r>
              <w:rPr>
                <w:b/>
              </w:rPr>
              <w:t>Imię i nazwisko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380E3" w14:textId="77777777" w:rsidR="000841D3" w:rsidRDefault="0072101B">
            <w:pPr>
              <w:jc w:val="center"/>
            </w:pPr>
            <w:r>
              <w:rPr>
                <w:b/>
              </w:rPr>
              <w:t>Funkcja przy realizacji zamówienia</w:t>
            </w:r>
          </w:p>
        </w:tc>
        <w:tc>
          <w:tcPr>
            <w:tcW w:w="3289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46319" w14:textId="77777777" w:rsidR="000841D3" w:rsidRDefault="0072101B">
            <w:pPr>
              <w:jc w:val="center"/>
            </w:pPr>
            <w:r>
              <w:rPr>
                <w:b/>
              </w:rPr>
              <w:t>Kwalifikacje zawodowe / specjalność, zakres i nr uprawnień</w:t>
            </w:r>
          </w:p>
        </w:tc>
        <w:tc>
          <w:tcPr>
            <w:tcW w:w="141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A9FBC" w14:textId="77777777" w:rsidR="000841D3" w:rsidRDefault="0072101B">
            <w:pPr>
              <w:jc w:val="center"/>
            </w:pPr>
            <w:r>
              <w:rPr>
                <w:b/>
              </w:rPr>
              <w:t>Podstawa dysponowania</w:t>
            </w:r>
          </w:p>
        </w:tc>
      </w:tr>
      <w:tr w:rsidR="000841D3" w14:paraId="40D0E8C7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3CFD8" w14:textId="77777777" w:rsidR="000841D3" w:rsidRDefault="0072101B">
            <w:r>
              <w:t>1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959C6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75E5A3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7567C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BDBCB3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FCD700" w14:textId="77777777" w:rsidR="000841D3" w:rsidRDefault="000841D3"/>
        </w:tc>
      </w:tr>
      <w:tr w:rsidR="000841D3" w14:paraId="4C46DB6C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EE29A" w14:textId="77777777" w:rsidR="000841D3" w:rsidRDefault="0072101B">
            <w:r>
              <w:t>2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7EC4A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C08B28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740D2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E701C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FC85F" w14:textId="77777777" w:rsidR="000841D3" w:rsidRDefault="000841D3"/>
        </w:tc>
      </w:tr>
      <w:tr w:rsidR="000841D3" w14:paraId="4B3DA6F4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CA230" w14:textId="77777777" w:rsidR="000841D3" w:rsidRDefault="0072101B">
            <w:r>
              <w:t>3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C6F11D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CD208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25758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DAE06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99FAF7" w14:textId="77777777" w:rsidR="000841D3" w:rsidRDefault="000841D3"/>
        </w:tc>
      </w:tr>
      <w:tr w:rsidR="000841D3" w14:paraId="0222F43B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AB496" w14:textId="77777777" w:rsidR="000841D3" w:rsidRDefault="0072101B">
            <w:r>
              <w:t>4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2E9F15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99B223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53A375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2A8EE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77BBD" w14:textId="77777777" w:rsidR="000841D3" w:rsidRDefault="000841D3"/>
        </w:tc>
      </w:tr>
      <w:tr w:rsidR="000841D3" w14:paraId="3D9FDDD0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0247F" w14:textId="77777777" w:rsidR="000841D3" w:rsidRDefault="0072101B">
            <w:r>
              <w:t>5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4E44C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6FF04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21A44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66611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5658F7" w14:textId="77777777" w:rsidR="000841D3" w:rsidRDefault="000841D3"/>
        </w:tc>
      </w:tr>
      <w:tr w:rsidR="000841D3" w14:paraId="26B10DED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D457C" w14:textId="77777777" w:rsidR="000841D3" w:rsidRDefault="0072101B">
            <w:r>
              <w:t>6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2F867B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46EDC2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BF37C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58A4E1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BA147E" w14:textId="77777777" w:rsidR="000841D3" w:rsidRDefault="000841D3"/>
        </w:tc>
      </w:tr>
      <w:tr w:rsidR="000841D3" w14:paraId="1CD4ECCD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700301" w14:textId="77777777" w:rsidR="000841D3" w:rsidRDefault="0072101B">
            <w:r>
              <w:t>7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02942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BB865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CDD86D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4B05A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1E55F8" w14:textId="77777777" w:rsidR="000841D3" w:rsidRDefault="000841D3"/>
        </w:tc>
      </w:tr>
      <w:tr w:rsidR="000841D3" w14:paraId="71FAA2EF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D48EB" w14:textId="77777777" w:rsidR="000841D3" w:rsidRDefault="0072101B">
            <w:r>
              <w:t>8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332E0B" w14:textId="77777777" w:rsidR="000841D3" w:rsidRDefault="000841D3"/>
        </w:tc>
        <w:tc>
          <w:tcPr>
            <w:tcW w:w="1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A518E" w14:textId="77777777" w:rsidR="000841D3" w:rsidRDefault="000841D3"/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97B491" w14:textId="77777777" w:rsidR="000841D3" w:rsidRDefault="000841D3"/>
        </w:tc>
        <w:tc>
          <w:tcPr>
            <w:tcW w:w="32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F6DB71" w14:textId="77777777" w:rsidR="000841D3" w:rsidRDefault="000841D3"/>
        </w:tc>
        <w:tc>
          <w:tcPr>
            <w:tcW w:w="141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D63CD" w14:textId="77777777" w:rsidR="000841D3" w:rsidRDefault="000841D3"/>
        </w:tc>
      </w:tr>
    </w:tbl>
    <w:p w14:paraId="3749A781" w14:textId="77777777" w:rsidR="000841D3" w:rsidRDefault="0072101B">
      <w:pPr>
        <w:pStyle w:val="Section"/>
        <w:spacing w:before="100" w:after="40"/>
      </w:pPr>
      <w:r>
        <w:t>Informacje uzupełniające</w:t>
      </w:r>
    </w:p>
    <w:p w14:paraId="1FABE34C" w14:textId="77777777" w:rsidR="000841D3" w:rsidRDefault="0072101B">
      <w:r>
        <w:t>W przypadku uprawnień wydanych na podstawie wcześniej obowiązujących przepisów albo kwalifikacji zawodowych uzyskanych w innym państwie należy podać informacje pozwalające Zamawiającemu ocenić, czy uprawnienia odpowiadają wymaganiom określonym w SWZ.</w:t>
      </w:r>
    </w:p>
    <w:p w14:paraId="203B8F83" w14:textId="77777777" w:rsidR="000841D3" w:rsidRDefault="0072101B">
      <w:r>
        <w:rPr>
          <w:b/>
        </w:rPr>
        <w:t>Uwagi:</w:t>
      </w:r>
    </w:p>
    <w:p w14:paraId="27FD5135" w14:textId="77777777" w:rsidR="000841D3" w:rsidRDefault="0072101B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213612" w14:textId="77777777" w:rsidR="000841D3" w:rsidRDefault="0072101B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2425E1" w14:textId="77777777" w:rsidR="000841D3" w:rsidRDefault="0072101B">
      <w:pPr>
        <w:spacing w:before="200"/>
        <w:jc w:val="right"/>
      </w:pPr>
      <w:r>
        <w:rPr>
          <w:i/>
        </w:rPr>
        <w:t>kwalifikowany podpis elektroniczny / podpis zaufany / podpis osobisty</w:t>
      </w:r>
    </w:p>
    <w:sectPr w:rsidR="000841D3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DFDB" w14:textId="77777777" w:rsidR="0072101B" w:rsidRDefault="0072101B">
      <w:r>
        <w:separator/>
      </w:r>
    </w:p>
  </w:endnote>
  <w:endnote w:type="continuationSeparator" w:id="0">
    <w:p w14:paraId="513889CC" w14:textId="77777777" w:rsidR="0072101B" w:rsidRDefault="00721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4A0A0" w14:textId="77777777" w:rsidR="000841D3" w:rsidRDefault="0072101B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574C1" w14:textId="77777777" w:rsidR="0072101B" w:rsidRDefault="0072101B">
      <w:r>
        <w:separator/>
      </w:r>
    </w:p>
  </w:footnote>
  <w:footnote w:type="continuationSeparator" w:id="0">
    <w:p w14:paraId="0251F275" w14:textId="77777777" w:rsidR="0072101B" w:rsidRDefault="00721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5728818">
    <w:abstractNumId w:val="8"/>
  </w:num>
  <w:num w:numId="2" w16cid:durableId="245649761">
    <w:abstractNumId w:val="6"/>
  </w:num>
  <w:num w:numId="3" w16cid:durableId="556891208">
    <w:abstractNumId w:val="5"/>
  </w:num>
  <w:num w:numId="4" w16cid:durableId="1743409914">
    <w:abstractNumId w:val="4"/>
  </w:num>
  <w:num w:numId="5" w16cid:durableId="224029958">
    <w:abstractNumId w:val="7"/>
  </w:num>
  <w:num w:numId="6" w16cid:durableId="1716084294">
    <w:abstractNumId w:val="3"/>
  </w:num>
  <w:num w:numId="7" w16cid:durableId="2132431808">
    <w:abstractNumId w:val="2"/>
  </w:num>
  <w:num w:numId="8" w16cid:durableId="108941267">
    <w:abstractNumId w:val="1"/>
  </w:num>
  <w:num w:numId="9" w16cid:durableId="158729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1D3"/>
    <w:rsid w:val="0015074B"/>
    <w:rsid w:val="0029639D"/>
    <w:rsid w:val="00326F90"/>
    <w:rsid w:val="0072101B"/>
    <w:rsid w:val="00AA1D8D"/>
    <w:rsid w:val="00B47730"/>
    <w:rsid w:val="00CB0664"/>
    <w:rsid w:val="00CE1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315A6"/>
  <w14:defaultImageDpi w14:val="300"/>
  <w15:docId w15:val="{D53FCC40-A54A-4587-866C-7DD82907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2026-09-23T08:10:00Z</dcterms:modified>
  <cp:category/>
</cp:coreProperties>
</file>