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539C6" w14:textId="77777777" w:rsidR="00BA4C5E" w:rsidRPr="00E8575A" w:rsidRDefault="00EF7E84" w:rsidP="00BA4C5E">
      <w:pPr>
        <w:spacing w:after="80"/>
        <w:jc w:val="center"/>
        <w:rPr>
          <w:noProof/>
          <w:lang w:val="pl-PL"/>
        </w:rPr>
      </w:pPr>
      <w:r w:rsidRPr="00E8575A">
        <w:rPr>
          <w:noProof/>
          <w:lang w:val="pl-PL"/>
        </w:rPr>
        <w:drawing>
          <wp:inline distT="0" distB="0" distL="0" distR="0" wp14:anchorId="3BE47BCF" wp14:editId="476E7B3B">
            <wp:extent cx="6300000" cy="10910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8"/>
                    <a:stretch>
                      <a:fillRect/>
                    </a:stretch>
                  </pic:blipFill>
                  <pic:spPr>
                    <a:xfrm>
                      <a:off x="0" y="0"/>
                      <a:ext cx="6300000" cy="1091016"/>
                    </a:xfrm>
                    <a:prstGeom prst="rect">
                      <a:avLst/>
                    </a:prstGeom>
                  </pic:spPr>
                </pic:pic>
              </a:graphicData>
            </a:graphic>
          </wp:inline>
        </w:drawing>
      </w:r>
    </w:p>
    <w:p w14:paraId="6D3623B0" w14:textId="77777777" w:rsidR="00BA4C5E" w:rsidRPr="00E8575A" w:rsidRDefault="00BA4C5E" w:rsidP="00BA4C5E">
      <w:pPr>
        <w:pStyle w:val="MySubtitle"/>
        <w:spacing w:before="0" w:after="0"/>
        <w:rPr>
          <w:noProof/>
          <w:color w:val="auto"/>
          <w:lang w:val="pl-PL"/>
        </w:rPr>
      </w:pPr>
    </w:p>
    <w:p w14:paraId="51041112" w14:textId="77777777" w:rsidR="00BA4C5E" w:rsidRPr="00E8575A" w:rsidRDefault="00BA4C5E" w:rsidP="00BA4C5E">
      <w:pPr>
        <w:pStyle w:val="MySubtitle"/>
        <w:spacing w:before="0" w:after="0"/>
        <w:rPr>
          <w:noProof/>
          <w:color w:val="auto"/>
          <w:lang w:val="pl-PL"/>
        </w:rPr>
      </w:pPr>
    </w:p>
    <w:p w14:paraId="240FBC61" w14:textId="77777777" w:rsidR="007B2BE4" w:rsidRPr="00E8575A" w:rsidRDefault="002161CE" w:rsidP="00BA4C5E">
      <w:pPr>
        <w:pStyle w:val="MySubtitle"/>
        <w:spacing w:before="0" w:after="0"/>
        <w:jc w:val="left"/>
        <w:rPr>
          <w:noProof/>
          <w:color w:val="auto"/>
          <w:lang w:val="pl-PL"/>
        </w:rPr>
      </w:pPr>
      <w:r w:rsidRPr="00E8575A">
        <w:rPr>
          <w:i/>
          <w:noProof/>
          <w:lang w:val="pl-PL"/>
        </w:rPr>
        <w:t>Załącznik nr 3 do SWZ – projekt umowy</w:t>
      </w:r>
    </w:p>
    <w:p w14:paraId="0ABA8ABE" w14:textId="77777777" w:rsidR="007B2BE4" w:rsidRPr="00E8575A" w:rsidRDefault="002161CE" w:rsidP="00BA4C5E">
      <w:pPr>
        <w:pStyle w:val="BodyCenter"/>
        <w:jc w:val="left"/>
        <w:rPr>
          <w:noProof/>
          <w:lang w:val="pl-PL"/>
        </w:rPr>
      </w:pPr>
      <w:bookmarkStart w:id="0" w:name="_Hlk226618492"/>
      <w:r w:rsidRPr="00E8575A">
        <w:rPr>
          <w:noProof/>
          <w:lang w:val="pl-PL"/>
        </w:rPr>
        <w:t>dotyczy postępowania pn. „Doposażenie Szpitala w aparaturę i wyposażenie medyczne zwiększające odporność infrastrukturalną oraz zapewniające ciągłość udzielania świadczeń zdrowotnych w sytuacjach kryzysowych – Postępowanie nr 1” – znak ZP/2501/93/26</w:t>
      </w:r>
    </w:p>
    <w:bookmarkEnd w:id="0"/>
    <w:p w14:paraId="316942A9" w14:textId="77777777" w:rsidR="00BA4C5E" w:rsidRPr="00E8575A" w:rsidRDefault="00BA4C5E" w:rsidP="00BA4C5E">
      <w:pPr>
        <w:widowControl w:val="0"/>
        <w:autoSpaceDE w:val="0"/>
        <w:autoSpaceDN w:val="0"/>
        <w:rPr>
          <w:rFonts w:cs="Arial"/>
          <w:b/>
          <w:bCs/>
          <w:i/>
          <w:iCs/>
          <w:noProof/>
          <w:szCs w:val="18"/>
          <w:lang w:val="pl-PL" w:eastAsia="pl-PL" w:bidi="pl-PL"/>
        </w:rPr>
      </w:pPr>
    </w:p>
    <w:p w14:paraId="2E2F2A9B" w14:textId="77777777" w:rsidR="00BA4C5E" w:rsidRPr="00E8575A" w:rsidRDefault="00BA4C5E" w:rsidP="00BA4C5E">
      <w:pPr>
        <w:jc w:val="center"/>
        <w:rPr>
          <w:rFonts w:eastAsia="Times New Roman" w:cs="Arial"/>
          <w:b/>
          <w:bCs/>
          <w:noProof/>
          <w:szCs w:val="18"/>
          <w:lang w:val="pl-PL" w:eastAsia="pl-PL"/>
        </w:rPr>
      </w:pPr>
      <w:r w:rsidRPr="00E8575A">
        <w:rPr>
          <w:rFonts w:cs="Arial"/>
          <w:b/>
          <w:bCs/>
          <w:noProof/>
          <w:szCs w:val="18"/>
          <w:lang w:val="pl-PL" w:eastAsia="pl-PL"/>
        </w:rPr>
        <w:t>U M O W A</w:t>
      </w:r>
    </w:p>
    <w:p w14:paraId="628254A6" w14:textId="77777777" w:rsidR="00BA4C5E" w:rsidRPr="00E8575A" w:rsidRDefault="00BA4C5E" w:rsidP="00BA4C5E">
      <w:pPr>
        <w:jc w:val="center"/>
        <w:rPr>
          <w:rFonts w:eastAsia="Times New Roman" w:cs="Arial"/>
          <w:noProof/>
          <w:szCs w:val="18"/>
          <w:lang w:val="pl-PL" w:eastAsia="pl-PL"/>
        </w:rPr>
      </w:pPr>
      <w:r w:rsidRPr="00E8575A">
        <w:rPr>
          <w:noProof/>
          <w:lang w:val="pl-PL"/>
        </w:rPr>
        <w:t>ZP/2501/93/26 – część nr …</w:t>
      </w:r>
    </w:p>
    <w:p w14:paraId="3CF64410" w14:textId="77777777" w:rsidR="00BA4C5E" w:rsidRPr="00E8575A" w:rsidRDefault="00BA4C5E" w:rsidP="00BA4C5E">
      <w:pPr>
        <w:tabs>
          <w:tab w:val="center" w:pos="4536"/>
          <w:tab w:val="right" w:pos="9072"/>
        </w:tabs>
        <w:rPr>
          <w:rFonts w:eastAsia="Times New Roman" w:cs="Arial"/>
          <w:noProof/>
          <w:szCs w:val="18"/>
          <w:lang w:val="pl-PL" w:eastAsia="pl-PL"/>
        </w:rPr>
      </w:pPr>
      <w:r w:rsidRPr="00E8575A">
        <w:rPr>
          <w:rFonts w:cs="Arial"/>
          <w:noProof/>
          <w:szCs w:val="18"/>
          <w:lang w:val="pl-PL" w:eastAsia="pl-PL"/>
        </w:rPr>
        <w:t xml:space="preserve">zawarta pomiędzy </w:t>
      </w:r>
    </w:p>
    <w:p w14:paraId="4E9DF8E5"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Specjalistycznym Szpitalem Wojewódzkim w Ciechanowie</w:t>
      </w:r>
    </w:p>
    <w:p w14:paraId="1D62564A" w14:textId="77777777" w:rsidR="00BA4C5E" w:rsidRPr="00E8575A" w:rsidRDefault="00BA4C5E" w:rsidP="00BA4C5E">
      <w:pPr>
        <w:tabs>
          <w:tab w:val="center" w:pos="4536"/>
          <w:tab w:val="right" w:pos="9072"/>
        </w:tabs>
        <w:rPr>
          <w:rFonts w:eastAsia="Times New Roman" w:cs="Arial"/>
          <w:noProof/>
          <w:szCs w:val="18"/>
          <w:lang w:val="pl-PL" w:eastAsia="pl-PL"/>
        </w:rPr>
      </w:pPr>
      <w:r w:rsidRPr="00E8575A">
        <w:rPr>
          <w:rFonts w:cs="Arial"/>
          <w:noProof/>
          <w:szCs w:val="18"/>
          <w:lang w:val="pl-PL" w:eastAsia="pl-PL"/>
        </w:rPr>
        <w:t xml:space="preserve">06-400 Ciechanów, ul. Powstańców Wielkopolskich 2 </w:t>
      </w:r>
    </w:p>
    <w:p w14:paraId="60951A57"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zarejestrowanym w KRS pod nr 0000008892</w:t>
      </w:r>
    </w:p>
    <w:p w14:paraId="5320640E"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NIP: 566-10-19-200, Urząd Skarbowy w Radomiu, REGON: 000311622</w:t>
      </w:r>
    </w:p>
    <w:p w14:paraId="1CAB4EDF"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zwanym dalej Zamawiającym, w imieniu którego występuje:</w:t>
      </w:r>
    </w:p>
    <w:p w14:paraId="72FD760F" w14:textId="77777777" w:rsidR="00BA4C5E" w:rsidRPr="00E8575A" w:rsidRDefault="00BA4C5E" w:rsidP="00BA4C5E">
      <w:pPr>
        <w:rPr>
          <w:rFonts w:eastAsia="Times New Roman" w:cs="Arial"/>
          <w:b/>
          <w:bCs/>
          <w:noProof/>
          <w:szCs w:val="18"/>
          <w:lang w:val="pl-PL" w:eastAsia="pl-PL"/>
        </w:rPr>
      </w:pPr>
      <w:r w:rsidRPr="00E8575A">
        <w:rPr>
          <w:rFonts w:cs="Arial"/>
          <w:b/>
          <w:bCs/>
          <w:noProof/>
          <w:szCs w:val="18"/>
          <w:lang w:val="pl-PL" w:eastAsia="pl-PL"/>
        </w:rPr>
        <w:t>Andrzej Juliusz Kamasa   - Dyrektor.</w:t>
      </w:r>
    </w:p>
    <w:p w14:paraId="00A70E5F" w14:textId="77777777" w:rsidR="00BA4C5E" w:rsidRPr="00E8575A" w:rsidRDefault="00BA4C5E" w:rsidP="00BA4C5E">
      <w:pPr>
        <w:rPr>
          <w:rFonts w:eastAsia="Times New Roman" w:cs="Arial"/>
          <w:i/>
          <w:noProof/>
          <w:szCs w:val="18"/>
          <w:lang w:val="pl-PL" w:eastAsia="pl-PL"/>
        </w:rPr>
      </w:pPr>
    </w:p>
    <w:p w14:paraId="23DEFBCD" w14:textId="77777777" w:rsidR="00BA4C5E" w:rsidRPr="00E8575A" w:rsidRDefault="00BA4C5E" w:rsidP="00BA4C5E">
      <w:pPr>
        <w:rPr>
          <w:rFonts w:eastAsia="Times New Roman" w:cs="Arial"/>
          <w:i/>
          <w:noProof/>
          <w:szCs w:val="18"/>
          <w:lang w:val="pl-PL" w:eastAsia="pl-PL"/>
        </w:rPr>
      </w:pPr>
      <w:r w:rsidRPr="00E8575A">
        <w:rPr>
          <w:rFonts w:cs="Arial"/>
          <w:i/>
          <w:noProof/>
          <w:szCs w:val="18"/>
          <w:lang w:val="pl-PL" w:eastAsia="pl-PL"/>
        </w:rPr>
        <w:t>a</w:t>
      </w:r>
    </w:p>
    <w:p w14:paraId="3C6E9E2C" w14:textId="77777777" w:rsidR="00BA4C5E" w:rsidRPr="00E8575A" w:rsidRDefault="00BA4C5E" w:rsidP="00BA4C5E">
      <w:pPr>
        <w:rPr>
          <w:rFonts w:eastAsia="Times New Roman" w:cs="Arial"/>
          <w:noProof/>
          <w:szCs w:val="18"/>
          <w:lang w:val="pl-PL" w:eastAsia="pl-PL"/>
        </w:rPr>
      </w:pPr>
      <w:r w:rsidRPr="00E8575A">
        <w:rPr>
          <w:rFonts w:cs="Arial"/>
          <w:b/>
          <w:bCs/>
          <w:noProof/>
          <w:szCs w:val="18"/>
          <w:lang w:val="pl-PL" w:eastAsia="pl-PL"/>
        </w:rPr>
        <w:t>………………………………………………………………………………..</w:t>
      </w:r>
    </w:p>
    <w:p w14:paraId="7AB6D3E3"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w:t>
      </w:r>
    </w:p>
    <w:p w14:paraId="52EBA227"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w:t>
      </w:r>
    </w:p>
    <w:p w14:paraId="34B88138" w14:textId="77777777" w:rsidR="00BA4C5E" w:rsidRPr="00E8575A" w:rsidRDefault="00BA4C5E" w:rsidP="00BA4C5E">
      <w:pPr>
        <w:suppressAutoHyphens/>
        <w:ind w:right="-201"/>
        <w:jc w:val="both"/>
        <w:rPr>
          <w:rFonts w:eastAsia="Times New Roman" w:cs="Arial"/>
          <w:b/>
          <w:bCs/>
          <w:noProof/>
          <w:szCs w:val="18"/>
          <w:lang w:val="pl-PL" w:eastAsia="pl-PL"/>
        </w:rPr>
      </w:pPr>
    </w:p>
    <w:p w14:paraId="25420D06" w14:textId="77777777" w:rsidR="007B2BE4" w:rsidRPr="00E8575A" w:rsidRDefault="002161CE" w:rsidP="00BA4C5E">
      <w:pPr>
        <w:pStyle w:val="MySubtitle"/>
        <w:keepNext/>
        <w:spacing w:after="120"/>
        <w:rPr>
          <w:noProof/>
          <w:color w:val="auto"/>
          <w:lang w:val="pl-PL"/>
        </w:rPr>
      </w:pPr>
      <w:r w:rsidRPr="00E8575A">
        <w:rPr>
          <w:noProof/>
          <w:color w:val="auto"/>
          <w:lang w:val="pl-PL"/>
        </w:rPr>
        <w:t>Forma i data zawarcia Umowy</w:t>
      </w:r>
    </w:p>
    <w:p w14:paraId="71FA6430" w14:textId="77777777" w:rsidR="00BA4C5E" w:rsidRPr="00E8575A" w:rsidRDefault="00BA4C5E" w:rsidP="00BA4C5E">
      <w:pPr>
        <w:numPr>
          <w:ilvl w:val="0"/>
          <w:numId w:val="21"/>
        </w:numPr>
        <w:ind w:left="284" w:hanging="284"/>
        <w:contextualSpacing/>
        <w:rPr>
          <w:rFonts w:eastAsia="Times New Roman" w:cs="Arial"/>
          <w:noProof/>
          <w:szCs w:val="18"/>
          <w:lang w:val="pl-PL" w:eastAsia="zh-CN"/>
        </w:rPr>
      </w:pPr>
      <w:r w:rsidRPr="00E8575A">
        <w:rPr>
          <w:rFonts w:cs="Arial"/>
          <w:noProof/>
          <w:szCs w:val="18"/>
          <w:lang w:val="pl-PL" w:eastAsia="zh-CN"/>
        </w:rPr>
        <w:t>Umowa została sporządzona w postaci elektronicznej i podpisana przez każdą ze Stron kwalifikowanym podpisem elektronicznym.</w:t>
      </w:r>
    </w:p>
    <w:p w14:paraId="2DE26A71" w14:textId="77777777" w:rsidR="00BA4C5E" w:rsidRPr="00E8575A" w:rsidRDefault="00BA4C5E" w:rsidP="00BA4C5E">
      <w:pPr>
        <w:numPr>
          <w:ilvl w:val="0"/>
          <w:numId w:val="21"/>
        </w:numPr>
        <w:ind w:left="284" w:hanging="284"/>
        <w:contextualSpacing/>
        <w:rPr>
          <w:rFonts w:eastAsia="Times New Roman" w:cs="Arial"/>
          <w:noProof/>
          <w:szCs w:val="18"/>
          <w:lang w:val="pl-PL" w:eastAsia="zh-CN"/>
        </w:rPr>
      </w:pPr>
      <w:r w:rsidRPr="00E8575A">
        <w:rPr>
          <w:rFonts w:cs="Arial"/>
          <w:noProof/>
          <w:szCs w:val="18"/>
          <w:lang w:val="pl-PL" w:eastAsia="zh-CN"/>
        </w:rPr>
        <w:t>Datą zawarcia Umowy jest data złożenia oświadczenia woli o jej zawarciu przez ostatnią ze Stron.</w:t>
      </w:r>
    </w:p>
    <w:p w14:paraId="621A4532" w14:textId="77777777" w:rsidR="007B2BE4" w:rsidRPr="00E8575A" w:rsidRDefault="002161CE" w:rsidP="00BA4C5E">
      <w:pPr>
        <w:pStyle w:val="MySubtitle"/>
        <w:keepNext/>
        <w:spacing w:after="120"/>
        <w:rPr>
          <w:noProof/>
          <w:color w:val="auto"/>
          <w:lang w:val="pl-PL"/>
        </w:rPr>
      </w:pPr>
      <w:r w:rsidRPr="00E8575A">
        <w:rPr>
          <w:noProof/>
          <w:color w:val="auto"/>
          <w:lang w:val="pl-PL"/>
        </w:rPr>
        <w:t>Podstawa zawarcia Umowy</w:t>
      </w:r>
    </w:p>
    <w:p w14:paraId="24DD6855" w14:textId="77777777" w:rsidR="007B2BE4" w:rsidRPr="00E8575A" w:rsidRDefault="002161CE" w:rsidP="0018025C">
      <w:pPr>
        <w:pStyle w:val="Akapitzlist"/>
        <w:numPr>
          <w:ilvl w:val="0"/>
          <w:numId w:val="24"/>
        </w:numPr>
        <w:ind w:left="284" w:hanging="284"/>
        <w:rPr>
          <w:noProof/>
          <w:lang w:val="pl-PL"/>
        </w:rPr>
      </w:pPr>
      <w:r w:rsidRPr="00E8575A">
        <w:rPr>
          <w:noProof/>
          <w:lang w:val="pl-PL"/>
        </w:rPr>
        <w:t>Umowa została zawarta w wyniku przeprowadzonego w trybie przetargu nieograniczonego postępowania o udzielenie zamówienia publicznego na podstawie ustawy z dnia 11 września 2019 r. – Prawo zamówień publicznych.</w:t>
      </w:r>
    </w:p>
    <w:p w14:paraId="5CF83E33" w14:textId="77777777" w:rsidR="007B2BE4" w:rsidRPr="00E8575A" w:rsidRDefault="002161CE" w:rsidP="0018025C">
      <w:pPr>
        <w:pStyle w:val="Akapitzlist"/>
        <w:numPr>
          <w:ilvl w:val="0"/>
          <w:numId w:val="24"/>
        </w:numPr>
        <w:ind w:left="284" w:hanging="284"/>
        <w:rPr>
          <w:noProof/>
          <w:lang w:val="pl-PL"/>
        </w:rPr>
      </w:pPr>
      <w:r w:rsidRPr="00E8575A">
        <w:rPr>
          <w:noProof/>
          <w:lang w:val="pl-PL"/>
        </w:rPr>
        <w:t>Zamówienie jest realizowane w ramach zadania z zakresu ochrony ludności i obrony cywilnej, w związku z naborem ogłoszonym przez Wojewodę Mazowieckiego dla podmiotów uczestniczących w Programie „Szpitale Przyjazne Wojsku”, w ramach Obszaru II „Zabezpieczenie logistyczne i zapewnienie ciągłości dostaw” Programu Ochrony Ludności i Obrony Cywilnej na lata 2025–2026. Zawarcie niniejszej Umowy następuje po zawarciu umowy o udzielenie dotacji z Wojewodą Mazowieckim oraz – jeżeli było to wymagane dla danego zakupu – po uzyskaniu pozytywnej opinii Ministra Spraw Wewnętrznych i Administracji, wydanej po uzgodnieniu z Ministrem Obrony Narodowej.</w:t>
      </w:r>
    </w:p>
    <w:p w14:paraId="3A7702A5" w14:textId="77777777" w:rsidR="007B2BE4" w:rsidRPr="00E8575A" w:rsidRDefault="002161CE" w:rsidP="0018025C">
      <w:pPr>
        <w:pStyle w:val="Akapitzlist"/>
        <w:numPr>
          <w:ilvl w:val="0"/>
          <w:numId w:val="24"/>
        </w:numPr>
        <w:ind w:left="284" w:hanging="284"/>
        <w:rPr>
          <w:noProof/>
          <w:lang w:val="pl-PL"/>
        </w:rPr>
      </w:pPr>
      <w:r w:rsidRPr="00E8575A">
        <w:rPr>
          <w:noProof/>
          <w:lang w:val="pl-PL"/>
        </w:rPr>
        <w:t>Wykonawca oświadcza, że zapoznał się z treścią SWZ, właściwym dla danej części opisem przedmiotu zamówienia / formularzem ofertowym technicznym, pozostałymi dokumentami zamówienia oraz miejscem realizacji dostawy i nie wnosi zastrzeżeń co do możliwości należytej realizacji Umowy.</w:t>
      </w:r>
    </w:p>
    <w:p w14:paraId="02AD3ECD" w14:textId="77777777" w:rsidR="007B2BE4" w:rsidRPr="00E8575A" w:rsidRDefault="002161CE" w:rsidP="00BA4C5E">
      <w:pPr>
        <w:pStyle w:val="MyHeading"/>
        <w:keepNext/>
        <w:rPr>
          <w:noProof/>
          <w:color w:val="auto"/>
          <w:lang w:val="pl-PL"/>
        </w:rPr>
      </w:pPr>
      <w:r w:rsidRPr="00E8575A">
        <w:rPr>
          <w:noProof/>
          <w:color w:val="auto"/>
          <w:lang w:val="pl-PL"/>
        </w:rPr>
        <w:t>§ 1</w:t>
      </w:r>
    </w:p>
    <w:p w14:paraId="4B4EDD31" w14:textId="77777777" w:rsidR="007B2BE4" w:rsidRPr="00E8575A" w:rsidRDefault="002161CE" w:rsidP="00BA4C5E">
      <w:pPr>
        <w:pStyle w:val="MyHeading"/>
        <w:keepNext/>
        <w:spacing w:before="0" w:after="120"/>
        <w:rPr>
          <w:noProof/>
          <w:color w:val="auto"/>
          <w:lang w:val="pl-PL"/>
        </w:rPr>
      </w:pPr>
      <w:r w:rsidRPr="00E8575A">
        <w:rPr>
          <w:noProof/>
          <w:color w:val="auto"/>
          <w:lang w:val="pl-PL"/>
        </w:rPr>
        <w:t>Przedmiot Umowy oraz oświadczenia Wykonawcy</w:t>
      </w:r>
    </w:p>
    <w:p w14:paraId="2B888CC7" w14:textId="77777777" w:rsidR="007B2BE4" w:rsidRPr="00E8575A" w:rsidRDefault="002161CE" w:rsidP="00BA4C5E">
      <w:pPr>
        <w:numPr>
          <w:ilvl w:val="0"/>
          <w:numId w:val="1"/>
        </w:numPr>
        <w:ind w:hanging="360"/>
        <w:rPr>
          <w:noProof/>
          <w:lang w:val="pl-PL"/>
        </w:rPr>
      </w:pPr>
      <w:r w:rsidRPr="00E8575A">
        <w:rPr>
          <w:noProof/>
          <w:lang w:val="pl-PL"/>
        </w:rPr>
        <w:t>Przedmiotem Umowy jest realizacja Części nr … zamówienia, tj. …………………………………………………………………………………………………………, obejmująca sprzedaż i dostawę sprzętu oraz, w zakresie wynikającym z właściwego OPZ, jego transport, wniesienie, montaż lub instalację, konfigurację, pierwsze uruchomienie, wykonanie wymaganych testów i sprawdzeń, szkolenie personelu oraz przekazanie do eksploatacji, zgodnie z SWZ, ofertą Wykonawcy i załącznikami do Umowy.</w:t>
      </w:r>
    </w:p>
    <w:p w14:paraId="308D6EF5" w14:textId="77777777" w:rsidR="007B2BE4" w:rsidRPr="00E8575A" w:rsidRDefault="002161CE" w:rsidP="00BA4C5E">
      <w:pPr>
        <w:numPr>
          <w:ilvl w:val="0"/>
          <w:numId w:val="1"/>
        </w:numPr>
        <w:ind w:hanging="360"/>
        <w:rPr>
          <w:noProof/>
          <w:lang w:val="pl-PL"/>
        </w:rPr>
      </w:pPr>
      <w:r w:rsidRPr="00E8575A">
        <w:rPr>
          <w:noProof/>
          <w:lang w:val="pl-PL"/>
        </w:rPr>
        <w:t>Przedmiot Umowy obejmuje ponadto, w zakresie właściwym dla danej części i wynikającym z OPZ, w szczególności:</w:t>
      </w:r>
    </w:p>
    <w:p w14:paraId="3CE67D7A" w14:textId="77777777" w:rsidR="007B2BE4" w:rsidRPr="00E8575A" w:rsidRDefault="002161CE" w:rsidP="00BA4C5E">
      <w:pPr>
        <w:numPr>
          <w:ilvl w:val="1"/>
          <w:numId w:val="1"/>
        </w:numPr>
        <w:ind w:hanging="360"/>
        <w:rPr>
          <w:noProof/>
          <w:lang w:val="pl-PL"/>
        </w:rPr>
      </w:pPr>
      <w:r w:rsidRPr="00E8575A">
        <w:rPr>
          <w:noProof/>
          <w:lang w:val="pl-PL"/>
        </w:rPr>
        <w:t>transport, rozładunek, wniesienie i ustawienie urządzeń w miejscu wskazanym przez Zamawiającego;</w:t>
      </w:r>
    </w:p>
    <w:p w14:paraId="71688E4E" w14:textId="77777777" w:rsidR="007B2BE4" w:rsidRPr="00E8575A" w:rsidRDefault="002161CE" w:rsidP="00BA4C5E">
      <w:pPr>
        <w:numPr>
          <w:ilvl w:val="1"/>
          <w:numId w:val="1"/>
        </w:numPr>
        <w:ind w:hanging="360"/>
        <w:rPr>
          <w:noProof/>
          <w:lang w:val="pl-PL"/>
        </w:rPr>
      </w:pPr>
      <w:r w:rsidRPr="00E8575A">
        <w:rPr>
          <w:noProof/>
          <w:lang w:val="pl-PL"/>
        </w:rPr>
        <w:t>wykonanie wszelkich czynności montażowych, instalacyjnych, konfiguracyjnych i uruchomieniowych niezbędnych do prawidłowego oraz bezpiecznego korzystania z urządzeń;</w:t>
      </w:r>
    </w:p>
    <w:p w14:paraId="53283022" w14:textId="77777777" w:rsidR="007B2BE4" w:rsidRPr="00E8575A" w:rsidRDefault="002161CE" w:rsidP="00BA4C5E">
      <w:pPr>
        <w:numPr>
          <w:ilvl w:val="1"/>
          <w:numId w:val="1"/>
        </w:numPr>
        <w:ind w:hanging="360"/>
        <w:rPr>
          <w:noProof/>
          <w:lang w:val="pl-PL"/>
        </w:rPr>
      </w:pPr>
      <w:r w:rsidRPr="00E8575A">
        <w:rPr>
          <w:noProof/>
          <w:lang w:val="pl-PL"/>
        </w:rPr>
        <w:t>wykonanie albo zapewnienie wykonania wymaganych przepisami prawa, dokumentacją producenta lub zasadami wiedzy technicznej testów, sprawdzeń i pomiarów odbiorczych;</w:t>
      </w:r>
    </w:p>
    <w:p w14:paraId="47CB7479" w14:textId="77777777" w:rsidR="007B2BE4" w:rsidRPr="00E8575A" w:rsidRDefault="002161CE" w:rsidP="00BA4C5E">
      <w:pPr>
        <w:numPr>
          <w:ilvl w:val="1"/>
          <w:numId w:val="1"/>
        </w:numPr>
        <w:ind w:hanging="360"/>
        <w:rPr>
          <w:noProof/>
          <w:lang w:val="pl-PL"/>
        </w:rPr>
      </w:pPr>
      <w:r w:rsidRPr="00E8575A">
        <w:rPr>
          <w:noProof/>
          <w:lang w:val="pl-PL"/>
        </w:rPr>
        <w:t>przeprowadzenie szkolenia personelu medycznego i technicznego wskazanego przez Zamawiającego;</w:t>
      </w:r>
    </w:p>
    <w:p w14:paraId="634023EA" w14:textId="77777777" w:rsidR="007B2BE4" w:rsidRPr="00E8575A" w:rsidRDefault="002161CE" w:rsidP="00BA4C5E">
      <w:pPr>
        <w:numPr>
          <w:ilvl w:val="1"/>
          <w:numId w:val="1"/>
        </w:numPr>
        <w:ind w:hanging="360"/>
        <w:rPr>
          <w:noProof/>
          <w:lang w:val="pl-PL"/>
        </w:rPr>
      </w:pPr>
      <w:r w:rsidRPr="00E8575A">
        <w:rPr>
          <w:noProof/>
          <w:lang w:val="pl-PL"/>
        </w:rPr>
        <w:t>przekazanie dokumentacji wymaganej Umową, SWZ i przepisami prawa, w szczególności instrukcji obsługi w języku polskim, paszportów technicznych, kart gwarancyjnych, wykazu numerów seryjnych, deklaracji zgodności i dokumentów dopuszczających wyrób do używania;</w:t>
      </w:r>
    </w:p>
    <w:p w14:paraId="2EAEBFAB" w14:textId="77777777" w:rsidR="007B2BE4" w:rsidRPr="00E8575A" w:rsidRDefault="002161CE" w:rsidP="00BA4C5E">
      <w:pPr>
        <w:numPr>
          <w:ilvl w:val="1"/>
          <w:numId w:val="1"/>
        </w:numPr>
        <w:ind w:hanging="360"/>
        <w:rPr>
          <w:noProof/>
          <w:lang w:val="pl-PL"/>
        </w:rPr>
      </w:pPr>
      <w:r w:rsidRPr="00E8575A">
        <w:rPr>
          <w:noProof/>
          <w:lang w:val="pl-PL"/>
        </w:rPr>
        <w:lastRenderedPageBreak/>
        <w:t>świadczenie serwisu gwarancyjnego oraz wykonywanie bezpłatnych przeglądów technicznych na zasadach określonych w Umowie.</w:t>
      </w:r>
    </w:p>
    <w:p w14:paraId="00FBE009" w14:textId="77777777" w:rsidR="007B2BE4" w:rsidRPr="00E8575A" w:rsidRDefault="002161CE" w:rsidP="00BA4C5E">
      <w:pPr>
        <w:numPr>
          <w:ilvl w:val="0"/>
          <w:numId w:val="1"/>
        </w:numPr>
        <w:ind w:hanging="360"/>
        <w:rPr>
          <w:noProof/>
          <w:lang w:val="pl-PL"/>
        </w:rPr>
      </w:pPr>
      <w:r w:rsidRPr="00E8575A">
        <w:rPr>
          <w:noProof/>
          <w:lang w:val="pl-PL"/>
        </w:rPr>
        <w:t>Wykonawca oświadcza, że oferowany Przedmiot Umowy jest fabrycznie nowy, kompletny, wolny od wad materiałowych, konstrukcyjnych i prawnych, nieużywany i nierekondycjonowany oraz wyprodukowany nie wcześniej niż w 2026 r.</w:t>
      </w:r>
    </w:p>
    <w:p w14:paraId="59CE75BC" w14:textId="77777777" w:rsidR="007B2BE4" w:rsidRPr="00E8575A" w:rsidRDefault="002161CE" w:rsidP="00BA4C5E">
      <w:pPr>
        <w:numPr>
          <w:ilvl w:val="0"/>
          <w:numId w:val="1"/>
        </w:numPr>
        <w:ind w:hanging="360"/>
        <w:rPr>
          <w:noProof/>
          <w:lang w:val="pl-PL"/>
        </w:rPr>
      </w:pPr>
      <w:r w:rsidRPr="00E8575A">
        <w:rPr>
          <w:noProof/>
          <w:lang w:val="pl-PL"/>
        </w:rPr>
        <w:t>Wykonawca oświadcza, że Przedmiot Umowy spełnia wszystkie parametry graniczne, funkcjonalne i techniczne określone w SWZ oraz w załączniku nr 1 do Umowy.</w:t>
      </w:r>
    </w:p>
    <w:p w14:paraId="60879D8A" w14:textId="77777777" w:rsidR="007B2BE4" w:rsidRPr="00E8575A" w:rsidRDefault="002161CE" w:rsidP="00BA4C5E">
      <w:pPr>
        <w:numPr>
          <w:ilvl w:val="0"/>
          <w:numId w:val="1"/>
        </w:numPr>
        <w:ind w:hanging="360"/>
        <w:rPr>
          <w:noProof/>
          <w:lang w:val="pl-PL"/>
        </w:rPr>
      </w:pPr>
      <w:r w:rsidRPr="00E8575A">
        <w:rPr>
          <w:noProof/>
          <w:lang w:val="pl-PL"/>
        </w:rPr>
        <w:t>Jeżeli Przedmiot Umowy lub jego element jest wyrobem medycznym, Wykonawca zapewnia jego zgodne z prawem wprowadzenie do obrotu i używania oraz przekazuje dokumenty wymagane obowiązującymi przepisami dotyczącymi wyrobów medycznych – w zakresie, w jakim mają zastosowanie.</w:t>
      </w:r>
    </w:p>
    <w:p w14:paraId="4DB3A02F" w14:textId="77777777" w:rsidR="007B2BE4" w:rsidRPr="00E8575A" w:rsidRDefault="002161CE" w:rsidP="00BA4C5E">
      <w:pPr>
        <w:numPr>
          <w:ilvl w:val="0"/>
          <w:numId w:val="1"/>
        </w:numPr>
        <w:ind w:hanging="360"/>
        <w:rPr>
          <w:noProof/>
          <w:lang w:val="pl-PL"/>
        </w:rPr>
      </w:pPr>
      <w:r w:rsidRPr="00E8575A">
        <w:rPr>
          <w:noProof/>
          <w:lang w:val="pl-PL"/>
        </w:rPr>
        <w:t>W zakresie wynikającym z właściwego OPZ Wykonawca zapewnia autoryzowany serwis na terytorium Polski, dostęp do oryginalnych części zamiennych producenta oraz ich dostępność przez wymagany w OPZ okres.</w:t>
      </w:r>
    </w:p>
    <w:p w14:paraId="7F14F7DF" w14:textId="77777777" w:rsidR="00BA4C5E" w:rsidRPr="00E8575A" w:rsidRDefault="00BA4C5E" w:rsidP="00BA4C5E">
      <w:pPr>
        <w:pStyle w:val="MyHeading"/>
        <w:spacing w:before="0"/>
        <w:ind w:hanging="360"/>
        <w:rPr>
          <w:noProof/>
          <w:color w:val="auto"/>
          <w:lang w:val="pl-PL"/>
        </w:rPr>
      </w:pPr>
    </w:p>
    <w:p w14:paraId="62762D2E" w14:textId="77777777" w:rsidR="007B2BE4" w:rsidRPr="00E8575A" w:rsidRDefault="002161CE" w:rsidP="00BA4C5E">
      <w:pPr>
        <w:pStyle w:val="MyHeading"/>
        <w:keepNext/>
        <w:ind w:hanging="360"/>
        <w:rPr>
          <w:noProof/>
          <w:color w:val="auto"/>
          <w:lang w:val="pl-PL"/>
        </w:rPr>
      </w:pPr>
      <w:r w:rsidRPr="00E8575A">
        <w:rPr>
          <w:noProof/>
          <w:color w:val="auto"/>
          <w:lang w:val="pl-PL"/>
        </w:rPr>
        <w:t>§ 2</w:t>
      </w:r>
    </w:p>
    <w:p w14:paraId="6AB0319F"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Termin realizacji Przedmiotu Umowy i warunki dostawy</w:t>
      </w:r>
    </w:p>
    <w:p w14:paraId="046CA0E5" w14:textId="6972CC9D" w:rsidR="007B2BE4" w:rsidRPr="00E8575A" w:rsidRDefault="002161CE" w:rsidP="00BA4C5E">
      <w:pPr>
        <w:numPr>
          <w:ilvl w:val="0"/>
          <w:numId w:val="2"/>
        </w:numPr>
        <w:ind w:hanging="360"/>
        <w:rPr>
          <w:noProof/>
          <w:lang w:val="pl-PL"/>
        </w:rPr>
      </w:pPr>
      <w:r w:rsidRPr="00E8575A">
        <w:rPr>
          <w:noProof/>
          <w:lang w:val="pl-PL"/>
        </w:rPr>
        <w:t xml:space="preserve">Wykonawca zobowiązuje się zrealizować całość Przedmiotu Umowy, łącznie ze wszystkimi czynnościami wymaganymi właściwym OPZ oraz podpisaniem protokołu odbioru końcowego, w terminie do [●] dni od dnia zawarcia Umowy, jednak nie później niż do dnia </w:t>
      </w:r>
      <w:r w:rsidR="00325929" w:rsidRPr="00E8575A">
        <w:rPr>
          <w:noProof/>
          <w:lang w:val="pl-PL"/>
        </w:rPr>
        <w:t>14</w:t>
      </w:r>
      <w:r w:rsidRPr="00E8575A">
        <w:rPr>
          <w:noProof/>
          <w:lang w:val="pl-PL"/>
        </w:rPr>
        <w:t xml:space="preserve"> grudnia 2026 r.</w:t>
      </w:r>
    </w:p>
    <w:p w14:paraId="56651588" w14:textId="77777777" w:rsidR="007B2BE4" w:rsidRPr="00E8575A" w:rsidRDefault="002161CE" w:rsidP="00BA4C5E">
      <w:pPr>
        <w:numPr>
          <w:ilvl w:val="0"/>
          <w:numId w:val="2"/>
        </w:numPr>
        <w:ind w:hanging="360"/>
        <w:rPr>
          <w:noProof/>
          <w:lang w:val="pl-PL"/>
        </w:rPr>
      </w:pPr>
      <w:r w:rsidRPr="00E8575A">
        <w:rPr>
          <w:noProof/>
          <w:lang w:val="pl-PL"/>
        </w:rPr>
        <w:t>Zamawiający nie przewiduje odbiorów częściowych ani płatności częściowych, chyba że Strony w przypadkach dopuszczonych przepisami prawa i postanowieniami Umowy uzgodnią inaczej.</w:t>
      </w:r>
    </w:p>
    <w:p w14:paraId="7EF7DFEA" w14:textId="77777777" w:rsidR="007B2BE4" w:rsidRPr="00E8575A" w:rsidRDefault="002161CE" w:rsidP="00BA4C5E">
      <w:pPr>
        <w:numPr>
          <w:ilvl w:val="0"/>
          <w:numId w:val="2"/>
        </w:numPr>
        <w:ind w:hanging="360"/>
        <w:rPr>
          <w:noProof/>
          <w:lang w:val="pl-PL"/>
        </w:rPr>
      </w:pPr>
      <w:r w:rsidRPr="00E8575A">
        <w:rPr>
          <w:noProof/>
          <w:lang w:val="pl-PL"/>
        </w:rPr>
        <w:t>Wykonawca zobowiązany jest uzgodnić dokładny termin dostawy z osobą wyznaczoną do współpracy ze strony Zamawiającego, z co najmniej 3-dniowym wyprzedzeniem.</w:t>
      </w:r>
    </w:p>
    <w:p w14:paraId="0656083A" w14:textId="77777777" w:rsidR="007B2BE4" w:rsidRPr="00E8575A" w:rsidRDefault="002161CE" w:rsidP="00BA4C5E">
      <w:pPr>
        <w:numPr>
          <w:ilvl w:val="0"/>
          <w:numId w:val="2"/>
        </w:numPr>
        <w:ind w:hanging="360"/>
        <w:rPr>
          <w:noProof/>
          <w:lang w:val="pl-PL"/>
        </w:rPr>
      </w:pPr>
      <w:r w:rsidRPr="00E8575A">
        <w:rPr>
          <w:noProof/>
          <w:lang w:val="pl-PL"/>
        </w:rPr>
        <w:t>Dostawa i wszelkie czynności objęte Umową będą wykonywane w dni robocze, w godzinach 7:30–15:05, chyba że Strony uzgodnią inaczej.</w:t>
      </w:r>
    </w:p>
    <w:p w14:paraId="2D86420F" w14:textId="77777777" w:rsidR="007B2BE4" w:rsidRPr="00E8575A" w:rsidRDefault="002161CE" w:rsidP="00BA4C5E">
      <w:pPr>
        <w:numPr>
          <w:ilvl w:val="0"/>
          <w:numId w:val="2"/>
        </w:numPr>
        <w:ind w:hanging="360"/>
        <w:rPr>
          <w:noProof/>
          <w:lang w:val="pl-PL"/>
        </w:rPr>
      </w:pPr>
      <w:r w:rsidRPr="00E8575A">
        <w:rPr>
          <w:noProof/>
          <w:lang w:val="pl-PL"/>
        </w:rPr>
        <w:t>Miejscem dostawy, montażu i odbioru Przedmiotu Umowy jest Specjalistyczny Szpital Wojewódzki w Ciechanowie, ul. Powstańców Wielkopolskich 2, 06-400 Ciechanów, w miejscu wskazanym przez Zamawiającego.</w:t>
      </w:r>
    </w:p>
    <w:p w14:paraId="12A0FAA4" w14:textId="77777777" w:rsidR="007B2BE4" w:rsidRPr="00E8575A" w:rsidRDefault="002161CE" w:rsidP="00BA4C5E">
      <w:pPr>
        <w:numPr>
          <w:ilvl w:val="0"/>
          <w:numId w:val="2"/>
        </w:numPr>
        <w:ind w:hanging="360"/>
        <w:rPr>
          <w:noProof/>
          <w:lang w:val="pl-PL"/>
        </w:rPr>
      </w:pPr>
      <w:r w:rsidRPr="00E8575A">
        <w:rPr>
          <w:noProof/>
          <w:lang w:val="pl-PL"/>
        </w:rPr>
        <w:t>Wykonawca ponosi na własny koszt i ryzyko wszelkie koszty związane z realizacją dostawy, w szczególności transportem, ubezpieczeniem, rozładunkiem, wniesieniem, montażem, instalacją, uruchomieniem i szkoleniem.</w:t>
      </w:r>
    </w:p>
    <w:p w14:paraId="44BC1A1A" w14:textId="77777777" w:rsidR="007B2BE4" w:rsidRPr="00E8575A" w:rsidRDefault="002161CE" w:rsidP="00BA4C5E">
      <w:pPr>
        <w:numPr>
          <w:ilvl w:val="0"/>
          <w:numId w:val="2"/>
        </w:numPr>
        <w:ind w:hanging="360"/>
        <w:rPr>
          <w:noProof/>
          <w:lang w:val="pl-PL"/>
        </w:rPr>
      </w:pPr>
      <w:r w:rsidRPr="00E8575A">
        <w:rPr>
          <w:noProof/>
          <w:lang w:val="pl-PL"/>
        </w:rPr>
        <w:t>Wcześniejsza realizacja Umowy jest dopuszczalna wyłącznie za uprzednią zgodą Zamawiającego.</w:t>
      </w:r>
    </w:p>
    <w:p w14:paraId="7F423DF2" w14:textId="77777777" w:rsidR="007B2BE4" w:rsidRPr="00E8575A" w:rsidRDefault="002161CE" w:rsidP="00BA4C5E">
      <w:pPr>
        <w:numPr>
          <w:ilvl w:val="0"/>
          <w:numId w:val="2"/>
        </w:numPr>
        <w:ind w:hanging="360"/>
        <w:rPr>
          <w:noProof/>
          <w:lang w:val="pl-PL"/>
        </w:rPr>
      </w:pPr>
      <w:r w:rsidRPr="00E8575A">
        <w:rPr>
          <w:noProof/>
          <w:lang w:val="pl-PL"/>
        </w:rPr>
        <w:t>Wykonawca zobowiązany jest realizować Umowę w sposób zapewniający wykonanie i odbiór całego Przedmiotu Umowy w terminie określonym w ust. 1.</w:t>
      </w:r>
    </w:p>
    <w:p w14:paraId="2B4F5956" w14:textId="77777777" w:rsidR="000A3E57" w:rsidRPr="00E8575A" w:rsidRDefault="00E07113">
      <w:pPr>
        <w:numPr>
          <w:ilvl w:val="0"/>
          <w:numId w:val="2"/>
        </w:numPr>
        <w:ind w:hanging="360"/>
        <w:rPr>
          <w:noProof/>
          <w:lang w:val="pl-PL"/>
        </w:rPr>
      </w:pPr>
      <w:r w:rsidRPr="00E8575A">
        <w:rPr>
          <w:noProof/>
          <w:lang w:val="pl-PL"/>
        </w:rPr>
        <w:t>Wykonawca zobowiązany jest niezwłocznie poinformować Zamawiającego o każdej okoliczności, która może zagrozić terminowej realizacji Umowy, wskazując jej przyczyny, przewidywany wpływ na termin oraz działania podjęte w celu usunięcia zagrożenia.</w:t>
      </w:r>
    </w:p>
    <w:p w14:paraId="1E230BCA" w14:textId="77777777" w:rsidR="000A3E57" w:rsidRPr="00E8575A" w:rsidRDefault="00E07113">
      <w:pPr>
        <w:numPr>
          <w:ilvl w:val="0"/>
          <w:numId w:val="2"/>
        </w:numPr>
        <w:ind w:hanging="360"/>
        <w:rPr>
          <w:noProof/>
          <w:lang w:val="pl-PL"/>
        </w:rPr>
      </w:pPr>
      <w:r w:rsidRPr="00E8575A">
        <w:rPr>
          <w:noProof/>
          <w:lang w:val="pl-PL"/>
        </w:rPr>
        <w:t>Najpóźniej w dniu zgłoszenia gotowości do odbioru końcowego Wykonawca przekaże Zamawiającemu komplet dokumentów wymaganych Umową, SWZ i właściwym OPZ, w szczególności dokumenty dotyczące dostawy, montażu lub instalacji, uruchomienia, szkolenia, wymagane dokumenty dotyczące wyrobów medycznych, instrukcje, paszporty techniczne, karty gwarancyjne oraz wykaz numerów seryjnych – jeżeli dotyczą.</w:t>
      </w:r>
    </w:p>
    <w:p w14:paraId="41880C2A" w14:textId="77777777" w:rsidR="000A3E57" w:rsidRPr="00E8575A" w:rsidRDefault="00E07113">
      <w:pPr>
        <w:numPr>
          <w:ilvl w:val="0"/>
          <w:numId w:val="2"/>
        </w:numPr>
        <w:ind w:hanging="360"/>
        <w:rPr>
          <w:noProof/>
          <w:lang w:val="pl-PL"/>
        </w:rPr>
      </w:pPr>
      <w:r w:rsidRPr="00E8575A">
        <w:rPr>
          <w:noProof/>
          <w:lang w:val="pl-PL"/>
        </w:rPr>
        <w:t>Jeżeli okoliczności dotyczące Wykonawcy wskazują, że terminowe wykonanie Umowy jest zagrożone, Zamawiający może wezwać Wykonawcę do przedstawienia, w terminie 2 dni roboczych od otrzymania wezwania, planu działań naprawczych. Brak przedstawienia planu albo niewykonywanie zadeklarowanych działań stanowi nienależyte wykonywanie Umowy.</w:t>
      </w:r>
    </w:p>
    <w:p w14:paraId="1B47818D" w14:textId="77777777" w:rsidR="007B2BE4" w:rsidRPr="00E8575A" w:rsidRDefault="002161CE" w:rsidP="00BA4C5E">
      <w:pPr>
        <w:pStyle w:val="MyHeading"/>
        <w:keepNext/>
        <w:ind w:hanging="360"/>
        <w:rPr>
          <w:noProof/>
          <w:color w:val="auto"/>
          <w:lang w:val="pl-PL"/>
        </w:rPr>
      </w:pPr>
      <w:r w:rsidRPr="00E8575A">
        <w:rPr>
          <w:noProof/>
          <w:color w:val="auto"/>
          <w:lang w:val="pl-PL"/>
        </w:rPr>
        <w:t>§ 3</w:t>
      </w:r>
    </w:p>
    <w:p w14:paraId="2141ACFB"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Zasady odbioru Przedmiotu Umowy</w:t>
      </w:r>
    </w:p>
    <w:p w14:paraId="6F95D9D8" w14:textId="77777777" w:rsidR="007B2BE4" w:rsidRPr="00E8575A" w:rsidRDefault="002161CE" w:rsidP="00BA4C5E">
      <w:pPr>
        <w:numPr>
          <w:ilvl w:val="0"/>
          <w:numId w:val="3"/>
        </w:numPr>
        <w:ind w:hanging="360"/>
        <w:rPr>
          <w:noProof/>
          <w:lang w:val="pl-PL"/>
        </w:rPr>
      </w:pPr>
      <w:r w:rsidRPr="00E8575A">
        <w:rPr>
          <w:noProof/>
          <w:lang w:val="pl-PL"/>
        </w:rPr>
        <w:t>Odbiór Przedmiotu Umowy nastąpi na podstawie protokołu odbioru końcowego, którego wzór stanowi załącznik nr 3 do Umowy.</w:t>
      </w:r>
    </w:p>
    <w:p w14:paraId="62D32A4E" w14:textId="77777777" w:rsidR="007B2BE4" w:rsidRPr="00E8575A" w:rsidRDefault="002161CE" w:rsidP="00BA4C5E">
      <w:pPr>
        <w:numPr>
          <w:ilvl w:val="0"/>
          <w:numId w:val="3"/>
        </w:numPr>
        <w:ind w:hanging="360"/>
        <w:rPr>
          <w:noProof/>
          <w:lang w:val="pl-PL"/>
        </w:rPr>
      </w:pPr>
      <w:r w:rsidRPr="00E8575A">
        <w:rPr>
          <w:noProof/>
          <w:lang w:val="pl-PL"/>
        </w:rPr>
        <w:t>Warunkiem podpisania protokołu odbioru końcowego jest łączne spełnienie następujących warunków:</w:t>
      </w:r>
    </w:p>
    <w:p w14:paraId="5A0ACF78" w14:textId="77777777" w:rsidR="007B2BE4" w:rsidRPr="00E8575A" w:rsidRDefault="002161CE" w:rsidP="00BA4C5E">
      <w:pPr>
        <w:numPr>
          <w:ilvl w:val="1"/>
          <w:numId w:val="3"/>
        </w:numPr>
        <w:ind w:hanging="360"/>
        <w:rPr>
          <w:noProof/>
          <w:lang w:val="pl-PL"/>
        </w:rPr>
      </w:pPr>
      <w:r w:rsidRPr="00E8575A">
        <w:rPr>
          <w:noProof/>
          <w:lang w:val="pl-PL"/>
        </w:rPr>
        <w:t>dostarczenie całego Przedmiotu Umowy zgodnie z Umową, SWZ i ofertą Wykonawcy;</w:t>
      </w:r>
    </w:p>
    <w:p w14:paraId="6BC62654" w14:textId="77777777" w:rsidR="007B2BE4" w:rsidRPr="00E8575A" w:rsidRDefault="002161CE" w:rsidP="00BA4C5E">
      <w:pPr>
        <w:numPr>
          <w:ilvl w:val="1"/>
          <w:numId w:val="3"/>
        </w:numPr>
        <w:ind w:hanging="360"/>
        <w:rPr>
          <w:noProof/>
          <w:lang w:val="pl-PL"/>
        </w:rPr>
      </w:pPr>
      <w:r w:rsidRPr="00E8575A">
        <w:rPr>
          <w:noProof/>
          <w:lang w:val="pl-PL"/>
        </w:rPr>
        <w:t>wykonanie montażu, instalacji, konfiguracji i pierwszego uruchomienia urządzeń;</w:t>
      </w:r>
    </w:p>
    <w:p w14:paraId="2BB94866" w14:textId="77777777" w:rsidR="007B2BE4" w:rsidRPr="00E8575A" w:rsidRDefault="002161CE" w:rsidP="00BA4C5E">
      <w:pPr>
        <w:numPr>
          <w:ilvl w:val="1"/>
          <w:numId w:val="3"/>
        </w:numPr>
        <w:ind w:hanging="360"/>
        <w:rPr>
          <w:noProof/>
          <w:lang w:val="pl-PL"/>
        </w:rPr>
      </w:pPr>
      <w:r w:rsidRPr="00E8575A">
        <w:rPr>
          <w:noProof/>
          <w:lang w:val="pl-PL"/>
        </w:rPr>
        <w:t>przedstawienie wymaganych dokumentów, certyfikatów oraz paszportów technicznych;</w:t>
      </w:r>
    </w:p>
    <w:p w14:paraId="7E1B2979" w14:textId="77777777" w:rsidR="007B2BE4" w:rsidRPr="00E8575A" w:rsidRDefault="002161CE" w:rsidP="00BA4C5E">
      <w:pPr>
        <w:numPr>
          <w:ilvl w:val="1"/>
          <w:numId w:val="3"/>
        </w:numPr>
        <w:ind w:hanging="360"/>
        <w:rPr>
          <w:noProof/>
          <w:lang w:val="pl-PL"/>
        </w:rPr>
      </w:pPr>
      <w:r w:rsidRPr="00E8575A">
        <w:rPr>
          <w:noProof/>
          <w:lang w:val="pl-PL"/>
        </w:rPr>
        <w:t>przeprowadzenie szkolenia personelu Zamawiającego;</w:t>
      </w:r>
    </w:p>
    <w:p w14:paraId="7312FE8A" w14:textId="77777777" w:rsidR="007B2BE4" w:rsidRPr="00E8575A" w:rsidRDefault="002161CE" w:rsidP="00BA4C5E">
      <w:pPr>
        <w:numPr>
          <w:ilvl w:val="1"/>
          <w:numId w:val="3"/>
        </w:numPr>
        <w:ind w:hanging="360"/>
        <w:rPr>
          <w:noProof/>
          <w:lang w:val="pl-PL"/>
        </w:rPr>
      </w:pPr>
      <w:r w:rsidRPr="00E8575A">
        <w:rPr>
          <w:noProof/>
          <w:lang w:val="pl-PL"/>
        </w:rPr>
        <w:t>uzyskanie pozytywnego wyniku testów, sprawdzeń i innych czynności odbiorczych potwierdzających prawidłowe działanie urządzeń oraz ich zgodność z wymaganiami Zamawiającego.</w:t>
      </w:r>
    </w:p>
    <w:p w14:paraId="3ABBF071" w14:textId="77777777" w:rsidR="007B2BE4" w:rsidRPr="00E8575A" w:rsidRDefault="002161CE" w:rsidP="00BA4C5E">
      <w:pPr>
        <w:numPr>
          <w:ilvl w:val="0"/>
          <w:numId w:val="3"/>
        </w:numPr>
        <w:ind w:hanging="360"/>
        <w:rPr>
          <w:noProof/>
          <w:lang w:val="pl-PL"/>
        </w:rPr>
      </w:pPr>
      <w:r w:rsidRPr="00E8575A">
        <w:rPr>
          <w:noProof/>
          <w:lang w:val="pl-PL"/>
        </w:rPr>
        <w:t>Wykonawca przekaże Zamawiającemu wraz z dostawą albo najpóźniej przed podpisaniem protokołu odbioru końcowego komplet dokumentów wymaganych Umową, SWZ i właściwym OPZ.</w:t>
      </w:r>
    </w:p>
    <w:p w14:paraId="5703DFB6" w14:textId="77777777" w:rsidR="007B2BE4" w:rsidRPr="00E8575A" w:rsidRDefault="002161CE" w:rsidP="00BA4C5E">
      <w:pPr>
        <w:numPr>
          <w:ilvl w:val="0"/>
          <w:numId w:val="3"/>
        </w:numPr>
        <w:ind w:hanging="360"/>
        <w:rPr>
          <w:noProof/>
          <w:lang w:val="pl-PL"/>
        </w:rPr>
      </w:pPr>
      <w:r w:rsidRPr="00E8575A">
        <w:rPr>
          <w:noProof/>
          <w:lang w:val="pl-PL"/>
        </w:rPr>
        <w:t>Z czynności odbioru sporządza się protokół podpisany przez upoważnionych przedstawicieli Stron.</w:t>
      </w:r>
    </w:p>
    <w:p w14:paraId="4AAA3FF4" w14:textId="77777777" w:rsidR="007B2BE4" w:rsidRPr="00E8575A" w:rsidRDefault="002161CE" w:rsidP="00BA4C5E">
      <w:pPr>
        <w:numPr>
          <w:ilvl w:val="0"/>
          <w:numId w:val="3"/>
        </w:numPr>
        <w:ind w:hanging="360"/>
        <w:rPr>
          <w:noProof/>
          <w:lang w:val="pl-PL"/>
        </w:rPr>
      </w:pPr>
      <w:r w:rsidRPr="00E8575A">
        <w:rPr>
          <w:noProof/>
          <w:lang w:val="pl-PL"/>
        </w:rPr>
        <w:t>Do chwili podpisania protokołu odbioru końcowego ryzyko przypadkowej utraty lub uszkodzenia Przedmiotu Umowy obciąża Wykonawcę.</w:t>
      </w:r>
    </w:p>
    <w:p w14:paraId="006450A1" w14:textId="77777777" w:rsidR="007B2BE4" w:rsidRPr="00E8575A" w:rsidRDefault="002161CE" w:rsidP="00BA4C5E">
      <w:pPr>
        <w:pStyle w:val="MyHeading"/>
        <w:keepNext/>
        <w:ind w:hanging="360"/>
        <w:rPr>
          <w:noProof/>
          <w:color w:val="auto"/>
          <w:lang w:val="pl-PL"/>
        </w:rPr>
      </w:pPr>
      <w:r w:rsidRPr="00E8575A">
        <w:rPr>
          <w:noProof/>
          <w:color w:val="auto"/>
          <w:lang w:val="pl-PL"/>
        </w:rPr>
        <w:t>§ 4</w:t>
      </w:r>
    </w:p>
    <w:p w14:paraId="2375F3ED"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Wady, niezgodności oraz odmowa odbioru</w:t>
      </w:r>
    </w:p>
    <w:p w14:paraId="7F1B90DB" w14:textId="77777777" w:rsidR="007B2BE4" w:rsidRPr="00E8575A" w:rsidRDefault="002161CE" w:rsidP="00BA4C5E">
      <w:pPr>
        <w:numPr>
          <w:ilvl w:val="0"/>
          <w:numId w:val="4"/>
        </w:numPr>
        <w:ind w:hanging="360"/>
        <w:rPr>
          <w:noProof/>
          <w:lang w:val="pl-PL"/>
        </w:rPr>
      </w:pPr>
      <w:r w:rsidRPr="00E8575A">
        <w:rPr>
          <w:noProof/>
          <w:lang w:val="pl-PL"/>
        </w:rPr>
        <w:t>Zamawiający ma prawo odmówić odbioru Przedmiotu Umowy w całości lub w części, jeżeli stwierdzi w szczególności:</w:t>
      </w:r>
    </w:p>
    <w:p w14:paraId="5F910DE7" w14:textId="77777777" w:rsidR="007B2BE4" w:rsidRPr="00E8575A" w:rsidRDefault="002161CE" w:rsidP="00BA4C5E">
      <w:pPr>
        <w:numPr>
          <w:ilvl w:val="1"/>
          <w:numId w:val="4"/>
        </w:numPr>
        <w:ind w:hanging="360"/>
        <w:rPr>
          <w:noProof/>
          <w:lang w:val="pl-PL"/>
        </w:rPr>
      </w:pPr>
      <w:r w:rsidRPr="00E8575A">
        <w:rPr>
          <w:noProof/>
          <w:lang w:val="pl-PL"/>
        </w:rPr>
        <w:t>wady fizyczne lub prawne urządzeń;</w:t>
      </w:r>
    </w:p>
    <w:p w14:paraId="5ACF49EE" w14:textId="77777777" w:rsidR="007B2BE4" w:rsidRPr="00E8575A" w:rsidRDefault="002161CE" w:rsidP="00BA4C5E">
      <w:pPr>
        <w:numPr>
          <w:ilvl w:val="1"/>
          <w:numId w:val="4"/>
        </w:numPr>
        <w:ind w:hanging="360"/>
        <w:rPr>
          <w:noProof/>
          <w:lang w:val="pl-PL"/>
        </w:rPr>
      </w:pPr>
      <w:r w:rsidRPr="00E8575A">
        <w:rPr>
          <w:noProof/>
          <w:lang w:val="pl-PL"/>
        </w:rPr>
        <w:t>niekompletność dostawy lub brak wymaganego wyposażenia;</w:t>
      </w:r>
    </w:p>
    <w:p w14:paraId="5D5428B2" w14:textId="77777777" w:rsidR="007B2BE4" w:rsidRPr="00E8575A" w:rsidRDefault="002161CE" w:rsidP="00BA4C5E">
      <w:pPr>
        <w:numPr>
          <w:ilvl w:val="1"/>
          <w:numId w:val="4"/>
        </w:numPr>
        <w:ind w:hanging="360"/>
        <w:rPr>
          <w:noProof/>
          <w:lang w:val="pl-PL"/>
        </w:rPr>
      </w:pPr>
      <w:r w:rsidRPr="00E8575A">
        <w:rPr>
          <w:noProof/>
          <w:lang w:val="pl-PL"/>
        </w:rPr>
        <w:t>brak wymaganych dokumentów;</w:t>
      </w:r>
    </w:p>
    <w:p w14:paraId="00AA0A76" w14:textId="77777777" w:rsidR="007B2BE4" w:rsidRPr="00E8575A" w:rsidRDefault="002161CE" w:rsidP="00BA4C5E">
      <w:pPr>
        <w:numPr>
          <w:ilvl w:val="1"/>
          <w:numId w:val="4"/>
        </w:numPr>
        <w:ind w:hanging="360"/>
        <w:rPr>
          <w:noProof/>
          <w:lang w:val="pl-PL"/>
        </w:rPr>
      </w:pPr>
      <w:r w:rsidRPr="00E8575A">
        <w:rPr>
          <w:noProof/>
          <w:lang w:val="pl-PL"/>
        </w:rPr>
        <w:lastRenderedPageBreak/>
        <w:t>niezgodność parametrów technicznych, funkcjonalnych lub jakościowych z Umową, SWZ lub ofertą Wykonawcy;</w:t>
      </w:r>
    </w:p>
    <w:p w14:paraId="16600386" w14:textId="77777777" w:rsidR="007B2BE4" w:rsidRPr="00E8575A" w:rsidRDefault="002161CE" w:rsidP="00BA4C5E">
      <w:pPr>
        <w:numPr>
          <w:ilvl w:val="1"/>
          <w:numId w:val="4"/>
        </w:numPr>
        <w:ind w:hanging="360"/>
        <w:rPr>
          <w:noProof/>
          <w:lang w:val="pl-PL"/>
        </w:rPr>
      </w:pPr>
      <w:r w:rsidRPr="00E8575A">
        <w:rPr>
          <w:noProof/>
          <w:lang w:val="pl-PL"/>
        </w:rPr>
        <w:t>niewykonanie wymaganych czynności instalacyjnych, uruchomieniowych, szkoleniowych lub odbiorczych.</w:t>
      </w:r>
    </w:p>
    <w:p w14:paraId="7C73D710" w14:textId="77777777" w:rsidR="007B2BE4" w:rsidRPr="00E8575A" w:rsidRDefault="002161CE" w:rsidP="00BA4C5E">
      <w:pPr>
        <w:numPr>
          <w:ilvl w:val="0"/>
          <w:numId w:val="4"/>
        </w:numPr>
        <w:ind w:hanging="360"/>
        <w:rPr>
          <w:noProof/>
          <w:lang w:val="pl-PL"/>
        </w:rPr>
      </w:pPr>
      <w:r w:rsidRPr="00E8575A">
        <w:rPr>
          <w:noProof/>
          <w:lang w:val="pl-PL"/>
        </w:rPr>
        <w:t>W przypadku stwierdzenia okoliczności, o których mowa w ust. 1, Zamawiający wyznaczy Wykonawcy termin na usunięcie wad lub niezgodności, nie dłuższy niż 7 dni kalendarzowych, chyba że z przyczyn technicznych usunięcie ich w tym terminie nie jest możliwe.</w:t>
      </w:r>
    </w:p>
    <w:p w14:paraId="030E6CAD" w14:textId="77777777" w:rsidR="007B2BE4" w:rsidRPr="00E8575A" w:rsidRDefault="002161CE" w:rsidP="00BA4C5E">
      <w:pPr>
        <w:numPr>
          <w:ilvl w:val="0"/>
          <w:numId w:val="4"/>
        </w:numPr>
        <w:ind w:hanging="360"/>
        <w:rPr>
          <w:noProof/>
          <w:lang w:val="pl-PL"/>
        </w:rPr>
      </w:pPr>
      <w:r w:rsidRPr="00E8575A">
        <w:rPr>
          <w:noProof/>
          <w:lang w:val="pl-PL"/>
        </w:rPr>
        <w:t>Po usunięciu wad lub niezgodności Wykonawca ponownie zgłosi gotowość do odbioru, a procedura odbiorowa zostanie przeprowadzona ponownie.</w:t>
      </w:r>
    </w:p>
    <w:p w14:paraId="5B6BDB46" w14:textId="77777777" w:rsidR="007B2BE4" w:rsidRPr="00E8575A" w:rsidRDefault="002161CE" w:rsidP="00BA4C5E">
      <w:pPr>
        <w:numPr>
          <w:ilvl w:val="0"/>
          <w:numId w:val="4"/>
        </w:numPr>
        <w:ind w:hanging="360"/>
        <w:rPr>
          <w:noProof/>
          <w:lang w:val="pl-PL"/>
        </w:rPr>
      </w:pPr>
      <w:r w:rsidRPr="00E8575A">
        <w:rPr>
          <w:noProof/>
          <w:lang w:val="pl-PL"/>
        </w:rPr>
        <w:t>Jeżeli Wykonawca nie usunie wad lub niezgodności w terminie, Zamawiający może według swojego wyboru odstąpić od Umowy w całości lub w części, żądać wymiany urządzenia na wolne od wad albo zlecić wykonanie zastępcze na koszt i ryzyko Wykonawcy, po uprzednim wezwaniu do należytego wykonania Umowy.</w:t>
      </w:r>
    </w:p>
    <w:p w14:paraId="53C7EFA3" w14:textId="77777777" w:rsidR="007B2BE4" w:rsidRPr="00E8575A" w:rsidRDefault="002161CE" w:rsidP="00BA4C5E">
      <w:pPr>
        <w:pStyle w:val="MyHeading"/>
        <w:keepNext/>
        <w:ind w:hanging="360"/>
        <w:rPr>
          <w:noProof/>
          <w:color w:val="auto"/>
          <w:lang w:val="pl-PL"/>
        </w:rPr>
      </w:pPr>
      <w:r w:rsidRPr="00E8575A">
        <w:rPr>
          <w:noProof/>
          <w:color w:val="auto"/>
          <w:lang w:val="pl-PL"/>
        </w:rPr>
        <w:t>§ 5</w:t>
      </w:r>
    </w:p>
    <w:p w14:paraId="38411D94"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Wynagrodzenie i zasady rozliczeń</w:t>
      </w:r>
    </w:p>
    <w:p w14:paraId="351876AE" w14:textId="77777777" w:rsidR="007B2BE4" w:rsidRPr="00E8575A" w:rsidRDefault="002161CE" w:rsidP="00BA4C5E">
      <w:pPr>
        <w:numPr>
          <w:ilvl w:val="0"/>
          <w:numId w:val="5"/>
        </w:numPr>
        <w:ind w:hanging="360"/>
        <w:rPr>
          <w:noProof/>
          <w:lang w:val="pl-PL"/>
        </w:rPr>
      </w:pPr>
      <w:r w:rsidRPr="00E8575A">
        <w:rPr>
          <w:noProof/>
          <w:lang w:val="pl-PL"/>
        </w:rPr>
        <w:t>Z tytułu należytego wykonania Przedmiotu Umowy Zamawiający zapłaci Wykonawcy wynagrodzenie ryczałtowe w wysokości zgodnej z ofertą Wykonawcy, tj.:</w:t>
      </w:r>
    </w:p>
    <w:p w14:paraId="068DC8BB" w14:textId="77777777" w:rsidR="007B2BE4" w:rsidRPr="00E8575A" w:rsidRDefault="002161CE" w:rsidP="00BA4C5E">
      <w:pPr>
        <w:numPr>
          <w:ilvl w:val="1"/>
          <w:numId w:val="5"/>
        </w:numPr>
        <w:ind w:hanging="360"/>
        <w:rPr>
          <w:noProof/>
          <w:lang w:val="pl-PL"/>
        </w:rPr>
      </w:pPr>
      <w:r w:rsidRPr="00E8575A">
        <w:rPr>
          <w:noProof/>
          <w:lang w:val="pl-PL"/>
        </w:rPr>
        <w:t>netto: ……………………………… zł,</w:t>
      </w:r>
    </w:p>
    <w:p w14:paraId="085A6768" w14:textId="77777777" w:rsidR="007B2BE4" w:rsidRPr="00E8575A" w:rsidRDefault="002161CE" w:rsidP="00BA4C5E">
      <w:pPr>
        <w:numPr>
          <w:ilvl w:val="1"/>
          <w:numId w:val="5"/>
        </w:numPr>
        <w:ind w:hanging="360"/>
        <w:rPr>
          <w:noProof/>
          <w:lang w:val="pl-PL"/>
        </w:rPr>
      </w:pPr>
      <w:r w:rsidRPr="00E8575A">
        <w:rPr>
          <w:noProof/>
          <w:lang w:val="pl-PL"/>
        </w:rPr>
        <w:t>VAT: ……………………………… zł,</w:t>
      </w:r>
    </w:p>
    <w:p w14:paraId="0F3DC079" w14:textId="77777777" w:rsidR="007B2BE4" w:rsidRPr="00E8575A" w:rsidRDefault="002161CE" w:rsidP="00BA4C5E">
      <w:pPr>
        <w:numPr>
          <w:ilvl w:val="1"/>
          <w:numId w:val="5"/>
        </w:numPr>
        <w:ind w:hanging="360"/>
        <w:rPr>
          <w:noProof/>
          <w:lang w:val="pl-PL"/>
        </w:rPr>
      </w:pPr>
      <w:r w:rsidRPr="00E8575A">
        <w:rPr>
          <w:noProof/>
          <w:lang w:val="pl-PL"/>
        </w:rPr>
        <w:t>brutto: ……………………………… zł,</w:t>
      </w:r>
    </w:p>
    <w:p w14:paraId="4F0DA491" w14:textId="77777777" w:rsidR="007B2BE4" w:rsidRPr="00E8575A" w:rsidRDefault="002161CE" w:rsidP="00BA4C5E">
      <w:pPr>
        <w:numPr>
          <w:ilvl w:val="1"/>
          <w:numId w:val="5"/>
        </w:numPr>
        <w:ind w:hanging="360"/>
        <w:rPr>
          <w:noProof/>
          <w:lang w:val="pl-PL"/>
        </w:rPr>
      </w:pPr>
      <w:r w:rsidRPr="00E8575A">
        <w:rPr>
          <w:noProof/>
          <w:lang w:val="pl-PL"/>
        </w:rPr>
        <w:t>słownie brutto: ………………………………………………………………………………………………………………………… .</w:t>
      </w:r>
    </w:p>
    <w:p w14:paraId="596F3ADF" w14:textId="77777777" w:rsidR="007B2BE4" w:rsidRPr="00E8575A" w:rsidRDefault="002161CE" w:rsidP="00BA4C5E">
      <w:pPr>
        <w:numPr>
          <w:ilvl w:val="0"/>
          <w:numId w:val="5"/>
        </w:numPr>
        <w:ind w:hanging="360"/>
        <w:rPr>
          <w:noProof/>
          <w:lang w:val="pl-PL"/>
        </w:rPr>
      </w:pPr>
      <w:r w:rsidRPr="00E8575A">
        <w:rPr>
          <w:noProof/>
          <w:lang w:val="pl-PL"/>
        </w:rPr>
        <w:t>Wynagrodzenie, o którym mowa w ust. 1, obejmuje wszystkie koszty niezbędne do należytego wykonania Umowy, w szczególności koszty sprzętu i wyposażenia, transportu, ubezpieczenia, rozładunku, wniesienia, montażu lub instalacji, konfiguracji, uruchomienia, testów i sprawdzeń, szkolenia, dokumentacji, gwarancji, przeglądów i serwisu – w zakresie wymaganym dla danej części.</w:t>
      </w:r>
    </w:p>
    <w:p w14:paraId="1B3261F1" w14:textId="77777777" w:rsidR="006F0D86" w:rsidRPr="00E8575A" w:rsidRDefault="0018025C">
      <w:pPr>
        <w:numPr>
          <w:ilvl w:val="0"/>
          <w:numId w:val="5"/>
        </w:numPr>
        <w:ind w:hanging="360"/>
        <w:rPr>
          <w:noProof/>
          <w:lang w:val="pl-PL"/>
        </w:rPr>
      </w:pPr>
      <w:r w:rsidRPr="00E8575A">
        <w:rPr>
          <w:noProof/>
          <w:lang w:val="pl-PL"/>
        </w:rPr>
        <w:t>Wartości poszczególnych elementów cenotwórczych wskazane w formularzu ofertowym służą określeniu struktury ceny. Koszty czynności towarzyszących, w tym w szczególności transportu, wniesienia, montażu lub instalacji, uruchomienia, konfiguracji, testów, szkolenia oraz dokumentacji, Wykonawca uwzględnia w cenach elementów sprzętowych zgodnie ze sposobem skalkulowania oferty. Wykonawca odpowiada za zastosowanie prawidłowych stawek VAT.</w:t>
      </w:r>
    </w:p>
    <w:p w14:paraId="76E427B9" w14:textId="77777777" w:rsidR="007B2BE4" w:rsidRPr="00E8575A" w:rsidRDefault="002161CE" w:rsidP="00BA4C5E">
      <w:pPr>
        <w:numPr>
          <w:ilvl w:val="0"/>
          <w:numId w:val="5"/>
        </w:numPr>
        <w:ind w:hanging="360"/>
        <w:rPr>
          <w:noProof/>
          <w:lang w:val="pl-PL"/>
        </w:rPr>
      </w:pPr>
      <w:r w:rsidRPr="00E8575A">
        <w:rPr>
          <w:noProof/>
          <w:lang w:val="pl-PL"/>
        </w:rPr>
        <w:t>Podstawą wystawienia faktury jest podpisany przez Strony protokół odbioru końcowego bez zastrzeżeń.</w:t>
      </w:r>
    </w:p>
    <w:p w14:paraId="29D4E7DC" w14:textId="77777777" w:rsidR="007B2BE4" w:rsidRPr="00E8575A" w:rsidRDefault="002161CE" w:rsidP="00BA4C5E">
      <w:pPr>
        <w:numPr>
          <w:ilvl w:val="0"/>
          <w:numId w:val="5"/>
        </w:numPr>
        <w:ind w:hanging="360"/>
        <w:rPr>
          <w:noProof/>
          <w:lang w:val="pl-PL"/>
        </w:rPr>
      </w:pPr>
      <w:r w:rsidRPr="00E8575A">
        <w:rPr>
          <w:noProof/>
          <w:lang w:val="pl-PL"/>
        </w:rPr>
        <w:t>Wykonawca wystawi fakturę zgodnie z obowiązującymi przepisami, w tym jako fakturę ustrukturyzowaną przy użyciu Krajowego Systemu e-Faktur (KSeF), jeżeli przepisy nakładają taki obowiązek. Jeżeli zgodnie z przepisami faktura może być wystawiona poza KSeF, Wykonawca doręczy ją Zamawiającemu w prawnie dopuszczalny sposób.</w:t>
      </w:r>
    </w:p>
    <w:p w14:paraId="67CF9BF1" w14:textId="77777777" w:rsidR="007B2BE4" w:rsidRPr="00E8575A" w:rsidRDefault="002161CE" w:rsidP="00BA4C5E">
      <w:pPr>
        <w:numPr>
          <w:ilvl w:val="0"/>
          <w:numId w:val="5"/>
        </w:numPr>
        <w:ind w:hanging="360"/>
        <w:rPr>
          <w:noProof/>
          <w:lang w:val="pl-PL"/>
        </w:rPr>
      </w:pPr>
      <w:r w:rsidRPr="00E8575A">
        <w:rPr>
          <w:noProof/>
          <w:lang w:val="pl-PL"/>
        </w:rPr>
        <w:t>Faktura powinna zawierać co najmniej numer Umowy, znak postępowania ZP/2501/93/26 oraz oznaczenie części zamówienia, której dotyczy.</w:t>
      </w:r>
    </w:p>
    <w:p w14:paraId="229E4F29" w14:textId="77777777" w:rsidR="007B2BE4" w:rsidRPr="00E8575A" w:rsidRDefault="002161CE" w:rsidP="00BA4C5E">
      <w:pPr>
        <w:numPr>
          <w:ilvl w:val="0"/>
          <w:numId w:val="5"/>
        </w:numPr>
        <w:ind w:hanging="360"/>
        <w:rPr>
          <w:noProof/>
          <w:lang w:val="pl-PL"/>
        </w:rPr>
      </w:pPr>
      <w:r w:rsidRPr="00E8575A">
        <w:rPr>
          <w:noProof/>
          <w:lang w:val="pl-PL"/>
        </w:rPr>
        <w:t>Zapłata wynagrodzenia nastąpi przelewem na rachunek bankowy Wykonawcy wskazany na fakturze, w terminie do 60 dni od dnia otrzymania przez Zamawiającego prawidłowo wystawionej faktury. W przypadku faktury ustrukturyzowanej za dzień jej otrzymania przyjmuje się dzień przydzielenia numeru KSeF.</w:t>
      </w:r>
    </w:p>
    <w:p w14:paraId="2E4F8CDF" w14:textId="77777777" w:rsidR="007B2BE4" w:rsidRPr="00E8575A" w:rsidRDefault="002161CE" w:rsidP="00BA4C5E">
      <w:pPr>
        <w:numPr>
          <w:ilvl w:val="0"/>
          <w:numId w:val="5"/>
        </w:numPr>
        <w:ind w:hanging="360"/>
        <w:rPr>
          <w:noProof/>
          <w:lang w:val="pl-PL"/>
        </w:rPr>
      </w:pPr>
      <w:r w:rsidRPr="00E8575A">
        <w:rPr>
          <w:noProof/>
          <w:lang w:val="pl-PL"/>
        </w:rPr>
        <w:t>Za dzień zapłaty uważa się dzień obciążenia rachunku bankowego Zamawiającego.</w:t>
      </w:r>
    </w:p>
    <w:p w14:paraId="3CDC0A99" w14:textId="77777777" w:rsidR="007B2BE4" w:rsidRPr="00E8575A" w:rsidRDefault="002161CE" w:rsidP="00BA4C5E">
      <w:pPr>
        <w:numPr>
          <w:ilvl w:val="0"/>
          <w:numId w:val="5"/>
        </w:numPr>
        <w:ind w:hanging="360"/>
        <w:rPr>
          <w:noProof/>
          <w:lang w:val="pl-PL"/>
        </w:rPr>
      </w:pPr>
      <w:r w:rsidRPr="00E8575A">
        <w:rPr>
          <w:noProof/>
          <w:lang w:val="pl-PL"/>
        </w:rPr>
        <w:t>Wykonawca nie może bez uprzedniej pisemnej zgody Zamawiającego przenieść na osobę trzecią wierzytelności wynikających z Umowy ani ustanowić na nich jakichkolwiek zabezpieczeń.</w:t>
      </w:r>
    </w:p>
    <w:p w14:paraId="608F6346" w14:textId="77777777" w:rsidR="007B2BE4" w:rsidRPr="00E8575A" w:rsidRDefault="002161CE" w:rsidP="00BA4C5E">
      <w:pPr>
        <w:pStyle w:val="MyHeading"/>
        <w:keepNext/>
        <w:ind w:hanging="360"/>
        <w:rPr>
          <w:noProof/>
          <w:color w:val="auto"/>
          <w:lang w:val="pl-PL"/>
        </w:rPr>
      </w:pPr>
      <w:r w:rsidRPr="00E8575A">
        <w:rPr>
          <w:noProof/>
          <w:color w:val="auto"/>
          <w:lang w:val="pl-PL"/>
        </w:rPr>
        <w:t>§ 6</w:t>
      </w:r>
    </w:p>
    <w:p w14:paraId="77E07082"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Gwarancja, rękojmia, serwis, przeglądy techniczne oraz dane osobowe</w:t>
      </w:r>
    </w:p>
    <w:p w14:paraId="784923A2" w14:textId="77777777" w:rsidR="007B2BE4" w:rsidRPr="00E8575A" w:rsidRDefault="002161CE" w:rsidP="00BA4C5E">
      <w:pPr>
        <w:numPr>
          <w:ilvl w:val="0"/>
          <w:numId w:val="6"/>
        </w:numPr>
        <w:ind w:hanging="360"/>
        <w:rPr>
          <w:noProof/>
          <w:lang w:val="pl-PL"/>
        </w:rPr>
      </w:pPr>
      <w:r w:rsidRPr="00E8575A">
        <w:rPr>
          <w:noProof/>
          <w:lang w:val="pl-PL"/>
        </w:rPr>
        <w:t>Wykonawca udziela Zamawiającemu gwarancji jakości na cały Przedmiot Umowy na okres …………… miesięcy, zgodny z ofertą Wykonawcy i nie krótszy niż okres minimalny określony we właściwym OPZ. Zaoferowany okres gwarancji stanowi treść oferty i podlega ocenie zgodnie z kryteriami określonymi w SWZ.</w:t>
      </w:r>
    </w:p>
    <w:p w14:paraId="28E8FA29" w14:textId="77777777" w:rsidR="007B2BE4" w:rsidRPr="00E8575A" w:rsidRDefault="002161CE" w:rsidP="00BA4C5E">
      <w:pPr>
        <w:numPr>
          <w:ilvl w:val="0"/>
          <w:numId w:val="6"/>
        </w:numPr>
        <w:ind w:hanging="360"/>
        <w:rPr>
          <w:noProof/>
          <w:lang w:val="pl-PL"/>
        </w:rPr>
      </w:pPr>
      <w:r w:rsidRPr="00E8575A">
        <w:rPr>
          <w:noProof/>
          <w:lang w:val="pl-PL"/>
        </w:rPr>
        <w:t>Niezależnie od uprawnień z tytułu gwarancji Wykonawca ponosi odpowiedzialność z tytułu rękojmi za wady fizyczne i prawne Przedmiotu Umowy przez okres 24 miesięcy od dnia podpisania protokołu odbioru końcowego.</w:t>
      </w:r>
    </w:p>
    <w:p w14:paraId="0CD1B790" w14:textId="77777777" w:rsidR="007B2BE4" w:rsidRPr="00E8575A" w:rsidRDefault="002161CE" w:rsidP="00BA4C5E">
      <w:pPr>
        <w:numPr>
          <w:ilvl w:val="0"/>
          <w:numId w:val="6"/>
        </w:numPr>
        <w:ind w:hanging="360"/>
        <w:rPr>
          <w:noProof/>
          <w:lang w:val="pl-PL"/>
        </w:rPr>
      </w:pPr>
      <w:r w:rsidRPr="00E8575A">
        <w:rPr>
          <w:noProof/>
          <w:lang w:val="pl-PL"/>
        </w:rPr>
        <w:t>W okresie gwarancji Wykonawca wykonuje na własny koszt wszystkie przeglądy techniczne wymagane przez właściwy OPZ lub producenta, wraz z materiałami i częściami niezbędnymi do ich wykonania.</w:t>
      </w:r>
    </w:p>
    <w:p w14:paraId="647BB96C" w14:textId="77777777" w:rsidR="007B2BE4" w:rsidRPr="00E8575A" w:rsidRDefault="002161CE" w:rsidP="00BA4C5E">
      <w:pPr>
        <w:numPr>
          <w:ilvl w:val="0"/>
          <w:numId w:val="6"/>
        </w:numPr>
        <w:ind w:hanging="360"/>
        <w:rPr>
          <w:noProof/>
          <w:lang w:val="pl-PL"/>
        </w:rPr>
      </w:pPr>
      <w:r w:rsidRPr="00E8575A">
        <w:rPr>
          <w:noProof/>
          <w:lang w:val="pl-PL"/>
        </w:rPr>
        <w:t>Serwis gwarancyjny będzie świadczony zgodnie z wymaganiami właściwego OPZ. Jeżeli OPZ wymaga autoryzowanego serwisu, Wykonawca zapewni taki serwis wraz z dostępem do części zamiennych wymaganych do prawidłowej obsługi Przedmiotu Umowy.</w:t>
      </w:r>
    </w:p>
    <w:p w14:paraId="79854138" w14:textId="77777777" w:rsidR="007B2BE4" w:rsidRPr="00E8575A" w:rsidRDefault="002161CE" w:rsidP="00BA4C5E">
      <w:pPr>
        <w:numPr>
          <w:ilvl w:val="0"/>
          <w:numId w:val="6"/>
        </w:numPr>
        <w:ind w:hanging="360"/>
        <w:rPr>
          <w:noProof/>
          <w:lang w:val="pl-PL"/>
        </w:rPr>
      </w:pPr>
      <w:r w:rsidRPr="00E8575A">
        <w:rPr>
          <w:noProof/>
          <w:lang w:val="pl-PL"/>
        </w:rPr>
        <w:t>Zgłoszenia awarii będą dokonywane przy wykorzystaniu danych kontaktowych serwisu wskazanych przez Wykonawcę. Wykonawca potwierdzi przyjęcie zgłoszenia niezwłocznie.</w:t>
      </w:r>
    </w:p>
    <w:p w14:paraId="0823EB25" w14:textId="77777777" w:rsidR="007B2BE4" w:rsidRPr="00E8575A" w:rsidRDefault="002161CE" w:rsidP="00BA4C5E">
      <w:pPr>
        <w:numPr>
          <w:ilvl w:val="0"/>
          <w:numId w:val="6"/>
        </w:numPr>
        <w:ind w:hanging="360"/>
        <w:rPr>
          <w:noProof/>
          <w:lang w:val="pl-PL"/>
        </w:rPr>
      </w:pPr>
      <w:r w:rsidRPr="00E8575A">
        <w:rPr>
          <w:noProof/>
          <w:lang w:val="pl-PL"/>
        </w:rPr>
        <w:t>Wykonawca usunie awarię w terminie wynikającym z właściwego OPZ, a jeżeli OPZ nie określa takiego terminu – w terminie technicznie uzasadnionym, uzgodnionym z Zamawiającym, z uwzględnieniem konieczności zapewnienia ciągłości użytkowania sprzętu.</w:t>
      </w:r>
    </w:p>
    <w:p w14:paraId="6500B033" w14:textId="77777777" w:rsidR="007B2BE4" w:rsidRPr="00E8575A" w:rsidRDefault="002161CE" w:rsidP="00BA4C5E">
      <w:pPr>
        <w:numPr>
          <w:ilvl w:val="0"/>
          <w:numId w:val="6"/>
        </w:numPr>
        <w:ind w:hanging="360"/>
        <w:rPr>
          <w:noProof/>
          <w:lang w:val="pl-PL"/>
        </w:rPr>
      </w:pPr>
      <w:r w:rsidRPr="00E8575A">
        <w:rPr>
          <w:noProof/>
          <w:lang w:val="pl-PL"/>
        </w:rPr>
        <w:t>Jeżeli ten sam element lub podzespół Przedmiotu Umowy wymaga w okresie gwarancji więcej niż trzech napraw, Zamawiający może żądać jego wymiany na nowy, wolny od wad, chyba że właściwy OPZ przewiduje rozwiązanie korzystniejsze dla Zamawiającego.</w:t>
      </w:r>
    </w:p>
    <w:p w14:paraId="6674727C" w14:textId="77777777" w:rsidR="007B2BE4" w:rsidRPr="00E8575A" w:rsidRDefault="002161CE" w:rsidP="00BA4C5E">
      <w:pPr>
        <w:numPr>
          <w:ilvl w:val="0"/>
          <w:numId w:val="6"/>
        </w:numPr>
        <w:ind w:hanging="360"/>
        <w:rPr>
          <w:noProof/>
          <w:lang w:val="pl-PL"/>
        </w:rPr>
      </w:pPr>
      <w:r w:rsidRPr="00E8575A">
        <w:rPr>
          <w:noProof/>
          <w:lang w:val="pl-PL"/>
        </w:rPr>
        <w:t>Wszelkie czynności serwisowe, naprawy, wymiany części i przeglądy będą potwierdzane protokołem serwisowym oraz odpowiednim wpisem do paszportu technicznego urządzenia.</w:t>
      </w:r>
    </w:p>
    <w:p w14:paraId="1C58F6B6" w14:textId="77777777" w:rsidR="007B2BE4" w:rsidRPr="00E8575A" w:rsidRDefault="002161CE" w:rsidP="00BA4C5E">
      <w:pPr>
        <w:numPr>
          <w:ilvl w:val="0"/>
          <w:numId w:val="6"/>
        </w:numPr>
        <w:ind w:hanging="360"/>
        <w:rPr>
          <w:noProof/>
          <w:lang w:val="pl-PL"/>
        </w:rPr>
      </w:pPr>
      <w:r w:rsidRPr="00E8575A">
        <w:rPr>
          <w:noProof/>
          <w:lang w:val="pl-PL"/>
        </w:rPr>
        <w:t>Wykonawca zapewnia serwis pogwarancyjny oraz dostępność części zamiennych w zakresie i przez okres wymagany właściwym OPZ.</w:t>
      </w:r>
    </w:p>
    <w:p w14:paraId="1BFD5AAB" w14:textId="77777777" w:rsidR="007B2BE4" w:rsidRPr="00E8575A" w:rsidRDefault="002161CE" w:rsidP="00BA4C5E">
      <w:pPr>
        <w:numPr>
          <w:ilvl w:val="0"/>
          <w:numId w:val="6"/>
        </w:numPr>
        <w:ind w:hanging="360"/>
        <w:rPr>
          <w:noProof/>
          <w:lang w:val="pl-PL"/>
        </w:rPr>
      </w:pPr>
      <w:r w:rsidRPr="00E8575A">
        <w:rPr>
          <w:noProof/>
          <w:lang w:val="pl-PL"/>
        </w:rPr>
        <w:t xml:space="preserve">Jeżeli wykonywanie czynności serwisowych, naprawczych, diagnostycznych albo zdalnego wsparcia technicznego będzie wiązało się z dostępem Wykonawcy do danych osobowych przetwarzanych przez Zamawiającego, przetwarzanie takie może </w:t>
      </w:r>
      <w:r w:rsidRPr="00E8575A">
        <w:rPr>
          <w:noProof/>
          <w:lang w:val="pl-PL"/>
        </w:rPr>
        <w:lastRenderedPageBreak/>
        <w:t>odbywać się wyłącznie na zasadach określonych w umowie powierzenia przetwarzania danych osobowych stanowiącej załącznik nr 4 do Umowy.</w:t>
      </w:r>
    </w:p>
    <w:p w14:paraId="618C0E96" w14:textId="77777777" w:rsidR="007B2BE4" w:rsidRPr="00E8575A" w:rsidRDefault="002161CE" w:rsidP="00BA4C5E">
      <w:pPr>
        <w:numPr>
          <w:ilvl w:val="0"/>
          <w:numId w:val="6"/>
        </w:numPr>
        <w:ind w:hanging="360"/>
        <w:rPr>
          <w:noProof/>
          <w:lang w:val="pl-PL"/>
        </w:rPr>
      </w:pPr>
      <w:r w:rsidRPr="00E8575A">
        <w:rPr>
          <w:noProof/>
          <w:lang w:val="pl-PL"/>
        </w:rPr>
        <w:t>Wykonawca zobowiązuje się zapewnić, aby osoby skierowane do realizacji czynności serwisowych lub naprawczych były odpowiednio przeszkolone, upoważnione oraz zobowiązane do zachowania poufności.</w:t>
      </w:r>
    </w:p>
    <w:p w14:paraId="551880BC" w14:textId="77777777" w:rsidR="007B2BE4" w:rsidRPr="00E8575A" w:rsidRDefault="002161CE" w:rsidP="00BA4C5E">
      <w:pPr>
        <w:numPr>
          <w:ilvl w:val="0"/>
          <w:numId w:val="6"/>
        </w:numPr>
        <w:ind w:hanging="360"/>
        <w:rPr>
          <w:noProof/>
          <w:lang w:val="pl-PL"/>
        </w:rPr>
      </w:pPr>
      <w:r w:rsidRPr="00E8575A">
        <w:rPr>
          <w:noProof/>
          <w:lang w:val="pl-PL"/>
        </w:rPr>
        <w:t>Jakikolwiek zdalny dostęp serwisowy do urządzeń lub systemów Zamawiającego może być realizowany wyłącznie po uprzedniej zgodzie Zamawiającego, w uzgodnionym terminie, z zastosowaniem zasad bezpieczeństwa obowiązujących u Zamawiającego.</w:t>
      </w:r>
    </w:p>
    <w:p w14:paraId="280F89E2" w14:textId="77777777" w:rsidR="007B2BE4" w:rsidRPr="00E8575A" w:rsidRDefault="002161CE" w:rsidP="00BA4C5E">
      <w:pPr>
        <w:pStyle w:val="MyHeading"/>
        <w:keepNext/>
        <w:ind w:hanging="360"/>
        <w:rPr>
          <w:noProof/>
          <w:color w:val="auto"/>
          <w:lang w:val="pl-PL"/>
        </w:rPr>
      </w:pPr>
      <w:r w:rsidRPr="00E8575A">
        <w:rPr>
          <w:noProof/>
          <w:color w:val="auto"/>
          <w:lang w:val="pl-PL"/>
        </w:rPr>
        <w:t>§ 7</w:t>
      </w:r>
    </w:p>
    <w:p w14:paraId="772977EB"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Kary umowne</w:t>
      </w:r>
    </w:p>
    <w:p w14:paraId="0CEA63E4" w14:textId="77777777" w:rsidR="007B2BE4" w:rsidRPr="00E8575A" w:rsidRDefault="002161CE" w:rsidP="00BA4C5E">
      <w:pPr>
        <w:numPr>
          <w:ilvl w:val="0"/>
          <w:numId w:val="7"/>
        </w:numPr>
        <w:ind w:hanging="360"/>
        <w:rPr>
          <w:noProof/>
          <w:lang w:val="pl-PL"/>
        </w:rPr>
      </w:pPr>
      <w:r w:rsidRPr="00E8575A">
        <w:rPr>
          <w:noProof/>
          <w:lang w:val="pl-PL"/>
        </w:rPr>
        <w:t>Wykonawca zapłaci Zamawiającemu karę umowną w wysokości 0,5% wynagrodzenia brutto określonego w § 5 ust. 1 za każdy rozpoczęty dzień zwłoki w realizacji Przedmiotu Umowy w stosunku do terminu określonego w § 2 ust. 1.</w:t>
      </w:r>
    </w:p>
    <w:p w14:paraId="1706DC80" w14:textId="77777777" w:rsidR="007B2BE4" w:rsidRPr="00E8575A" w:rsidRDefault="002161CE" w:rsidP="00BA4C5E">
      <w:pPr>
        <w:numPr>
          <w:ilvl w:val="0"/>
          <w:numId w:val="7"/>
        </w:numPr>
        <w:ind w:hanging="360"/>
        <w:rPr>
          <w:noProof/>
          <w:lang w:val="pl-PL"/>
        </w:rPr>
      </w:pPr>
      <w:r w:rsidRPr="00E8575A">
        <w:rPr>
          <w:noProof/>
          <w:lang w:val="pl-PL"/>
        </w:rPr>
        <w:t>Wykonawca zapłaci Zamawiającemu karę umowną w wysokości 0,1% wynagrodzenia brutto określonego w § 5 ust. 1 za każdy rozpoczęty dzień zwłoki w usunięciu wad, awarii lub niezgodności w stosunku do terminów wynikających z Umowy.</w:t>
      </w:r>
    </w:p>
    <w:p w14:paraId="7D45D697" w14:textId="77777777" w:rsidR="000A3E57" w:rsidRPr="00E8575A" w:rsidRDefault="00E07113">
      <w:pPr>
        <w:numPr>
          <w:ilvl w:val="0"/>
          <w:numId w:val="7"/>
        </w:numPr>
        <w:ind w:hanging="360"/>
        <w:rPr>
          <w:noProof/>
          <w:lang w:val="pl-PL"/>
        </w:rPr>
      </w:pPr>
      <w:r w:rsidRPr="00E8575A">
        <w:rPr>
          <w:noProof/>
          <w:lang w:val="pl-PL"/>
        </w:rPr>
        <w:t>Wykonawca zapłaci Zamawiającemu karę umowną w wysokości 0,5% wynagrodzenia brutto określonego w § 5 ust. 1 za każdy rozpoczęty dzień zwłoki w przekazaniu kompletu dokumentów wymaganych do odbioru końcowego, licząc od dnia, w którym zgodnie z Umową dokumenty te powinny zostać przekazane.</w:t>
      </w:r>
    </w:p>
    <w:p w14:paraId="7B46529E" w14:textId="77777777" w:rsidR="000A3E57" w:rsidRPr="00E8575A" w:rsidRDefault="00E07113">
      <w:pPr>
        <w:numPr>
          <w:ilvl w:val="0"/>
          <w:numId w:val="7"/>
        </w:numPr>
        <w:ind w:hanging="360"/>
        <w:rPr>
          <w:noProof/>
          <w:lang w:val="pl-PL"/>
        </w:rPr>
      </w:pPr>
      <w:r w:rsidRPr="00E8575A">
        <w:rPr>
          <w:noProof/>
          <w:lang w:val="pl-PL"/>
        </w:rPr>
        <w:t>W przypadku niewykonania obowiązku przeprowadzenia szkolenia, montażu lub instalacji, uruchomienia albo wymaganych testów i sprawdzeń – jeżeli czynność ta jest wymagana dla danej części – Wykonawca zapłaci Zamawiającemu karę umowną w wysokości 2% wynagrodzenia brutto określonego w § 5 ust. 1 za każdy niewykonany obowiązek, niezależnie od obowiązku jego wykonania.</w:t>
      </w:r>
    </w:p>
    <w:p w14:paraId="53DC69AA" w14:textId="77777777" w:rsidR="007B2BE4" w:rsidRPr="00E8575A" w:rsidRDefault="002161CE" w:rsidP="00BA4C5E">
      <w:pPr>
        <w:numPr>
          <w:ilvl w:val="0"/>
          <w:numId w:val="7"/>
        </w:numPr>
        <w:ind w:hanging="360"/>
        <w:rPr>
          <w:noProof/>
          <w:lang w:val="pl-PL"/>
        </w:rPr>
      </w:pPr>
      <w:r w:rsidRPr="00E8575A">
        <w:rPr>
          <w:noProof/>
          <w:lang w:val="pl-PL"/>
        </w:rPr>
        <w:t>W przypadku odstąpienia od Umowy albo rozwiązania Umowy w całości z przyczyn leżących po stronie Wykonawcy, Wykonawca zapłaci Zamawiającemu karę umowną w wysokości 15% wynagrodzenia brutto określonego w § 5 ust. 1.</w:t>
      </w:r>
    </w:p>
    <w:p w14:paraId="49CE78BF" w14:textId="77777777" w:rsidR="007B2BE4" w:rsidRPr="00E8575A" w:rsidRDefault="002161CE" w:rsidP="00BA4C5E">
      <w:pPr>
        <w:numPr>
          <w:ilvl w:val="0"/>
          <w:numId w:val="7"/>
        </w:numPr>
        <w:ind w:hanging="360"/>
        <w:rPr>
          <w:noProof/>
          <w:lang w:val="pl-PL"/>
        </w:rPr>
      </w:pPr>
      <w:r w:rsidRPr="00E8575A">
        <w:rPr>
          <w:noProof/>
          <w:lang w:val="pl-PL"/>
        </w:rPr>
        <w:t>W przypadku odstąpienia od Umowy albo rozwiązania Umowy w części z przyczyn leżących po stronie Wykonawcy, Wykonawca zapłaci Zamawiającemu karę umowną w wysokości 20% wartości brutto niewykonanego zakresu świadczenia.</w:t>
      </w:r>
    </w:p>
    <w:p w14:paraId="10FB1700" w14:textId="77777777" w:rsidR="007B2BE4" w:rsidRPr="00E8575A" w:rsidRDefault="002161CE" w:rsidP="00BA4C5E">
      <w:pPr>
        <w:numPr>
          <w:ilvl w:val="0"/>
          <w:numId w:val="7"/>
        </w:numPr>
        <w:ind w:hanging="360"/>
        <w:rPr>
          <w:noProof/>
          <w:lang w:val="pl-PL"/>
        </w:rPr>
      </w:pPr>
      <w:r w:rsidRPr="00E8575A">
        <w:rPr>
          <w:noProof/>
          <w:lang w:val="pl-PL"/>
        </w:rPr>
        <w:t>Zamawiający jest uprawniony do potrącenia należnych kar umownych z wynagrodzenia Wykonawcy lub z innych wierzytelności przysługujących Wykonawcy wobec Zamawiającego.</w:t>
      </w:r>
    </w:p>
    <w:p w14:paraId="0BAE05CA" w14:textId="77777777" w:rsidR="007B2BE4" w:rsidRPr="00E8575A" w:rsidRDefault="002161CE" w:rsidP="00BA4C5E">
      <w:pPr>
        <w:numPr>
          <w:ilvl w:val="0"/>
          <w:numId w:val="7"/>
        </w:numPr>
        <w:ind w:hanging="360"/>
        <w:rPr>
          <w:noProof/>
          <w:lang w:val="pl-PL"/>
        </w:rPr>
      </w:pPr>
      <w:r w:rsidRPr="00E8575A">
        <w:rPr>
          <w:noProof/>
          <w:lang w:val="pl-PL"/>
        </w:rPr>
        <w:t>Łączna maksymalna wysokość kar umownych naliczonych na podstawie Umowy nie może przekroczyć 25% wynagrodzenia brutto określonego w § 5 ust. 1.</w:t>
      </w:r>
    </w:p>
    <w:p w14:paraId="2E20BEFF" w14:textId="77777777" w:rsidR="007B2BE4" w:rsidRPr="00E8575A" w:rsidRDefault="002161CE" w:rsidP="00BA4C5E">
      <w:pPr>
        <w:numPr>
          <w:ilvl w:val="0"/>
          <w:numId w:val="7"/>
        </w:numPr>
        <w:ind w:hanging="360"/>
        <w:rPr>
          <w:noProof/>
          <w:lang w:val="pl-PL"/>
        </w:rPr>
      </w:pPr>
      <w:r w:rsidRPr="00E8575A">
        <w:rPr>
          <w:noProof/>
          <w:lang w:val="pl-PL"/>
        </w:rPr>
        <w:t>Zamawiający zachowuje prawo dochodzenia odszkodowania uzupełniającego na zasadach ogólnych, jeżeli wysokość zastrzeżonych kar umownych nie pokrywa poniesionej szkody.</w:t>
      </w:r>
    </w:p>
    <w:p w14:paraId="394C0159" w14:textId="77777777" w:rsidR="007B2BE4" w:rsidRPr="00E8575A" w:rsidRDefault="002161CE" w:rsidP="00BA4C5E">
      <w:pPr>
        <w:pStyle w:val="MyHeading"/>
        <w:keepNext/>
        <w:ind w:hanging="360"/>
        <w:rPr>
          <w:noProof/>
          <w:color w:val="auto"/>
          <w:lang w:val="pl-PL"/>
        </w:rPr>
      </w:pPr>
      <w:r w:rsidRPr="00E8575A">
        <w:rPr>
          <w:noProof/>
          <w:color w:val="auto"/>
          <w:lang w:val="pl-PL"/>
        </w:rPr>
        <w:t>§ 8</w:t>
      </w:r>
    </w:p>
    <w:p w14:paraId="33DC7C77"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Odstąpienie od Umowy i jej rozwiązanie</w:t>
      </w:r>
    </w:p>
    <w:p w14:paraId="2C9F9F7F" w14:textId="77777777" w:rsidR="007B2BE4" w:rsidRPr="00E8575A" w:rsidRDefault="002161CE" w:rsidP="00BA4C5E">
      <w:pPr>
        <w:numPr>
          <w:ilvl w:val="0"/>
          <w:numId w:val="8"/>
        </w:numPr>
        <w:ind w:hanging="360"/>
        <w:rPr>
          <w:noProof/>
          <w:lang w:val="pl-PL"/>
        </w:rPr>
      </w:pPr>
      <w:r w:rsidRPr="00E8575A">
        <w:rPr>
          <w:noProof/>
          <w:lang w:val="pl-PL"/>
        </w:rPr>
        <w:t>Zamawiającemu przysługuje prawo odstąpienia od Umowy w całości lub w części albo jej rozwiązania ze skutkiem natychmiastowym, jeżeli:</w:t>
      </w:r>
    </w:p>
    <w:p w14:paraId="02B6A2CF" w14:textId="77777777" w:rsidR="007B2BE4" w:rsidRPr="00E8575A" w:rsidRDefault="002161CE" w:rsidP="00BA4C5E">
      <w:pPr>
        <w:numPr>
          <w:ilvl w:val="1"/>
          <w:numId w:val="8"/>
        </w:numPr>
        <w:ind w:hanging="360"/>
        <w:rPr>
          <w:noProof/>
          <w:lang w:val="pl-PL"/>
        </w:rPr>
      </w:pPr>
      <w:r w:rsidRPr="00E8575A">
        <w:rPr>
          <w:noProof/>
          <w:lang w:val="pl-PL"/>
        </w:rPr>
        <w:t>Wykonawca pozostaje w zwłoce z realizacją Przedmiotu Umowy dłużej niż 14 dni;</w:t>
      </w:r>
    </w:p>
    <w:p w14:paraId="3390803E" w14:textId="77777777" w:rsidR="007B2BE4" w:rsidRPr="00E8575A" w:rsidRDefault="002161CE" w:rsidP="00BA4C5E">
      <w:pPr>
        <w:numPr>
          <w:ilvl w:val="1"/>
          <w:numId w:val="8"/>
        </w:numPr>
        <w:ind w:hanging="360"/>
        <w:rPr>
          <w:noProof/>
          <w:lang w:val="pl-PL"/>
        </w:rPr>
      </w:pPr>
      <w:r w:rsidRPr="00E8575A">
        <w:rPr>
          <w:noProof/>
          <w:lang w:val="pl-PL"/>
        </w:rPr>
        <w:t>Wykonawca, mimo wezwania, nie usuwa wad lub niezgodności stwierdzonych przy odbiorze albo w okresie gwarancji;</w:t>
      </w:r>
    </w:p>
    <w:p w14:paraId="4994A856" w14:textId="77777777" w:rsidR="007B2BE4" w:rsidRPr="00E8575A" w:rsidRDefault="002161CE" w:rsidP="00BA4C5E">
      <w:pPr>
        <w:numPr>
          <w:ilvl w:val="1"/>
          <w:numId w:val="8"/>
        </w:numPr>
        <w:ind w:hanging="360"/>
        <w:rPr>
          <w:noProof/>
          <w:lang w:val="pl-PL"/>
        </w:rPr>
      </w:pPr>
      <w:r w:rsidRPr="00E8575A">
        <w:rPr>
          <w:noProof/>
          <w:lang w:val="pl-PL"/>
        </w:rPr>
        <w:t>Wykonawca realizuje Umowę w sposób sprzeczny z jej postanowieniami, SWZ lub przepisami prawa;</w:t>
      </w:r>
    </w:p>
    <w:p w14:paraId="670AC59B" w14:textId="77777777" w:rsidR="007B2BE4" w:rsidRPr="00E8575A" w:rsidRDefault="002161CE" w:rsidP="00BA4C5E">
      <w:pPr>
        <w:numPr>
          <w:ilvl w:val="1"/>
          <w:numId w:val="8"/>
        </w:numPr>
        <w:ind w:hanging="360"/>
        <w:rPr>
          <w:noProof/>
          <w:lang w:val="pl-PL"/>
        </w:rPr>
      </w:pPr>
      <w:r w:rsidRPr="00E8575A">
        <w:rPr>
          <w:noProof/>
          <w:lang w:val="pl-PL"/>
        </w:rPr>
        <w:t>wobec Wykonawcy otwarto likwidację albo wystąpiły okoliczności uzasadniające obawę, że nie wykona on Umowy należycie;</w:t>
      </w:r>
    </w:p>
    <w:p w14:paraId="234BA766" w14:textId="77777777" w:rsidR="007B2BE4" w:rsidRPr="00E8575A" w:rsidRDefault="002161CE" w:rsidP="00BA4C5E">
      <w:pPr>
        <w:numPr>
          <w:ilvl w:val="1"/>
          <w:numId w:val="8"/>
        </w:numPr>
        <w:ind w:hanging="360"/>
        <w:rPr>
          <w:noProof/>
          <w:lang w:val="pl-PL"/>
        </w:rPr>
      </w:pPr>
      <w:r w:rsidRPr="00E8575A">
        <w:rPr>
          <w:noProof/>
          <w:lang w:val="pl-PL"/>
        </w:rPr>
        <w:t>Wykonawca utracił wymagane uprawnienia, autoryzacje lub możliwość wykonywania serwisu Przedmiotu Umowy.</w:t>
      </w:r>
    </w:p>
    <w:p w14:paraId="2861B099" w14:textId="77777777" w:rsidR="000A3E57" w:rsidRPr="00E8575A" w:rsidRDefault="00E07113">
      <w:pPr>
        <w:numPr>
          <w:ilvl w:val="1"/>
          <w:numId w:val="8"/>
        </w:numPr>
        <w:ind w:hanging="360"/>
        <w:rPr>
          <w:noProof/>
          <w:lang w:val="pl-PL"/>
        </w:rPr>
      </w:pPr>
      <w:r w:rsidRPr="00E8575A">
        <w:rPr>
          <w:noProof/>
          <w:lang w:val="pl-PL"/>
        </w:rPr>
        <w:t>zwłoka Wykonawcy albo nieprzekazanie dokumentów lub niewykonanie czynności niezbędnych do odbioru końcowego powodują realne zagrożenie niewykonania Umowy w terminie określonym w § 2 ust. 1;</w:t>
      </w:r>
    </w:p>
    <w:p w14:paraId="46C0AE6E" w14:textId="77777777" w:rsidR="000A3E57" w:rsidRPr="00E8575A" w:rsidRDefault="00E07113">
      <w:pPr>
        <w:numPr>
          <w:ilvl w:val="1"/>
          <w:numId w:val="8"/>
        </w:numPr>
        <w:ind w:hanging="360"/>
        <w:rPr>
          <w:noProof/>
          <w:lang w:val="pl-PL"/>
        </w:rPr>
      </w:pPr>
      <w:r w:rsidRPr="00E8575A">
        <w:rPr>
          <w:noProof/>
          <w:lang w:val="pl-PL"/>
        </w:rPr>
        <w:t>Wykonawca nie przedstawił w terminie planu działań naprawczych, o którym mowa w § 2 ust. 11, albo mimo jego przedstawienia nie realizuje działań pozwalających na terminowe wykonanie Umowy.</w:t>
      </w:r>
    </w:p>
    <w:p w14:paraId="68F08B6C" w14:textId="77777777" w:rsidR="007B2BE4" w:rsidRPr="00E8575A" w:rsidRDefault="002161CE" w:rsidP="00BA4C5E">
      <w:pPr>
        <w:numPr>
          <w:ilvl w:val="0"/>
          <w:numId w:val="8"/>
        </w:numPr>
        <w:ind w:hanging="360"/>
        <w:rPr>
          <w:noProof/>
          <w:lang w:val="pl-PL"/>
        </w:rPr>
      </w:pPr>
      <w:r w:rsidRPr="00E8575A">
        <w:rPr>
          <w:noProof/>
          <w:lang w:val="pl-PL"/>
        </w:rPr>
        <w:t>W przypadku istotnej zmiany okoliczności powodującej, że wykonanie Umowy nie leży w interesie publicznym, lub dalsze wykonywanie Umowy mogłoby zagrozić istotnemu interesowi bezpieczeństwa państwa lub bezpieczeństwu publicznemu, Zamawiający może odstąpić od Umowy na zasadach wynikających z przepisów prawa.</w:t>
      </w:r>
    </w:p>
    <w:p w14:paraId="6F21A9CA" w14:textId="77777777" w:rsidR="007B2BE4" w:rsidRPr="00E8575A" w:rsidRDefault="002161CE" w:rsidP="00BA4C5E">
      <w:pPr>
        <w:numPr>
          <w:ilvl w:val="0"/>
          <w:numId w:val="8"/>
        </w:numPr>
        <w:ind w:hanging="360"/>
        <w:rPr>
          <w:noProof/>
          <w:lang w:val="pl-PL"/>
        </w:rPr>
      </w:pPr>
      <w:r w:rsidRPr="00E8575A">
        <w:rPr>
          <w:noProof/>
          <w:lang w:val="pl-PL"/>
        </w:rPr>
        <w:t>Oświadczenie o odstąpieniu od Umowy albo o jej rozwiązaniu wymaga formy pisemnej albo formy elektronicznej z kwalifikowanym podpisem elektronicznym oraz wskazania przyczyny.</w:t>
      </w:r>
    </w:p>
    <w:p w14:paraId="797B9860" w14:textId="77777777" w:rsidR="007B2BE4" w:rsidRPr="00E8575A" w:rsidRDefault="002161CE" w:rsidP="00BA4C5E">
      <w:pPr>
        <w:numPr>
          <w:ilvl w:val="0"/>
          <w:numId w:val="8"/>
        </w:numPr>
        <w:ind w:hanging="360"/>
        <w:rPr>
          <w:noProof/>
          <w:lang w:val="pl-PL"/>
        </w:rPr>
      </w:pPr>
      <w:r w:rsidRPr="00E8575A">
        <w:rPr>
          <w:noProof/>
          <w:lang w:val="pl-PL"/>
        </w:rPr>
        <w:t>W razie odstąpienia od Umowy lub jej rozwiązania Wykonawcy przysługuje wyłącznie wynagrodzenie należne za część Umowy należycie wykonaną i odebraną przez Zamawiającego.</w:t>
      </w:r>
    </w:p>
    <w:p w14:paraId="15918D98" w14:textId="77777777" w:rsidR="007B2BE4" w:rsidRPr="00E8575A" w:rsidRDefault="002161CE" w:rsidP="00BA4C5E">
      <w:pPr>
        <w:pStyle w:val="MyHeading"/>
        <w:keepNext/>
        <w:ind w:hanging="360"/>
        <w:rPr>
          <w:noProof/>
          <w:color w:val="auto"/>
          <w:lang w:val="pl-PL"/>
        </w:rPr>
      </w:pPr>
      <w:r w:rsidRPr="00E8575A">
        <w:rPr>
          <w:noProof/>
          <w:color w:val="auto"/>
          <w:lang w:val="pl-PL"/>
        </w:rPr>
        <w:t>§ 9</w:t>
      </w:r>
    </w:p>
    <w:p w14:paraId="0BF1B74B"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Podwykonawcy i osoby do kontaktu</w:t>
      </w:r>
    </w:p>
    <w:p w14:paraId="53117F21" w14:textId="77777777" w:rsidR="007B2BE4" w:rsidRPr="00E8575A" w:rsidRDefault="002161CE" w:rsidP="00BA4C5E">
      <w:pPr>
        <w:numPr>
          <w:ilvl w:val="0"/>
          <w:numId w:val="9"/>
        </w:numPr>
        <w:ind w:hanging="360"/>
        <w:rPr>
          <w:noProof/>
          <w:lang w:val="pl-PL"/>
        </w:rPr>
      </w:pPr>
      <w:r w:rsidRPr="00E8575A">
        <w:rPr>
          <w:noProof/>
          <w:lang w:val="pl-PL"/>
        </w:rPr>
        <w:t>Wykonawca może powierzyć wykonanie części zamówienia podwykonawcom wyłącznie w zakresie wskazanym w ofercie albo zaakceptowanym później przez Zamawiającego.</w:t>
      </w:r>
    </w:p>
    <w:p w14:paraId="6146E862" w14:textId="77777777" w:rsidR="007B2BE4" w:rsidRPr="00E8575A" w:rsidRDefault="002161CE" w:rsidP="00BA4C5E">
      <w:pPr>
        <w:numPr>
          <w:ilvl w:val="0"/>
          <w:numId w:val="9"/>
        </w:numPr>
        <w:ind w:hanging="360"/>
        <w:rPr>
          <w:noProof/>
          <w:lang w:val="pl-PL"/>
        </w:rPr>
      </w:pPr>
      <w:r w:rsidRPr="00E8575A">
        <w:rPr>
          <w:noProof/>
          <w:lang w:val="pl-PL"/>
        </w:rPr>
        <w:t>Wykonawca ponosi pełną odpowiedzialność za działania i zaniechania podwykonawców jak za własne działania i zaniechania.</w:t>
      </w:r>
    </w:p>
    <w:p w14:paraId="784DD7CE" w14:textId="77777777" w:rsidR="007B2BE4" w:rsidRPr="00E8575A" w:rsidRDefault="002161CE" w:rsidP="00BA4C5E">
      <w:pPr>
        <w:numPr>
          <w:ilvl w:val="0"/>
          <w:numId w:val="9"/>
        </w:numPr>
        <w:ind w:hanging="360"/>
        <w:rPr>
          <w:noProof/>
          <w:lang w:val="pl-PL"/>
        </w:rPr>
      </w:pPr>
      <w:r w:rsidRPr="00E8575A">
        <w:rPr>
          <w:noProof/>
          <w:lang w:val="pl-PL"/>
        </w:rPr>
        <w:t>Osobami wyznaczonymi do współpracy w ramach realizacji Umowy są:</w:t>
      </w:r>
    </w:p>
    <w:p w14:paraId="5D5D02BA" w14:textId="77777777" w:rsidR="007B2BE4" w:rsidRPr="00E8575A" w:rsidRDefault="002161CE" w:rsidP="00BA4C5E">
      <w:pPr>
        <w:numPr>
          <w:ilvl w:val="1"/>
          <w:numId w:val="9"/>
        </w:numPr>
        <w:ind w:hanging="360"/>
        <w:rPr>
          <w:noProof/>
          <w:lang w:val="pl-PL"/>
        </w:rPr>
      </w:pPr>
      <w:r w:rsidRPr="00E8575A">
        <w:rPr>
          <w:noProof/>
          <w:lang w:val="pl-PL"/>
        </w:rPr>
        <w:t>ze strony Zamawiającego: …………………………………………………………………………………………………………………………</w:t>
      </w:r>
    </w:p>
    <w:p w14:paraId="543E9460" w14:textId="77777777" w:rsidR="007B2BE4" w:rsidRPr="00E8575A" w:rsidRDefault="002161CE" w:rsidP="00BA4C5E">
      <w:pPr>
        <w:numPr>
          <w:ilvl w:val="1"/>
          <w:numId w:val="9"/>
        </w:numPr>
        <w:ind w:hanging="360"/>
        <w:rPr>
          <w:noProof/>
          <w:lang w:val="pl-PL"/>
        </w:rPr>
      </w:pPr>
      <w:r w:rsidRPr="00E8575A">
        <w:rPr>
          <w:noProof/>
          <w:lang w:val="pl-PL"/>
        </w:rPr>
        <w:t>ze strony Wykonawcy: …………………………………………………………………………………………………………………………</w:t>
      </w:r>
    </w:p>
    <w:p w14:paraId="7FCF1BE9" w14:textId="77777777" w:rsidR="007B2BE4" w:rsidRPr="00E8575A" w:rsidRDefault="002161CE" w:rsidP="00BA4C5E">
      <w:pPr>
        <w:numPr>
          <w:ilvl w:val="0"/>
          <w:numId w:val="9"/>
        </w:numPr>
        <w:ind w:hanging="360"/>
        <w:rPr>
          <w:noProof/>
          <w:lang w:val="pl-PL"/>
        </w:rPr>
      </w:pPr>
      <w:r w:rsidRPr="00E8575A">
        <w:rPr>
          <w:noProof/>
          <w:lang w:val="pl-PL"/>
        </w:rPr>
        <w:lastRenderedPageBreak/>
        <w:t>Zmiana osób lub danych kontaktowych, o których mowa w ust. 3, nie stanowi zmiany Umowy i wymaga jedynie pisemnego albo elektronicznego powiadomienia drugiej Strony.</w:t>
      </w:r>
    </w:p>
    <w:p w14:paraId="476EAF35" w14:textId="77777777" w:rsidR="007B2BE4" w:rsidRPr="00E8575A" w:rsidRDefault="002161CE" w:rsidP="00BA4C5E">
      <w:pPr>
        <w:pStyle w:val="MyHeading"/>
        <w:keepNext/>
        <w:ind w:hanging="360"/>
        <w:rPr>
          <w:noProof/>
          <w:color w:val="auto"/>
          <w:lang w:val="pl-PL"/>
        </w:rPr>
      </w:pPr>
      <w:r w:rsidRPr="00E8575A">
        <w:rPr>
          <w:noProof/>
          <w:color w:val="auto"/>
          <w:lang w:val="pl-PL"/>
        </w:rPr>
        <w:t>§ 10</w:t>
      </w:r>
    </w:p>
    <w:p w14:paraId="7C445DF1"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Zmiany Umowy</w:t>
      </w:r>
    </w:p>
    <w:p w14:paraId="65D4D0A6" w14:textId="77777777" w:rsidR="007B2BE4" w:rsidRPr="00E8575A" w:rsidRDefault="002161CE" w:rsidP="00BA4C5E">
      <w:pPr>
        <w:numPr>
          <w:ilvl w:val="0"/>
          <w:numId w:val="10"/>
        </w:numPr>
        <w:ind w:hanging="360"/>
        <w:rPr>
          <w:noProof/>
          <w:lang w:val="pl-PL"/>
        </w:rPr>
      </w:pPr>
      <w:r w:rsidRPr="00E8575A">
        <w:rPr>
          <w:noProof/>
          <w:lang w:val="pl-PL"/>
        </w:rPr>
        <w:t>Zmiana postanowień Umowy wymaga, pod rygorem nieważności, formy pisemnej albo formy elektronicznej z kwalifikowanymi podpisami elektronicznymi, z zastrzeżeniem przypadków wyraźnie wskazanych w Umowie.</w:t>
      </w:r>
    </w:p>
    <w:p w14:paraId="305551F0" w14:textId="77777777" w:rsidR="007B2BE4" w:rsidRPr="00E8575A" w:rsidRDefault="002161CE" w:rsidP="00BA4C5E">
      <w:pPr>
        <w:numPr>
          <w:ilvl w:val="0"/>
          <w:numId w:val="10"/>
        </w:numPr>
        <w:ind w:hanging="360"/>
        <w:rPr>
          <w:noProof/>
          <w:lang w:val="pl-PL"/>
        </w:rPr>
      </w:pPr>
      <w:r w:rsidRPr="00E8575A">
        <w:rPr>
          <w:noProof/>
          <w:lang w:val="pl-PL"/>
        </w:rPr>
        <w:t>Dopuszcza się zmianę Umowy w przypadkach przewidzianych w przepisach prawa, w szczególności w art. 455 Pzp, a ponadto – w zakresie objętym art. 455 ust. 1 pkt 1 Pzp – na warunkach określonych poniżej:</w:t>
      </w:r>
    </w:p>
    <w:p w14:paraId="543531AA" w14:textId="77777777" w:rsidR="007B2BE4" w:rsidRPr="00E8575A" w:rsidRDefault="002161CE" w:rsidP="00BA4C5E">
      <w:pPr>
        <w:numPr>
          <w:ilvl w:val="1"/>
          <w:numId w:val="10"/>
        </w:numPr>
        <w:ind w:hanging="360"/>
        <w:rPr>
          <w:noProof/>
          <w:lang w:val="pl-PL"/>
        </w:rPr>
      </w:pPr>
      <w:r w:rsidRPr="00E8575A">
        <w:rPr>
          <w:noProof/>
          <w:lang w:val="pl-PL"/>
        </w:rPr>
        <w:t>zmiany terminu realizacji Umowy, jeżeli jest ona spowodowana działaniem siły wyższej, działaniem organów administracji, okolicznościami leżącymi po stronie Zamawiającego albo innymi okolicznościami niezależnymi od Stron, których nie można było przewidzieć przy zachowaniu należytej staranności;</w:t>
      </w:r>
    </w:p>
    <w:p w14:paraId="17BF198E" w14:textId="77777777" w:rsidR="007B2BE4" w:rsidRPr="00E8575A" w:rsidRDefault="002161CE" w:rsidP="00BA4C5E">
      <w:pPr>
        <w:numPr>
          <w:ilvl w:val="1"/>
          <w:numId w:val="10"/>
        </w:numPr>
        <w:ind w:hanging="360"/>
        <w:rPr>
          <w:noProof/>
          <w:lang w:val="pl-PL"/>
        </w:rPr>
      </w:pPr>
      <w:r w:rsidRPr="00E8575A">
        <w:rPr>
          <w:noProof/>
          <w:lang w:val="pl-PL"/>
        </w:rPr>
        <w:t>zmiany oferowanego modelu urządzenia, jego elementu albo wyposażenia na model równoważny lub lepszy, w szczególności w przypadku zakończenia produkcji, wycofania z obrotu albo obiektywnej niedostępności pierwotnie zaoferowanego rozwiązania, pod warunkiem że zmiana nie powoduje obniżenia parametrów, funkcjonalności ani jakości, nie prowadzi do zwiększenia wynagrodzenia Wykonawcy i nie zmienia ogólnego charakteru Umowy;</w:t>
      </w:r>
    </w:p>
    <w:p w14:paraId="19442B6A" w14:textId="77777777" w:rsidR="007B2BE4" w:rsidRPr="00E8575A" w:rsidRDefault="002161CE" w:rsidP="00BA4C5E">
      <w:pPr>
        <w:numPr>
          <w:ilvl w:val="1"/>
          <w:numId w:val="10"/>
        </w:numPr>
        <w:ind w:hanging="360"/>
        <w:rPr>
          <w:noProof/>
          <w:lang w:val="pl-PL"/>
        </w:rPr>
      </w:pPr>
      <w:r w:rsidRPr="00E8575A">
        <w:rPr>
          <w:noProof/>
          <w:lang w:val="pl-PL"/>
        </w:rPr>
        <w:t>zmiany terminu lub sposobu wykonania czynności serwisowych, jeżeli wynika to ze zmiany zaleceń producenta, przepisów prawa lub okoliczności eksploatacyjnych ujawnionych po zawarciu Umowy;</w:t>
      </w:r>
    </w:p>
    <w:p w14:paraId="67423847" w14:textId="77777777" w:rsidR="007B2BE4" w:rsidRPr="00E8575A" w:rsidRDefault="002161CE" w:rsidP="00BA4C5E">
      <w:pPr>
        <w:numPr>
          <w:ilvl w:val="1"/>
          <w:numId w:val="10"/>
        </w:numPr>
        <w:ind w:hanging="360"/>
        <w:rPr>
          <w:noProof/>
          <w:lang w:val="pl-PL"/>
        </w:rPr>
      </w:pPr>
      <w:r w:rsidRPr="00E8575A">
        <w:rPr>
          <w:noProof/>
          <w:lang w:val="pl-PL"/>
        </w:rPr>
        <w:t>zmiany stawki podatku VAT, jeżeli zmianie ulegną przepisy prawa w tym zakresie; w takim przypadku zmianie ulegnie kwota brutto w zakresie wynikającym ze zmiany stawki, przy niezmienionej wartości netto, o ile przepisy bezwzględnie obowiązujące nie stanowią inaczej;</w:t>
      </w:r>
    </w:p>
    <w:p w14:paraId="7275F387" w14:textId="77777777" w:rsidR="007B2BE4" w:rsidRPr="00E8575A" w:rsidRDefault="002161CE" w:rsidP="00BA4C5E">
      <w:pPr>
        <w:numPr>
          <w:ilvl w:val="1"/>
          <w:numId w:val="10"/>
        </w:numPr>
        <w:ind w:hanging="360"/>
        <w:rPr>
          <w:noProof/>
          <w:lang w:val="pl-PL"/>
        </w:rPr>
      </w:pPr>
      <w:r w:rsidRPr="00E8575A">
        <w:rPr>
          <w:noProof/>
          <w:lang w:val="pl-PL"/>
        </w:rPr>
        <w:t>zmiany danych Stron, osób do kontaktu, numerów rachunków bankowych lub innych danych o charakterze organizacyjnym.</w:t>
      </w:r>
    </w:p>
    <w:p w14:paraId="320C65EC" w14:textId="77777777" w:rsidR="007B2BE4" w:rsidRPr="00E8575A" w:rsidRDefault="002161CE" w:rsidP="00BA4C5E">
      <w:pPr>
        <w:numPr>
          <w:ilvl w:val="0"/>
          <w:numId w:val="10"/>
        </w:numPr>
        <w:ind w:hanging="360"/>
        <w:rPr>
          <w:noProof/>
          <w:lang w:val="pl-PL"/>
        </w:rPr>
      </w:pPr>
      <w:r w:rsidRPr="00E8575A">
        <w:rPr>
          <w:noProof/>
          <w:lang w:val="pl-PL"/>
        </w:rPr>
        <w:t>Zmiana terminu realizacji może nastąpić wyłącznie w zakresie odpowiadającym rzeczywistemu wpływowi okoliczności stanowiącej podstawę zmiany na możliwość należytego wykonania Umowy. Zmiana nie może prowadzić do przekroczenia dnia 31 grudnia 2026 r., chyba że warunki finansowania zadania zostaną odpowiednio zmienione i zmiana Umowy będzie dopuszczalna na podstawie przepisów Pzp.</w:t>
      </w:r>
    </w:p>
    <w:p w14:paraId="20AEED85" w14:textId="77777777" w:rsidR="007B2BE4" w:rsidRPr="00E8575A" w:rsidRDefault="002161CE" w:rsidP="00BA4C5E">
      <w:pPr>
        <w:pStyle w:val="MyHeading"/>
        <w:keepNext/>
        <w:ind w:hanging="360"/>
        <w:rPr>
          <w:noProof/>
          <w:color w:val="auto"/>
          <w:lang w:val="pl-PL"/>
        </w:rPr>
      </w:pPr>
      <w:r w:rsidRPr="00E8575A">
        <w:rPr>
          <w:noProof/>
          <w:color w:val="auto"/>
          <w:lang w:val="pl-PL"/>
        </w:rPr>
        <w:t>§ 11</w:t>
      </w:r>
    </w:p>
    <w:p w14:paraId="71DAD889"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Postanowienia końcowe</w:t>
      </w:r>
    </w:p>
    <w:p w14:paraId="73B1FC13" w14:textId="77777777" w:rsidR="007B2BE4" w:rsidRPr="00E8575A" w:rsidRDefault="002161CE" w:rsidP="00BA4C5E">
      <w:pPr>
        <w:numPr>
          <w:ilvl w:val="0"/>
          <w:numId w:val="11"/>
        </w:numPr>
        <w:ind w:hanging="360"/>
        <w:rPr>
          <w:noProof/>
          <w:lang w:val="pl-PL"/>
        </w:rPr>
      </w:pPr>
      <w:r w:rsidRPr="00E8575A">
        <w:rPr>
          <w:noProof/>
          <w:lang w:val="pl-PL"/>
        </w:rPr>
        <w:t>W sprawach nieuregulowanych Umową zastosowanie mają przepisy Kodeksu cywilnego, ustawy – Prawo zamówień publicznych, przepisy dotyczące wyrobów medycznych oraz inne właściwe przepisy prawa związane z przedmiotem zamówienia.</w:t>
      </w:r>
    </w:p>
    <w:p w14:paraId="0E204BEF" w14:textId="77777777" w:rsidR="00980496" w:rsidRPr="00E8575A" w:rsidRDefault="00980496" w:rsidP="00980496">
      <w:pPr>
        <w:pStyle w:val="Listapunktowana"/>
        <w:widowControl w:val="0"/>
        <w:numPr>
          <w:ilvl w:val="0"/>
          <w:numId w:val="11"/>
        </w:numPr>
        <w:tabs>
          <w:tab w:val="left" w:pos="426"/>
        </w:tabs>
        <w:ind w:right="-134"/>
        <w:rPr>
          <w:rFonts w:eastAsia="Times New Roman" w:cs="Arial"/>
          <w:noProof/>
          <w:szCs w:val="18"/>
          <w:lang w:val="pl-PL" w:eastAsia="zh-CN"/>
        </w:rPr>
      </w:pPr>
      <w:r w:rsidRPr="00E8575A">
        <w:rPr>
          <w:noProof/>
          <w:lang w:val="pl-PL"/>
        </w:rPr>
        <w:t>Czynność prawna Wykonawcy mająca na celu zmianę wierzyciela Zamawiającego wymaga uprzedniej zgody podmiotu tworzącego Zamawiającego, zgodnie z art. 54 ust. 5 ustawy z dnia 15 kwietnia 2011 r. o działalności leczniczej (t.j. Dz.U. z 2026 r. poz. 156, ze zm.). Czynność dokonana z naruszeniem tego obowiązku jest nieważna.</w:t>
      </w:r>
    </w:p>
    <w:p w14:paraId="080DBA03" w14:textId="77777777" w:rsidR="007B2BE4" w:rsidRPr="00E8575A" w:rsidRDefault="002161CE" w:rsidP="00BA4C5E">
      <w:pPr>
        <w:numPr>
          <w:ilvl w:val="0"/>
          <w:numId w:val="11"/>
        </w:numPr>
        <w:ind w:hanging="360"/>
        <w:rPr>
          <w:noProof/>
          <w:lang w:val="pl-PL"/>
        </w:rPr>
      </w:pPr>
      <w:r w:rsidRPr="00E8575A">
        <w:rPr>
          <w:noProof/>
          <w:lang w:val="pl-PL"/>
        </w:rPr>
        <w:t>Wykonawca przyjmuje do wiadomości, że treść Umowy oraz informacje o jej realizacji mogą stanowić informację publiczną podlegającą udostępnieniu na zasadach określonych w przepisach prawa.</w:t>
      </w:r>
    </w:p>
    <w:p w14:paraId="11A5C2AF" w14:textId="77777777" w:rsidR="007B2BE4" w:rsidRPr="00E8575A" w:rsidRDefault="002161CE" w:rsidP="00BA4C5E">
      <w:pPr>
        <w:numPr>
          <w:ilvl w:val="0"/>
          <w:numId w:val="11"/>
        </w:numPr>
        <w:ind w:hanging="360"/>
        <w:rPr>
          <w:noProof/>
          <w:lang w:val="pl-PL"/>
        </w:rPr>
      </w:pPr>
      <w:r w:rsidRPr="00E8575A">
        <w:rPr>
          <w:noProof/>
          <w:lang w:val="pl-PL"/>
        </w:rPr>
        <w:t>Wykonawca zobowiązuje się do niezwłocznego informowania Zamawiającego o zmianie formy prawnej, firmy, adresu siedziby lub innych danych ujawnionych w Umowie i mających znaczenie dla jej wykonywania.</w:t>
      </w:r>
    </w:p>
    <w:p w14:paraId="1F2A72E4" w14:textId="77777777" w:rsidR="007B2BE4" w:rsidRPr="00E8575A" w:rsidRDefault="002161CE" w:rsidP="00BA4C5E">
      <w:pPr>
        <w:numPr>
          <w:ilvl w:val="0"/>
          <w:numId w:val="11"/>
        </w:numPr>
        <w:ind w:hanging="360"/>
        <w:rPr>
          <w:noProof/>
          <w:lang w:val="pl-PL"/>
        </w:rPr>
      </w:pPr>
      <w:r w:rsidRPr="00E8575A">
        <w:rPr>
          <w:noProof/>
          <w:lang w:val="pl-PL"/>
        </w:rPr>
        <w:t>Ewentualne spory wynikłe na tle zawarcia lub wykonania Umowy będą rozstrzygane przez sąd powszechny właściwy miejscowo dla siedziby Zamawiającego.</w:t>
      </w:r>
    </w:p>
    <w:p w14:paraId="3A865AF6" w14:textId="77777777" w:rsidR="007B2BE4" w:rsidRPr="00E8575A" w:rsidRDefault="002161CE" w:rsidP="00BA4C5E">
      <w:pPr>
        <w:numPr>
          <w:ilvl w:val="0"/>
          <w:numId w:val="11"/>
        </w:numPr>
        <w:ind w:hanging="360"/>
        <w:rPr>
          <w:noProof/>
          <w:lang w:val="pl-PL"/>
        </w:rPr>
      </w:pPr>
      <w:r w:rsidRPr="00E8575A">
        <w:rPr>
          <w:noProof/>
          <w:lang w:val="pl-PL"/>
        </w:rPr>
        <w:t>Integralną część Umowy stanowią:</w:t>
      </w:r>
    </w:p>
    <w:p w14:paraId="4F5C69CE" w14:textId="77777777" w:rsidR="007B2BE4" w:rsidRPr="00E8575A" w:rsidRDefault="002161CE" w:rsidP="00BA4C5E">
      <w:pPr>
        <w:numPr>
          <w:ilvl w:val="1"/>
          <w:numId w:val="11"/>
        </w:numPr>
        <w:ind w:hanging="360"/>
        <w:rPr>
          <w:noProof/>
          <w:lang w:val="pl-PL"/>
        </w:rPr>
      </w:pPr>
      <w:r w:rsidRPr="00E8575A">
        <w:rPr>
          <w:noProof/>
          <w:lang w:val="pl-PL"/>
        </w:rPr>
        <w:t>załącznik nr 1 – kopia właściwego dla danej części formularza ofertowego technicznego / OPZ Wykonawcy;</w:t>
      </w:r>
    </w:p>
    <w:p w14:paraId="2753E6E5" w14:textId="77777777" w:rsidR="007B2BE4" w:rsidRDefault="002161CE" w:rsidP="00BA4C5E">
      <w:pPr>
        <w:numPr>
          <w:ilvl w:val="1"/>
          <w:numId w:val="11"/>
        </w:numPr>
        <w:ind w:hanging="360"/>
        <w:rPr>
          <w:noProof/>
          <w:lang w:val="pl-PL"/>
        </w:rPr>
      </w:pPr>
      <w:r w:rsidRPr="00E8575A">
        <w:rPr>
          <w:noProof/>
          <w:lang w:val="pl-PL"/>
        </w:rPr>
        <w:t>załącznik nr 2 – kopia formularza ofertowego Wykonawcy;</w:t>
      </w:r>
    </w:p>
    <w:p w14:paraId="59E3AF6C" w14:textId="7E2F11DC" w:rsidR="00013902" w:rsidRPr="00E8575A" w:rsidRDefault="00013902" w:rsidP="00BA4C5E">
      <w:pPr>
        <w:numPr>
          <w:ilvl w:val="1"/>
          <w:numId w:val="11"/>
        </w:numPr>
        <w:ind w:hanging="360"/>
        <w:rPr>
          <w:noProof/>
          <w:lang w:val="pl-PL"/>
        </w:rPr>
      </w:pPr>
      <w:r>
        <w:rPr>
          <w:noProof/>
          <w:lang w:val="pl-PL"/>
        </w:rPr>
        <w:t xml:space="preserve">załącznik nr 3 </w:t>
      </w:r>
      <w:r w:rsidRPr="00013902">
        <w:rPr>
          <w:noProof/>
          <w:lang w:val="pl-PL"/>
        </w:rPr>
        <w:t>–</w:t>
      </w:r>
      <w:r>
        <w:rPr>
          <w:noProof/>
          <w:lang w:val="pl-PL"/>
        </w:rPr>
        <w:t xml:space="preserve"> kopia zestawienia asortymentowo- wartościowego Wykonawcy</w:t>
      </w:r>
    </w:p>
    <w:p w14:paraId="58CD979C" w14:textId="77777777" w:rsidR="007B2BE4" w:rsidRPr="00E8575A" w:rsidRDefault="002161CE" w:rsidP="00BA4C5E">
      <w:pPr>
        <w:numPr>
          <w:ilvl w:val="1"/>
          <w:numId w:val="11"/>
        </w:numPr>
        <w:ind w:hanging="360"/>
        <w:rPr>
          <w:noProof/>
          <w:lang w:val="pl-PL"/>
        </w:rPr>
      </w:pPr>
      <w:r w:rsidRPr="00E8575A">
        <w:rPr>
          <w:noProof/>
          <w:lang w:val="pl-PL"/>
        </w:rPr>
        <w:t>załącznik nr 3 – wzór protokołu odbioru końcowego;</w:t>
      </w:r>
    </w:p>
    <w:p w14:paraId="623E3341" w14:textId="77777777" w:rsidR="007B2BE4" w:rsidRPr="00E8575A" w:rsidRDefault="002161CE" w:rsidP="00BA4C5E">
      <w:pPr>
        <w:numPr>
          <w:ilvl w:val="1"/>
          <w:numId w:val="11"/>
        </w:numPr>
        <w:ind w:hanging="360"/>
        <w:rPr>
          <w:noProof/>
          <w:lang w:val="pl-PL"/>
        </w:rPr>
      </w:pPr>
      <w:r w:rsidRPr="00E8575A">
        <w:rPr>
          <w:noProof/>
          <w:lang w:val="pl-PL"/>
        </w:rPr>
        <w:t>załącznik nr 4 – umowa powierzenia przetwarzania danych osobowych – jeżeli będzie miała zastosowanie.</w:t>
      </w:r>
    </w:p>
    <w:p w14:paraId="074140EC" w14:textId="77777777" w:rsidR="007B2BE4" w:rsidRPr="00E8575A" w:rsidRDefault="007B2BE4" w:rsidP="00BA4C5E">
      <w:pPr>
        <w:ind w:hanging="360"/>
        <w:rPr>
          <w:noProof/>
          <w:lang w:val="pl-PL"/>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703"/>
        <w:gridCol w:w="4703"/>
      </w:tblGrid>
      <w:tr w:rsidR="00E07113" w:rsidRPr="00E8575A" w14:paraId="50F99136" w14:textId="77777777">
        <w:trPr>
          <w:jc w:val="center"/>
        </w:trPr>
        <w:tc>
          <w:tcPr>
            <w:tcW w:w="4703" w:type="dxa"/>
            <w:vAlign w:val="center"/>
          </w:tcPr>
          <w:p w14:paraId="6D645E52" w14:textId="77777777" w:rsidR="007B2BE4" w:rsidRPr="00E8575A" w:rsidRDefault="002161CE" w:rsidP="00BA4C5E">
            <w:pPr>
              <w:ind w:hanging="360"/>
              <w:jc w:val="center"/>
              <w:rPr>
                <w:noProof/>
                <w:lang w:val="pl-PL"/>
              </w:rPr>
            </w:pPr>
            <w:r w:rsidRPr="00E8575A">
              <w:rPr>
                <w:b/>
                <w:noProof/>
                <w:lang w:val="pl-PL"/>
              </w:rPr>
              <w:t>ZAMAWIAJĄCY</w:t>
            </w:r>
          </w:p>
        </w:tc>
        <w:tc>
          <w:tcPr>
            <w:tcW w:w="4703" w:type="dxa"/>
            <w:vAlign w:val="center"/>
          </w:tcPr>
          <w:p w14:paraId="3E835FA8" w14:textId="77777777" w:rsidR="007B2BE4" w:rsidRPr="00E8575A" w:rsidRDefault="002161CE" w:rsidP="00BA4C5E">
            <w:pPr>
              <w:ind w:hanging="360"/>
              <w:jc w:val="center"/>
              <w:rPr>
                <w:noProof/>
                <w:lang w:val="pl-PL"/>
              </w:rPr>
            </w:pPr>
            <w:r w:rsidRPr="00E8575A">
              <w:rPr>
                <w:b/>
                <w:noProof/>
                <w:lang w:val="pl-PL"/>
              </w:rPr>
              <w:t>WYKONAWCA</w:t>
            </w:r>
          </w:p>
        </w:tc>
      </w:tr>
      <w:tr w:rsidR="00E07113" w:rsidRPr="00E8575A" w14:paraId="38C6D8D4" w14:textId="77777777">
        <w:trPr>
          <w:jc w:val="center"/>
        </w:trPr>
        <w:tc>
          <w:tcPr>
            <w:tcW w:w="4703" w:type="dxa"/>
            <w:vAlign w:val="center"/>
          </w:tcPr>
          <w:p w14:paraId="1144B503" w14:textId="77777777" w:rsidR="007B2BE4" w:rsidRPr="00E8575A" w:rsidRDefault="002161CE" w:rsidP="00BA4C5E">
            <w:pPr>
              <w:ind w:hanging="360"/>
              <w:jc w:val="center"/>
              <w:rPr>
                <w:noProof/>
                <w:lang w:val="pl-PL"/>
              </w:rPr>
            </w:pPr>
            <w:r w:rsidRPr="00E8575A">
              <w:rPr>
                <w:noProof/>
                <w:lang w:val="pl-PL"/>
              </w:rPr>
              <w:br/>
            </w:r>
            <w:r w:rsidRPr="00E8575A">
              <w:rPr>
                <w:noProof/>
                <w:lang w:val="pl-PL"/>
              </w:rPr>
              <w:br/>
              <w:t>................................................</w:t>
            </w:r>
          </w:p>
        </w:tc>
        <w:tc>
          <w:tcPr>
            <w:tcW w:w="4703" w:type="dxa"/>
            <w:vAlign w:val="center"/>
          </w:tcPr>
          <w:p w14:paraId="13E0F940" w14:textId="77777777" w:rsidR="007B2BE4" w:rsidRPr="00E8575A" w:rsidRDefault="002161CE" w:rsidP="00BA4C5E">
            <w:pPr>
              <w:ind w:hanging="360"/>
              <w:jc w:val="center"/>
              <w:rPr>
                <w:noProof/>
                <w:lang w:val="pl-PL"/>
              </w:rPr>
            </w:pPr>
            <w:r w:rsidRPr="00E8575A">
              <w:rPr>
                <w:noProof/>
                <w:lang w:val="pl-PL"/>
              </w:rPr>
              <w:br/>
            </w:r>
            <w:r w:rsidRPr="00E8575A">
              <w:rPr>
                <w:noProof/>
                <w:lang w:val="pl-PL"/>
              </w:rPr>
              <w:br/>
              <w:t>................................................</w:t>
            </w:r>
          </w:p>
        </w:tc>
      </w:tr>
    </w:tbl>
    <w:p w14:paraId="3F7908EB" w14:textId="77777777" w:rsidR="007B2BE4" w:rsidRPr="00E8575A" w:rsidRDefault="002161CE" w:rsidP="00BA4C5E">
      <w:pPr>
        <w:rPr>
          <w:noProof/>
          <w:lang w:val="pl-PL"/>
        </w:rPr>
      </w:pPr>
      <w:r w:rsidRPr="00E8575A">
        <w:rPr>
          <w:noProof/>
          <w:lang w:val="pl-PL"/>
        </w:rPr>
        <w:br w:type="page"/>
      </w:r>
    </w:p>
    <w:p w14:paraId="2157F94A" w14:textId="77777777" w:rsidR="007B2BE4" w:rsidRPr="00E8575A" w:rsidRDefault="002161CE" w:rsidP="00BA4C5E">
      <w:pPr>
        <w:pStyle w:val="MySubtitle"/>
        <w:spacing w:before="0" w:after="0"/>
        <w:rPr>
          <w:noProof/>
          <w:color w:val="auto"/>
          <w:lang w:val="pl-PL"/>
        </w:rPr>
      </w:pPr>
      <w:r w:rsidRPr="00E8575A">
        <w:rPr>
          <w:noProof/>
          <w:lang w:val="pl-PL"/>
        </w:rPr>
        <w:lastRenderedPageBreak/>
        <w:t>Załącznik nr 3 do Umowy</w:t>
      </w:r>
    </w:p>
    <w:p w14:paraId="47033E29" w14:textId="77777777" w:rsidR="007B2BE4" w:rsidRPr="00E8575A" w:rsidRDefault="002161CE" w:rsidP="00BA4C5E">
      <w:pPr>
        <w:pStyle w:val="MyTitle"/>
        <w:keepNext/>
        <w:rPr>
          <w:noProof/>
          <w:color w:val="auto"/>
          <w:lang w:val="pl-PL"/>
        </w:rPr>
      </w:pPr>
      <w:r w:rsidRPr="00E8575A">
        <w:rPr>
          <w:noProof/>
          <w:color w:val="auto"/>
          <w:sz w:val="18"/>
          <w:lang w:val="pl-PL"/>
        </w:rPr>
        <w:t>WZÓR PROTOKOŁU ODBIORU KOŃCOWEGO</w:t>
      </w:r>
    </w:p>
    <w:p w14:paraId="62748029" w14:textId="77777777" w:rsidR="007B2BE4" w:rsidRPr="00E8575A" w:rsidRDefault="007B2BE4" w:rsidP="00BA4C5E">
      <w:pPr>
        <w:rPr>
          <w:noProof/>
          <w:lang w:val="pl-PL"/>
        </w:rPr>
      </w:pPr>
    </w:p>
    <w:p w14:paraId="2A6599DC" w14:textId="77777777" w:rsidR="002161CE" w:rsidRPr="00E8575A" w:rsidRDefault="002161CE" w:rsidP="002161CE">
      <w:pPr>
        <w:spacing w:after="91"/>
        <w:ind w:left="-5" w:hanging="10"/>
        <w:rPr>
          <w:noProof/>
          <w:lang w:val="pl-PL"/>
        </w:rPr>
      </w:pPr>
      <w:r w:rsidRPr="00E8575A">
        <w:rPr>
          <w:b/>
          <w:noProof/>
          <w:lang w:val="pl-PL"/>
        </w:rPr>
        <w:t>PROTOKÓŁ DOSTAWY, MONTAŻU / INSTALACJI, PIERWSZEGO URUCHOMIENIA, SZKOLENIA PERSONELU I ODBIORU KOŃCOWEGO</w:t>
      </w:r>
    </w:p>
    <w:p w14:paraId="16CC5528" w14:textId="77777777" w:rsidR="002161CE" w:rsidRPr="00E8575A" w:rsidRDefault="002161CE" w:rsidP="002161CE">
      <w:pPr>
        <w:spacing w:after="84"/>
        <w:rPr>
          <w:noProof/>
          <w:lang w:val="pl-PL"/>
        </w:rPr>
      </w:pPr>
      <w:r w:rsidRPr="00E8575A">
        <w:rPr>
          <w:noProof/>
          <w:lang w:val="pl-PL"/>
        </w:rPr>
        <w:t xml:space="preserve">  </w:t>
      </w:r>
    </w:p>
    <w:p w14:paraId="37EB96E7" w14:textId="77777777" w:rsidR="002161CE" w:rsidRPr="00E8575A" w:rsidRDefault="002161CE" w:rsidP="002161CE">
      <w:pPr>
        <w:spacing w:after="92"/>
        <w:ind w:left="-15"/>
        <w:rPr>
          <w:noProof/>
          <w:lang w:val="pl-PL"/>
        </w:rPr>
      </w:pPr>
      <w:r w:rsidRPr="00E8575A">
        <w:rPr>
          <w:noProof/>
          <w:lang w:val="pl-PL"/>
        </w:rPr>
        <w:t>DOTYCZY UMOWY NR ........................................ z dnia ............................, Część nr ............</w:t>
      </w:r>
    </w:p>
    <w:p w14:paraId="6408FEAC" w14:textId="77777777" w:rsidR="002161CE" w:rsidRPr="00E8575A" w:rsidRDefault="002161CE" w:rsidP="002161CE">
      <w:pPr>
        <w:spacing w:after="84"/>
        <w:rPr>
          <w:noProof/>
          <w:lang w:val="pl-PL"/>
        </w:rPr>
      </w:pPr>
      <w:r w:rsidRPr="00E8575A">
        <w:rPr>
          <w:noProof/>
          <w:lang w:val="pl-PL"/>
        </w:rPr>
        <w:t xml:space="preserve">  </w:t>
      </w:r>
    </w:p>
    <w:p w14:paraId="481EF5C2" w14:textId="77777777" w:rsidR="002161CE" w:rsidRPr="00E8575A" w:rsidRDefault="002161CE" w:rsidP="002161CE">
      <w:pPr>
        <w:spacing w:after="84"/>
        <w:ind w:left="-5" w:right="1954" w:hanging="10"/>
        <w:rPr>
          <w:noProof/>
          <w:lang w:val="pl-PL"/>
        </w:rPr>
      </w:pPr>
      <w:r w:rsidRPr="00E8575A">
        <w:rPr>
          <w:b/>
          <w:noProof/>
          <w:lang w:val="pl-PL"/>
        </w:rPr>
        <w:t>CZĘŚĆ A - DOSTAWA</w:t>
      </w:r>
      <w:r w:rsidRPr="00E8575A">
        <w:rPr>
          <w:noProof/>
          <w:lang w:val="pl-PL"/>
        </w:rPr>
        <w:t xml:space="preserve"> </w:t>
      </w:r>
    </w:p>
    <w:p w14:paraId="66C6F52E" w14:textId="77777777" w:rsidR="002161CE" w:rsidRPr="00E8575A" w:rsidRDefault="002161CE" w:rsidP="002161CE">
      <w:pPr>
        <w:spacing w:after="9"/>
        <w:ind w:left="-5" w:hanging="10"/>
        <w:rPr>
          <w:noProof/>
          <w:lang w:val="pl-PL"/>
        </w:rPr>
      </w:pPr>
      <w:r w:rsidRPr="00E8575A">
        <w:rPr>
          <w:noProof/>
          <w:lang w:val="pl-PL"/>
        </w:rPr>
        <w:t xml:space="preserve">W dniu .................... dostarczono do .............................. w .............................. nw. wyroby z niezbędnym oprzyrządowaniem: </w:t>
      </w:r>
    </w:p>
    <w:tbl>
      <w:tblPr>
        <w:tblStyle w:val="TableGrid"/>
        <w:tblW w:w="9074" w:type="dxa"/>
        <w:jc w:val="center"/>
        <w:tblInd w:w="0" w:type="dxa"/>
        <w:tblCellMar>
          <w:top w:w="61" w:type="dxa"/>
          <w:left w:w="19" w:type="dxa"/>
          <w:right w:w="115" w:type="dxa"/>
        </w:tblCellMar>
        <w:tblLook w:val="04A0" w:firstRow="1" w:lastRow="0" w:firstColumn="1" w:lastColumn="0" w:noHBand="0" w:noVBand="1"/>
      </w:tblPr>
      <w:tblGrid>
        <w:gridCol w:w="4537"/>
        <w:gridCol w:w="1361"/>
        <w:gridCol w:w="3176"/>
      </w:tblGrid>
      <w:tr w:rsidR="00E07113" w:rsidRPr="00E8575A" w14:paraId="065969F5" w14:textId="77777777" w:rsidTr="005F7FE2">
        <w:trPr>
          <w:trHeight w:val="499"/>
          <w:jc w:val="center"/>
        </w:trPr>
        <w:tc>
          <w:tcPr>
            <w:tcW w:w="4537" w:type="dxa"/>
            <w:tcBorders>
              <w:top w:val="single" w:sz="2" w:space="0" w:color="000000"/>
              <w:left w:val="single" w:sz="4" w:space="0" w:color="000000"/>
              <w:bottom w:val="single" w:sz="2" w:space="0" w:color="000000"/>
              <w:right w:val="single" w:sz="4" w:space="0" w:color="000000"/>
            </w:tcBorders>
            <w:vAlign w:val="center"/>
          </w:tcPr>
          <w:p w14:paraId="79B8E084" w14:textId="77777777" w:rsidR="002161CE" w:rsidRPr="00E8575A" w:rsidRDefault="002161CE" w:rsidP="005F7FE2">
            <w:pPr>
              <w:ind w:left="96"/>
              <w:jc w:val="center"/>
              <w:rPr>
                <w:noProof/>
              </w:rPr>
            </w:pPr>
            <w:r w:rsidRPr="00E8575A">
              <w:rPr>
                <w:noProof/>
              </w:rPr>
              <w:t xml:space="preserve">Nazwa wyrobu </w:t>
            </w:r>
          </w:p>
        </w:tc>
        <w:tc>
          <w:tcPr>
            <w:tcW w:w="1361" w:type="dxa"/>
            <w:tcBorders>
              <w:top w:val="single" w:sz="2" w:space="0" w:color="000000"/>
              <w:left w:val="single" w:sz="4" w:space="0" w:color="000000"/>
              <w:bottom w:val="single" w:sz="2" w:space="0" w:color="000000"/>
              <w:right w:val="single" w:sz="4" w:space="0" w:color="000000"/>
            </w:tcBorders>
            <w:vAlign w:val="center"/>
          </w:tcPr>
          <w:p w14:paraId="448A1CFE" w14:textId="77777777" w:rsidR="002161CE" w:rsidRPr="00E8575A" w:rsidRDefault="002161CE" w:rsidP="005F7FE2">
            <w:pPr>
              <w:ind w:left="154"/>
              <w:rPr>
                <w:noProof/>
              </w:rPr>
            </w:pPr>
            <w:r w:rsidRPr="00E8575A">
              <w:rPr>
                <w:noProof/>
              </w:rPr>
              <w:t xml:space="preserve">Dostarczona </w:t>
            </w:r>
          </w:p>
          <w:p w14:paraId="01870BA0" w14:textId="77777777" w:rsidR="002161CE" w:rsidRPr="00E8575A" w:rsidRDefault="002161CE" w:rsidP="005F7FE2">
            <w:pPr>
              <w:ind w:left="95"/>
              <w:jc w:val="center"/>
              <w:rPr>
                <w:noProof/>
              </w:rPr>
            </w:pPr>
            <w:r w:rsidRPr="00E8575A">
              <w:rPr>
                <w:noProof/>
              </w:rPr>
              <w:t xml:space="preserve">ilość </w:t>
            </w:r>
          </w:p>
        </w:tc>
        <w:tc>
          <w:tcPr>
            <w:tcW w:w="3176" w:type="dxa"/>
            <w:tcBorders>
              <w:top w:val="single" w:sz="2" w:space="0" w:color="000000"/>
              <w:left w:val="single" w:sz="4" w:space="0" w:color="000000"/>
              <w:bottom w:val="single" w:sz="2" w:space="0" w:color="000000"/>
              <w:right w:val="single" w:sz="4" w:space="0" w:color="000000"/>
            </w:tcBorders>
            <w:vAlign w:val="center"/>
          </w:tcPr>
          <w:p w14:paraId="34D5BA50" w14:textId="77777777" w:rsidR="002161CE" w:rsidRPr="00E8575A" w:rsidRDefault="002161CE" w:rsidP="005F7FE2">
            <w:pPr>
              <w:ind w:left="91"/>
              <w:jc w:val="center"/>
              <w:rPr>
                <w:noProof/>
              </w:rPr>
            </w:pPr>
            <w:r w:rsidRPr="00E8575A">
              <w:rPr>
                <w:noProof/>
              </w:rPr>
              <w:t xml:space="preserve">Wartość brutto (zł) </w:t>
            </w:r>
          </w:p>
        </w:tc>
      </w:tr>
      <w:tr w:rsidR="00E07113" w:rsidRPr="00E8575A" w14:paraId="17F5C295" w14:textId="77777777" w:rsidTr="005F7FE2">
        <w:trPr>
          <w:trHeight w:val="293"/>
          <w:jc w:val="center"/>
        </w:trPr>
        <w:tc>
          <w:tcPr>
            <w:tcW w:w="4537" w:type="dxa"/>
            <w:tcBorders>
              <w:top w:val="single" w:sz="2" w:space="0" w:color="000000"/>
              <w:left w:val="single" w:sz="4" w:space="0" w:color="000000"/>
              <w:bottom w:val="single" w:sz="2" w:space="0" w:color="000000"/>
              <w:right w:val="single" w:sz="4" w:space="0" w:color="000000"/>
            </w:tcBorders>
            <w:vAlign w:val="center"/>
          </w:tcPr>
          <w:p w14:paraId="2F428148" w14:textId="77777777" w:rsidR="002161CE" w:rsidRPr="00E8575A" w:rsidRDefault="002161CE" w:rsidP="005F7FE2">
            <w:pPr>
              <w:ind w:left="2"/>
              <w:rPr>
                <w:noProof/>
              </w:rPr>
            </w:pPr>
            <w:r w:rsidRPr="00E8575A">
              <w:rPr>
                <w:noProof/>
              </w:rPr>
              <w:t xml:space="preserve">  </w:t>
            </w:r>
          </w:p>
        </w:tc>
        <w:tc>
          <w:tcPr>
            <w:tcW w:w="1361" w:type="dxa"/>
            <w:tcBorders>
              <w:top w:val="single" w:sz="2" w:space="0" w:color="000000"/>
              <w:left w:val="single" w:sz="4" w:space="0" w:color="000000"/>
              <w:bottom w:val="single" w:sz="2" w:space="0" w:color="000000"/>
              <w:right w:val="single" w:sz="4" w:space="0" w:color="000000"/>
            </w:tcBorders>
            <w:vAlign w:val="center"/>
          </w:tcPr>
          <w:p w14:paraId="25667BDD" w14:textId="77777777" w:rsidR="002161CE" w:rsidRPr="00E8575A" w:rsidRDefault="002161CE" w:rsidP="005F7FE2">
            <w:pPr>
              <w:rPr>
                <w:noProof/>
              </w:rPr>
            </w:pPr>
            <w:r w:rsidRPr="00E8575A">
              <w:rPr>
                <w:noProof/>
              </w:rPr>
              <w:t xml:space="preserve">  </w:t>
            </w:r>
          </w:p>
        </w:tc>
        <w:tc>
          <w:tcPr>
            <w:tcW w:w="3176" w:type="dxa"/>
            <w:tcBorders>
              <w:top w:val="single" w:sz="2" w:space="0" w:color="000000"/>
              <w:left w:val="single" w:sz="4" w:space="0" w:color="000000"/>
              <w:bottom w:val="single" w:sz="2" w:space="0" w:color="000000"/>
              <w:right w:val="single" w:sz="4" w:space="0" w:color="000000"/>
            </w:tcBorders>
            <w:vAlign w:val="center"/>
          </w:tcPr>
          <w:p w14:paraId="67AAA12A" w14:textId="77777777" w:rsidR="002161CE" w:rsidRPr="00E8575A" w:rsidRDefault="002161CE" w:rsidP="005F7FE2">
            <w:pPr>
              <w:rPr>
                <w:noProof/>
              </w:rPr>
            </w:pPr>
            <w:r w:rsidRPr="00E8575A">
              <w:rPr>
                <w:noProof/>
              </w:rPr>
              <w:t xml:space="preserve">  </w:t>
            </w:r>
          </w:p>
        </w:tc>
      </w:tr>
    </w:tbl>
    <w:p w14:paraId="4A3682BA" w14:textId="77777777" w:rsidR="002161CE" w:rsidRPr="00E8575A" w:rsidRDefault="002161CE" w:rsidP="002161CE">
      <w:pPr>
        <w:spacing w:after="84"/>
        <w:rPr>
          <w:noProof/>
          <w:lang w:val="pl-PL"/>
        </w:rPr>
      </w:pPr>
      <w:r w:rsidRPr="00E8575A">
        <w:rPr>
          <w:noProof/>
          <w:lang w:val="pl-PL"/>
        </w:rPr>
        <w:t xml:space="preserve">  </w:t>
      </w:r>
    </w:p>
    <w:p w14:paraId="2842070B" w14:textId="77777777" w:rsidR="002161CE" w:rsidRPr="00E8575A" w:rsidRDefault="002161CE" w:rsidP="002161CE">
      <w:pPr>
        <w:spacing w:after="91"/>
        <w:ind w:left="-5" w:hanging="10"/>
        <w:rPr>
          <w:noProof/>
          <w:lang w:val="pl-PL"/>
        </w:rPr>
      </w:pPr>
      <w:r w:rsidRPr="00E8575A">
        <w:rPr>
          <w:b/>
          <w:noProof/>
          <w:lang w:val="pl-PL"/>
        </w:rPr>
        <w:t>CZĘŚĆ B - MONTAŻ I PIERWSZE URUCHOMIENIE</w:t>
      </w:r>
      <w:r w:rsidRPr="00E8575A">
        <w:rPr>
          <w:noProof/>
          <w:lang w:val="pl-PL"/>
        </w:rPr>
        <w:t xml:space="preserve"> </w:t>
      </w:r>
    </w:p>
    <w:p w14:paraId="0814F2F0" w14:textId="77777777" w:rsidR="002161CE" w:rsidRPr="00E8575A" w:rsidRDefault="002161CE" w:rsidP="002161CE">
      <w:pPr>
        <w:ind w:left="-15"/>
        <w:rPr>
          <w:noProof/>
          <w:lang w:val="pl-PL"/>
        </w:rPr>
      </w:pPr>
      <w:r w:rsidRPr="00E8575A">
        <w:rPr>
          <w:noProof/>
          <w:lang w:val="pl-PL"/>
        </w:rPr>
        <w:t xml:space="preserve">Opisane w części A wyroby </w:t>
      </w:r>
      <w:r w:rsidRPr="00E8575A">
        <w:rPr>
          <w:b/>
          <w:noProof/>
          <w:lang w:val="pl-PL"/>
        </w:rPr>
        <w:t>wymagały*/nie wymagały*</w:t>
      </w:r>
      <w:r w:rsidRPr="00E8575A">
        <w:rPr>
          <w:noProof/>
          <w:lang w:val="pl-PL"/>
        </w:rPr>
        <w:t xml:space="preserve"> montażu. Stwierdzam, że dokonano prawidłowego montażu wyrobów wymiennych w części A protokołu zgodnie z poniższym postanowieniem: </w:t>
      </w:r>
    </w:p>
    <w:tbl>
      <w:tblPr>
        <w:tblStyle w:val="TableGrid"/>
        <w:tblW w:w="9074" w:type="dxa"/>
        <w:jc w:val="center"/>
        <w:tblInd w:w="0" w:type="dxa"/>
        <w:tblCellMar>
          <w:top w:w="59" w:type="dxa"/>
          <w:left w:w="19" w:type="dxa"/>
          <w:right w:w="115" w:type="dxa"/>
        </w:tblCellMar>
        <w:tblLook w:val="04A0" w:firstRow="1" w:lastRow="0" w:firstColumn="1" w:lastColumn="0" w:noHBand="0" w:noVBand="1"/>
      </w:tblPr>
      <w:tblGrid>
        <w:gridCol w:w="5898"/>
        <w:gridCol w:w="3176"/>
      </w:tblGrid>
      <w:tr w:rsidR="00E07113" w:rsidRPr="00E8575A" w14:paraId="4957B119" w14:textId="77777777" w:rsidTr="005F7FE2">
        <w:trPr>
          <w:trHeight w:val="290"/>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26B88EAC" w14:textId="77777777" w:rsidR="002161CE" w:rsidRPr="00E8575A" w:rsidRDefault="002161CE" w:rsidP="005F7FE2">
            <w:pPr>
              <w:ind w:left="95"/>
              <w:jc w:val="center"/>
              <w:rPr>
                <w:noProof/>
              </w:rPr>
            </w:pPr>
            <w:r w:rsidRPr="00E8575A">
              <w:rPr>
                <w:noProof/>
              </w:rPr>
              <w:t xml:space="preserve">Miejsce montażu </w:t>
            </w:r>
          </w:p>
        </w:tc>
        <w:tc>
          <w:tcPr>
            <w:tcW w:w="3176" w:type="dxa"/>
            <w:tcBorders>
              <w:top w:val="single" w:sz="2" w:space="0" w:color="000000"/>
              <w:left w:val="single" w:sz="4" w:space="0" w:color="000000"/>
              <w:bottom w:val="single" w:sz="2" w:space="0" w:color="000000"/>
              <w:right w:val="single" w:sz="4" w:space="0" w:color="000000"/>
            </w:tcBorders>
            <w:vAlign w:val="center"/>
          </w:tcPr>
          <w:p w14:paraId="114619C7" w14:textId="77777777" w:rsidR="002161CE" w:rsidRPr="00E8575A" w:rsidRDefault="002161CE" w:rsidP="005F7FE2">
            <w:pPr>
              <w:ind w:left="88"/>
              <w:jc w:val="center"/>
              <w:rPr>
                <w:noProof/>
              </w:rPr>
            </w:pPr>
            <w:r w:rsidRPr="00E8575A">
              <w:rPr>
                <w:noProof/>
              </w:rPr>
              <w:t xml:space="preserve">Ilość zamontowanych urządzeń </w:t>
            </w:r>
          </w:p>
        </w:tc>
      </w:tr>
      <w:tr w:rsidR="00E07113" w:rsidRPr="00E8575A" w14:paraId="590185DF" w14:textId="77777777" w:rsidTr="005F7FE2">
        <w:trPr>
          <w:trHeight w:val="293"/>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4431E2B3" w14:textId="77777777" w:rsidR="002161CE" w:rsidRPr="00E8575A" w:rsidRDefault="002161CE" w:rsidP="005F7FE2">
            <w:pPr>
              <w:ind w:left="2"/>
              <w:rPr>
                <w:noProof/>
              </w:rPr>
            </w:pPr>
            <w:r w:rsidRPr="00E8575A">
              <w:rPr>
                <w:noProof/>
              </w:rPr>
              <w:t xml:space="preserve">  </w:t>
            </w:r>
          </w:p>
        </w:tc>
        <w:tc>
          <w:tcPr>
            <w:tcW w:w="3176" w:type="dxa"/>
            <w:tcBorders>
              <w:top w:val="single" w:sz="2" w:space="0" w:color="000000"/>
              <w:left w:val="single" w:sz="4" w:space="0" w:color="000000"/>
              <w:bottom w:val="single" w:sz="2" w:space="0" w:color="000000"/>
              <w:right w:val="single" w:sz="4" w:space="0" w:color="000000"/>
            </w:tcBorders>
            <w:vAlign w:val="center"/>
          </w:tcPr>
          <w:p w14:paraId="48D2C5F8" w14:textId="77777777" w:rsidR="002161CE" w:rsidRPr="00E8575A" w:rsidRDefault="002161CE" w:rsidP="005F7FE2">
            <w:pPr>
              <w:rPr>
                <w:noProof/>
              </w:rPr>
            </w:pPr>
            <w:r w:rsidRPr="00E8575A">
              <w:rPr>
                <w:noProof/>
              </w:rPr>
              <w:t xml:space="preserve">  </w:t>
            </w:r>
          </w:p>
        </w:tc>
      </w:tr>
    </w:tbl>
    <w:p w14:paraId="2A79A07E" w14:textId="77777777" w:rsidR="002161CE" w:rsidRPr="00E8575A" w:rsidRDefault="002161CE" w:rsidP="002161CE">
      <w:pPr>
        <w:spacing w:after="90"/>
        <w:ind w:left="-5" w:hanging="10"/>
        <w:rPr>
          <w:noProof/>
          <w:lang w:val="pl-PL"/>
        </w:rPr>
      </w:pPr>
      <w:r w:rsidRPr="00E8575A">
        <w:rPr>
          <w:noProof/>
          <w:lang w:val="pl-PL"/>
        </w:rPr>
        <w:t xml:space="preserve">Opisane w części A wyroby </w:t>
      </w:r>
      <w:r w:rsidRPr="00E8575A">
        <w:rPr>
          <w:b/>
          <w:noProof/>
          <w:lang w:val="pl-PL"/>
        </w:rPr>
        <w:t>wymagały*/nie wymagały*</w:t>
      </w:r>
      <w:r w:rsidRPr="00E8575A">
        <w:rPr>
          <w:noProof/>
          <w:lang w:val="pl-PL"/>
        </w:rPr>
        <w:t xml:space="preserve"> dokonania pierwszego uruchomienia. </w:t>
      </w:r>
    </w:p>
    <w:p w14:paraId="170ECB81" w14:textId="77777777" w:rsidR="002161CE" w:rsidRPr="00E8575A" w:rsidRDefault="002161CE" w:rsidP="002161CE">
      <w:pPr>
        <w:spacing w:after="91"/>
        <w:ind w:left="-15"/>
        <w:rPr>
          <w:noProof/>
          <w:lang w:val="pl-PL"/>
        </w:rPr>
      </w:pPr>
      <w:r w:rsidRPr="00E8575A">
        <w:rPr>
          <w:noProof/>
          <w:lang w:val="pl-PL"/>
        </w:rPr>
        <w:t xml:space="preserve">Stwierdzam, że wszystkie ww. urządzenia zostały uruchomione i działają bez zarzutu. </w:t>
      </w:r>
    </w:p>
    <w:p w14:paraId="2DA1E383" w14:textId="77777777" w:rsidR="002161CE" w:rsidRPr="00E8575A" w:rsidRDefault="002161CE" w:rsidP="002161CE">
      <w:pPr>
        <w:spacing w:after="93"/>
        <w:ind w:left="-15"/>
        <w:rPr>
          <w:noProof/>
          <w:lang w:val="pl-PL"/>
        </w:rPr>
      </w:pPr>
      <w:r w:rsidRPr="00E8575A">
        <w:rPr>
          <w:noProof/>
          <w:lang w:val="pl-PL"/>
        </w:rPr>
        <w:t xml:space="preserve">Dostarczono wszelką niezbędną dla ww. wyrobów dokumentację, w tym karty gwarancyjne, w wymaganej ilości egzemplarzy. </w:t>
      </w:r>
    </w:p>
    <w:p w14:paraId="36A1F5A7" w14:textId="77777777" w:rsidR="002161CE" w:rsidRPr="00E8575A" w:rsidRDefault="002161CE" w:rsidP="002161CE">
      <w:pPr>
        <w:spacing w:after="84"/>
        <w:rPr>
          <w:noProof/>
          <w:lang w:val="pl-PL"/>
        </w:rPr>
      </w:pPr>
      <w:r w:rsidRPr="00E8575A">
        <w:rPr>
          <w:noProof/>
          <w:lang w:val="pl-PL"/>
        </w:rPr>
        <w:t xml:space="preserve">  </w:t>
      </w:r>
    </w:p>
    <w:p w14:paraId="7E59D211" w14:textId="77777777" w:rsidR="002161CE" w:rsidRPr="00E8575A" w:rsidRDefault="002161CE" w:rsidP="002161CE">
      <w:pPr>
        <w:spacing w:after="84"/>
        <w:ind w:left="-5" w:right="1954" w:hanging="10"/>
        <w:rPr>
          <w:noProof/>
          <w:lang w:val="pl-PL"/>
        </w:rPr>
      </w:pPr>
      <w:r w:rsidRPr="00E8575A">
        <w:rPr>
          <w:b/>
          <w:noProof/>
          <w:lang w:val="pl-PL"/>
        </w:rPr>
        <w:t>CZĘŚĆ C - SZKOLENIE PERSONELU</w:t>
      </w:r>
      <w:r w:rsidRPr="00E8575A">
        <w:rPr>
          <w:noProof/>
          <w:lang w:val="pl-PL"/>
        </w:rPr>
        <w:t xml:space="preserve"> </w:t>
      </w:r>
    </w:p>
    <w:p w14:paraId="56DCE48A" w14:textId="77777777" w:rsidR="002161CE" w:rsidRPr="00E8575A" w:rsidRDefault="002161CE" w:rsidP="002161CE">
      <w:pPr>
        <w:spacing w:after="90"/>
        <w:ind w:left="-5" w:hanging="10"/>
        <w:rPr>
          <w:noProof/>
          <w:lang w:val="pl-PL"/>
        </w:rPr>
      </w:pPr>
      <w:r w:rsidRPr="00E8575A">
        <w:rPr>
          <w:noProof/>
          <w:lang w:val="pl-PL"/>
        </w:rPr>
        <w:t xml:space="preserve">Opisane w części A wyroby </w:t>
      </w:r>
      <w:r w:rsidRPr="00E8575A">
        <w:rPr>
          <w:b/>
          <w:noProof/>
          <w:lang w:val="pl-PL"/>
        </w:rPr>
        <w:t>wymagały*/nie wymagały*</w:t>
      </w:r>
      <w:r w:rsidRPr="00E8575A">
        <w:rPr>
          <w:noProof/>
          <w:lang w:val="pl-PL"/>
        </w:rPr>
        <w:t xml:space="preserve"> dokonania szkolenia personelu. </w:t>
      </w:r>
    </w:p>
    <w:p w14:paraId="73386077" w14:textId="77777777" w:rsidR="002161CE" w:rsidRPr="00E8575A" w:rsidRDefault="002161CE" w:rsidP="002161CE">
      <w:pPr>
        <w:ind w:left="-15"/>
        <w:rPr>
          <w:noProof/>
          <w:lang w:val="pl-PL"/>
        </w:rPr>
      </w:pPr>
      <w:r w:rsidRPr="00E8575A">
        <w:rPr>
          <w:noProof/>
          <w:lang w:val="pl-PL"/>
        </w:rPr>
        <w:t xml:space="preserve">Wykonawca dokonał szkolenia personelu w zakresie działania i obsługi wyrobu opisanego w części A. </w:t>
      </w:r>
    </w:p>
    <w:tbl>
      <w:tblPr>
        <w:tblStyle w:val="TableGrid"/>
        <w:tblW w:w="9074" w:type="dxa"/>
        <w:jc w:val="center"/>
        <w:tblInd w:w="0" w:type="dxa"/>
        <w:tblCellMar>
          <w:top w:w="59" w:type="dxa"/>
          <w:left w:w="19" w:type="dxa"/>
          <w:right w:w="115" w:type="dxa"/>
        </w:tblCellMar>
        <w:tblLook w:val="04A0" w:firstRow="1" w:lastRow="0" w:firstColumn="1" w:lastColumn="0" w:noHBand="0" w:noVBand="1"/>
      </w:tblPr>
      <w:tblGrid>
        <w:gridCol w:w="5898"/>
        <w:gridCol w:w="3176"/>
      </w:tblGrid>
      <w:tr w:rsidR="00E07113" w:rsidRPr="00E8575A" w14:paraId="5E451B5F" w14:textId="77777777" w:rsidTr="005F7FE2">
        <w:trPr>
          <w:trHeight w:val="290"/>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54D9A95E" w14:textId="77777777" w:rsidR="002161CE" w:rsidRPr="00E8575A" w:rsidRDefault="002161CE" w:rsidP="005F7FE2">
            <w:pPr>
              <w:ind w:left="99"/>
              <w:jc w:val="center"/>
              <w:rPr>
                <w:noProof/>
              </w:rPr>
            </w:pPr>
            <w:r w:rsidRPr="00E8575A">
              <w:rPr>
                <w:noProof/>
              </w:rPr>
              <w:t xml:space="preserve">Nazwa wyrobu </w:t>
            </w:r>
          </w:p>
        </w:tc>
        <w:tc>
          <w:tcPr>
            <w:tcW w:w="3176" w:type="dxa"/>
            <w:tcBorders>
              <w:top w:val="single" w:sz="2" w:space="0" w:color="000000"/>
              <w:left w:val="single" w:sz="4" w:space="0" w:color="000000"/>
              <w:bottom w:val="single" w:sz="2" w:space="0" w:color="000000"/>
              <w:right w:val="single" w:sz="4" w:space="0" w:color="000000"/>
            </w:tcBorders>
            <w:vAlign w:val="center"/>
          </w:tcPr>
          <w:p w14:paraId="3D4369F8" w14:textId="77777777" w:rsidR="002161CE" w:rsidRPr="00E8575A" w:rsidRDefault="002161CE" w:rsidP="005F7FE2">
            <w:pPr>
              <w:ind w:left="93"/>
              <w:jc w:val="center"/>
              <w:rPr>
                <w:noProof/>
              </w:rPr>
            </w:pPr>
            <w:r w:rsidRPr="00E8575A">
              <w:rPr>
                <w:noProof/>
              </w:rPr>
              <w:t xml:space="preserve">Liczba przeszkolonych osób </w:t>
            </w:r>
          </w:p>
        </w:tc>
      </w:tr>
      <w:tr w:rsidR="00E07113" w:rsidRPr="00E8575A" w14:paraId="518A0B91" w14:textId="77777777" w:rsidTr="005F7FE2">
        <w:trPr>
          <w:trHeight w:val="293"/>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1C37E1E8" w14:textId="77777777" w:rsidR="002161CE" w:rsidRPr="00E8575A" w:rsidRDefault="002161CE" w:rsidP="005F7FE2">
            <w:pPr>
              <w:ind w:left="2"/>
              <w:rPr>
                <w:noProof/>
              </w:rPr>
            </w:pPr>
            <w:r w:rsidRPr="00E8575A">
              <w:rPr>
                <w:noProof/>
              </w:rPr>
              <w:t xml:space="preserve">  </w:t>
            </w:r>
          </w:p>
        </w:tc>
        <w:tc>
          <w:tcPr>
            <w:tcW w:w="3176" w:type="dxa"/>
            <w:tcBorders>
              <w:top w:val="single" w:sz="2" w:space="0" w:color="000000"/>
              <w:left w:val="single" w:sz="4" w:space="0" w:color="000000"/>
              <w:bottom w:val="single" w:sz="2" w:space="0" w:color="000000"/>
              <w:right w:val="single" w:sz="4" w:space="0" w:color="000000"/>
            </w:tcBorders>
            <w:vAlign w:val="center"/>
          </w:tcPr>
          <w:p w14:paraId="26E24551" w14:textId="77777777" w:rsidR="002161CE" w:rsidRPr="00E8575A" w:rsidRDefault="002161CE" w:rsidP="005F7FE2">
            <w:pPr>
              <w:rPr>
                <w:noProof/>
              </w:rPr>
            </w:pPr>
            <w:r w:rsidRPr="00E8575A">
              <w:rPr>
                <w:noProof/>
              </w:rPr>
              <w:t xml:space="preserve">  </w:t>
            </w:r>
          </w:p>
        </w:tc>
      </w:tr>
    </w:tbl>
    <w:p w14:paraId="37EA9D08" w14:textId="77777777" w:rsidR="002161CE" w:rsidRPr="00E8575A" w:rsidRDefault="002161CE" w:rsidP="002161CE">
      <w:pPr>
        <w:spacing w:after="84"/>
        <w:rPr>
          <w:noProof/>
          <w:lang w:val="pl-PL"/>
        </w:rPr>
      </w:pPr>
      <w:r w:rsidRPr="00E8575A">
        <w:rPr>
          <w:noProof/>
          <w:lang w:val="pl-PL"/>
        </w:rPr>
        <w:t xml:space="preserve">  </w:t>
      </w:r>
    </w:p>
    <w:p w14:paraId="3E971033" w14:textId="77777777" w:rsidR="002161CE" w:rsidRPr="00E8575A" w:rsidRDefault="002161CE" w:rsidP="002161CE">
      <w:pPr>
        <w:spacing w:after="91"/>
        <w:ind w:left="-5" w:hanging="10"/>
        <w:rPr>
          <w:noProof/>
          <w:lang w:val="pl-PL"/>
        </w:rPr>
      </w:pPr>
      <w:r w:rsidRPr="00E8575A">
        <w:rPr>
          <w:b/>
          <w:noProof/>
          <w:lang w:val="pl-PL"/>
        </w:rPr>
        <w:t>CZĘŚĆ D - ODBIÓR KOŃCOWY</w:t>
      </w:r>
      <w:r w:rsidRPr="00E8575A">
        <w:rPr>
          <w:noProof/>
          <w:lang w:val="pl-PL"/>
        </w:rPr>
        <w:t xml:space="preserve"> </w:t>
      </w:r>
    </w:p>
    <w:p w14:paraId="44555BA1" w14:textId="77777777" w:rsidR="002161CE" w:rsidRPr="00E8575A" w:rsidRDefault="002161CE" w:rsidP="002161CE">
      <w:pPr>
        <w:spacing w:after="93"/>
        <w:ind w:left="-15"/>
        <w:rPr>
          <w:noProof/>
          <w:lang w:val="pl-PL"/>
        </w:rPr>
      </w:pPr>
      <w:r w:rsidRPr="00E8575A">
        <w:rPr>
          <w:noProof/>
          <w:lang w:val="pl-PL"/>
        </w:rPr>
        <w:t>Stwierdzono terminowe*/nieterminowe* wywiązanie się Wykonawcy z postanowień Umowy w zakresie dostawy i pozostałych czynności objętych protokołem.</w:t>
      </w:r>
    </w:p>
    <w:p w14:paraId="19A906EF" w14:textId="77777777" w:rsidR="002161CE" w:rsidRPr="00E8575A" w:rsidRDefault="002161CE" w:rsidP="002161CE">
      <w:pPr>
        <w:spacing w:after="91"/>
        <w:ind w:left="-15"/>
        <w:rPr>
          <w:noProof/>
          <w:lang w:val="pl-PL"/>
        </w:rPr>
      </w:pPr>
      <w:r w:rsidRPr="00E8575A">
        <w:rPr>
          <w:noProof/>
          <w:lang w:val="pl-PL"/>
        </w:rPr>
        <w:t>Zwłoka Wykonawcy podlegająca naliczeniu kar umownych wynosi .......... dni.</w:t>
      </w:r>
    </w:p>
    <w:p w14:paraId="047BB154" w14:textId="77777777" w:rsidR="002161CE" w:rsidRPr="00E8575A" w:rsidRDefault="002161CE" w:rsidP="002161CE">
      <w:pPr>
        <w:spacing w:after="119"/>
        <w:rPr>
          <w:noProof/>
          <w:lang w:val="pl-PL"/>
        </w:rPr>
      </w:pPr>
      <w:r w:rsidRPr="00E8575A">
        <w:rPr>
          <w:noProof/>
          <w:lang w:val="pl-PL"/>
        </w:rPr>
        <w:t xml:space="preserve">  </w:t>
      </w:r>
    </w:p>
    <w:p w14:paraId="184EA754" w14:textId="77777777" w:rsidR="002161CE" w:rsidRPr="00E8575A" w:rsidRDefault="002161CE" w:rsidP="002161CE">
      <w:pPr>
        <w:tabs>
          <w:tab w:val="center" w:pos="2267"/>
          <w:tab w:val="center" w:pos="6804"/>
        </w:tabs>
        <w:spacing w:after="18"/>
        <w:rPr>
          <w:noProof/>
          <w:lang w:val="pl-PL"/>
        </w:rPr>
      </w:pPr>
      <w:r w:rsidRPr="00E8575A">
        <w:rPr>
          <w:b/>
          <w:noProof/>
          <w:lang w:val="pl-PL"/>
        </w:rPr>
        <w:t>WYKONAWCA</w:t>
      </w:r>
      <w:r w:rsidRPr="00E8575A">
        <w:rPr>
          <w:b/>
          <w:noProof/>
          <w:lang w:val="pl-PL"/>
        </w:rPr>
        <w:tab/>
      </w:r>
      <w:r w:rsidR="002C35A2" w:rsidRPr="00E8575A">
        <w:rPr>
          <w:b/>
          <w:noProof/>
          <w:lang w:val="pl-PL"/>
        </w:rPr>
        <w:t xml:space="preserve">                                                                                                                                                   </w:t>
      </w:r>
      <w:r w:rsidRPr="00E8575A">
        <w:rPr>
          <w:b/>
          <w:noProof/>
          <w:lang w:val="pl-PL"/>
        </w:rPr>
        <w:t>ZAMAWIAJĄCY</w:t>
      </w:r>
    </w:p>
    <w:p w14:paraId="1C7603C1" w14:textId="77777777" w:rsidR="007B2BE4" w:rsidRPr="00E8575A" w:rsidRDefault="002161CE" w:rsidP="00BA4C5E">
      <w:pPr>
        <w:rPr>
          <w:noProof/>
          <w:lang w:val="pl-PL"/>
        </w:rPr>
      </w:pPr>
      <w:r w:rsidRPr="00E8575A">
        <w:rPr>
          <w:noProof/>
          <w:lang w:val="pl-PL"/>
        </w:rPr>
        <w:br w:type="page"/>
      </w:r>
    </w:p>
    <w:p w14:paraId="767ACC77" w14:textId="77777777" w:rsidR="007B2BE4" w:rsidRPr="00E8575A" w:rsidRDefault="002161CE" w:rsidP="00BA4C5E">
      <w:pPr>
        <w:pStyle w:val="MySubtitle"/>
        <w:spacing w:before="0" w:after="0"/>
        <w:rPr>
          <w:noProof/>
          <w:color w:val="auto"/>
          <w:lang w:val="pl-PL"/>
        </w:rPr>
      </w:pPr>
      <w:r w:rsidRPr="00E8575A">
        <w:rPr>
          <w:noProof/>
          <w:lang w:val="pl-PL"/>
        </w:rPr>
        <w:lastRenderedPageBreak/>
        <w:t>Załącznik nr 4 do Umowy</w:t>
      </w:r>
    </w:p>
    <w:p w14:paraId="6002EAC3" w14:textId="77777777" w:rsidR="007B2BE4" w:rsidRPr="00E8575A" w:rsidRDefault="002161CE" w:rsidP="00BA4C5E">
      <w:pPr>
        <w:pStyle w:val="MyTitle"/>
        <w:keepNext/>
        <w:rPr>
          <w:noProof/>
          <w:color w:val="auto"/>
          <w:lang w:val="pl-PL"/>
        </w:rPr>
      </w:pPr>
      <w:r w:rsidRPr="00E8575A">
        <w:rPr>
          <w:noProof/>
          <w:color w:val="auto"/>
          <w:sz w:val="18"/>
          <w:lang w:val="pl-PL"/>
        </w:rPr>
        <w:t>UMOWA POWIERZENIA PRZETWARZANIA DANYCH OSOBOWYCH</w:t>
      </w:r>
    </w:p>
    <w:p w14:paraId="6AF52CA7" w14:textId="77777777" w:rsidR="007B2BE4" w:rsidRPr="00E8575A" w:rsidRDefault="002161CE" w:rsidP="00BA4C5E">
      <w:pPr>
        <w:pStyle w:val="BodyCenter"/>
        <w:rPr>
          <w:noProof/>
          <w:lang w:val="pl-PL"/>
        </w:rPr>
      </w:pPr>
      <w:r w:rsidRPr="00E8575A">
        <w:rPr>
          <w:noProof/>
          <w:lang w:val="pl-PL"/>
        </w:rPr>
        <w:t>zwana dalej „Umową powierzenia”</w:t>
      </w:r>
    </w:p>
    <w:p w14:paraId="5ABEFF7F" w14:textId="77777777" w:rsidR="007B2BE4" w:rsidRPr="00E8575A" w:rsidRDefault="007B2BE4" w:rsidP="00BA4C5E">
      <w:pPr>
        <w:rPr>
          <w:noProof/>
          <w:lang w:val="pl-PL"/>
        </w:rPr>
      </w:pPr>
    </w:p>
    <w:p w14:paraId="6C5C9CA7" w14:textId="77777777" w:rsidR="007B2BE4" w:rsidRPr="00E8575A" w:rsidRDefault="002161CE" w:rsidP="00BA4C5E">
      <w:pPr>
        <w:rPr>
          <w:noProof/>
          <w:lang w:val="pl-PL"/>
        </w:rPr>
      </w:pPr>
      <w:r w:rsidRPr="00E8575A">
        <w:rPr>
          <w:noProof/>
          <w:lang w:val="pl-PL"/>
        </w:rPr>
        <w:t>zawarta pomiędzy Stronami Umowy głównej dotyczącej realizacji dostawy urządzeń lub wyposażenia objętych Częścią nr … zamówienia, zwanej dalej „Umową główną”.</w:t>
      </w:r>
    </w:p>
    <w:p w14:paraId="37F293A0" w14:textId="77777777" w:rsidR="007B2BE4" w:rsidRPr="00E8575A" w:rsidRDefault="002161CE" w:rsidP="00BA4C5E">
      <w:pPr>
        <w:rPr>
          <w:noProof/>
          <w:lang w:val="pl-PL"/>
        </w:rPr>
      </w:pPr>
      <w:r w:rsidRPr="00E8575A">
        <w:rPr>
          <w:noProof/>
          <w:lang w:val="pl-PL"/>
        </w:rPr>
        <w:t>Niniejsza Umowa powierzenia określa zasady przetwarzania danych osobowych przez Wykonawcę w związku z realizacją czynności serwisowych, naprawczych, diagnostycznych, przeglądowych lub innych czynności technicznych wykonywanych na podstawie Umowy głównej.</w:t>
      </w:r>
    </w:p>
    <w:p w14:paraId="70163CC2" w14:textId="77777777" w:rsidR="007B2BE4" w:rsidRPr="00E8575A" w:rsidRDefault="002161CE" w:rsidP="00BA4C5E">
      <w:pPr>
        <w:pStyle w:val="MyHeading"/>
        <w:keepNext/>
        <w:rPr>
          <w:noProof/>
          <w:color w:val="auto"/>
          <w:lang w:val="pl-PL"/>
        </w:rPr>
      </w:pPr>
      <w:r w:rsidRPr="00E8575A">
        <w:rPr>
          <w:noProof/>
          <w:color w:val="auto"/>
          <w:lang w:val="pl-PL"/>
        </w:rPr>
        <w:t>§ 1</w:t>
      </w:r>
    </w:p>
    <w:p w14:paraId="2025E44D" w14:textId="77777777" w:rsidR="007B2BE4" w:rsidRPr="00E8575A" w:rsidRDefault="002161CE" w:rsidP="00BA4C5E">
      <w:pPr>
        <w:pStyle w:val="MyHeading"/>
        <w:spacing w:before="0"/>
        <w:rPr>
          <w:noProof/>
          <w:color w:val="auto"/>
          <w:lang w:val="pl-PL"/>
        </w:rPr>
      </w:pPr>
      <w:r w:rsidRPr="00E8575A">
        <w:rPr>
          <w:noProof/>
          <w:color w:val="auto"/>
          <w:lang w:val="pl-PL"/>
        </w:rPr>
        <w:t>Przedmiot i charakter powierzenia</w:t>
      </w:r>
    </w:p>
    <w:p w14:paraId="68B42155" w14:textId="77777777" w:rsidR="007B2BE4" w:rsidRPr="00E8575A" w:rsidRDefault="002161CE" w:rsidP="002161CE">
      <w:pPr>
        <w:numPr>
          <w:ilvl w:val="0"/>
          <w:numId w:val="12"/>
        </w:numPr>
        <w:ind w:hanging="360"/>
        <w:rPr>
          <w:noProof/>
          <w:lang w:val="pl-PL"/>
        </w:rPr>
      </w:pPr>
      <w:r w:rsidRPr="00E8575A">
        <w:rPr>
          <w:noProof/>
          <w:lang w:val="pl-PL"/>
        </w:rPr>
        <w:t>Zamawiający, jako administrator danych osobowych w rozumieniu przepisów o ochronie danych osobowych, powierza Wykonawcy do przetwarzania dane osobowe wyłącznie w zakresie i celu niezbędnym do wykonania Umowy głównej.</w:t>
      </w:r>
    </w:p>
    <w:p w14:paraId="616F9F08" w14:textId="77777777" w:rsidR="007B2BE4" w:rsidRPr="00E8575A" w:rsidRDefault="002161CE" w:rsidP="002161CE">
      <w:pPr>
        <w:numPr>
          <w:ilvl w:val="0"/>
          <w:numId w:val="12"/>
        </w:numPr>
        <w:ind w:hanging="360"/>
        <w:rPr>
          <w:noProof/>
          <w:lang w:val="pl-PL"/>
        </w:rPr>
      </w:pPr>
      <w:r w:rsidRPr="00E8575A">
        <w:rPr>
          <w:noProof/>
          <w:lang w:val="pl-PL"/>
        </w:rPr>
        <w:t>Powierzenie obejmuje wyłącznie czynności, które mogą wymagać dostępu do danych osobowych, w szczególności:</w:t>
      </w:r>
    </w:p>
    <w:p w14:paraId="1234D7FE" w14:textId="77777777" w:rsidR="007B2BE4" w:rsidRPr="00E8575A" w:rsidRDefault="002161CE" w:rsidP="002161CE">
      <w:pPr>
        <w:numPr>
          <w:ilvl w:val="1"/>
          <w:numId w:val="12"/>
        </w:numPr>
        <w:ind w:hanging="360"/>
        <w:rPr>
          <w:noProof/>
          <w:lang w:val="pl-PL"/>
        </w:rPr>
      </w:pPr>
      <w:r w:rsidRPr="00E8575A">
        <w:rPr>
          <w:noProof/>
          <w:lang w:val="pl-PL"/>
        </w:rPr>
        <w:t>diagnostykę usterek, czynności serwisowe i naprawcze;</w:t>
      </w:r>
    </w:p>
    <w:p w14:paraId="104ED5D6" w14:textId="77777777" w:rsidR="007B2BE4" w:rsidRPr="00E8575A" w:rsidRDefault="002161CE" w:rsidP="002161CE">
      <w:pPr>
        <w:numPr>
          <w:ilvl w:val="1"/>
          <w:numId w:val="12"/>
        </w:numPr>
        <w:ind w:hanging="360"/>
        <w:rPr>
          <w:noProof/>
          <w:lang w:val="pl-PL"/>
        </w:rPr>
      </w:pPr>
      <w:r w:rsidRPr="00E8575A">
        <w:rPr>
          <w:noProof/>
          <w:lang w:val="pl-PL"/>
        </w:rPr>
        <w:t>przeglądy techniczne i aktualizacje oprogramowania urządzeń;</w:t>
      </w:r>
    </w:p>
    <w:p w14:paraId="3B6E2CD0" w14:textId="77777777" w:rsidR="007B2BE4" w:rsidRPr="00E8575A" w:rsidRDefault="002161CE" w:rsidP="002161CE">
      <w:pPr>
        <w:numPr>
          <w:ilvl w:val="1"/>
          <w:numId w:val="12"/>
        </w:numPr>
        <w:ind w:hanging="360"/>
        <w:rPr>
          <w:noProof/>
          <w:lang w:val="pl-PL"/>
        </w:rPr>
      </w:pPr>
      <w:r w:rsidRPr="00E8575A">
        <w:rPr>
          <w:noProof/>
          <w:lang w:val="pl-PL"/>
        </w:rPr>
        <w:t>zdalne wsparcie techniczne, jeżeli zostanie dopuszczone przez Zamawiającego;</w:t>
      </w:r>
    </w:p>
    <w:p w14:paraId="0CB9F8A3" w14:textId="77777777" w:rsidR="007B2BE4" w:rsidRPr="00E8575A" w:rsidRDefault="002161CE" w:rsidP="002161CE">
      <w:pPr>
        <w:numPr>
          <w:ilvl w:val="1"/>
          <w:numId w:val="12"/>
        </w:numPr>
        <w:ind w:hanging="360"/>
        <w:rPr>
          <w:noProof/>
          <w:lang w:val="pl-PL"/>
        </w:rPr>
      </w:pPr>
      <w:r w:rsidRPr="00E8575A">
        <w:rPr>
          <w:noProof/>
          <w:lang w:val="pl-PL"/>
        </w:rPr>
        <w:t>odtworzenie prawidłowego działania urządzeń lub systemów współpracujących, jeżeli bez dostępu do danych nie jest to możliwe.</w:t>
      </w:r>
    </w:p>
    <w:p w14:paraId="55844D38" w14:textId="77777777" w:rsidR="007B2BE4" w:rsidRPr="00E8575A" w:rsidRDefault="002161CE" w:rsidP="002161CE">
      <w:pPr>
        <w:numPr>
          <w:ilvl w:val="0"/>
          <w:numId w:val="12"/>
        </w:numPr>
        <w:ind w:hanging="360"/>
        <w:rPr>
          <w:noProof/>
          <w:lang w:val="pl-PL"/>
        </w:rPr>
      </w:pPr>
      <w:r w:rsidRPr="00E8575A">
        <w:rPr>
          <w:noProof/>
          <w:lang w:val="pl-PL"/>
        </w:rPr>
        <w:t>Wykonawca będzie przetwarzał dane osobowe wyłącznie na udokumentowane polecenie Zamawiającego, chyba że obowiązek przetwarzania wynika z przepisu prawa Unii Europejskiej lub prawa polskiego; w takim przypadku Wykonawca informuje o tym Zamawiającego przed rozpoczęciem przetwarzania, o ile prawo nie zabrania udzielenia takiej informacji.</w:t>
      </w:r>
    </w:p>
    <w:p w14:paraId="4F934C89" w14:textId="77777777" w:rsidR="007B2BE4" w:rsidRPr="00E8575A" w:rsidRDefault="002161CE" w:rsidP="002161CE">
      <w:pPr>
        <w:numPr>
          <w:ilvl w:val="0"/>
          <w:numId w:val="12"/>
        </w:numPr>
        <w:ind w:hanging="360"/>
        <w:rPr>
          <w:noProof/>
          <w:lang w:val="pl-PL"/>
        </w:rPr>
      </w:pPr>
      <w:r w:rsidRPr="00E8575A">
        <w:rPr>
          <w:noProof/>
          <w:lang w:val="pl-PL"/>
        </w:rPr>
        <w:t>Powierzenie ma charakter incydentalny, pomocniczy i techniczny względem Umowy głównej; Wykonawca nie jest uprawniony do wykorzystywania danych dla własnych celów.</w:t>
      </w:r>
    </w:p>
    <w:p w14:paraId="60EC12E3" w14:textId="77777777" w:rsidR="007B2BE4" w:rsidRPr="00E8575A" w:rsidRDefault="002161CE" w:rsidP="002161CE">
      <w:pPr>
        <w:pStyle w:val="MyHeading"/>
        <w:keepNext/>
        <w:ind w:hanging="360"/>
        <w:rPr>
          <w:noProof/>
          <w:color w:val="auto"/>
          <w:lang w:val="pl-PL"/>
        </w:rPr>
      </w:pPr>
      <w:r w:rsidRPr="00E8575A">
        <w:rPr>
          <w:noProof/>
          <w:color w:val="auto"/>
          <w:lang w:val="pl-PL"/>
        </w:rPr>
        <w:t>§ 2</w:t>
      </w:r>
    </w:p>
    <w:p w14:paraId="5B9D769D" w14:textId="77777777" w:rsidR="007B2BE4" w:rsidRPr="00E8575A" w:rsidRDefault="002161CE" w:rsidP="002161CE">
      <w:pPr>
        <w:pStyle w:val="MyHeading"/>
        <w:spacing w:before="0"/>
        <w:ind w:hanging="360"/>
        <w:rPr>
          <w:noProof/>
          <w:color w:val="auto"/>
          <w:lang w:val="pl-PL"/>
        </w:rPr>
      </w:pPr>
      <w:r w:rsidRPr="00E8575A">
        <w:rPr>
          <w:noProof/>
          <w:color w:val="auto"/>
          <w:lang w:val="pl-PL"/>
        </w:rPr>
        <w:t>Zakres danych, kategorie osób i czas przetwarzania</w:t>
      </w:r>
    </w:p>
    <w:p w14:paraId="42DC514F" w14:textId="77777777" w:rsidR="007B2BE4" w:rsidRPr="00E8575A" w:rsidRDefault="002161CE" w:rsidP="002161CE">
      <w:pPr>
        <w:numPr>
          <w:ilvl w:val="0"/>
          <w:numId w:val="13"/>
        </w:numPr>
        <w:ind w:hanging="360"/>
        <w:rPr>
          <w:noProof/>
          <w:lang w:val="pl-PL"/>
        </w:rPr>
      </w:pPr>
      <w:r w:rsidRPr="00E8575A">
        <w:rPr>
          <w:noProof/>
          <w:lang w:val="pl-PL"/>
        </w:rPr>
        <w:t>Powierzenie może obejmować dane osobowe w zakresie niezbędnym do realizacji Umowy głównej, w szczególności:</w:t>
      </w:r>
    </w:p>
    <w:p w14:paraId="1928093C" w14:textId="77777777" w:rsidR="007B2BE4" w:rsidRPr="00E8575A" w:rsidRDefault="002161CE" w:rsidP="002161CE">
      <w:pPr>
        <w:numPr>
          <w:ilvl w:val="1"/>
          <w:numId w:val="13"/>
        </w:numPr>
        <w:ind w:hanging="360"/>
        <w:rPr>
          <w:noProof/>
          <w:lang w:val="pl-PL"/>
        </w:rPr>
      </w:pPr>
      <w:r w:rsidRPr="00E8575A">
        <w:rPr>
          <w:noProof/>
          <w:lang w:val="pl-PL"/>
        </w:rPr>
        <w:t>dane identyfikacyjne pacjentów, przedstawicieli ustawowych lub opiekunów;</w:t>
      </w:r>
    </w:p>
    <w:p w14:paraId="2FF70BDA" w14:textId="77777777" w:rsidR="007B2BE4" w:rsidRPr="00E8575A" w:rsidRDefault="002161CE" w:rsidP="002161CE">
      <w:pPr>
        <w:numPr>
          <w:ilvl w:val="1"/>
          <w:numId w:val="13"/>
        </w:numPr>
        <w:ind w:hanging="360"/>
        <w:rPr>
          <w:noProof/>
          <w:lang w:val="pl-PL"/>
        </w:rPr>
      </w:pPr>
      <w:r w:rsidRPr="00E8575A">
        <w:rPr>
          <w:noProof/>
          <w:lang w:val="pl-PL"/>
        </w:rPr>
        <w:t>dane identyfikacyjne oraz kontaktowe personelu medycznego, technicznego i administracyjnego Zamawiającego;</w:t>
      </w:r>
    </w:p>
    <w:p w14:paraId="338E87DB" w14:textId="77777777" w:rsidR="007B2BE4" w:rsidRPr="00E8575A" w:rsidRDefault="002161CE" w:rsidP="002161CE">
      <w:pPr>
        <w:numPr>
          <w:ilvl w:val="1"/>
          <w:numId w:val="13"/>
        </w:numPr>
        <w:ind w:hanging="360"/>
        <w:rPr>
          <w:noProof/>
          <w:lang w:val="pl-PL"/>
        </w:rPr>
      </w:pPr>
      <w:r w:rsidRPr="00E8575A">
        <w:rPr>
          <w:noProof/>
          <w:lang w:val="pl-PL"/>
        </w:rPr>
        <w:t>dane zawarte w obrazach diagnostycznych, opisach badań, metadanych, logach systemowych lub dokumentacji technicznej – o ile dostęp do nich okaże się niezbędny do wykonania czynności serwisowych.</w:t>
      </w:r>
    </w:p>
    <w:p w14:paraId="7DFEB858" w14:textId="77777777" w:rsidR="007B2BE4" w:rsidRPr="00E8575A" w:rsidRDefault="002161CE" w:rsidP="002161CE">
      <w:pPr>
        <w:numPr>
          <w:ilvl w:val="0"/>
          <w:numId w:val="13"/>
        </w:numPr>
        <w:ind w:hanging="360"/>
        <w:rPr>
          <w:noProof/>
          <w:lang w:val="pl-PL"/>
        </w:rPr>
      </w:pPr>
      <w:r w:rsidRPr="00E8575A">
        <w:rPr>
          <w:noProof/>
          <w:lang w:val="pl-PL"/>
        </w:rPr>
        <w:t>Kategorie osób, których dane mogą dotyczyć, obejmują w szczególności:</w:t>
      </w:r>
    </w:p>
    <w:p w14:paraId="2FF2F55E" w14:textId="77777777" w:rsidR="007B2BE4" w:rsidRPr="00E8575A" w:rsidRDefault="002161CE" w:rsidP="002161CE">
      <w:pPr>
        <w:numPr>
          <w:ilvl w:val="1"/>
          <w:numId w:val="13"/>
        </w:numPr>
        <w:ind w:hanging="360"/>
        <w:rPr>
          <w:noProof/>
          <w:lang w:val="pl-PL"/>
        </w:rPr>
      </w:pPr>
      <w:r w:rsidRPr="00E8575A">
        <w:rPr>
          <w:noProof/>
          <w:lang w:val="pl-PL"/>
        </w:rPr>
        <w:t>pacjentów Zamawiającego;</w:t>
      </w:r>
    </w:p>
    <w:p w14:paraId="16BBD21F" w14:textId="77777777" w:rsidR="007B2BE4" w:rsidRPr="00E8575A" w:rsidRDefault="002161CE" w:rsidP="002161CE">
      <w:pPr>
        <w:numPr>
          <w:ilvl w:val="1"/>
          <w:numId w:val="13"/>
        </w:numPr>
        <w:ind w:hanging="360"/>
        <w:rPr>
          <w:noProof/>
          <w:lang w:val="pl-PL"/>
        </w:rPr>
      </w:pPr>
      <w:r w:rsidRPr="00E8575A">
        <w:rPr>
          <w:noProof/>
          <w:lang w:val="pl-PL"/>
        </w:rPr>
        <w:t>personel medyczny, techniczny i administracyjny Zamawiającego;</w:t>
      </w:r>
    </w:p>
    <w:p w14:paraId="3E78A0DD" w14:textId="77777777" w:rsidR="007B2BE4" w:rsidRPr="00E8575A" w:rsidRDefault="002161CE" w:rsidP="002161CE">
      <w:pPr>
        <w:numPr>
          <w:ilvl w:val="1"/>
          <w:numId w:val="13"/>
        </w:numPr>
        <w:ind w:hanging="360"/>
        <w:rPr>
          <w:noProof/>
          <w:lang w:val="pl-PL"/>
        </w:rPr>
      </w:pPr>
      <w:r w:rsidRPr="00E8575A">
        <w:rPr>
          <w:noProof/>
          <w:lang w:val="pl-PL"/>
        </w:rPr>
        <w:t>inne osoby, których dane mogą znajdować się incydentalnie w systemach lub urządzeniach objętych serwisem.</w:t>
      </w:r>
    </w:p>
    <w:p w14:paraId="34C02191" w14:textId="77777777" w:rsidR="007B2BE4" w:rsidRPr="00E8575A" w:rsidRDefault="002161CE" w:rsidP="002161CE">
      <w:pPr>
        <w:numPr>
          <w:ilvl w:val="0"/>
          <w:numId w:val="13"/>
        </w:numPr>
        <w:ind w:hanging="360"/>
        <w:rPr>
          <w:noProof/>
          <w:lang w:val="pl-PL"/>
        </w:rPr>
      </w:pPr>
      <w:r w:rsidRPr="00E8575A">
        <w:rPr>
          <w:noProof/>
          <w:lang w:val="pl-PL"/>
        </w:rPr>
        <w:t>Dane mogą obejmować zarówno dane zwykłe, jak i – w minimalnym niezbędnym zakresie – szczególne kategorie danych osobowych, w tym dane dotyczące zdrowia, jeżeli znajdują się w serwisowanych urządzeniach, nośnikach, systemach lub ich kopiach technicznych.</w:t>
      </w:r>
    </w:p>
    <w:p w14:paraId="49D48500" w14:textId="77777777" w:rsidR="007B2BE4" w:rsidRPr="00E8575A" w:rsidRDefault="002161CE" w:rsidP="002161CE">
      <w:pPr>
        <w:numPr>
          <w:ilvl w:val="0"/>
          <w:numId w:val="13"/>
        </w:numPr>
        <w:ind w:hanging="360"/>
        <w:rPr>
          <w:noProof/>
          <w:lang w:val="pl-PL"/>
        </w:rPr>
      </w:pPr>
      <w:r w:rsidRPr="00E8575A">
        <w:rPr>
          <w:noProof/>
          <w:lang w:val="pl-PL"/>
        </w:rPr>
        <w:t>Powierzenie następuje na okres obowiązywania Umowy głównej, a po jej zakończeniu do czasu wykonania wszystkich obowiązków wynikających z niniejszej Umowy powierzenia.</w:t>
      </w:r>
    </w:p>
    <w:p w14:paraId="78FF3C38" w14:textId="77777777" w:rsidR="007B2BE4" w:rsidRPr="00E8575A" w:rsidRDefault="002161CE" w:rsidP="002161CE">
      <w:pPr>
        <w:pStyle w:val="MyHeading"/>
        <w:keepNext/>
        <w:ind w:hanging="360"/>
        <w:rPr>
          <w:noProof/>
          <w:color w:val="auto"/>
          <w:lang w:val="pl-PL"/>
        </w:rPr>
      </w:pPr>
      <w:r w:rsidRPr="00E8575A">
        <w:rPr>
          <w:noProof/>
          <w:color w:val="auto"/>
          <w:lang w:val="pl-PL"/>
        </w:rPr>
        <w:t>§ 3</w:t>
      </w:r>
    </w:p>
    <w:p w14:paraId="72B62DC5" w14:textId="77777777" w:rsidR="007B2BE4" w:rsidRPr="00E8575A" w:rsidRDefault="002161CE" w:rsidP="002161CE">
      <w:pPr>
        <w:pStyle w:val="MyHeading"/>
        <w:spacing w:before="0"/>
        <w:ind w:hanging="360"/>
        <w:rPr>
          <w:noProof/>
          <w:color w:val="auto"/>
          <w:lang w:val="pl-PL"/>
        </w:rPr>
      </w:pPr>
      <w:r w:rsidRPr="00E8575A">
        <w:rPr>
          <w:noProof/>
          <w:color w:val="auto"/>
          <w:lang w:val="pl-PL"/>
        </w:rPr>
        <w:t>Obowiązki Wykonawcy jako podmiotu przetwarzającego</w:t>
      </w:r>
    </w:p>
    <w:p w14:paraId="5206E177" w14:textId="77777777" w:rsidR="007B2BE4" w:rsidRPr="00E8575A" w:rsidRDefault="002161CE" w:rsidP="002161CE">
      <w:pPr>
        <w:numPr>
          <w:ilvl w:val="0"/>
          <w:numId w:val="14"/>
        </w:numPr>
        <w:ind w:hanging="360"/>
        <w:rPr>
          <w:noProof/>
          <w:lang w:val="pl-PL"/>
        </w:rPr>
      </w:pPr>
      <w:r w:rsidRPr="00E8575A">
        <w:rPr>
          <w:noProof/>
          <w:lang w:val="pl-PL"/>
        </w:rPr>
        <w:t>Wykonawca zobowiązuje się przetwarzać dane osobowe z zachowaniem należytej staranności, zgodnie z przepisami o ochronie danych osobowych, zasadami bezpieczeństwa informacji oraz postanowieniami niniejszej Umowy powierzenia.</w:t>
      </w:r>
    </w:p>
    <w:p w14:paraId="6D0478A8" w14:textId="77777777" w:rsidR="007B2BE4" w:rsidRPr="00E8575A" w:rsidRDefault="002161CE" w:rsidP="002161CE">
      <w:pPr>
        <w:numPr>
          <w:ilvl w:val="0"/>
          <w:numId w:val="14"/>
        </w:numPr>
        <w:ind w:hanging="360"/>
        <w:rPr>
          <w:noProof/>
          <w:lang w:val="pl-PL"/>
        </w:rPr>
      </w:pPr>
      <w:r w:rsidRPr="00E8575A">
        <w:rPr>
          <w:noProof/>
          <w:lang w:val="pl-PL"/>
        </w:rPr>
        <w:t>Wykonawca zobowiązuje się w szczególności do:</w:t>
      </w:r>
    </w:p>
    <w:p w14:paraId="5F95AA7C" w14:textId="77777777" w:rsidR="007B2BE4" w:rsidRPr="00E8575A" w:rsidRDefault="002161CE" w:rsidP="002161CE">
      <w:pPr>
        <w:numPr>
          <w:ilvl w:val="1"/>
          <w:numId w:val="14"/>
        </w:numPr>
        <w:ind w:hanging="360"/>
        <w:rPr>
          <w:noProof/>
          <w:lang w:val="pl-PL"/>
        </w:rPr>
      </w:pPr>
      <w:r w:rsidRPr="00E8575A">
        <w:rPr>
          <w:noProof/>
          <w:lang w:val="pl-PL"/>
        </w:rPr>
        <w:t>dopuszczenia do przetwarzania wyłącznie osób posiadających imienne upoważnienia lub inny równoważny tytuł wewnętrzny oraz zobowiązanych do zachowania poufności;</w:t>
      </w:r>
    </w:p>
    <w:p w14:paraId="0BBA2ECB" w14:textId="77777777" w:rsidR="007B2BE4" w:rsidRPr="00E8575A" w:rsidRDefault="002161CE" w:rsidP="002161CE">
      <w:pPr>
        <w:numPr>
          <w:ilvl w:val="1"/>
          <w:numId w:val="14"/>
        </w:numPr>
        <w:ind w:hanging="360"/>
        <w:rPr>
          <w:noProof/>
          <w:lang w:val="pl-PL"/>
        </w:rPr>
      </w:pPr>
      <w:r w:rsidRPr="00E8575A">
        <w:rPr>
          <w:noProof/>
          <w:lang w:val="pl-PL"/>
        </w:rPr>
        <w:t>zapewnienia, aby osoby upoważnione przetwarzały dane wyłącznie w zakresie niezbędnym do realizacji powierzonych czynności;</w:t>
      </w:r>
    </w:p>
    <w:p w14:paraId="00A1C9C3" w14:textId="77777777" w:rsidR="007B2BE4" w:rsidRPr="00E8575A" w:rsidRDefault="002161CE" w:rsidP="002161CE">
      <w:pPr>
        <w:numPr>
          <w:ilvl w:val="1"/>
          <w:numId w:val="14"/>
        </w:numPr>
        <w:ind w:hanging="360"/>
        <w:rPr>
          <w:noProof/>
          <w:lang w:val="pl-PL"/>
        </w:rPr>
      </w:pPr>
      <w:r w:rsidRPr="00E8575A">
        <w:rPr>
          <w:noProof/>
          <w:lang w:val="pl-PL"/>
        </w:rPr>
        <w:t>prowadzenia dokumentacji wewnętrznej wymaganej przepisami prawa lub adekwatnej do zakresu wykonywanych czynności;</w:t>
      </w:r>
    </w:p>
    <w:p w14:paraId="59C5F12A" w14:textId="77777777" w:rsidR="007B2BE4" w:rsidRPr="00E8575A" w:rsidRDefault="002161CE" w:rsidP="002161CE">
      <w:pPr>
        <w:numPr>
          <w:ilvl w:val="1"/>
          <w:numId w:val="14"/>
        </w:numPr>
        <w:ind w:hanging="360"/>
        <w:rPr>
          <w:noProof/>
          <w:lang w:val="pl-PL"/>
        </w:rPr>
      </w:pPr>
      <w:r w:rsidRPr="00E8575A">
        <w:rPr>
          <w:noProof/>
          <w:lang w:val="pl-PL"/>
        </w:rPr>
        <w:t>stosowania zasady minimalizacji danych oraz zasady ograniczenia dostępu;</w:t>
      </w:r>
    </w:p>
    <w:p w14:paraId="19C1C25C" w14:textId="77777777" w:rsidR="007B2BE4" w:rsidRPr="00E8575A" w:rsidRDefault="002161CE" w:rsidP="002161CE">
      <w:pPr>
        <w:numPr>
          <w:ilvl w:val="1"/>
          <w:numId w:val="14"/>
        </w:numPr>
        <w:ind w:hanging="360"/>
        <w:rPr>
          <w:noProof/>
          <w:lang w:val="pl-PL"/>
        </w:rPr>
      </w:pPr>
      <w:r w:rsidRPr="00E8575A">
        <w:rPr>
          <w:noProof/>
          <w:lang w:val="pl-PL"/>
        </w:rPr>
        <w:t>niekopiowania danych i nieutrwalania ich poza systemami lub nośnikami dopuszczonymi przez Zamawiającego, chyba że jest to niezbędne do wykonania udokumentowanego polecenia Zamawiającego;</w:t>
      </w:r>
    </w:p>
    <w:p w14:paraId="394A0A28" w14:textId="77777777" w:rsidR="007B2BE4" w:rsidRPr="00E8575A" w:rsidRDefault="002161CE" w:rsidP="002161CE">
      <w:pPr>
        <w:numPr>
          <w:ilvl w:val="0"/>
          <w:numId w:val="14"/>
        </w:numPr>
        <w:ind w:hanging="360"/>
        <w:rPr>
          <w:noProof/>
          <w:lang w:val="pl-PL"/>
        </w:rPr>
      </w:pPr>
      <w:r w:rsidRPr="00E8575A">
        <w:rPr>
          <w:noProof/>
          <w:lang w:val="pl-PL"/>
        </w:rPr>
        <w:t>Wykonawca niezwłocznie informuje Zamawiającego, jeżeli jego zdaniem wydane polecenie narusza przepisy o ochronie danych osobowych.</w:t>
      </w:r>
    </w:p>
    <w:p w14:paraId="687465FD" w14:textId="77777777" w:rsidR="007B2BE4" w:rsidRPr="00E8575A" w:rsidRDefault="002161CE" w:rsidP="002161CE">
      <w:pPr>
        <w:pStyle w:val="MyHeading"/>
        <w:keepNext/>
        <w:ind w:hanging="360"/>
        <w:rPr>
          <w:noProof/>
          <w:color w:val="auto"/>
          <w:lang w:val="pl-PL"/>
        </w:rPr>
      </w:pPr>
      <w:r w:rsidRPr="00E8575A">
        <w:rPr>
          <w:noProof/>
          <w:color w:val="auto"/>
          <w:lang w:val="pl-PL"/>
        </w:rPr>
        <w:t>§ 4</w:t>
      </w:r>
    </w:p>
    <w:p w14:paraId="5479835C" w14:textId="77777777" w:rsidR="007B2BE4" w:rsidRPr="00E8575A" w:rsidRDefault="002161CE" w:rsidP="002161CE">
      <w:pPr>
        <w:pStyle w:val="MyHeading"/>
        <w:spacing w:before="0"/>
        <w:ind w:hanging="360"/>
        <w:rPr>
          <w:noProof/>
          <w:color w:val="auto"/>
          <w:lang w:val="pl-PL"/>
        </w:rPr>
      </w:pPr>
      <w:r w:rsidRPr="00E8575A">
        <w:rPr>
          <w:noProof/>
          <w:color w:val="auto"/>
          <w:lang w:val="pl-PL"/>
        </w:rPr>
        <w:t>Środki techniczne i organizacyjne</w:t>
      </w:r>
    </w:p>
    <w:p w14:paraId="54B14234" w14:textId="77777777" w:rsidR="007B2BE4" w:rsidRPr="00E8575A" w:rsidRDefault="002161CE" w:rsidP="002161CE">
      <w:pPr>
        <w:numPr>
          <w:ilvl w:val="0"/>
          <w:numId w:val="15"/>
        </w:numPr>
        <w:ind w:hanging="360"/>
        <w:rPr>
          <w:noProof/>
          <w:lang w:val="pl-PL"/>
        </w:rPr>
      </w:pPr>
      <w:r w:rsidRPr="00E8575A">
        <w:rPr>
          <w:noProof/>
          <w:lang w:val="pl-PL"/>
        </w:rPr>
        <w:t>Wykonawca wdroży i będzie stosował odpowiednie środki techniczne i organizacyjne zapewniające stopień bezpieczeństwa odpowiadający ryzyku naruszenia praw lub wolności osób, których dane dotyczą, z uwzględnieniem stanu wiedzy technicznej, kosztu wdrożenia, charakteru, zakresu, kontekstu i celów przetwarzania.</w:t>
      </w:r>
    </w:p>
    <w:p w14:paraId="2F45A04E" w14:textId="77777777" w:rsidR="007B2BE4" w:rsidRPr="00E8575A" w:rsidRDefault="002161CE" w:rsidP="002161CE">
      <w:pPr>
        <w:numPr>
          <w:ilvl w:val="0"/>
          <w:numId w:val="15"/>
        </w:numPr>
        <w:ind w:hanging="360"/>
        <w:rPr>
          <w:noProof/>
          <w:lang w:val="pl-PL"/>
        </w:rPr>
      </w:pPr>
      <w:r w:rsidRPr="00E8575A">
        <w:rPr>
          <w:noProof/>
          <w:lang w:val="pl-PL"/>
        </w:rPr>
        <w:t>Środki, o których mowa w ust. 1, obejmują co najmniej:</w:t>
      </w:r>
    </w:p>
    <w:p w14:paraId="1D239AE4" w14:textId="77777777" w:rsidR="007B2BE4" w:rsidRPr="00E8575A" w:rsidRDefault="002161CE" w:rsidP="002161CE">
      <w:pPr>
        <w:numPr>
          <w:ilvl w:val="1"/>
          <w:numId w:val="15"/>
        </w:numPr>
        <w:ind w:hanging="360"/>
        <w:rPr>
          <w:noProof/>
          <w:lang w:val="pl-PL"/>
        </w:rPr>
      </w:pPr>
      <w:r w:rsidRPr="00E8575A">
        <w:rPr>
          <w:noProof/>
          <w:lang w:val="pl-PL"/>
        </w:rPr>
        <w:t>kontrolę dostępu do urządzeń, systemów i pomieszczeń, w których przetwarzane są dane;</w:t>
      </w:r>
    </w:p>
    <w:p w14:paraId="79F9EC66" w14:textId="77777777" w:rsidR="007B2BE4" w:rsidRPr="00E8575A" w:rsidRDefault="002161CE" w:rsidP="002161CE">
      <w:pPr>
        <w:numPr>
          <w:ilvl w:val="1"/>
          <w:numId w:val="15"/>
        </w:numPr>
        <w:ind w:hanging="360"/>
        <w:rPr>
          <w:noProof/>
          <w:lang w:val="pl-PL"/>
        </w:rPr>
      </w:pPr>
      <w:r w:rsidRPr="00E8575A">
        <w:rPr>
          <w:noProof/>
          <w:lang w:val="pl-PL"/>
        </w:rPr>
        <w:t>stosowanie indywidualnych identyfikatorów oraz mechanizmów uwierzytelniania osób dopuszczonych do przetwarzania;</w:t>
      </w:r>
    </w:p>
    <w:p w14:paraId="03EF0184" w14:textId="77777777" w:rsidR="007B2BE4" w:rsidRPr="00E8575A" w:rsidRDefault="002161CE" w:rsidP="002161CE">
      <w:pPr>
        <w:numPr>
          <w:ilvl w:val="1"/>
          <w:numId w:val="15"/>
        </w:numPr>
        <w:ind w:hanging="360"/>
        <w:rPr>
          <w:noProof/>
          <w:lang w:val="pl-PL"/>
        </w:rPr>
      </w:pPr>
      <w:r w:rsidRPr="00E8575A">
        <w:rPr>
          <w:noProof/>
          <w:lang w:val="pl-PL"/>
        </w:rPr>
        <w:lastRenderedPageBreak/>
        <w:t>ochronę stacji serwisowych, nośników i laptopów serwisowych przed dostępem osób nieuprawnionych;</w:t>
      </w:r>
    </w:p>
    <w:p w14:paraId="0319CD32" w14:textId="77777777" w:rsidR="007B2BE4" w:rsidRPr="00E8575A" w:rsidRDefault="002161CE" w:rsidP="002161CE">
      <w:pPr>
        <w:numPr>
          <w:ilvl w:val="1"/>
          <w:numId w:val="15"/>
        </w:numPr>
        <w:ind w:hanging="360"/>
        <w:rPr>
          <w:noProof/>
          <w:lang w:val="pl-PL"/>
        </w:rPr>
      </w:pPr>
      <w:r w:rsidRPr="00E8575A">
        <w:rPr>
          <w:noProof/>
          <w:lang w:val="pl-PL"/>
        </w:rPr>
        <w:t>szyfrowanie nośników lub danych, jeżeli są one przenoszone poza urządzenie lub system Zamawiającego za jego zgodą;</w:t>
      </w:r>
    </w:p>
    <w:p w14:paraId="0FE19909" w14:textId="77777777" w:rsidR="007B2BE4" w:rsidRPr="00E8575A" w:rsidRDefault="002161CE" w:rsidP="002161CE">
      <w:pPr>
        <w:numPr>
          <w:ilvl w:val="1"/>
          <w:numId w:val="15"/>
        </w:numPr>
        <w:ind w:hanging="360"/>
        <w:rPr>
          <w:noProof/>
          <w:lang w:val="pl-PL"/>
        </w:rPr>
      </w:pPr>
      <w:r w:rsidRPr="00E8575A">
        <w:rPr>
          <w:noProof/>
          <w:lang w:val="pl-PL"/>
        </w:rPr>
        <w:t>zapewnienie rozliczalności wykonanych czynności serwisowych i zdalnych sesji dostępowych;</w:t>
      </w:r>
    </w:p>
    <w:p w14:paraId="5CB8A5A4" w14:textId="77777777" w:rsidR="007B2BE4" w:rsidRPr="00E8575A" w:rsidRDefault="002161CE" w:rsidP="002161CE">
      <w:pPr>
        <w:numPr>
          <w:ilvl w:val="1"/>
          <w:numId w:val="15"/>
        </w:numPr>
        <w:ind w:hanging="360"/>
        <w:rPr>
          <w:noProof/>
          <w:lang w:val="pl-PL"/>
        </w:rPr>
      </w:pPr>
      <w:r w:rsidRPr="00E8575A">
        <w:rPr>
          <w:noProof/>
          <w:lang w:val="pl-PL"/>
        </w:rPr>
        <w:t>ochronę przed przypadkową utratą, zniszczeniem, uszkodzeniem lub nieuprawnioną modyfikacją danych.</w:t>
      </w:r>
    </w:p>
    <w:p w14:paraId="32B77E56" w14:textId="77777777" w:rsidR="007B2BE4" w:rsidRPr="00E8575A" w:rsidRDefault="002161CE" w:rsidP="002161CE">
      <w:pPr>
        <w:numPr>
          <w:ilvl w:val="0"/>
          <w:numId w:val="15"/>
        </w:numPr>
        <w:ind w:hanging="360"/>
        <w:rPr>
          <w:noProof/>
          <w:lang w:val="pl-PL"/>
        </w:rPr>
      </w:pPr>
      <w:r w:rsidRPr="00E8575A">
        <w:rPr>
          <w:noProof/>
          <w:lang w:val="pl-PL"/>
        </w:rPr>
        <w:t>W przypadku konieczności zdalnego dostępu Wykonawca będzie korzystał wyłącznie z kanałów, kont i metod autoryzowanych przez Zamawiającego. Zdalny dostęp wymaga każdorazowo zgody Zamawiającego i powinien być ograniczony czasowo oraz funkcjonalnie.</w:t>
      </w:r>
    </w:p>
    <w:p w14:paraId="44768973" w14:textId="77777777" w:rsidR="007B2BE4" w:rsidRPr="00E8575A" w:rsidRDefault="002161CE" w:rsidP="002161CE">
      <w:pPr>
        <w:numPr>
          <w:ilvl w:val="0"/>
          <w:numId w:val="15"/>
        </w:numPr>
        <w:ind w:hanging="360"/>
        <w:rPr>
          <w:noProof/>
          <w:lang w:val="pl-PL"/>
        </w:rPr>
      </w:pPr>
      <w:r w:rsidRPr="00E8575A">
        <w:rPr>
          <w:noProof/>
          <w:lang w:val="pl-PL"/>
        </w:rPr>
        <w:t>Nośniki danych zawierające dane osobowe pozostają w siedzibie Zamawiającego, chyba że Zamawiający w wyjątkowym przypadku wyrazi zgodę na inny sposób postępowania w formie pisemnej lub elektronicznej.</w:t>
      </w:r>
    </w:p>
    <w:p w14:paraId="1283E350" w14:textId="77777777" w:rsidR="007B2BE4" w:rsidRPr="00E8575A" w:rsidRDefault="002161CE" w:rsidP="002161CE">
      <w:pPr>
        <w:pStyle w:val="MyHeading"/>
        <w:keepNext/>
        <w:ind w:hanging="360"/>
        <w:rPr>
          <w:noProof/>
          <w:color w:val="auto"/>
          <w:lang w:val="pl-PL"/>
        </w:rPr>
      </w:pPr>
      <w:r w:rsidRPr="00E8575A">
        <w:rPr>
          <w:noProof/>
          <w:color w:val="auto"/>
          <w:lang w:val="pl-PL"/>
        </w:rPr>
        <w:t>§ 5</w:t>
      </w:r>
    </w:p>
    <w:p w14:paraId="68B42211" w14:textId="77777777" w:rsidR="007B2BE4" w:rsidRPr="00E8575A" w:rsidRDefault="002161CE" w:rsidP="002161CE">
      <w:pPr>
        <w:pStyle w:val="MyHeading"/>
        <w:spacing w:before="0"/>
        <w:ind w:hanging="360"/>
        <w:rPr>
          <w:noProof/>
          <w:color w:val="auto"/>
          <w:lang w:val="pl-PL"/>
        </w:rPr>
      </w:pPr>
      <w:r w:rsidRPr="00E8575A">
        <w:rPr>
          <w:noProof/>
          <w:color w:val="auto"/>
          <w:lang w:val="pl-PL"/>
        </w:rPr>
        <w:t>Dalsze powierzenie</w:t>
      </w:r>
    </w:p>
    <w:p w14:paraId="618BD43E" w14:textId="77777777" w:rsidR="007B2BE4" w:rsidRPr="00E8575A" w:rsidRDefault="002161CE" w:rsidP="002161CE">
      <w:pPr>
        <w:numPr>
          <w:ilvl w:val="0"/>
          <w:numId w:val="16"/>
        </w:numPr>
        <w:ind w:hanging="360"/>
        <w:rPr>
          <w:noProof/>
          <w:lang w:val="pl-PL"/>
        </w:rPr>
      </w:pPr>
      <w:r w:rsidRPr="00E8575A">
        <w:rPr>
          <w:noProof/>
          <w:lang w:val="pl-PL"/>
        </w:rPr>
        <w:t>Wykonawca może korzystać z usług innego podmiotu przetwarzającego wyłącznie po uprzedniej, szczegółowej albo ogólnej, pisemnej lub elektronicznej zgodzie Zamawiającego.</w:t>
      </w:r>
    </w:p>
    <w:p w14:paraId="4C5A4835" w14:textId="77777777" w:rsidR="007B2BE4" w:rsidRPr="00E8575A" w:rsidRDefault="002161CE" w:rsidP="002161CE">
      <w:pPr>
        <w:numPr>
          <w:ilvl w:val="0"/>
          <w:numId w:val="16"/>
        </w:numPr>
        <w:ind w:hanging="360"/>
        <w:rPr>
          <w:noProof/>
          <w:lang w:val="pl-PL"/>
        </w:rPr>
      </w:pPr>
      <w:r w:rsidRPr="00E8575A">
        <w:rPr>
          <w:noProof/>
          <w:lang w:val="pl-PL"/>
        </w:rPr>
        <w:t>W przypadku ogólnej zgody Wykonawca informuje Zamawiającego o wszelkich zamierzonych zmianach dotyczących dodania lub zastąpienia dalszych podmiotów przetwarzających, dając Zamawiającemu możliwość wyrażenia sprzeciwu.</w:t>
      </w:r>
    </w:p>
    <w:p w14:paraId="3E90F27E" w14:textId="77777777" w:rsidR="007B2BE4" w:rsidRPr="00E8575A" w:rsidRDefault="002161CE" w:rsidP="002161CE">
      <w:pPr>
        <w:numPr>
          <w:ilvl w:val="0"/>
          <w:numId w:val="16"/>
        </w:numPr>
        <w:ind w:hanging="360"/>
        <w:rPr>
          <w:noProof/>
          <w:lang w:val="pl-PL"/>
        </w:rPr>
      </w:pPr>
      <w:r w:rsidRPr="00E8575A">
        <w:rPr>
          <w:noProof/>
          <w:lang w:val="pl-PL"/>
        </w:rPr>
        <w:t>Na dalszy podmiot przetwarzający Wykonawca nakłada, w drodze umowy, obowiązki ochrony danych co najmniej takie jak wynikające z niniejszej Umowy powierzenia, w szczególności obowiązek zapewnienia odpowiednich środków technicznych i organizacyjnych.</w:t>
      </w:r>
    </w:p>
    <w:p w14:paraId="59B3B26D" w14:textId="77777777" w:rsidR="007B2BE4" w:rsidRPr="00E8575A" w:rsidRDefault="002161CE" w:rsidP="002161CE">
      <w:pPr>
        <w:numPr>
          <w:ilvl w:val="0"/>
          <w:numId w:val="16"/>
        </w:numPr>
        <w:ind w:hanging="360"/>
        <w:rPr>
          <w:noProof/>
          <w:lang w:val="pl-PL"/>
        </w:rPr>
      </w:pPr>
      <w:r w:rsidRPr="00E8575A">
        <w:rPr>
          <w:noProof/>
          <w:lang w:val="pl-PL"/>
        </w:rPr>
        <w:t>Wykonawca ponosi wobec Zamawiającego pełną odpowiedzialność za działania i zaniechania dalszego podmiotu przetwarzającego jak za własne działania i zaniechania.</w:t>
      </w:r>
    </w:p>
    <w:p w14:paraId="5DD0D397" w14:textId="77777777" w:rsidR="007B2BE4" w:rsidRPr="00E8575A" w:rsidRDefault="002161CE" w:rsidP="002161CE">
      <w:pPr>
        <w:pStyle w:val="MyHeading"/>
        <w:keepNext/>
        <w:ind w:hanging="360"/>
        <w:rPr>
          <w:noProof/>
          <w:color w:val="auto"/>
          <w:lang w:val="pl-PL"/>
        </w:rPr>
      </w:pPr>
      <w:r w:rsidRPr="00E8575A">
        <w:rPr>
          <w:noProof/>
          <w:color w:val="auto"/>
          <w:lang w:val="pl-PL"/>
        </w:rPr>
        <w:t>§ 6</w:t>
      </w:r>
    </w:p>
    <w:p w14:paraId="2F523973" w14:textId="77777777" w:rsidR="007B2BE4" w:rsidRPr="00E8575A" w:rsidRDefault="002161CE" w:rsidP="002161CE">
      <w:pPr>
        <w:pStyle w:val="MyHeading"/>
        <w:spacing w:before="0"/>
        <w:ind w:hanging="360"/>
        <w:rPr>
          <w:noProof/>
          <w:color w:val="auto"/>
          <w:lang w:val="pl-PL"/>
        </w:rPr>
      </w:pPr>
      <w:r w:rsidRPr="00E8575A">
        <w:rPr>
          <w:noProof/>
          <w:color w:val="auto"/>
          <w:lang w:val="pl-PL"/>
        </w:rPr>
        <w:t>Pomoc dla Zamawiającego i naruszenia ochrony danych</w:t>
      </w:r>
    </w:p>
    <w:p w14:paraId="0072B258" w14:textId="77777777" w:rsidR="007B2BE4" w:rsidRPr="00E8575A" w:rsidRDefault="002161CE" w:rsidP="002161CE">
      <w:pPr>
        <w:numPr>
          <w:ilvl w:val="0"/>
          <w:numId w:val="17"/>
        </w:numPr>
        <w:ind w:hanging="360"/>
        <w:rPr>
          <w:noProof/>
          <w:lang w:val="pl-PL"/>
        </w:rPr>
      </w:pPr>
      <w:r w:rsidRPr="00E8575A">
        <w:rPr>
          <w:noProof/>
          <w:lang w:val="pl-PL"/>
        </w:rPr>
        <w:t>Wykonawca, uwzględniając charakter przetwarzania oraz dostępne mu informacje, pomaga Zamawiającemu wywiązać się z obowiązków wynikających z przepisów o ochronie danych osobowych, w szczególności w zakresie bezpieczeństwa przetwarzania, zgłaszania naruszeń ochrony danych, zawiadamiania osób, których dane dotyczą, oraz przeprowadzania oceny skutków dla ochrony danych, jeżeli będzie to niezbędne.</w:t>
      </w:r>
    </w:p>
    <w:p w14:paraId="4B308AF9" w14:textId="77777777" w:rsidR="007B2BE4" w:rsidRPr="00E8575A" w:rsidRDefault="002161CE" w:rsidP="002161CE">
      <w:pPr>
        <w:numPr>
          <w:ilvl w:val="0"/>
          <w:numId w:val="17"/>
        </w:numPr>
        <w:ind w:hanging="360"/>
        <w:rPr>
          <w:noProof/>
          <w:lang w:val="pl-PL"/>
        </w:rPr>
      </w:pPr>
      <w:r w:rsidRPr="00E8575A">
        <w:rPr>
          <w:noProof/>
          <w:lang w:val="pl-PL"/>
        </w:rPr>
        <w:t>Wykonawca niezwłocznie, nie później jednak niż w terminie 24 godzin od stwierdzenia, zawiadamia Zamawiającego o każdym podejrzeniu lub stwierdzeniu naruszenia ochrony danych osobowych.</w:t>
      </w:r>
    </w:p>
    <w:p w14:paraId="2050445B" w14:textId="77777777" w:rsidR="007B2BE4" w:rsidRPr="00E8575A" w:rsidRDefault="002161CE" w:rsidP="002161CE">
      <w:pPr>
        <w:numPr>
          <w:ilvl w:val="0"/>
          <w:numId w:val="17"/>
        </w:numPr>
        <w:ind w:hanging="360"/>
        <w:rPr>
          <w:noProof/>
          <w:lang w:val="pl-PL"/>
        </w:rPr>
      </w:pPr>
      <w:r w:rsidRPr="00E8575A">
        <w:rPr>
          <w:noProof/>
          <w:lang w:val="pl-PL"/>
        </w:rPr>
        <w:t>Zawiadomienie, o którym mowa w ust. 2, powinno zawierać co najmniej:</w:t>
      </w:r>
    </w:p>
    <w:p w14:paraId="425B2A74" w14:textId="77777777" w:rsidR="007B2BE4" w:rsidRPr="00E8575A" w:rsidRDefault="002161CE" w:rsidP="002161CE">
      <w:pPr>
        <w:numPr>
          <w:ilvl w:val="1"/>
          <w:numId w:val="17"/>
        </w:numPr>
        <w:ind w:hanging="360"/>
        <w:rPr>
          <w:noProof/>
          <w:lang w:val="pl-PL"/>
        </w:rPr>
      </w:pPr>
      <w:r w:rsidRPr="00E8575A">
        <w:rPr>
          <w:noProof/>
          <w:lang w:val="pl-PL"/>
        </w:rPr>
        <w:t>opis charakteru naruszenia, w tym kategorię i przybliżoną liczbę osób, których dane dotyczą, o ile informacje te są dostępne;</w:t>
      </w:r>
    </w:p>
    <w:p w14:paraId="3E788459" w14:textId="77777777" w:rsidR="007B2BE4" w:rsidRPr="00E8575A" w:rsidRDefault="002161CE" w:rsidP="002161CE">
      <w:pPr>
        <w:numPr>
          <w:ilvl w:val="1"/>
          <w:numId w:val="17"/>
        </w:numPr>
        <w:ind w:hanging="360"/>
        <w:rPr>
          <w:noProof/>
          <w:lang w:val="pl-PL"/>
        </w:rPr>
      </w:pPr>
      <w:r w:rsidRPr="00E8575A">
        <w:rPr>
          <w:noProof/>
          <w:lang w:val="pl-PL"/>
        </w:rPr>
        <w:t>opis możliwych konsekwencji naruszenia;</w:t>
      </w:r>
    </w:p>
    <w:p w14:paraId="307A2CDD" w14:textId="77777777" w:rsidR="007B2BE4" w:rsidRPr="00E8575A" w:rsidRDefault="002161CE" w:rsidP="002161CE">
      <w:pPr>
        <w:numPr>
          <w:ilvl w:val="1"/>
          <w:numId w:val="17"/>
        </w:numPr>
        <w:ind w:hanging="360"/>
        <w:rPr>
          <w:noProof/>
          <w:lang w:val="pl-PL"/>
        </w:rPr>
      </w:pPr>
      <w:r w:rsidRPr="00E8575A">
        <w:rPr>
          <w:noProof/>
          <w:lang w:val="pl-PL"/>
        </w:rPr>
        <w:t>opis zastosowanych lub proponowanych środków zaradczych;</w:t>
      </w:r>
    </w:p>
    <w:p w14:paraId="5A17EEA7" w14:textId="77777777" w:rsidR="007B2BE4" w:rsidRPr="00E8575A" w:rsidRDefault="002161CE" w:rsidP="002161CE">
      <w:pPr>
        <w:numPr>
          <w:ilvl w:val="1"/>
          <w:numId w:val="17"/>
        </w:numPr>
        <w:ind w:hanging="360"/>
        <w:rPr>
          <w:noProof/>
          <w:lang w:val="pl-PL"/>
        </w:rPr>
      </w:pPr>
      <w:r w:rsidRPr="00E8575A">
        <w:rPr>
          <w:noProof/>
          <w:lang w:val="pl-PL"/>
        </w:rPr>
        <w:t>dane kontaktowe osoby mogącej udzielić dalszych informacji.</w:t>
      </w:r>
    </w:p>
    <w:p w14:paraId="632B6ABC" w14:textId="77777777" w:rsidR="007B2BE4" w:rsidRPr="00E8575A" w:rsidRDefault="002161CE" w:rsidP="002161CE">
      <w:pPr>
        <w:numPr>
          <w:ilvl w:val="0"/>
          <w:numId w:val="17"/>
        </w:numPr>
        <w:ind w:hanging="360"/>
        <w:rPr>
          <w:noProof/>
          <w:lang w:val="pl-PL"/>
        </w:rPr>
      </w:pPr>
      <w:r w:rsidRPr="00E8575A">
        <w:rPr>
          <w:noProof/>
          <w:lang w:val="pl-PL"/>
        </w:rPr>
        <w:t>Wykonawca zobowiązuje się współpracować z Zamawiającym przy wyjaśnianiu okoliczności naruszenia oraz usuwaniu jego skutków.</w:t>
      </w:r>
    </w:p>
    <w:p w14:paraId="13AAA7FC" w14:textId="77777777" w:rsidR="007B2BE4" w:rsidRPr="00E8575A" w:rsidRDefault="002161CE" w:rsidP="002161CE">
      <w:pPr>
        <w:pStyle w:val="MyHeading"/>
        <w:keepNext/>
        <w:ind w:hanging="360"/>
        <w:rPr>
          <w:noProof/>
          <w:color w:val="auto"/>
          <w:lang w:val="pl-PL"/>
        </w:rPr>
      </w:pPr>
      <w:r w:rsidRPr="00E8575A">
        <w:rPr>
          <w:noProof/>
          <w:color w:val="auto"/>
          <w:lang w:val="pl-PL"/>
        </w:rPr>
        <w:t>§ 7</w:t>
      </w:r>
    </w:p>
    <w:p w14:paraId="14FB216D" w14:textId="77777777" w:rsidR="007B2BE4" w:rsidRPr="00E8575A" w:rsidRDefault="002161CE" w:rsidP="002161CE">
      <w:pPr>
        <w:pStyle w:val="MyHeading"/>
        <w:spacing w:before="0"/>
        <w:ind w:hanging="360"/>
        <w:rPr>
          <w:noProof/>
          <w:color w:val="auto"/>
          <w:lang w:val="pl-PL"/>
        </w:rPr>
      </w:pPr>
      <w:r w:rsidRPr="00E8575A">
        <w:rPr>
          <w:noProof/>
          <w:color w:val="auto"/>
          <w:lang w:val="pl-PL"/>
        </w:rPr>
        <w:t>Kontrola i audyt</w:t>
      </w:r>
    </w:p>
    <w:p w14:paraId="013E12E4" w14:textId="77777777" w:rsidR="007B2BE4" w:rsidRPr="00E8575A" w:rsidRDefault="002161CE" w:rsidP="002161CE">
      <w:pPr>
        <w:numPr>
          <w:ilvl w:val="0"/>
          <w:numId w:val="18"/>
        </w:numPr>
        <w:ind w:hanging="360"/>
        <w:rPr>
          <w:noProof/>
          <w:lang w:val="pl-PL"/>
        </w:rPr>
      </w:pPr>
      <w:r w:rsidRPr="00E8575A">
        <w:rPr>
          <w:noProof/>
          <w:lang w:val="pl-PL"/>
        </w:rPr>
        <w:t>Zamawiający ma prawo, z zachowaniem zasad poufności i proporcjonalności, kontrolować sposób wykonywania niniejszej Umowy powierzenia, w tym żądać od Wykonawcy informacji niezbędnych do wykazania spełnienia obowiązków wynikających z przepisów o ochronie danych osobowych.</w:t>
      </w:r>
    </w:p>
    <w:p w14:paraId="45676276" w14:textId="77777777" w:rsidR="007B2BE4" w:rsidRPr="00E8575A" w:rsidRDefault="002161CE" w:rsidP="002161CE">
      <w:pPr>
        <w:numPr>
          <w:ilvl w:val="0"/>
          <w:numId w:val="18"/>
        </w:numPr>
        <w:ind w:hanging="360"/>
        <w:rPr>
          <w:noProof/>
          <w:lang w:val="pl-PL"/>
        </w:rPr>
      </w:pPr>
      <w:r w:rsidRPr="00E8575A">
        <w:rPr>
          <w:noProof/>
          <w:lang w:val="pl-PL"/>
        </w:rPr>
        <w:t>Kontrola może polegać w szczególności na żądaniu złożenia wyjaśnień, przedstawienia procedur, wykazu osób upoważnionych, informacji o zastosowanych środkach bezpieczeństwa albo o podmiotach, którym dalej powierzono dane.</w:t>
      </w:r>
    </w:p>
    <w:p w14:paraId="2A391419" w14:textId="77777777" w:rsidR="007B2BE4" w:rsidRPr="00E8575A" w:rsidRDefault="002161CE" w:rsidP="002161CE">
      <w:pPr>
        <w:numPr>
          <w:ilvl w:val="0"/>
          <w:numId w:val="18"/>
        </w:numPr>
        <w:ind w:hanging="360"/>
        <w:rPr>
          <w:noProof/>
          <w:lang w:val="pl-PL"/>
        </w:rPr>
      </w:pPr>
      <w:r w:rsidRPr="00E8575A">
        <w:rPr>
          <w:noProof/>
          <w:lang w:val="pl-PL"/>
        </w:rPr>
        <w:t>Jeżeli z wyników kontroli będzie wynikać konieczność usunięcia uchybień, Wykonawca zobowiązuje się usunąć je niezwłocznie, nie później niż w terminie wskazanym przez Zamawiającego, odpowiednim do charakteru uchybienia.</w:t>
      </w:r>
    </w:p>
    <w:p w14:paraId="6AC4D01B" w14:textId="77777777" w:rsidR="007B2BE4" w:rsidRPr="00E8575A" w:rsidRDefault="002161CE" w:rsidP="002161CE">
      <w:pPr>
        <w:pStyle w:val="MyHeading"/>
        <w:keepNext/>
        <w:ind w:hanging="360"/>
        <w:rPr>
          <w:noProof/>
          <w:color w:val="auto"/>
          <w:lang w:val="pl-PL"/>
        </w:rPr>
      </w:pPr>
      <w:r w:rsidRPr="00E8575A">
        <w:rPr>
          <w:noProof/>
          <w:color w:val="auto"/>
          <w:lang w:val="pl-PL"/>
        </w:rPr>
        <w:t>§ 8</w:t>
      </w:r>
    </w:p>
    <w:p w14:paraId="1B709186" w14:textId="77777777" w:rsidR="007B2BE4" w:rsidRPr="00E8575A" w:rsidRDefault="002161CE" w:rsidP="002161CE">
      <w:pPr>
        <w:pStyle w:val="MyHeading"/>
        <w:spacing w:before="0"/>
        <w:ind w:hanging="360"/>
        <w:rPr>
          <w:noProof/>
          <w:color w:val="auto"/>
          <w:lang w:val="pl-PL"/>
        </w:rPr>
      </w:pPr>
      <w:r w:rsidRPr="00E8575A">
        <w:rPr>
          <w:noProof/>
          <w:color w:val="auto"/>
          <w:lang w:val="pl-PL"/>
        </w:rPr>
        <w:t>Zakończenie przetwarzania</w:t>
      </w:r>
    </w:p>
    <w:p w14:paraId="488B82F1" w14:textId="77777777" w:rsidR="007B2BE4" w:rsidRPr="00E8575A" w:rsidRDefault="002161CE" w:rsidP="002161CE">
      <w:pPr>
        <w:numPr>
          <w:ilvl w:val="0"/>
          <w:numId w:val="19"/>
        </w:numPr>
        <w:ind w:hanging="360"/>
        <w:rPr>
          <w:noProof/>
          <w:lang w:val="pl-PL"/>
        </w:rPr>
      </w:pPr>
      <w:r w:rsidRPr="00E8575A">
        <w:rPr>
          <w:noProof/>
          <w:lang w:val="pl-PL"/>
        </w:rPr>
        <w:t>Po zakończeniu świadczenia usług związanych z przetwarzaniem danych osobowych Wykonawca, zależnie od decyzji Zamawiającego, usuwa lub zwraca Zamawiającemu wszelkie dane osobowe oraz usuwa ich istniejące kopie, chyba że prawo Unii Europejskiej lub prawo polskie nakazuje przechowywanie danych osobowych.</w:t>
      </w:r>
    </w:p>
    <w:p w14:paraId="2B2B3969" w14:textId="77777777" w:rsidR="007B2BE4" w:rsidRPr="00E8575A" w:rsidRDefault="002161CE" w:rsidP="002161CE">
      <w:pPr>
        <w:numPr>
          <w:ilvl w:val="0"/>
          <w:numId w:val="19"/>
        </w:numPr>
        <w:ind w:hanging="360"/>
        <w:rPr>
          <w:noProof/>
          <w:lang w:val="pl-PL"/>
        </w:rPr>
      </w:pPr>
      <w:r w:rsidRPr="00E8575A">
        <w:rPr>
          <w:noProof/>
          <w:lang w:val="pl-PL"/>
        </w:rPr>
        <w:t>Usunięcie albo zwrot danych powinny zostać potwierdzone protokolarnie albo w inny udokumentowany sposób uzgodniony przez Strony.</w:t>
      </w:r>
    </w:p>
    <w:p w14:paraId="34462D2A" w14:textId="77777777" w:rsidR="007B2BE4" w:rsidRPr="00E8575A" w:rsidRDefault="002161CE" w:rsidP="002161CE">
      <w:pPr>
        <w:numPr>
          <w:ilvl w:val="0"/>
          <w:numId w:val="19"/>
        </w:numPr>
        <w:ind w:hanging="360"/>
        <w:rPr>
          <w:noProof/>
          <w:lang w:val="pl-PL"/>
        </w:rPr>
      </w:pPr>
      <w:r w:rsidRPr="00E8575A">
        <w:rPr>
          <w:noProof/>
          <w:lang w:val="pl-PL"/>
        </w:rPr>
        <w:t>Postanowienia dotyczące poufności, odpowiedzialności oraz bezpieczeństwa danych obowiązują także po wygaśnięciu lub rozwiązaniu niniejszej Umowy powierzenia, przez czas odpowiadający obowiązkom wynikającym z przepisów prawa lub potrzebie ochrony informacji uzyskanych w związku z realizacją Umowy głównej.</w:t>
      </w:r>
    </w:p>
    <w:p w14:paraId="033F6AB2" w14:textId="77777777" w:rsidR="007B2BE4" w:rsidRPr="00E8575A" w:rsidRDefault="002161CE" w:rsidP="002161CE">
      <w:pPr>
        <w:pStyle w:val="MyHeading"/>
        <w:keepNext/>
        <w:ind w:hanging="360"/>
        <w:rPr>
          <w:noProof/>
          <w:color w:val="auto"/>
          <w:lang w:val="pl-PL"/>
        </w:rPr>
      </w:pPr>
      <w:r w:rsidRPr="00E8575A">
        <w:rPr>
          <w:noProof/>
          <w:color w:val="auto"/>
          <w:lang w:val="pl-PL"/>
        </w:rPr>
        <w:t>§ 9</w:t>
      </w:r>
    </w:p>
    <w:p w14:paraId="32ECD840" w14:textId="77777777" w:rsidR="007B2BE4" w:rsidRPr="00E8575A" w:rsidRDefault="002161CE" w:rsidP="002161CE">
      <w:pPr>
        <w:pStyle w:val="MyHeading"/>
        <w:keepNext/>
        <w:spacing w:after="120"/>
        <w:ind w:hanging="360"/>
        <w:rPr>
          <w:noProof/>
          <w:color w:val="auto"/>
          <w:lang w:val="pl-PL"/>
        </w:rPr>
      </w:pPr>
      <w:r w:rsidRPr="00E8575A">
        <w:rPr>
          <w:noProof/>
          <w:color w:val="auto"/>
          <w:lang w:val="pl-PL"/>
        </w:rPr>
        <w:t>Postanowienia końcowe</w:t>
      </w:r>
    </w:p>
    <w:p w14:paraId="4330E1D3" w14:textId="77777777" w:rsidR="007B2BE4" w:rsidRPr="00E8575A" w:rsidRDefault="002161CE" w:rsidP="002161CE">
      <w:pPr>
        <w:numPr>
          <w:ilvl w:val="0"/>
          <w:numId w:val="20"/>
        </w:numPr>
        <w:ind w:hanging="360"/>
        <w:rPr>
          <w:noProof/>
          <w:lang w:val="pl-PL"/>
        </w:rPr>
      </w:pPr>
      <w:r w:rsidRPr="00E8575A">
        <w:rPr>
          <w:noProof/>
          <w:lang w:val="pl-PL"/>
        </w:rPr>
        <w:t>Niniejsza Umowa powierzenia wchodzi w życie z dniem zawarcia Umowy głównej i wygasa najpóźniej z chwilą wykonania obowiązków określonych w § 8 ust. 1.</w:t>
      </w:r>
    </w:p>
    <w:p w14:paraId="45542C93" w14:textId="77777777" w:rsidR="007B2BE4" w:rsidRPr="00E8575A" w:rsidRDefault="002161CE" w:rsidP="002161CE">
      <w:pPr>
        <w:numPr>
          <w:ilvl w:val="0"/>
          <w:numId w:val="20"/>
        </w:numPr>
        <w:ind w:hanging="360"/>
        <w:rPr>
          <w:noProof/>
          <w:lang w:val="pl-PL"/>
        </w:rPr>
      </w:pPr>
      <w:r w:rsidRPr="00E8575A">
        <w:rPr>
          <w:noProof/>
          <w:lang w:val="pl-PL"/>
        </w:rPr>
        <w:t>Zmiana niniejszej Umowy powierzenia wymaga formy pisemnej albo formy elektronicznej z kwalifikowanymi podpisami elektronicznymi, pod rygorem nieważności.</w:t>
      </w:r>
    </w:p>
    <w:p w14:paraId="493EE3D6" w14:textId="77777777" w:rsidR="007B2BE4" w:rsidRPr="00E8575A" w:rsidRDefault="002161CE" w:rsidP="002161CE">
      <w:pPr>
        <w:numPr>
          <w:ilvl w:val="0"/>
          <w:numId w:val="20"/>
        </w:numPr>
        <w:ind w:hanging="360"/>
        <w:rPr>
          <w:noProof/>
          <w:lang w:val="pl-PL"/>
        </w:rPr>
      </w:pPr>
      <w:r w:rsidRPr="00E8575A">
        <w:rPr>
          <w:noProof/>
          <w:lang w:val="pl-PL"/>
        </w:rPr>
        <w:lastRenderedPageBreak/>
        <w:t>W sprawach nieuregulowanych niniejszą Umową powierzenia zastosowanie mają przepisy o ochronie danych osobowych, w szczególności rozporządzenia Parlamentu Europejskiego i Rady (UE) 2016/679 oraz ustawy z dnia 10 maja 2018 r. o ochronie danych osobowych.</w:t>
      </w:r>
    </w:p>
    <w:p w14:paraId="0CB759D1" w14:textId="77777777" w:rsidR="007B2BE4" w:rsidRPr="00E8575A" w:rsidRDefault="002161CE" w:rsidP="002161CE">
      <w:pPr>
        <w:numPr>
          <w:ilvl w:val="0"/>
          <w:numId w:val="20"/>
        </w:numPr>
        <w:ind w:hanging="360"/>
        <w:rPr>
          <w:noProof/>
          <w:lang w:val="pl-PL"/>
        </w:rPr>
      </w:pPr>
      <w:r w:rsidRPr="00E8575A">
        <w:rPr>
          <w:noProof/>
          <w:lang w:val="pl-PL"/>
        </w:rPr>
        <w:t>Niniejsza Umowa powierzenia stanowi integralną część Umowy głównej.</w:t>
      </w:r>
    </w:p>
    <w:p w14:paraId="70FD6EEE" w14:textId="77777777" w:rsidR="007B2BE4" w:rsidRPr="00E8575A" w:rsidRDefault="007B2BE4" w:rsidP="002161CE">
      <w:pPr>
        <w:ind w:hanging="360"/>
        <w:rPr>
          <w:noProof/>
          <w:lang w:val="pl-PL"/>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703"/>
        <w:gridCol w:w="4703"/>
      </w:tblGrid>
      <w:tr w:rsidR="00E07113" w:rsidRPr="00E8575A" w14:paraId="58534F2B" w14:textId="77777777">
        <w:trPr>
          <w:jc w:val="center"/>
        </w:trPr>
        <w:tc>
          <w:tcPr>
            <w:tcW w:w="4703" w:type="dxa"/>
            <w:vAlign w:val="center"/>
          </w:tcPr>
          <w:p w14:paraId="45958FA8" w14:textId="77777777" w:rsidR="007B2BE4" w:rsidRPr="00E8575A" w:rsidRDefault="002161CE" w:rsidP="00BA4C5E">
            <w:pPr>
              <w:jc w:val="center"/>
              <w:rPr>
                <w:noProof/>
                <w:lang w:val="pl-PL"/>
              </w:rPr>
            </w:pPr>
            <w:r w:rsidRPr="00E8575A">
              <w:rPr>
                <w:b/>
                <w:noProof/>
                <w:lang w:val="pl-PL"/>
              </w:rPr>
              <w:t>ADMINISTRATOR / ZAMAWIAJĄCY</w:t>
            </w:r>
          </w:p>
        </w:tc>
        <w:tc>
          <w:tcPr>
            <w:tcW w:w="4703" w:type="dxa"/>
            <w:vAlign w:val="center"/>
          </w:tcPr>
          <w:p w14:paraId="15B4E8CA" w14:textId="77777777" w:rsidR="007B2BE4" w:rsidRPr="00E8575A" w:rsidRDefault="002161CE" w:rsidP="00BA4C5E">
            <w:pPr>
              <w:jc w:val="center"/>
              <w:rPr>
                <w:noProof/>
                <w:lang w:val="pl-PL"/>
              </w:rPr>
            </w:pPr>
            <w:r w:rsidRPr="00E8575A">
              <w:rPr>
                <w:b/>
                <w:noProof/>
                <w:lang w:val="pl-PL"/>
              </w:rPr>
              <w:t>PODMIOT PRZETWARZAJĄCY / WYKONAWCA</w:t>
            </w:r>
          </w:p>
        </w:tc>
      </w:tr>
      <w:tr w:rsidR="007B2BE4" w:rsidRPr="00E8575A" w14:paraId="55BD36A0" w14:textId="77777777">
        <w:trPr>
          <w:jc w:val="center"/>
        </w:trPr>
        <w:tc>
          <w:tcPr>
            <w:tcW w:w="4703" w:type="dxa"/>
            <w:vAlign w:val="center"/>
          </w:tcPr>
          <w:p w14:paraId="0F1110E5" w14:textId="77777777" w:rsidR="007B2BE4" w:rsidRPr="00E8575A" w:rsidRDefault="002161CE" w:rsidP="00BA4C5E">
            <w:pPr>
              <w:jc w:val="center"/>
              <w:rPr>
                <w:noProof/>
                <w:lang w:val="pl-PL"/>
              </w:rPr>
            </w:pPr>
            <w:r w:rsidRPr="00E8575A">
              <w:rPr>
                <w:noProof/>
                <w:lang w:val="pl-PL"/>
              </w:rPr>
              <w:br/>
            </w:r>
            <w:r w:rsidRPr="00E8575A">
              <w:rPr>
                <w:noProof/>
                <w:lang w:val="pl-PL"/>
              </w:rPr>
              <w:br/>
              <w:t>................................................</w:t>
            </w:r>
          </w:p>
        </w:tc>
        <w:tc>
          <w:tcPr>
            <w:tcW w:w="4703" w:type="dxa"/>
            <w:vAlign w:val="center"/>
          </w:tcPr>
          <w:p w14:paraId="1CC1E6BA" w14:textId="77777777" w:rsidR="007B2BE4" w:rsidRPr="00E8575A" w:rsidRDefault="002161CE" w:rsidP="00BA4C5E">
            <w:pPr>
              <w:jc w:val="center"/>
              <w:rPr>
                <w:noProof/>
                <w:lang w:val="pl-PL"/>
              </w:rPr>
            </w:pPr>
            <w:r w:rsidRPr="00E8575A">
              <w:rPr>
                <w:noProof/>
                <w:lang w:val="pl-PL"/>
              </w:rPr>
              <w:br/>
            </w:r>
            <w:r w:rsidRPr="00E8575A">
              <w:rPr>
                <w:noProof/>
                <w:lang w:val="pl-PL"/>
              </w:rPr>
              <w:br/>
              <w:t>................................................</w:t>
            </w:r>
          </w:p>
        </w:tc>
      </w:tr>
    </w:tbl>
    <w:p w14:paraId="56E575C9" w14:textId="77777777" w:rsidR="002161CE" w:rsidRPr="00E8575A" w:rsidRDefault="002161CE" w:rsidP="00BA4C5E">
      <w:pPr>
        <w:rPr>
          <w:noProof/>
          <w:lang w:val="pl-PL"/>
        </w:rPr>
      </w:pPr>
    </w:p>
    <w:sectPr w:rsidR="002161CE" w:rsidRPr="00E8575A" w:rsidSect="00034616">
      <w:headerReference w:type="default" r:id="rId9"/>
      <w:footerReference w:type="default" r:id="rId10"/>
      <w:pgSz w:w="12240" w:h="15840"/>
      <w:pgMar w:top="850" w:right="907" w:bottom="850" w:left="90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940DD" w14:textId="77777777" w:rsidR="00AC18C5" w:rsidRDefault="00AC18C5" w:rsidP="001C344C">
      <w:r>
        <w:separator/>
      </w:r>
    </w:p>
  </w:endnote>
  <w:endnote w:type="continuationSeparator" w:id="0">
    <w:p w14:paraId="679BBF45" w14:textId="77777777" w:rsidR="00AC18C5" w:rsidRDefault="00AC18C5" w:rsidP="001C3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EC26" w14:textId="77777777" w:rsidR="00283CCC" w:rsidRDefault="00283C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BA22C" w14:textId="77777777" w:rsidR="00AC18C5" w:rsidRDefault="00AC18C5" w:rsidP="001C344C">
      <w:r>
        <w:separator/>
      </w:r>
    </w:p>
  </w:footnote>
  <w:footnote w:type="continuationSeparator" w:id="0">
    <w:p w14:paraId="234EE0FD" w14:textId="77777777" w:rsidR="00AC18C5" w:rsidRDefault="00AC18C5" w:rsidP="001C3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203E" w14:textId="77777777" w:rsidR="00283CCC" w:rsidRDefault="00283C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772523"/>
    <w:multiLevelType w:val="hybridMultilevel"/>
    <w:tmpl w:val="E5963A2C"/>
    <w:name w:val="WW8Num62223"/>
    <w:lvl w:ilvl="0" w:tplc="32AC805E">
      <w:start w:val="1"/>
      <w:numFmt w:val="decimal"/>
      <w:lvlText w:val="%1."/>
      <w:lvlJc w:val="left"/>
      <w:pPr>
        <w:tabs>
          <w:tab w:val="num" w:pos="720"/>
        </w:tabs>
        <w:ind w:left="720" w:hanging="360"/>
      </w:pPr>
      <w:rPr>
        <w:rFonts w:cs="Times New Roman" w:hint="default"/>
        <w:b w:val="0"/>
        <w:i w:val="0"/>
        <w:sz w:val="18"/>
        <w:szCs w:val="18"/>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179657F"/>
    <w:multiLevelType w:val="hybridMultilevel"/>
    <w:tmpl w:val="1C7E90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034436"/>
    <w:multiLevelType w:val="multilevel"/>
    <w:tmpl w:val="2C1A3486"/>
    <w:lvl w:ilvl="0">
      <w:start w:val="1"/>
      <w:numFmt w:val="decimal"/>
      <w:pStyle w:val="Listapunktowana"/>
      <w:lvlText w:val="%1)"/>
      <w:lvlJc w:val="left"/>
      <w:pPr>
        <w:tabs>
          <w:tab w:val="left" w:pos="360"/>
        </w:tabs>
        <w:ind w:left="360" w:hanging="180"/>
      </w:pPr>
    </w:lvl>
    <w:lvl w:ilvl="1">
      <w:start w:val="1"/>
      <w:numFmt w:val="lowerLetter"/>
      <w:lvlText w:val="%2)"/>
      <w:lvlJc w:val="left"/>
      <w:pPr>
        <w:tabs>
          <w:tab w:val="left" w:pos="720"/>
        </w:tabs>
        <w:ind w:left="720" w:hanging="180"/>
      </w:pPr>
    </w:lvl>
    <w:lvl w:ilvl="2">
      <w:start w:val="1"/>
      <w:numFmt w:val="bullet"/>
      <w:lvlText w:val="–"/>
      <w:lvlJc w:val="left"/>
      <w:pPr>
        <w:tabs>
          <w:tab w:val="left" w:pos="1080"/>
        </w:tabs>
        <w:ind w:left="1080" w:hanging="1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87F1CA5"/>
    <w:multiLevelType w:val="hybridMultilevel"/>
    <w:tmpl w:val="34C4D5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81635124">
    <w:abstractNumId w:val="11"/>
    <w:lvlOverride w:ilvl="0">
      <w:startOverride w:val="1"/>
    </w:lvlOverride>
    <w:lvlOverride w:ilvl="1">
      <w:startOverride w:val="1"/>
    </w:lvlOverride>
    <w:lvlOverride w:ilvl="2">
      <w:startOverride w:val="1"/>
    </w:lvlOverride>
  </w:num>
  <w:num w:numId="2" w16cid:durableId="469203758">
    <w:abstractNumId w:val="11"/>
    <w:lvlOverride w:ilvl="0">
      <w:startOverride w:val="1"/>
    </w:lvlOverride>
    <w:lvlOverride w:ilvl="1">
      <w:startOverride w:val="1"/>
    </w:lvlOverride>
    <w:lvlOverride w:ilvl="2">
      <w:startOverride w:val="1"/>
    </w:lvlOverride>
  </w:num>
  <w:num w:numId="3" w16cid:durableId="891967795">
    <w:abstractNumId w:val="11"/>
    <w:lvlOverride w:ilvl="0">
      <w:startOverride w:val="1"/>
    </w:lvlOverride>
    <w:lvlOverride w:ilvl="1">
      <w:startOverride w:val="1"/>
    </w:lvlOverride>
    <w:lvlOverride w:ilvl="2">
      <w:startOverride w:val="1"/>
    </w:lvlOverride>
  </w:num>
  <w:num w:numId="4" w16cid:durableId="828592977">
    <w:abstractNumId w:val="11"/>
    <w:lvlOverride w:ilvl="0">
      <w:startOverride w:val="1"/>
    </w:lvlOverride>
    <w:lvlOverride w:ilvl="1">
      <w:startOverride w:val="1"/>
    </w:lvlOverride>
    <w:lvlOverride w:ilvl="2">
      <w:startOverride w:val="1"/>
    </w:lvlOverride>
  </w:num>
  <w:num w:numId="5" w16cid:durableId="664238450">
    <w:abstractNumId w:val="11"/>
    <w:lvlOverride w:ilvl="0">
      <w:startOverride w:val="1"/>
    </w:lvlOverride>
    <w:lvlOverride w:ilvl="1">
      <w:startOverride w:val="1"/>
    </w:lvlOverride>
    <w:lvlOverride w:ilvl="2">
      <w:startOverride w:val="1"/>
    </w:lvlOverride>
  </w:num>
  <w:num w:numId="6" w16cid:durableId="1457866393">
    <w:abstractNumId w:val="11"/>
    <w:lvlOverride w:ilvl="0">
      <w:startOverride w:val="1"/>
    </w:lvlOverride>
    <w:lvlOverride w:ilvl="1">
      <w:startOverride w:val="1"/>
    </w:lvlOverride>
    <w:lvlOverride w:ilvl="2">
      <w:startOverride w:val="1"/>
    </w:lvlOverride>
  </w:num>
  <w:num w:numId="7" w16cid:durableId="1810051665">
    <w:abstractNumId w:val="11"/>
    <w:lvlOverride w:ilvl="0">
      <w:startOverride w:val="1"/>
    </w:lvlOverride>
    <w:lvlOverride w:ilvl="1">
      <w:startOverride w:val="1"/>
    </w:lvlOverride>
    <w:lvlOverride w:ilvl="2">
      <w:startOverride w:val="1"/>
    </w:lvlOverride>
  </w:num>
  <w:num w:numId="8" w16cid:durableId="578908107">
    <w:abstractNumId w:val="11"/>
    <w:lvlOverride w:ilvl="0">
      <w:startOverride w:val="1"/>
    </w:lvlOverride>
    <w:lvlOverride w:ilvl="1">
      <w:startOverride w:val="1"/>
    </w:lvlOverride>
    <w:lvlOverride w:ilvl="2">
      <w:startOverride w:val="1"/>
    </w:lvlOverride>
  </w:num>
  <w:num w:numId="9" w16cid:durableId="1387795220">
    <w:abstractNumId w:val="11"/>
    <w:lvlOverride w:ilvl="0">
      <w:startOverride w:val="1"/>
    </w:lvlOverride>
    <w:lvlOverride w:ilvl="1">
      <w:startOverride w:val="1"/>
    </w:lvlOverride>
    <w:lvlOverride w:ilvl="2">
      <w:startOverride w:val="1"/>
    </w:lvlOverride>
  </w:num>
  <w:num w:numId="10" w16cid:durableId="1059861789">
    <w:abstractNumId w:val="11"/>
    <w:lvlOverride w:ilvl="0">
      <w:startOverride w:val="1"/>
    </w:lvlOverride>
    <w:lvlOverride w:ilvl="1">
      <w:startOverride w:val="1"/>
    </w:lvlOverride>
    <w:lvlOverride w:ilvl="2">
      <w:startOverride w:val="1"/>
    </w:lvlOverride>
  </w:num>
  <w:num w:numId="11" w16cid:durableId="148984223">
    <w:abstractNumId w:val="11"/>
    <w:lvlOverride w:ilvl="0">
      <w:startOverride w:val="1"/>
    </w:lvlOverride>
    <w:lvlOverride w:ilvl="1">
      <w:startOverride w:val="1"/>
    </w:lvlOverride>
    <w:lvlOverride w:ilvl="2">
      <w:startOverride w:val="1"/>
    </w:lvlOverride>
  </w:num>
  <w:num w:numId="12" w16cid:durableId="519899963">
    <w:abstractNumId w:val="11"/>
    <w:lvlOverride w:ilvl="0">
      <w:startOverride w:val="1"/>
    </w:lvlOverride>
    <w:lvlOverride w:ilvl="1">
      <w:startOverride w:val="1"/>
    </w:lvlOverride>
    <w:lvlOverride w:ilvl="2">
      <w:startOverride w:val="1"/>
    </w:lvlOverride>
  </w:num>
  <w:num w:numId="13" w16cid:durableId="813569486">
    <w:abstractNumId w:val="11"/>
    <w:lvlOverride w:ilvl="0">
      <w:startOverride w:val="1"/>
    </w:lvlOverride>
    <w:lvlOverride w:ilvl="1">
      <w:startOverride w:val="1"/>
    </w:lvlOverride>
    <w:lvlOverride w:ilvl="2">
      <w:startOverride w:val="1"/>
    </w:lvlOverride>
  </w:num>
  <w:num w:numId="14" w16cid:durableId="1216238340">
    <w:abstractNumId w:val="11"/>
    <w:lvlOverride w:ilvl="0">
      <w:startOverride w:val="1"/>
    </w:lvlOverride>
    <w:lvlOverride w:ilvl="1">
      <w:startOverride w:val="1"/>
    </w:lvlOverride>
    <w:lvlOverride w:ilvl="2">
      <w:startOverride w:val="1"/>
    </w:lvlOverride>
  </w:num>
  <w:num w:numId="15" w16cid:durableId="2140025473">
    <w:abstractNumId w:val="11"/>
    <w:lvlOverride w:ilvl="0">
      <w:startOverride w:val="1"/>
    </w:lvlOverride>
    <w:lvlOverride w:ilvl="1">
      <w:startOverride w:val="1"/>
    </w:lvlOverride>
    <w:lvlOverride w:ilvl="2">
      <w:startOverride w:val="1"/>
    </w:lvlOverride>
  </w:num>
  <w:num w:numId="16" w16cid:durableId="1397242596">
    <w:abstractNumId w:val="11"/>
    <w:lvlOverride w:ilvl="0">
      <w:startOverride w:val="1"/>
    </w:lvlOverride>
    <w:lvlOverride w:ilvl="1">
      <w:startOverride w:val="1"/>
    </w:lvlOverride>
    <w:lvlOverride w:ilvl="2">
      <w:startOverride w:val="1"/>
    </w:lvlOverride>
  </w:num>
  <w:num w:numId="17" w16cid:durableId="357438782">
    <w:abstractNumId w:val="11"/>
    <w:lvlOverride w:ilvl="0">
      <w:startOverride w:val="1"/>
    </w:lvlOverride>
    <w:lvlOverride w:ilvl="1">
      <w:startOverride w:val="1"/>
    </w:lvlOverride>
    <w:lvlOverride w:ilvl="2">
      <w:startOverride w:val="1"/>
    </w:lvlOverride>
  </w:num>
  <w:num w:numId="18" w16cid:durableId="441806891">
    <w:abstractNumId w:val="11"/>
    <w:lvlOverride w:ilvl="0">
      <w:startOverride w:val="1"/>
    </w:lvlOverride>
    <w:lvlOverride w:ilvl="1">
      <w:startOverride w:val="1"/>
    </w:lvlOverride>
    <w:lvlOverride w:ilvl="2">
      <w:startOverride w:val="1"/>
    </w:lvlOverride>
  </w:num>
  <w:num w:numId="19" w16cid:durableId="2038656357">
    <w:abstractNumId w:val="11"/>
    <w:lvlOverride w:ilvl="0">
      <w:startOverride w:val="1"/>
    </w:lvlOverride>
    <w:lvlOverride w:ilvl="1">
      <w:startOverride w:val="1"/>
    </w:lvlOverride>
    <w:lvlOverride w:ilvl="2">
      <w:startOverride w:val="1"/>
    </w:lvlOverride>
  </w:num>
  <w:num w:numId="20" w16cid:durableId="1608735656">
    <w:abstractNumId w:val="11"/>
    <w:lvlOverride w:ilvl="0">
      <w:startOverride w:val="1"/>
    </w:lvlOverride>
    <w:lvlOverride w:ilvl="1">
      <w:startOverride w:val="1"/>
    </w:lvlOverride>
    <w:lvlOverride w:ilvl="2">
      <w:startOverride w:val="1"/>
    </w:lvlOverride>
  </w:num>
  <w:num w:numId="21" w16cid:durableId="1510218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9719346">
    <w:abstractNumId w:val="10"/>
  </w:num>
  <w:num w:numId="23" w16cid:durableId="1418019897">
    <w:abstractNumId w:val="9"/>
  </w:num>
  <w:num w:numId="24" w16cid:durableId="8491764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902"/>
    <w:rsid w:val="00034616"/>
    <w:rsid w:val="0006063C"/>
    <w:rsid w:val="000A3E57"/>
    <w:rsid w:val="0015074B"/>
    <w:rsid w:val="0018025C"/>
    <w:rsid w:val="001C344C"/>
    <w:rsid w:val="002161CE"/>
    <w:rsid w:val="00256117"/>
    <w:rsid w:val="00283CCC"/>
    <w:rsid w:val="0029639D"/>
    <w:rsid w:val="002C35A2"/>
    <w:rsid w:val="00325929"/>
    <w:rsid w:val="00326F90"/>
    <w:rsid w:val="003962D9"/>
    <w:rsid w:val="00436408"/>
    <w:rsid w:val="0046478F"/>
    <w:rsid w:val="006F0D86"/>
    <w:rsid w:val="007B2BE4"/>
    <w:rsid w:val="007F4FDA"/>
    <w:rsid w:val="00980496"/>
    <w:rsid w:val="009F7B71"/>
    <w:rsid w:val="00A50BFA"/>
    <w:rsid w:val="00AA1D8D"/>
    <w:rsid w:val="00AC18C5"/>
    <w:rsid w:val="00B47730"/>
    <w:rsid w:val="00BA4C5E"/>
    <w:rsid w:val="00C74C60"/>
    <w:rsid w:val="00C94965"/>
    <w:rsid w:val="00CB0664"/>
    <w:rsid w:val="00CD5347"/>
    <w:rsid w:val="00D62AE9"/>
    <w:rsid w:val="00E07113"/>
    <w:rsid w:val="00E436BC"/>
    <w:rsid w:val="00E8575A"/>
    <w:rsid w:val="00EF4C60"/>
    <w:rsid w:val="00EF7E84"/>
    <w:rsid w:val="00F37B81"/>
    <w:rsid w:val="00F446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D8EAA7"/>
  <w14:defaultImageDpi w14:val="330"/>
  <w15:docId w15:val="{9EBB5291-3CAF-466C-9F0F-5C60FBE79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left" w:pos="360"/>
      </w:tabs>
      <w:ind w:left="360" w:hanging="180"/>
      <w:contextualSpacing/>
    </w:pPr>
  </w:style>
  <w:style w:type="paragraph" w:styleId="Listapunktowana3">
    <w:name w:val="List Bullet 3"/>
    <w:basedOn w:val="Normalny"/>
    <w:uiPriority w:val="99"/>
    <w:unhideWhenUsed/>
    <w:rsid w:val="00326F90"/>
    <w:pPr>
      <w:tabs>
        <w:tab w:val="left" w:pos="360"/>
      </w:tabs>
      <w:ind w:left="360" w:hanging="180"/>
      <w:contextualSpacing/>
    </w:pPr>
  </w:style>
  <w:style w:type="paragraph" w:styleId="Listanumerowana">
    <w:name w:val="List Number"/>
    <w:basedOn w:val="Normalny"/>
    <w:uiPriority w:val="99"/>
    <w:unhideWhenUsed/>
    <w:rsid w:val="00326F90"/>
    <w:pPr>
      <w:tabs>
        <w:tab w:val="left" w:pos="360"/>
      </w:tabs>
      <w:ind w:left="360" w:hanging="180"/>
      <w:contextualSpacing/>
    </w:pPr>
  </w:style>
  <w:style w:type="paragraph" w:styleId="Listanumerowana2">
    <w:name w:val="List Number 2"/>
    <w:basedOn w:val="Normalny"/>
    <w:uiPriority w:val="99"/>
    <w:unhideWhenUsed/>
    <w:rsid w:val="0029639D"/>
    <w:pPr>
      <w:tabs>
        <w:tab w:val="left" w:pos="360"/>
      </w:tabs>
      <w:ind w:left="360" w:hanging="180"/>
      <w:contextualSpacing/>
    </w:pPr>
  </w:style>
  <w:style w:type="paragraph" w:styleId="Listanumerowana3">
    <w:name w:val="List Number 3"/>
    <w:basedOn w:val="Normalny"/>
    <w:uiPriority w:val="99"/>
    <w:unhideWhenUsed/>
    <w:rsid w:val="0029639D"/>
    <w:pPr>
      <w:tabs>
        <w:tab w:val="left" w:pos="360"/>
      </w:tabs>
      <w:ind w:left="360" w:hanging="18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Title">
    <w:name w:val="MyTitle"/>
    <w:basedOn w:val="Normalny"/>
    <w:pPr>
      <w:spacing w:before="120" w:after="120"/>
      <w:jc w:val="center"/>
    </w:pPr>
    <w:rPr>
      <w:b/>
      <w:color w:val="1F4E79"/>
      <w:sz w:val="22"/>
    </w:rPr>
  </w:style>
  <w:style w:type="paragraph" w:customStyle="1" w:styleId="MySubtitle">
    <w:name w:val="MySubtitle"/>
    <w:basedOn w:val="Normalny"/>
    <w:pPr>
      <w:spacing w:before="120" w:after="60"/>
      <w:jc w:val="center"/>
    </w:pPr>
    <w:rPr>
      <w:b/>
      <w:color w:val="1F4E79"/>
    </w:rPr>
  </w:style>
  <w:style w:type="paragraph" w:customStyle="1" w:styleId="MyHeading">
    <w:name w:val="MyHeading"/>
    <w:basedOn w:val="Normalny"/>
    <w:pPr>
      <w:spacing w:before="120"/>
      <w:jc w:val="center"/>
    </w:pPr>
    <w:rPr>
      <w:b/>
      <w:color w:val="1F4E79"/>
    </w:rPr>
  </w:style>
  <w:style w:type="paragraph" w:customStyle="1" w:styleId="BodyCenter">
    <w:name w:val="BodyCenter"/>
    <w:basedOn w:val="Normalny"/>
    <w:pPr>
      <w:jc w:val="center"/>
    </w:pPr>
  </w:style>
  <w:style w:type="paragraph" w:customStyle="1" w:styleId="Small">
    <w:name w:val="Small"/>
    <w:basedOn w:val="Normalny"/>
    <w:rPr>
      <w:sz w:val="16"/>
    </w:rPr>
  </w:style>
  <w:style w:type="table" w:customStyle="1" w:styleId="TableGrid">
    <w:name w:val="TableGrid"/>
    <w:rsid w:val="002161CE"/>
    <w:pPr>
      <w:spacing w:after="0" w:line="240" w:lineRule="auto"/>
    </w:pPr>
    <w:rPr>
      <w:kern w:val="2"/>
      <w:sz w:val="24"/>
      <w:szCs w:val="24"/>
      <w:lang w:val="pl-PL" w:eastAsia="pl-PL"/>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4842</Words>
  <Characters>29056</Characters>
  <Application>Microsoft Office Word</Application>
  <DocSecurity>0</DocSecurity>
  <Lines>242</Lines>
  <Paragraphs>67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Paulina Witkowska</cp:lastModifiedBy>
  <cp:revision>7</cp:revision>
  <dcterms:created xsi:type="dcterms:W3CDTF">2026-08-13T08:49:00Z</dcterms:created>
  <dcterms:modified xsi:type="dcterms:W3CDTF">2026-09-29T07:20:00Z</dcterms:modified>
  <cp:category/>
</cp:coreProperties>
</file>