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240E" w14:textId="77777777" w:rsidR="00901DF0" w:rsidRDefault="00376D73">
      <w:pPr>
        <w:spacing w:after="80"/>
        <w:jc w:val="center"/>
      </w:pPr>
      <w:r>
        <w:rPr>
          <w:noProof/>
        </w:rPr>
        <w:drawing>
          <wp:inline distT="0" distB="0" distL="0" distR="0" wp14:anchorId="0FC45C4E" wp14:editId="7B15C76B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E115" w14:textId="77777777" w:rsidR="00901DF0" w:rsidRPr="00376D73" w:rsidRDefault="00376D73">
      <w:pPr>
        <w:spacing w:after="20"/>
        <w:rPr>
          <w:lang w:val="pl-PL"/>
        </w:rPr>
      </w:pPr>
      <w:r w:rsidRPr="00376D73">
        <w:rPr>
          <w:b/>
          <w:i/>
          <w:lang w:val="pl-PL"/>
        </w:rPr>
        <w:t>Załącznik nr 4 – oświadczenie wykonawcy / wykonawcy wspólnie ubiegającego się o udzielenie zamówienia</w:t>
      </w:r>
    </w:p>
    <w:p w14:paraId="174CE515" w14:textId="7398884A" w:rsidR="00901DF0" w:rsidRPr="00376D73" w:rsidRDefault="00376D73">
      <w:pPr>
        <w:spacing w:after="100"/>
        <w:rPr>
          <w:lang w:val="pl-PL"/>
        </w:rPr>
      </w:pPr>
      <w:r w:rsidRPr="00376D73">
        <w:rPr>
          <w:lang w:val="pl-PL"/>
        </w:rPr>
        <w:t>dotyczy postępowania pn. „</w:t>
      </w:r>
      <w:r w:rsidR="00E578EF" w:rsidRPr="00E578EF">
        <w:rPr>
          <w:lang w:val="pl-PL"/>
        </w:rPr>
        <w:t>Program Lekowy</w:t>
      </w:r>
      <w:r w:rsidRPr="00376D73">
        <w:rPr>
          <w:lang w:val="pl-PL"/>
        </w:rPr>
        <w:t>” – znak ZP/2501/9</w:t>
      </w:r>
      <w:r w:rsidR="00E578EF">
        <w:rPr>
          <w:lang w:val="pl-PL"/>
        </w:rPr>
        <w:t>8</w:t>
      </w:r>
      <w:r w:rsidRPr="00376D73">
        <w:rPr>
          <w:lang w:val="pl-PL"/>
        </w:rPr>
        <w:t>/26</w:t>
      </w:r>
    </w:p>
    <w:p w14:paraId="7BFD133E" w14:textId="77777777" w:rsidR="00901DF0" w:rsidRPr="00376D73" w:rsidRDefault="00376D73">
      <w:pPr>
        <w:keepNext/>
        <w:spacing w:after="20"/>
        <w:rPr>
          <w:lang w:val="pl-PL"/>
        </w:rPr>
      </w:pPr>
      <w:r w:rsidRPr="00376D73">
        <w:rPr>
          <w:b/>
          <w:lang w:val="pl-PL"/>
        </w:rPr>
        <w:t>Pełna nazwa i 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901DF0" w:rsidRPr="00E578EF" w14:paraId="1EAAE1BC" w14:textId="77777777">
        <w:trPr>
          <w:trHeight w:val="765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82FB4" w14:textId="77777777" w:rsidR="00901DF0" w:rsidRPr="00376D73" w:rsidRDefault="00376D73">
            <w:pPr>
              <w:rPr>
                <w:lang w:val="pl-PL"/>
              </w:rPr>
            </w:pPr>
            <w:r w:rsidRPr="00376D73">
              <w:rPr>
                <w:lang w:val="pl-PL"/>
              </w:rPr>
              <w:br/>
            </w:r>
            <w:r w:rsidRPr="00376D73">
              <w:rPr>
                <w:lang w:val="pl-PL"/>
              </w:rPr>
              <w:br/>
            </w:r>
          </w:p>
        </w:tc>
      </w:tr>
      <w:tr w:rsidR="00901DF0" w14:paraId="34200696" w14:textId="77777777">
        <w:tblPrEx>
          <w:tblBorders>
            <w:top w:val="single" w:sz="6" w:space="0" w:color="D8D2C4"/>
            <w:left w:val="single" w:sz="6" w:space="0" w:color="D8D2C4"/>
            <w:bottom w:val="single" w:sz="6" w:space="0" w:color="D8D2C4"/>
            <w:right w:val="single" w:sz="6" w:space="0" w:color="D8D2C4"/>
            <w:insideH w:val="single" w:sz="6" w:space="0" w:color="D8D2C4"/>
            <w:insideV w:val="single" w:sz="6" w:space="0" w:color="D8D2C4"/>
          </w:tblBorders>
        </w:tblPrEx>
        <w:trPr>
          <w:jc w:val="center"/>
        </w:trPr>
        <w:tc>
          <w:tcPr>
            <w:tcW w:w="10426" w:type="dxa"/>
            <w:shd w:val="clear" w:color="auto" w:fill="E9E6D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A2BEDE" w14:textId="77777777" w:rsidR="00901DF0" w:rsidRPr="00376D73" w:rsidRDefault="00376D73">
            <w:pPr>
              <w:jc w:val="center"/>
              <w:rPr>
                <w:lang w:val="pl-PL"/>
              </w:rPr>
            </w:pPr>
            <w:r w:rsidRPr="00376D73">
              <w:rPr>
                <w:b/>
                <w:lang w:val="pl-PL"/>
              </w:rPr>
              <w:t>OŚWIADCZENIE</w:t>
            </w:r>
            <w:r w:rsidRPr="00376D73">
              <w:rPr>
                <w:b/>
                <w:lang w:val="pl-PL"/>
              </w:rPr>
              <w:br/>
              <w:t>DOTYCZĄCE PRZESŁANEK WYKLUCZENIA Z ART. 5K ROZPORZĄDZENIA RADY (UE) NR 833/2014 ORAZ ART. 7 UST. 1 USTAWY Z DNIA 13 KWIETNIA 2022 R. O SZCZEGÓLNYCH ROZWIĄZANIACH W ZAKRESIE PRZECIWDZIAŁANIA WSPIERANIU AGRESJI NA UKRAINĘ ORAZ SŁUŻĄCYCH OCHRONIE BEZPIECZEŃSTWA NARODOWEGO</w:t>
            </w:r>
          </w:p>
          <w:p w14:paraId="2A810EC3" w14:textId="77777777" w:rsidR="00901DF0" w:rsidRDefault="00376D73">
            <w:pPr>
              <w:spacing w:before="40"/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  <w:tr w:rsidR="00901DF0" w14:paraId="41C8BF3D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jc w:val="center"/>
        </w:trPr>
        <w:tc>
          <w:tcPr>
            <w:tcW w:w="1042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987BA" w14:textId="77777777" w:rsidR="00901DF0" w:rsidRDefault="00376D73">
            <w:pPr>
              <w:jc w:val="center"/>
            </w:pPr>
            <w:r>
              <w:rPr>
                <w:b/>
              </w:rPr>
              <w:t>OŚWIADCZENIA DOTYCZĄCE WYKONAWCY</w:t>
            </w:r>
          </w:p>
        </w:tc>
      </w:tr>
    </w:tbl>
    <w:p w14:paraId="4D5D6AB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zachodzi zakaz udzielania lub dalszego wykonywania zamówienia, o którym mowa w art. 5k rozporządzenia Rady (UE) nr 833/2014 z dnia 31 lipca 2014 r. dotyczącego środków ograniczających w związku z działaniami Rosji destabilizującymi sytuację na Ukrainie, w brzmieniu obowiązującym na dzień złożenia niniejszego oświadczenia, w tym z uwagi na udział podwykonawców, dostawców lub podmiotów, na których zdolności Wykonawca polega, jeżeli przypada na nich ponad 10% wartości zamówienia.</w:t>
      </w:r>
    </w:p>
    <w:p w14:paraId="13D4BDD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zachodzą przesłanki wykluczenia z postępowania określone w art. 7 ust. 1 ustawy z dnia 13 kwietnia 2022 r. o szczególnych rozwiązaniach w zakresie przeciwdziałania wspieraniu agresji na Ukrainę oraz służących ochronie bezpieczeństwa narodowego.</w:t>
      </w:r>
    </w:p>
    <w:p w14:paraId="63847BA8" w14:textId="77777777" w:rsidR="00901DF0" w:rsidRPr="00376D73" w:rsidRDefault="00376D73">
      <w:pPr>
        <w:spacing w:before="60" w:after="80"/>
        <w:rPr>
          <w:lang w:val="pl-PL"/>
        </w:rPr>
      </w:pPr>
      <w:r w:rsidRPr="00376D73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901DF0" w14:paraId="41F8BBEB" w14:textId="77777777">
        <w:trPr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88DAF5" w14:textId="77777777" w:rsidR="00901DF0" w:rsidRPr="00376D73" w:rsidRDefault="00901DF0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4DDAB" w14:textId="77777777" w:rsidR="00901DF0" w:rsidRDefault="00376D73">
            <w:pPr>
              <w:jc w:val="center"/>
            </w:pPr>
            <w:r>
              <w:t>kwalifikowany podpis elektroniczny</w:t>
            </w:r>
          </w:p>
        </w:tc>
      </w:tr>
    </w:tbl>
    <w:p w14:paraId="7E4DF531" w14:textId="77777777" w:rsidR="00376D73" w:rsidRDefault="00376D73"/>
    <w:sectPr w:rsidR="00376D73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C4C8" w14:textId="77777777" w:rsidR="00376D73" w:rsidRDefault="00376D73">
      <w:r>
        <w:separator/>
      </w:r>
    </w:p>
  </w:endnote>
  <w:endnote w:type="continuationSeparator" w:id="0">
    <w:p w14:paraId="08309BEE" w14:textId="77777777" w:rsidR="00376D73" w:rsidRDefault="0037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E948" w14:textId="77777777" w:rsidR="00901DF0" w:rsidRDefault="00901D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F394" w14:textId="77777777" w:rsidR="00376D73" w:rsidRDefault="00376D73">
      <w:r>
        <w:separator/>
      </w:r>
    </w:p>
  </w:footnote>
  <w:footnote w:type="continuationSeparator" w:id="0">
    <w:p w14:paraId="3BEE421D" w14:textId="77777777" w:rsidR="00376D73" w:rsidRDefault="00376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525E" w14:textId="77777777" w:rsidR="00901DF0" w:rsidRDefault="00901D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EB7FFE"/>
    <w:multiLevelType w:val="singleLevel"/>
    <w:tmpl w:val="FE48DE76"/>
    <w:lvl w:ilvl="0">
      <w:start w:val="1"/>
      <w:numFmt w:val="decimal"/>
      <w:pStyle w:val="Listapunktowana"/>
      <w:suff w:val="space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/>
        <w:sz w:val="18"/>
      </w:rPr>
    </w:lvl>
  </w:abstractNum>
  <w:num w:numId="1" w16cid:durableId="8217743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D73"/>
    <w:rsid w:val="005A17E7"/>
    <w:rsid w:val="00901DF0"/>
    <w:rsid w:val="00AA1D8D"/>
    <w:rsid w:val="00B47730"/>
    <w:rsid w:val="00CB0664"/>
    <w:rsid w:val="00D209F5"/>
    <w:rsid w:val="00E578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00518"/>
  <w14:defaultImageDpi w14:val="300"/>
  <w15:docId w15:val="{83E0DF8D-DF43-4E1E-B9AD-F40B2E25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Jakimiec</cp:lastModifiedBy>
  <cp:revision>3</cp:revision>
  <dcterms:created xsi:type="dcterms:W3CDTF">2013-12-23T23:15:00Z</dcterms:created>
  <dcterms:modified xsi:type="dcterms:W3CDTF">2026-10-07T07:33:00Z</dcterms:modified>
  <cp:category/>
</cp:coreProperties>
</file>