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D66EE9" w:rsidRPr="00473108" w14:paraId="6ED380A5" w14:textId="7777777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3B11A" w14:textId="77777777" w:rsidR="00D66EE9" w:rsidRPr="00473108" w:rsidRDefault="00924B05">
            <w:r w:rsidRPr="00473108">
              <w:drawing>
                <wp:inline distT="0" distB="0" distL="0" distR="0" wp14:anchorId="363F7CB7" wp14:editId="3CA039AB">
                  <wp:extent cx="972000" cy="648000"/>
                  <wp:effectExtent l="0" t="0" r="0" b="0"/>
                  <wp:docPr id="1" name="Picture 1" descr="Logo Specjalistycznego Szpitala Wojewódzkiego w Ciechanowie – 40 lat" title="Logo S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E0ADC" w14:textId="77777777" w:rsidR="00D66EE9" w:rsidRPr="00473108" w:rsidRDefault="00924B05">
            <w:pPr>
              <w:jc w:val="right"/>
            </w:pPr>
            <w:r w:rsidRPr="00473108">
              <w:drawing>
                <wp:inline distT="0" distB="0" distL="0" distR="0" wp14:anchorId="69D13002" wp14:editId="192BA33B">
                  <wp:extent cx="1512000" cy="537934"/>
                  <wp:effectExtent l="0" t="0" r="0" b="0"/>
                  <wp:docPr id="2" name="Picture 2" descr="Logo Mazowsze – serce Polski" title="Logo Mazowsz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2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537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FB3B58" w14:textId="77777777" w:rsidR="00D66EE9" w:rsidRPr="00473108" w:rsidRDefault="00D66EE9">
      <w:pPr>
        <w:pBdr>
          <w:bottom w:val="single" w:sz="8" w:space="1" w:color="1F4E79"/>
        </w:pBdr>
        <w:spacing w:after="120"/>
      </w:pPr>
    </w:p>
    <w:p w14:paraId="3B206D1F" w14:textId="6C485BC8" w:rsidR="00D66EE9" w:rsidRPr="00473108" w:rsidRDefault="00924B05">
      <w:pPr>
        <w:spacing w:after="60"/>
      </w:pPr>
      <w:r w:rsidRPr="00473108">
        <w:rPr>
          <w:b/>
          <w:i/>
          <w:sz w:val="20"/>
        </w:rPr>
        <w:t>Załącznik nr 6 – oświadczenie wykonawcy o aktualności informacji zawartych w JEDZ</w:t>
      </w:r>
    </w:p>
    <w:p w14:paraId="6607030B" w14:textId="648FE7FF" w:rsidR="00D66EE9" w:rsidRPr="00473108" w:rsidRDefault="00924B05">
      <w:pPr>
        <w:spacing w:after="100"/>
      </w:pPr>
      <w:r w:rsidRPr="00473108">
        <w:t xml:space="preserve">dotyczy postępowania </w:t>
      </w:r>
      <w:r w:rsidRPr="00473108">
        <w:rPr>
          <w:b/>
        </w:rPr>
        <w:t>ZP/2501/</w:t>
      </w:r>
      <w:r w:rsidR="00473108">
        <w:rPr>
          <w:b/>
        </w:rPr>
        <w:t>103</w:t>
      </w:r>
      <w:r w:rsidRPr="00473108">
        <w:rPr>
          <w:b/>
        </w:rPr>
        <w:t xml:space="preserve">/26 – </w:t>
      </w:r>
      <w:r w:rsidR="00473108">
        <w:rPr>
          <w:b/>
        </w:rPr>
        <w:t>Dostawa obłożeń i serwet operacyjnych</w:t>
      </w:r>
    </w:p>
    <w:p w14:paraId="360CB375" w14:textId="77777777" w:rsidR="00D66EE9" w:rsidRPr="00473108" w:rsidRDefault="00924B05">
      <w:pPr>
        <w:spacing w:after="20"/>
      </w:pPr>
      <w:r w:rsidRPr="00473108">
        <w:rPr>
          <w:b/>
        </w:rPr>
        <w:t>Pełna nazwa Wykonawcy: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D66EE9" w:rsidRPr="00473108" w14:paraId="55CEFB21" w14:textId="77777777">
        <w:trPr>
          <w:jc w:val="center"/>
        </w:trPr>
        <w:tc>
          <w:tcPr>
            <w:tcW w:w="9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4D7004" w14:textId="77777777" w:rsidR="00D66EE9" w:rsidRPr="00473108" w:rsidRDefault="00D66EE9"/>
        </w:tc>
      </w:tr>
    </w:tbl>
    <w:p w14:paraId="00850B3E" w14:textId="77777777" w:rsidR="00D66EE9" w:rsidRPr="00473108" w:rsidRDefault="00D66EE9"/>
    <w:p w14:paraId="0B0CEC5E" w14:textId="77777777" w:rsidR="00D66EE9" w:rsidRPr="00473108" w:rsidRDefault="00924B05">
      <w:pPr>
        <w:spacing w:after="20"/>
      </w:pPr>
      <w:r w:rsidRPr="00473108">
        <w:rPr>
          <w:b/>
        </w:rPr>
        <w:t>Adres Wykonawcy: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D66EE9" w:rsidRPr="00473108" w14:paraId="3BC069A6" w14:textId="77777777">
        <w:trPr>
          <w:jc w:val="center"/>
        </w:trPr>
        <w:tc>
          <w:tcPr>
            <w:tcW w:w="9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D49763" w14:textId="77777777" w:rsidR="00D66EE9" w:rsidRPr="00473108" w:rsidRDefault="00D66EE9"/>
        </w:tc>
      </w:tr>
    </w:tbl>
    <w:p w14:paraId="5FA1DBBC" w14:textId="77777777" w:rsidR="00D66EE9" w:rsidRPr="00473108" w:rsidRDefault="00D66EE9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D66EE9" w:rsidRPr="00473108" w14:paraId="09C0CFF8" w14:textId="77777777">
        <w:trPr>
          <w:jc w:val="center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shd w:val="clear" w:color="auto" w:fill="EEECE1"/>
          </w:tcPr>
          <w:p w14:paraId="5F7795F5" w14:textId="77777777" w:rsidR="00D66EE9" w:rsidRPr="00473108" w:rsidRDefault="00924B05">
            <w:pPr>
              <w:spacing w:before="40" w:after="40"/>
              <w:jc w:val="center"/>
            </w:pPr>
            <w:r w:rsidRPr="00473108">
              <w:rPr>
                <w:b/>
              </w:rPr>
              <w:t>OŚWIADCZENIE WYKONAWCY / WYKONAWCY WSPÓLNIE UBIEGAJĄCEGO SIĘ O UDZIELENIE ZAMÓWIENIA</w:t>
            </w:r>
            <w:r w:rsidRPr="00473108">
              <w:rPr>
                <w:b/>
              </w:rPr>
              <w:br/>
              <w:t>o aktualności informacji zawartych w JEDZ</w:t>
            </w:r>
          </w:p>
        </w:tc>
      </w:tr>
    </w:tbl>
    <w:p w14:paraId="44F70927" w14:textId="77777777" w:rsidR="00D66EE9" w:rsidRPr="00473108" w:rsidRDefault="00D66EE9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D66EE9" w:rsidRPr="00473108" w14:paraId="74BF6654" w14:textId="77777777">
        <w:trPr>
          <w:jc w:val="center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shd w:val="clear" w:color="auto" w:fill="D9E8F5"/>
          </w:tcPr>
          <w:p w14:paraId="5426EF83" w14:textId="77777777" w:rsidR="00D66EE9" w:rsidRPr="00473108" w:rsidRDefault="00924B05">
            <w:pPr>
              <w:spacing w:before="20" w:after="20"/>
              <w:jc w:val="center"/>
            </w:pPr>
            <w:r w:rsidRPr="00473108">
              <w:rPr>
                <w:b/>
              </w:rPr>
              <w:t>OŚWIADCZENIE DOTYCZĄCE AKTUALNOŚCI INFORMACJI</w:t>
            </w:r>
          </w:p>
        </w:tc>
      </w:tr>
    </w:tbl>
    <w:p w14:paraId="6DC59A60" w14:textId="77777777" w:rsidR="00D66EE9" w:rsidRPr="00473108" w:rsidRDefault="00924B05">
      <w:pPr>
        <w:spacing w:before="80" w:after="60"/>
        <w:jc w:val="both"/>
      </w:pPr>
      <w:r w:rsidRPr="00473108">
        <w:t>Oświadczam, że informacje zawarte w jednolitym europejskim dokumencie zamówienia (JEDZ), złożonym w niniejszym postępowaniu, pozostają aktualne w zakresie podstaw wykluczenia wskazanych przez Zamawiającego, o których mowa w:</w:t>
      </w:r>
    </w:p>
    <w:p w14:paraId="50C04A70" w14:textId="77777777" w:rsidR="00D66EE9" w:rsidRPr="00473108" w:rsidRDefault="00924B05">
      <w:pPr>
        <w:pStyle w:val="Listanumerowana"/>
        <w:spacing w:after="40"/>
        <w:ind w:left="397" w:hanging="397"/>
        <w:jc w:val="both"/>
      </w:pPr>
      <w:r w:rsidRPr="00473108">
        <w:t>art. 108 ust. 1 pkt 3 ustawy Pzp;</w:t>
      </w:r>
    </w:p>
    <w:p w14:paraId="7BF48460" w14:textId="77777777" w:rsidR="00D66EE9" w:rsidRPr="00473108" w:rsidRDefault="00924B05">
      <w:pPr>
        <w:pStyle w:val="Listanumerowana"/>
        <w:spacing w:after="40"/>
        <w:ind w:left="397" w:hanging="397"/>
        <w:jc w:val="both"/>
      </w:pPr>
      <w:r w:rsidRPr="00473108">
        <w:t>art. 108 ust. 1 pkt 4 ustawy Pzp – w zakresie dotyczącym orzeczenia zakazu ubiegania się o zamówienie publiczne tytułem środka zapobiegawczego;</w:t>
      </w:r>
    </w:p>
    <w:p w14:paraId="6E8740F9" w14:textId="77777777" w:rsidR="00D66EE9" w:rsidRPr="00473108" w:rsidRDefault="00924B05">
      <w:pPr>
        <w:pStyle w:val="Listanumerowana"/>
        <w:spacing w:after="40"/>
        <w:ind w:left="397" w:hanging="397"/>
        <w:jc w:val="both"/>
      </w:pPr>
      <w:r w:rsidRPr="00473108">
        <w:t>art. 108 ust. 1 pkt 5 ustawy Pzp – w zakresie dotyczącym zawarcia z innymi wykonawcami porozumienia mającego na celu zakłócenie konkurencji;</w:t>
      </w:r>
    </w:p>
    <w:p w14:paraId="55D47216" w14:textId="77777777" w:rsidR="00D66EE9" w:rsidRPr="00473108" w:rsidRDefault="00924B05">
      <w:pPr>
        <w:pStyle w:val="Listanumerowana"/>
        <w:spacing w:after="40"/>
        <w:ind w:left="397" w:hanging="397"/>
        <w:jc w:val="both"/>
      </w:pPr>
      <w:r w:rsidRPr="00473108">
        <w:t>art. 108 ust. 1 pkt 6 ustawy Pzp.</w:t>
      </w:r>
    </w:p>
    <w:p w14:paraId="5229A9E8" w14:textId="77777777" w:rsidR="00D66EE9" w:rsidRPr="00473108" w:rsidRDefault="00924B05">
      <w:pPr>
        <w:spacing w:before="80" w:after="100"/>
        <w:jc w:val="both"/>
      </w:pPr>
      <w:r w:rsidRPr="00473108">
        <w:rPr>
          <w:i/>
        </w:rPr>
        <w:t>Oświadczenie obejmuje stan aktualny na dzień jego złożenia.</w:t>
      </w:r>
    </w:p>
    <w:p w14:paraId="2368030C" w14:textId="77777777" w:rsidR="00D66EE9" w:rsidRPr="00473108" w:rsidRDefault="00D66EE9"/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9972"/>
      </w:tblGrid>
      <w:tr w:rsidR="00D66EE9" w:rsidRPr="00473108" w14:paraId="6DA77952" w14:textId="77777777">
        <w:trPr>
          <w:jc w:val="right"/>
        </w:trPr>
        <w:tc>
          <w:tcPr>
            <w:tcW w:w="9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49AE10" w14:textId="77777777" w:rsidR="00D66EE9" w:rsidRPr="00473108" w:rsidRDefault="00924B05">
            <w:pPr>
              <w:spacing w:before="40" w:after="40"/>
              <w:jc w:val="center"/>
            </w:pPr>
            <w:r w:rsidRPr="00473108">
              <w:rPr>
                <w:sz w:val="14"/>
              </w:rPr>
              <w:t>Data; kwalifikowany podpis elektroniczny osoby uprawnionej</w:t>
            </w:r>
          </w:p>
        </w:tc>
      </w:tr>
    </w:tbl>
    <w:p w14:paraId="4CE63301" w14:textId="77777777" w:rsidR="00924B05" w:rsidRPr="00924B05" w:rsidRDefault="00924B05"/>
    <w:sectPr w:rsidR="00924B05" w:rsidRPr="00924B05" w:rsidSect="00034616">
      <w:pgSz w:w="12240" w:h="15840"/>
      <w:pgMar w:top="709" w:right="1134" w:bottom="680" w:left="113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9320298">
    <w:abstractNumId w:val="8"/>
  </w:num>
  <w:num w:numId="2" w16cid:durableId="161169107">
    <w:abstractNumId w:val="6"/>
  </w:num>
  <w:num w:numId="3" w16cid:durableId="394357933">
    <w:abstractNumId w:val="5"/>
  </w:num>
  <w:num w:numId="4" w16cid:durableId="141311772">
    <w:abstractNumId w:val="4"/>
  </w:num>
  <w:num w:numId="5" w16cid:durableId="1852990804">
    <w:abstractNumId w:val="7"/>
  </w:num>
  <w:num w:numId="6" w16cid:durableId="344329986">
    <w:abstractNumId w:val="3"/>
  </w:num>
  <w:num w:numId="7" w16cid:durableId="1839150437">
    <w:abstractNumId w:val="2"/>
  </w:num>
  <w:num w:numId="8" w16cid:durableId="1990160759">
    <w:abstractNumId w:val="1"/>
  </w:num>
  <w:num w:numId="9" w16cid:durableId="2001536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3108"/>
    <w:rsid w:val="0063599F"/>
    <w:rsid w:val="00924B05"/>
    <w:rsid w:val="00AA1D8D"/>
    <w:rsid w:val="00B47730"/>
    <w:rsid w:val="00CB0664"/>
    <w:rsid w:val="00D66EE9"/>
    <w:rsid w:val="00E972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4CBF70"/>
  <w14:defaultImageDpi w14:val="300"/>
  <w15:docId w15:val="{11BC41D5-B621-422F-A040-1388F4008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Paulina Witkowska</cp:lastModifiedBy>
  <cp:revision>3</cp:revision>
  <dcterms:created xsi:type="dcterms:W3CDTF">2013-12-23T23:15:00Z</dcterms:created>
  <dcterms:modified xsi:type="dcterms:W3CDTF">2026-10-15T12:02:00Z</dcterms:modified>
  <cp:category/>
</cp:coreProperties>
</file>